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激励期中考试的演讲稿</w:t>
      </w:r>
    </w:p>
    <w:p>
      <w:pPr>
        <w:spacing w:before="100" w:after="200" w:line="360" w:lineRule="auto"/>
        <w:jc w:val="left"/>
      </w:pPr>
      <w:r>
        <w:rPr>
          <w:rFonts w:ascii="宋体 (中文正文)" w:eastAsia="宋体" w:hAnsi="宋体 (中文正文)"/>
          <w:sz w:val="28"/>
        </w:rPr>
        <w:t>老师们，同学们：</w:t>
      </w:r>
    </w:p>
    <w:p>
      <w:pPr>
        <w:spacing w:before="100" w:after="200" w:line="360" w:lineRule="auto"/>
        <w:ind w:firstLine="576"/>
        <w:jc w:val="left"/>
      </w:pPr>
      <w:r>
        <w:rPr>
          <w:rFonts w:ascii="宋体" w:eastAsia="宋体" w:hAnsi="宋体"/>
          <w:sz w:val="28"/>
        </w:rPr>
        <w:t>大家早上好。</w:t>
      </w:r>
    </w:p>
    <w:p>
      <w:pPr>
        <w:spacing w:before="100" w:after="200" w:line="360" w:lineRule="auto"/>
        <w:ind w:firstLine="576"/>
        <w:jc w:val="left"/>
      </w:pPr>
      <w:r>
        <w:rPr>
          <w:rFonts w:ascii="宋体" w:eastAsia="宋体" w:hAnsi="宋体"/>
          <w:sz w:val="28"/>
        </w:rPr>
        <w:t>时光飞逝，转眼间本学期的期中考试又将如期举行。</w:t>
      </w:r>
    </w:p>
    <w:p>
      <w:pPr>
        <w:spacing w:before="100" w:after="200" w:line="360" w:lineRule="auto"/>
        <w:ind w:firstLine="576"/>
        <w:jc w:val="left"/>
      </w:pPr>
      <w:r>
        <w:rPr>
          <w:rFonts w:ascii="宋体" w:eastAsia="宋体" w:hAnsi="宋体"/>
          <w:sz w:val="28"/>
        </w:rPr>
        <w:t>对于高一高二的同学们，你们已久经沙场，这次考试将成为你们不断前行的过程中又一个坚实的脚印。对于高三的同学们，本周三周四要迎来湖北省的七市联考，这场考试的重要性自不必说，相信你们一定已经卯足了劲为自己的理想而奋斗。</w:t>
      </w:r>
    </w:p>
    <w:p>
      <w:pPr>
        <w:spacing w:before="100" w:after="200" w:line="360" w:lineRule="auto"/>
        <w:ind w:firstLine="576"/>
        <w:jc w:val="left"/>
      </w:pPr>
      <w:r>
        <w:rPr>
          <w:rFonts w:ascii="宋体" w:eastAsia="宋体" w:hAnsi="宋体"/>
          <w:sz w:val="28"/>
        </w:rPr>
        <w:t>考试的真正目的是通过检测，发现自己的学习目的、态度、知识、能力、方法等方面存在的问题，为自己下一阶段有针对性地改进学习提供重要的依据。</w:t>
      </w:r>
    </w:p>
    <w:p>
      <w:pPr>
        <w:spacing w:before="100" w:after="200" w:line="360" w:lineRule="auto"/>
        <w:ind w:firstLine="576"/>
        <w:jc w:val="left"/>
      </w:pPr>
      <w:r>
        <w:rPr>
          <w:rFonts w:ascii="宋体" w:eastAsia="宋体" w:hAnsi="宋体"/>
          <w:sz w:val="28"/>
        </w:rPr>
        <w:t>通过考试能提醒大家反省自己的学习状况，尽快改善自己的学习习惯，努力探求适合自己的学习方法。</w:t>
      </w:r>
    </w:p>
    <w:p>
      <w:pPr>
        <w:spacing w:before="100" w:after="200" w:line="360" w:lineRule="auto"/>
        <w:ind w:firstLine="576"/>
        <w:jc w:val="left"/>
      </w:pPr>
      <w:r>
        <w:rPr>
          <w:rFonts w:ascii="宋体" w:eastAsia="宋体" w:hAnsi="宋体"/>
          <w:sz w:val="28"/>
        </w:rPr>
        <w:t>针对本次考试，我对同学们的复习提几点建议：</w:t>
      </w:r>
    </w:p>
    <w:p>
      <w:pPr>
        <w:spacing w:before="100" w:after="200" w:line="360" w:lineRule="auto"/>
        <w:jc w:val="left"/>
      </w:pPr>
      <w:r>
        <w:rPr>
          <w:rFonts w:ascii="宋体 (中文正文)" w:eastAsia="宋体" w:hAnsi="宋体 (中文正文)"/>
          <w:b/>
          <w:sz w:val="28"/>
        </w:rPr>
        <w:t>一、要克服急于求成的思想倾向，要重视基础、重视课本，做好基本题，练好基本功，拿到基本分。</w:t>
      </w:r>
    </w:p>
    <w:p>
      <w:pPr>
        <w:spacing w:before="100" w:after="200" w:line="360" w:lineRule="auto"/>
        <w:jc w:val="left"/>
      </w:pPr>
      <w:r>
        <w:rPr>
          <w:rFonts w:ascii="宋体 (中文正文)" w:eastAsia="宋体" w:hAnsi="宋体 (中文正文)"/>
          <w:b/>
          <w:sz w:val="28"/>
        </w:rPr>
        <w:t>二、要重视归纳总结，对做错的题目要及时纠正。</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每个同学都要建立一个错题记录本，一个典型问题整理本，把学习中遇到的一些有价值的知识点记下来，养成反思自我、分析错误、提高自己的好习惯。</w:t>
      </w:r>
    </w:p>
    <w:p>
      <w:pPr>
        <w:spacing w:before="100" w:after="200" w:line="360" w:lineRule="auto"/>
        <w:ind w:firstLine="576"/>
        <w:jc w:val="left"/>
      </w:pPr>
      <w:r>
        <w:rPr>
          <w:rFonts w:ascii="宋体" w:eastAsia="宋体" w:hAnsi="宋体"/>
          <w:sz w:val="28"/>
        </w:rPr>
        <w:t>三、要注意知识的融会贯通，要建立系统的知识网络结构，要在老师的统一安排下，强化专题训练，提高解题能力。</w:t>
      </w:r>
    </w:p>
    <w:p>
      <w:pPr>
        <w:spacing w:before="100" w:after="200" w:line="360" w:lineRule="auto"/>
        <w:ind w:firstLine="576"/>
        <w:jc w:val="left"/>
      </w:pPr>
      <w:r>
        <w:rPr>
          <w:rFonts w:ascii="宋体" w:eastAsia="宋体" w:hAnsi="宋体"/>
          <w:sz w:val="28"/>
        </w:rPr>
        <w:t>四、心理上要有合理的定位：每个同学都应该根据自己的实际情况，就这次考试给自己一个合理的心理定位，不要过高也不要过低。过高则会造成过分紧张，过低则会太放松自己，这都不利于考试的发挥。</w:t>
      </w:r>
    </w:p>
    <w:p>
      <w:pPr>
        <w:spacing w:before="100" w:after="200" w:line="360" w:lineRule="auto"/>
        <w:ind w:firstLine="576"/>
        <w:jc w:val="left"/>
      </w:pPr>
      <w:r>
        <w:rPr>
          <w:rFonts w:ascii="宋体" w:eastAsia="宋体" w:hAnsi="宋体"/>
          <w:sz w:val="28"/>
        </w:rPr>
        <w:t>静下心来，认真复习，充满信心，力求考试的正常发挥。演讲稿</w:t>
      </w:r>
    </w:p>
    <w:p>
      <w:pPr>
        <w:spacing w:before="100" w:after="200" w:line="360" w:lineRule="auto"/>
        <w:ind w:firstLine="576"/>
        <w:jc w:val="left"/>
      </w:pPr>
      <w:r>
        <w:rPr>
          <w:rFonts w:ascii="宋体" w:eastAsia="宋体" w:hAnsi="宋体"/>
          <w:sz w:val="28"/>
        </w:rPr>
        <w:t>五、要突出“规范性”。每次大考结束后，总有些同学自以为应该有个好分数，但实际得分却不理想，其中重要的原因就是答题不规范，失了“卷面分”。</w:t>
      </w:r>
    </w:p>
    <w:p>
      <w:pPr>
        <w:spacing w:before="100" w:after="200" w:line="360" w:lineRule="auto"/>
        <w:ind w:firstLine="576"/>
        <w:jc w:val="left"/>
      </w:pPr>
      <w:r>
        <w:rPr>
          <w:rFonts w:ascii="宋体" w:eastAsia="宋体" w:hAnsi="宋体"/>
          <w:sz w:val="28"/>
        </w:rPr>
        <w:t>就规范性的问题，今天我想向同学们强调五点：</w:t>
      </w:r>
    </w:p>
    <w:p>
      <w:pPr>
        <w:spacing w:before="100" w:after="200" w:line="360" w:lineRule="auto"/>
        <w:ind w:firstLine="576"/>
        <w:jc w:val="left"/>
      </w:pPr>
      <w:r>
        <w:rPr>
          <w:rFonts w:ascii="宋体" w:eastAsia="宋体" w:hAnsi="宋体"/>
          <w:sz w:val="28"/>
        </w:rPr>
        <w:t>1、注重书写规范。</w:t>
      </w:r>
    </w:p>
    <w:p>
      <w:pPr>
        <w:spacing w:before="100" w:after="200" w:line="360" w:lineRule="auto"/>
        <w:ind w:firstLine="576"/>
        <w:jc w:val="left"/>
      </w:pPr>
      <w:r>
        <w:rPr>
          <w:rFonts w:ascii="宋体" w:eastAsia="宋体" w:hAnsi="宋体"/>
          <w:sz w:val="28"/>
        </w:rPr>
        <w:t>即把字写清楚，符号数字写准确，书写尽量工整、规范，少连笔或不连笔，要训练迅速工整的书写能力。</w:t>
      </w:r>
    </w:p>
    <w:p>
      <w:pPr>
        <w:spacing w:before="100" w:after="200" w:line="360" w:lineRule="auto"/>
        <w:ind w:firstLine="576"/>
        <w:jc w:val="left"/>
      </w:pPr>
      <w:r>
        <w:rPr>
          <w:rFonts w:ascii="宋体" w:eastAsia="宋体" w:hAnsi="宋体"/>
          <w:sz w:val="28"/>
        </w:rPr>
        <w:t>2、注重格式规范。</w:t>
      </w:r>
    </w:p>
    <w:p>
      <w:pPr>
        <w:spacing w:before="100" w:after="200" w:line="360" w:lineRule="auto"/>
        <w:ind w:firstLine="576"/>
        <w:jc w:val="left"/>
      </w:pPr>
      <w:r>
        <w:rPr>
          <w:rFonts w:ascii="宋体" w:eastAsia="宋体" w:hAnsi="宋体"/>
          <w:sz w:val="28"/>
        </w:rPr>
        <w:t>做题的格式就是做题的规矩。如：每段开始空两格；数理应用题中的解、设、答等都有固定的格式。格式不对，就使人感到别扭，考试时容易失去“感情分”。</w:t>
      </w:r>
    </w:p>
    <w:p>
      <w:pPr>
        <w:spacing w:before="100" w:after="200" w:line="360" w:lineRule="auto"/>
        <w:ind w:firstLine="576"/>
        <w:jc w:val="left"/>
      </w:pPr>
      <w:r>
        <w:rPr>
          <w:rFonts w:ascii="宋体" w:eastAsia="宋体" w:hAnsi="宋体"/>
          <w:sz w:val="28"/>
        </w:rPr>
        <w:t>这就要求在平时的训练中，讲究格式，做到格式规范、正确。</w:t>
      </w:r>
    </w:p>
    <w:p>
      <w:pPr>
        <w:spacing w:before="100" w:after="200" w:line="360" w:lineRule="auto"/>
        <w:ind w:firstLine="576"/>
        <w:jc w:val="left"/>
      </w:pPr>
      <w:r>
        <w:rPr>
          <w:rFonts w:ascii="宋体" w:eastAsia="宋体" w:hAnsi="宋体"/>
          <w:sz w:val="28"/>
        </w:rPr>
        <w:t>3、注重步骤规范。</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解题的过程也是一个推理的过程，基本的要点步骤必须齐全，不仅自己心里明白，更重要的是让阅卷老师感到顺理成章，思路清晰连贯。</w:t>
      </w:r>
    </w:p>
    <w:p>
      <w:pPr>
        <w:spacing w:before="100" w:after="200" w:line="360" w:lineRule="auto"/>
        <w:ind w:firstLine="576"/>
        <w:jc w:val="left"/>
      </w:pPr>
      <w:r>
        <w:rPr>
          <w:rFonts w:ascii="宋体" w:eastAsia="宋体" w:hAnsi="宋体"/>
          <w:sz w:val="28"/>
        </w:rPr>
        <w:t>高考中是按步得分，关键性的要点、步骤少了，就会扣分。</w:t>
      </w:r>
    </w:p>
    <w:p>
      <w:pPr>
        <w:spacing w:before="100" w:after="200" w:line="360" w:lineRule="auto"/>
        <w:ind w:firstLine="576"/>
        <w:jc w:val="left"/>
      </w:pPr>
      <w:r>
        <w:rPr>
          <w:rFonts w:ascii="宋体" w:eastAsia="宋体" w:hAnsi="宋体"/>
          <w:sz w:val="28"/>
        </w:rPr>
        <w:t>平时训练中，要注意总结每一类型题目的解题思路和方法，力求解题步骤、要点齐全完整。</w:t>
      </w:r>
    </w:p>
    <w:p>
      <w:pPr>
        <w:spacing w:before="100" w:after="200" w:line="360" w:lineRule="auto"/>
        <w:ind w:firstLine="576"/>
        <w:jc w:val="left"/>
      </w:pPr>
      <w:r>
        <w:rPr>
          <w:rFonts w:ascii="宋体" w:eastAsia="宋体" w:hAnsi="宋体"/>
          <w:sz w:val="28"/>
        </w:rPr>
        <w:t>4、注重语言规范、简明扼要，要做到关键环节的式子突出，让答卷一目了然。</w:t>
      </w:r>
    </w:p>
    <w:p>
      <w:pPr>
        <w:spacing w:before="100" w:after="200" w:line="360" w:lineRule="auto"/>
        <w:ind w:firstLine="576"/>
        <w:jc w:val="left"/>
      </w:pPr>
      <w:r>
        <w:rPr>
          <w:rFonts w:ascii="宋体" w:eastAsia="宋体" w:hAnsi="宋体"/>
          <w:sz w:val="28"/>
        </w:rPr>
        <w:t>每一段的段首句，力求能归纳出这一段的核心意思，并紧扣考题，解数、理、化题，若需要文字说明，要简练。</w:t>
      </w:r>
    </w:p>
    <w:p>
      <w:pPr>
        <w:spacing w:before="100" w:after="200" w:line="360" w:lineRule="auto"/>
        <w:ind w:firstLine="576"/>
        <w:jc w:val="left"/>
      </w:pPr>
      <w:r>
        <w:rPr>
          <w:rFonts w:ascii="宋体" w:eastAsia="宋体" w:hAnsi="宋体"/>
          <w:sz w:val="28"/>
        </w:rPr>
        <w:t>5、注重卷面的整洁规范，在规定的位置答题，用统一颜色的笔迹，字的大小均匀，排列整齐有序，整体上安排合理。</w:t>
      </w:r>
    </w:p>
    <w:p>
      <w:pPr>
        <w:spacing w:before="100" w:after="200" w:line="360" w:lineRule="auto"/>
        <w:ind w:firstLine="576"/>
        <w:jc w:val="left"/>
      </w:pPr>
      <w:r>
        <w:rPr>
          <w:rFonts w:ascii="宋体" w:eastAsia="宋体" w:hAnsi="宋体"/>
          <w:sz w:val="28"/>
        </w:rPr>
        <w:t>另外，做大题时思路清晰、答案明确之后再往卷纸上写，切忌不要把卷纸当草纸；做错了的题要用一条线划掉，不要“胡乱涂抹”，然后在余下的地方改上正确的。</w:t>
      </w:r>
    </w:p>
    <w:p>
      <w:pPr>
        <w:spacing w:before="100" w:after="200" w:line="360" w:lineRule="auto"/>
        <w:ind w:firstLine="576"/>
        <w:jc w:val="left"/>
      </w:pPr>
      <w:r>
        <w:rPr>
          <w:rFonts w:ascii="宋体" w:eastAsia="宋体" w:hAnsi="宋体"/>
          <w:sz w:val="28"/>
        </w:rPr>
        <w:t>卷面的整洁与否，直接影响到阅卷人的判断，潦潦草草，马上就给人一种不好的印象，不知不觉之中已失了几分，而试卷整体上美观、整洁，则会让人赏心悦目。</w:t>
      </w:r>
    </w:p>
    <w:p>
      <w:pPr>
        <w:spacing w:before="100" w:after="200" w:line="360" w:lineRule="auto"/>
        <w:ind w:firstLine="576"/>
        <w:jc w:val="left"/>
      </w:pPr>
      <w:r>
        <w:rPr>
          <w:rFonts w:ascii="宋体" w:eastAsia="宋体" w:hAnsi="宋体"/>
          <w:sz w:val="28"/>
        </w:rPr>
        <w:t>同学们，希望大家加强自我管理，戒除一切与学习和考试无关的活动，全身心地投入到学习当中去。自主学习，发挥潜力，通过努力来证明自己的实力、能力。</w:t>
      </w:r>
    </w:p>
    <w:p>
      <w:pPr>
        <w:spacing w:before="100" w:after="200" w:line="360" w:lineRule="auto"/>
        <w:ind w:firstLine="576"/>
        <w:jc w:val="left"/>
      </w:pPr>
      <w:r>
        <w:rPr>
          <w:rFonts w:ascii="宋体" w:eastAsia="宋体" w:hAnsi="宋体"/>
          <w:sz w:val="28"/>
        </w:rPr>
        <w:t>希望每位同学认真复习，抓好每一个环节，在期中考试后再传捷报！</w:t>
      </w:r>
    </w:p>
    <w:p>
      <w:pPr>
        <w:spacing w:before="100" w:after="200" w:line="360" w:lineRule="auto"/>
        <w:ind w:firstLine="576"/>
        <w:jc w:val="left"/>
      </w:pPr>
      <w:r>
        <w:rPr>
          <w:rFonts w:ascii="宋体" w:eastAsia="宋体" w:hAnsi="宋体"/>
          <w:sz w:val="28"/>
        </w:rPr>
        <w:t>祝大家身体健康，学习进步！谢谢！</w:t>
      </w:r>
    </w:p>
    <w:p>
      <w:pPr>
        <w:spacing w:before="100" w:after="200" w:line="360" w:lineRule="auto"/>
        <w:jc w:val="left"/>
        <w:sectPr w:rsidSect="00034616">
          <w:type w:val="nextPage"/>
          <w:pgSz w:w="11906" w:h="16838"/>
          <w:pgMar w:top="1440" w:right="1440" w:bottom="1440" w:left="1440" w:header="720" w:footer="720" w:gutter="0"/>
          <w:pgNumType w:start="3"/>
          <w:cols w:space="720"/>
          <w:titlePg w:val="0"/>
          <w:docGrid w:linePitch="360"/>
        </w:sectPr>
      </w:pPr>
      <w:r>
        <w:rPr>
          <w:rFonts w:ascii="宋体 (中文正文)" w:eastAsia="宋体" w:hAnsi="宋体 (中文正文)"/>
          <w:sz w:val="28"/>
        </w:rPr>
        <w:t>各位老师、各位同学：</w:t>
      </w:r>
    </w:p>
    <w:p>
      <w:pPr>
        <w:spacing w:before="100" w:after="200" w:line="360" w:lineRule="auto"/>
        <w:ind w:firstLine="576"/>
        <w:jc w:val="left"/>
      </w:pPr>
      <w:r>
        <w:rPr>
          <w:rFonts w:ascii="宋体" w:eastAsia="宋体" w:hAnsi="宋体"/>
          <w:sz w:val="28"/>
        </w:rPr>
        <w:t>早上好！</w:t>
      </w:r>
    </w:p>
    <w:p>
      <w:pPr>
        <w:spacing w:before="100" w:after="200" w:line="360" w:lineRule="auto"/>
        <w:ind w:firstLine="576"/>
        <w:jc w:val="left"/>
      </w:pPr>
      <w:r>
        <w:rPr>
          <w:rFonts w:ascii="宋体" w:eastAsia="宋体" w:hAnsi="宋体"/>
          <w:sz w:val="28"/>
        </w:rPr>
        <w:t>下周学校将进行期中考试、教学常规检查、学生教学问卷调查等工作，期中考试周一、周二进行。考后召开教师质量分析会、学生期中表彰大会、家长会等各项工作。具体安排在上周的年级组长、教研组长、备课组长会议已布置。希望大家齐心协力共同来做好！</w:t>
      </w:r>
    </w:p>
    <w:p>
      <w:pPr>
        <w:spacing w:before="100" w:after="200" w:line="360" w:lineRule="auto"/>
        <w:ind w:firstLine="576"/>
        <w:jc w:val="left"/>
      </w:pPr>
      <w:r>
        <w:rPr>
          <w:rFonts w:ascii="宋体" w:eastAsia="宋体" w:hAnsi="宋体"/>
          <w:sz w:val="28"/>
        </w:rPr>
        <w:t>今天我在此利用升旗时间做期中考试动员，为的是给同学们充分的准备时间。不管什么考试，都是对我们学习情况的检测，学习成果的总结，同时也是比较，是竞争，是较量，更是机会。同学们要努力考出水平，考出成绩，在班级、年级比较中找到自己的位置，在竞争中进步成长，在总结反思中进一步明确自己努力的方向。</w:t>
      </w:r>
    </w:p>
    <w:p>
      <w:pPr>
        <w:spacing w:before="100" w:after="200" w:line="360" w:lineRule="auto"/>
        <w:ind w:firstLine="576"/>
        <w:jc w:val="left"/>
      </w:pPr>
      <w:r>
        <w:rPr>
          <w:rFonts w:ascii="宋体" w:eastAsia="宋体" w:hAnsi="宋体"/>
          <w:sz w:val="28"/>
        </w:rPr>
        <w:t>要有好成绩，就必须拥有好的方法及策略，为此，向同学们提出几点建议：</w:t>
      </w:r>
    </w:p>
    <w:p>
      <w:pPr>
        <w:spacing w:before="100" w:after="200" w:line="360" w:lineRule="auto"/>
        <w:ind w:firstLine="576"/>
        <w:jc w:val="left"/>
      </w:pPr>
      <w:r>
        <w:rPr>
          <w:rFonts w:ascii="宋体" w:eastAsia="宋体" w:hAnsi="宋体"/>
          <w:sz w:val="28"/>
        </w:rPr>
        <w:t>第一，希望同学们做学习的有心人，有计划安排好各科复习。要统筹兼顾，全面复习，切不可“单科突进”。同学们，要想考上好的高中，必须要平衡发展。有部分同学学习凭着自己的喜好来，严重偏科，这样只有害你自己。另外，要保证复习时间的有效投入，日常琐事，要抓紧处理。要学会统筹安排时间，合理的利用时间。时间是挤出来的，不管是整块时间还是零散时间，都要倍加珍惜。零散时间，都是宝贵的光阴，一样是“时不再来”。</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第二，希望同学们系统复习，夯实基础，消灭“知识死角”。在本周，我们老师会对前面学过的知识进行疏理，我们一定要跟着老师来，复习课非常重要，我们前面学过的知识可能是零散的，复习课就是把这些零散的知识进行整理，进行优化，使知识系统化、规范化，以便在考试中能快速提取和迁移，触及一点，能迅速产生联想，真正变成自己的财富，形成自己的“血肉”。所以同学们千万别小看了复习课。要在老师的指导下，积累优秀试题和优秀解法，领会各学科的一些解题技巧，进行错题总结，从而使自己少走弯路。总之，就是要把平时学习的，掌握的知识、技能在试卷上充分反映出来。</w:t>
      </w:r>
    </w:p>
    <w:p>
      <w:pPr>
        <w:spacing w:before="100" w:after="200" w:line="360" w:lineRule="auto"/>
        <w:ind w:firstLine="576"/>
        <w:jc w:val="left"/>
      </w:pPr>
      <w:r>
        <w:rPr>
          <w:rFonts w:ascii="宋体" w:eastAsia="宋体" w:hAnsi="宋体"/>
          <w:sz w:val="28"/>
        </w:rPr>
        <w:t>第三，考试时要对自己充满信心，要沉着冷静。科学对待考试，认真分析试题，仔细推敲，先易后难。基础题：仔细审题拿全分；中档题：一丝不苟少失分；难题：坚定信心多得分；考试时还要抓好步骤。解题的过程也是一个推理的过程，基本的要点步骤必须齐全，不仅自己心里明白，更重要的是让阅卷老师感到顺理成章，思路清晰连贯。考试中是按步得分，关键性的要点、步骤少了，就会扣分。平时训练中，要注意总结每一类型的题目的解题思路和方法，力求解题步骤、要点齐全完整。</w:t>
      </w:r>
    </w:p>
    <w:p>
      <w:pPr>
        <w:spacing w:before="100" w:after="200" w:line="360" w:lineRule="auto"/>
        <w:ind w:firstLine="576"/>
        <w:jc w:val="left"/>
      </w:pPr>
      <w:r>
        <w:rPr>
          <w:rFonts w:ascii="宋体" w:eastAsia="宋体" w:hAnsi="宋体"/>
          <w:sz w:val="28"/>
        </w:rPr>
        <w:t>第四、诚信考试。考试还是一次人的品行的检测。我希望大家秉承“诚信至上”的原则，以饱满的精神，自信地踏入考场。学校在七年级、八年级各设一个诚信试场，学生申请，班主任挑选，选上学生要诚信承诺保证。严肃考场纪律，杜绝作弊，让竞争在平等、公平、和谐中展开，让一切的付出和汇报真实、纯净。</w:t>
      </w:r>
    </w:p>
    <w:p>
      <w:pPr>
        <w:spacing w:before="100" w:after="200" w:line="360" w:lineRule="auto"/>
        <w:ind w:firstLine="576"/>
        <w:jc w:val="left"/>
      </w:pPr>
      <w:r>
        <w:rPr>
          <w:rFonts w:ascii="宋体" w:eastAsia="宋体" w:hAnsi="宋体"/>
          <w:sz w:val="28"/>
        </w:rPr>
        <w:t>最后，我想对九年级的同学说：九年级的学习、生活是辛苦的，但也是充实的。今天的辛苦，才会换来明天的幸福，今天的付出也是为了明天的收获。希望你们在今年的时间里，明确目标，增强信心，刻苦学习，不负家长和老师的期盼，跨进理想的高中，做好学弟学妹们的榜样。</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大家知道，一分耕耘，一份收获，只要付出，总有回报。我们的期末区统考、中考一年比一年进步，实现了一年又一年、一次又一次的超越。这些成绩的取得，靠的是什么？靠的是我们全体师生有目标、有信心、有毅力的精神状态，靠的是我们全体师生团结拼搏、奋发向上的思想动力，靠的是我们全体师生踏踏实实、一丝不苟的学习和工作的作风。</w:t>
      </w:r>
    </w:p>
    <w:p>
      <w:pPr>
        <w:spacing w:before="100" w:after="200" w:line="360" w:lineRule="auto"/>
        <w:ind w:firstLine="576"/>
        <w:jc w:val="left"/>
      </w:pPr>
      <w:r>
        <w:rPr>
          <w:rFonts w:ascii="宋体" w:eastAsia="宋体" w:hAnsi="宋体"/>
          <w:sz w:val="28"/>
        </w:rPr>
        <w:t>同学们，让我们从容自信，一起加油努力，迎接期中考试的挑战吧！最后预祝同学们在考试中考出好成绩！</w:t>
      </w:r>
    </w:p>
    <w:p>
      <w:pPr>
        <w:spacing w:before="100" w:after="200" w:line="360" w:lineRule="auto"/>
        <w:jc w:val="left"/>
      </w:pPr>
      <w:r>
        <w:rPr>
          <w:rFonts w:ascii="宋体 (中文正文)" w:eastAsia="宋体" w:hAnsi="宋体 (中文正文)"/>
          <w:sz w:val="28"/>
        </w:rPr>
        <w:t>老师们，同学们：</w:t>
      </w:r>
    </w:p>
    <w:p>
      <w:pPr>
        <w:spacing w:before="100" w:after="200" w:line="360" w:lineRule="auto"/>
        <w:ind w:firstLine="576"/>
        <w:jc w:val="left"/>
      </w:pPr>
      <w:r>
        <w:rPr>
          <w:rFonts w:ascii="宋体" w:eastAsia="宋体" w:hAnsi="宋体"/>
          <w:sz w:val="28"/>
        </w:rPr>
        <w:t>早上好。今天我国旗下的讲话的题目是“认真踏实，备战期中。”</w:t>
      </w:r>
    </w:p>
    <w:p>
      <w:pPr>
        <w:spacing w:before="100" w:after="200" w:line="360" w:lineRule="auto"/>
        <w:ind w:firstLine="576"/>
        <w:jc w:val="left"/>
      </w:pPr>
      <w:r>
        <w:rPr>
          <w:rFonts w:ascii="宋体" w:eastAsia="宋体" w:hAnsi="宋体"/>
          <w:sz w:val="28"/>
        </w:rPr>
        <w:t>紧随着忙碌的脚步，期中考试又来临了，一切都显得如此之快。还记得上学期期末成绩揭晓是几多欢喜几多忧愁，但无论你的成绩是好是坏，那终究已成过往，现在的你应该全力以赴，积极备战此番期中考试。</w:t>
      </w:r>
    </w:p>
    <w:p>
      <w:pPr>
        <w:spacing w:before="100" w:after="200" w:line="360" w:lineRule="auto"/>
        <w:ind w:firstLine="576"/>
        <w:jc w:val="left"/>
      </w:pPr>
      <w:r>
        <w:rPr>
          <w:rFonts w:ascii="宋体" w:eastAsia="宋体" w:hAnsi="宋体"/>
          <w:sz w:val="28"/>
        </w:rPr>
        <w:t>过去的成功只能代表过去，我们不可以总是想着自己上次的成功而“自信满满”因为“学如逆水行舟，不进则退。”我个人认为这句话不是说人退步了，而是因为你的原地踏步使得后来勤奋者居上。我们应该忘记上次的结果去关注上次的过程，总结经验，以积极的态度努力下去。</w:t>
      </w:r>
    </w:p>
    <w:p>
      <w:pPr>
        <w:spacing w:before="100" w:after="200" w:line="360" w:lineRule="auto"/>
        <w:ind w:firstLine="576"/>
        <w:jc w:val="left"/>
      </w:pPr>
      <w:r>
        <w:rPr>
          <w:rFonts w:ascii="宋体" w:eastAsia="宋体" w:hAnsi="宋体"/>
          <w:sz w:val="28"/>
        </w:rPr>
        <w:t>向前面的人看齐并加以的努力超越。在平时的学习中应该树立一个奋斗目标，一个竞争对手，作为学习的一种动力。</w:t>
      </w:r>
    </w:p>
    <w:p>
      <w:pPr>
        <w:spacing w:before="100" w:after="200" w:line="360" w:lineRule="auto"/>
        <w:ind w:firstLine="576"/>
        <w:jc w:val="left"/>
      </w:pPr>
      <w:r>
        <w:rPr>
          <w:rFonts w:ascii="宋体" w:eastAsia="宋体" w:hAnsi="宋体"/>
          <w:sz w:val="28"/>
        </w:rPr>
        <w:t>在考试前加紧复习，不可松懈。正所谓“临阵磨枪不亮也光。”但这种“磨枪”是建立在平时的认真踏实学习的基础上的。若你抱着“平时不努力，考前补补也能行”的侥幸心理是不行的，若你以这种侥幸心态去迎接考试的话那一定是十考九输。还有剩下一次必定是输得特别惨。那些考试“出黑马””“放卫星”的人，大多是平时班里默默无闻，但他们的学习态度却是绝对认真，所以侥幸心理是要不得的。</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对于上次考的不理想的同学，也不可以贬低自己，即不能因此对自己缺乏信心，更不能毫不在乎。理智的态度是将结果忘记，充分分析其过程，在其中总结不足，了解差距，并且在平时的学习生活中要学会观察分析。应借鉴那些走在前面的同学，分析他们在学习的态度、方法和时间的安排情况等等细节。取长补短，不断克服我们自身的惰性，并总结出适合自己的学习方法。这次考试中树立一个可行性强，有针对性的目标，因为只有这样才可以使我们的计划得以实现。</w:t>
      </w:r>
    </w:p>
    <w:p>
      <w:pPr>
        <w:spacing w:before="100" w:after="200" w:line="360" w:lineRule="auto"/>
        <w:ind w:firstLine="576"/>
        <w:jc w:val="left"/>
      </w:pPr>
      <w:r>
        <w:rPr>
          <w:rFonts w:ascii="宋体" w:eastAsia="宋体" w:hAnsi="宋体"/>
          <w:sz w:val="28"/>
        </w:rPr>
        <w:t>临考前我们更要以几倍于他人的努力去复习，去认真对待。保证会的不失分，再将自己不太熟的练熟，尽量不失分，最后再练习自己不会的。尽可能避免太多的遗憾，尽力了便问心无愧了。</w:t>
      </w:r>
    </w:p>
    <w:p>
      <w:pPr>
        <w:spacing w:before="100" w:after="200" w:line="360" w:lineRule="auto"/>
        <w:ind w:firstLine="576"/>
        <w:jc w:val="left"/>
      </w:pPr>
      <w:r>
        <w:rPr>
          <w:rFonts w:ascii="宋体" w:eastAsia="宋体" w:hAnsi="宋体"/>
          <w:sz w:val="28"/>
        </w:rPr>
        <w:t>最后希望大家在考试中不要太紧张，平静一些，考出满意的成绩。</w:t>
      </w:r>
    </w:p>
    <w:p>
      <w:pPr>
        <w:spacing w:before="100" w:after="200" w:line="360" w:lineRule="auto"/>
        <w:ind w:firstLine="576"/>
        <w:jc w:val="left"/>
      </w:pPr>
      <w:r>
        <w:rPr>
          <w:rFonts w:ascii="宋体" w:eastAsia="宋体" w:hAnsi="宋体"/>
          <w:sz w:val="28"/>
        </w:rPr>
        <w:t>祝大家期中考试发挥自己的，考出好成绩。</w:t>
      </w:r>
    </w:p>
    <w:p>
      <w:pPr>
        <w:spacing w:before="100" w:after="200" w:line="360" w:lineRule="auto"/>
        <w:ind w:firstLine="576"/>
        <w:jc w:val="left"/>
      </w:pPr>
      <w:r>
        <w:rPr>
          <w:rFonts w:ascii="宋体" w:eastAsia="宋体" w:hAnsi="宋体"/>
          <w:sz w:val="28"/>
        </w:rPr>
        <w:t>奢望的两天已经过去，</w:t>
      </w:r>
    </w:p>
    <w:p>
      <w:pPr>
        <w:spacing w:before="100" w:after="200" w:line="360" w:lineRule="auto"/>
        <w:ind w:firstLine="576"/>
        <w:jc w:val="left"/>
      </w:pPr>
      <w:r>
        <w:rPr>
          <w:rFonts w:ascii="宋体" w:eastAsia="宋体" w:hAnsi="宋体"/>
          <w:sz w:val="28"/>
        </w:rPr>
        <w:t>迎接我们的是挑战.</w:t>
      </w:r>
    </w:p>
    <w:p>
      <w:pPr>
        <w:spacing w:before="100" w:after="200" w:line="360" w:lineRule="auto"/>
        <w:ind w:firstLine="576"/>
        <w:jc w:val="left"/>
      </w:pPr>
      <w:r>
        <w:rPr>
          <w:rFonts w:ascii="宋体" w:eastAsia="宋体" w:hAnsi="宋体"/>
          <w:sz w:val="28"/>
        </w:rPr>
        <w:t>可我们是否，是否……</w:t>
      </w:r>
    </w:p>
    <w:p>
      <w:pPr>
        <w:spacing w:before="100" w:after="200" w:line="360" w:lineRule="auto"/>
        <w:ind w:firstLine="576"/>
        <w:jc w:val="left"/>
      </w:pPr>
      <w:r>
        <w:rPr>
          <w:rFonts w:ascii="宋体" w:eastAsia="宋体" w:hAnsi="宋体"/>
          <w:sz w:val="28"/>
        </w:rPr>
        <w:t>真的敢于接受挑战</w:t>
      </w:r>
    </w:p>
    <w:p>
      <w:pPr>
        <w:spacing w:before="100" w:after="200" w:line="360" w:lineRule="auto"/>
        <w:ind w:firstLine="576"/>
        <w:jc w:val="left"/>
      </w:pPr>
      <w:r>
        <w:rPr>
          <w:rFonts w:ascii="宋体" w:eastAsia="宋体" w:hAnsi="宋体"/>
          <w:sz w:val="28"/>
        </w:rPr>
        <w:t>在这剩下的短暂的日子中，</w:t>
      </w:r>
    </w:p>
    <w:p>
      <w:pPr>
        <w:spacing w:before="100" w:after="200" w:line="360" w:lineRule="auto"/>
        <w:ind w:firstLine="576"/>
        <w:jc w:val="left"/>
      </w:pPr>
      <w:r>
        <w:rPr>
          <w:rFonts w:ascii="宋体" w:eastAsia="宋体" w:hAnsi="宋体"/>
          <w:sz w:val="28"/>
        </w:rPr>
        <w:t>努力奋斗!</w:t>
      </w:r>
    </w:p>
    <w:p>
      <w:pPr>
        <w:spacing w:before="100" w:after="200" w:line="360" w:lineRule="auto"/>
        <w:ind w:firstLine="576"/>
        <w:jc w:val="left"/>
      </w:pPr>
      <w:r>
        <w:rPr>
          <w:rFonts w:ascii="宋体" w:eastAsia="宋体" w:hAnsi="宋体"/>
          <w:sz w:val="28"/>
        </w:rPr>
        <w:t>有的人不曾感到时间的紧迫，</w:t>
      </w:r>
    </w:p>
    <w:p>
      <w:pPr>
        <w:spacing w:before="100" w:after="200" w:line="360" w:lineRule="auto"/>
        <w:ind w:firstLine="576"/>
        <w:jc w:val="left"/>
      </w:pPr>
      <w:r>
        <w:rPr>
          <w:rFonts w:ascii="宋体" w:eastAsia="宋体" w:hAnsi="宋体"/>
          <w:sz w:val="28"/>
        </w:rPr>
        <w:t>仍然，仍然在不经意地安排自己的生活。</w:t>
      </w:r>
    </w:p>
    <w:p>
      <w:pPr>
        <w:spacing w:before="100" w:after="200" w:line="360" w:lineRule="auto"/>
        <w:ind w:firstLine="576"/>
        <w:jc w:val="left"/>
      </w:pPr>
      <w:r>
        <w:rPr>
          <w:rFonts w:ascii="宋体" w:eastAsia="宋体" w:hAnsi="宋体"/>
          <w:sz w:val="28"/>
        </w:rPr>
        <w:t>为何，为何他们会这样呢</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是不是，是不是到了最后才会努力，</w:t>
      </w:r>
    </w:p>
    <w:p>
      <w:pPr>
        <w:spacing w:before="100" w:after="200" w:line="360" w:lineRule="auto"/>
        <w:ind w:firstLine="576"/>
        <w:jc w:val="left"/>
      </w:pPr>
      <w:r>
        <w:rPr>
          <w:rFonts w:ascii="宋体" w:eastAsia="宋体" w:hAnsi="宋体"/>
          <w:sz w:val="28"/>
        </w:rPr>
        <w:t>可是，可是那时我们已经没有时间，</w:t>
      </w:r>
    </w:p>
    <w:p>
      <w:pPr>
        <w:spacing w:before="100" w:after="200" w:line="360" w:lineRule="auto"/>
        <w:ind w:firstLine="576"/>
        <w:jc w:val="left"/>
      </w:pPr>
      <w:r>
        <w:rPr>
          <w:rFonts w:ascii="宋体" w:eastAsia="宋体" w:hAnsi="宋体"/>
          <w:sz w:val="28"/>
        </w:rPr>
        <w:t>没有奋发的精神了，</w:t>
      </w:r>
    </w:p>
    <w:p>
      <w:pPr>
        <w:spacing w:before="100" w:after="200" w:line="360" w:lineRule="auto"/>
        <w:ind w:firstLine="576"/>
        <w:jc w:val="left"/>
      </w:pPr>
      <w:r>
        <w:rPr>
          <w:rFonts w:ascii="宋体" w:eastAsia="宋体" w:hAnsi="宋体"/>
          <w:sz w:val="28"/>
        </w:rPr>
        <w:t>同学们，请在这仅有的，可数的天数里，努力吧!</w:t>
      </w:r>
    </w:p>
    <w:p>
      <w:pPr>
        <w:spacing w:before="100" w:after="200" w:line="360" w:lineRule="auto"/>
        <w:jc w:val="left"/>
      </w:pPr>
      <w:r>
        <w:rPr>
          <w:rFonts w:ascii="宋体 (中文正文)" w:eastAsia="宋体" w:hAnsi="宋体 (中文正文)"/>
          <w:sz w:val="28"/>
        </w:rPr>
        <w:t>老师们，同学们：</w:t>
      </w:r>
    </w:p>
    <w:p>
      <w:pPr>
        <w:spacing w:before="100" w:after="200" w:line="360" w:lineRule="auto"/>
        <w:ind w:firstLine="576"/>
        <w:jc w:val="left"/>
      </w:pPr>
      <w:r>
        <w:rPr>
          <w:rFonts w:ascii="宋体" w:eastAsia="宋体" w:hAnsi="宋体"/>
          <w:sz w:val="28"/>
        </w:rPr>
        <w:t>大家早上好！</w:t>
      </w:r>
    </w:p>
    <w:p>
      <w:pPr>
        <w:spacing w:before="100" w:after="200" w:line="360" w:lineRule="auto"/>
        <w:ind w:firstLine="576"/>
        <w:jc w:val="left"/>
      </w:pPr>
      <w:r>
        <w:rPr>
          <w:rFonts w:ascii="宋体" w:eastAsia="宋体" w:hAnsi="宋体"/>
          <w:sz w:val="28"/>
        </w:rPr>
        <w:t>今天我讲话的主题是：做好充分准备迎接期中考试。</w:t>
      </w:r>
    </w:p>
    <w:p>
      <w:pPr>
        <w:spacing w:before="100" w:after="200" w:line="360" w:lineRule="auto"/>
        <w:ind w:firstLine="576"/>
        <w:jc w:val="left"/>
      </w:pPr>
      <w:r>
        <w:rPr>
          <w:rFonts w:ascii="宋体" w:eastAsia="宋体" w:hAnsi="宋体"/>
          <w:sz w:val="28"/>
        </w:rPr>
        <w:t>同学们，时光流逝，转眼一个学期过去了一半，本周的星期三至周星期五，我校将进行高一、高二年的期中考试。下周的星期一、星期二，高三同学们将参加湘潭市的第一次统一模拟考试。</w:t>
      </w:r>
    </w:p>
    <w:p>
      <w:pPr>
        <w:spacing w:before="100" w:after="200" w:line="360" w:lineRule="auto"/>
        <w:ind w:firstLine="576"/>
        <w:jc w:val="left"/>
      </w:pPr>
      <w:r>
        <w:rPr>
          <w:rFonts w:ascii="宋体" w:eastAsia="宋体" w:hAnsi="宋体"/>
          <w:sz w:val="28"/>
        </w:rPr>
        <w:t>考试既是一种对我们学习成果的检验，又是让我们敢于正确评价自己，勇于承认学习上的失误和不足，严于自我约束的一种考验。满怀信心地迎接期中考试，争取优异的成绩，是我们共同的心愿。为了我们在期中考试中能够获得好成绩，同学们在以下四个方面要做好充分的准备：</w:t>
      </w:r>
    </w:p>
    <w:p>
      <w:pPr>
        <w:spacing w:before="100" w:after="200" w:line="360" w:lineRule="auto"/>
        <w:ind w:firstLine="576"/>
        <w:jc w:val="left"/>
      </w:pPr>
      <w:r>
        <w:rPr>
          <w:rFonts w:ascii="宋体" w:eastAsia="宋体" w:hAnsi="宋体"/>
          <w:sz w:val="28"/>
        </w:rPr>
        <w:t>1、端正态度，高度重视</w:t>
      </w:r>
    </w:p>
    <w:p>
      <w:pPr>
        <w:spacing w:before="100" w:after="200" w:line="360" w:lineRule="auto"/>
        <w:ind w:firstLine="576"/>
        <w:jc w:val="left"/>
      </w:pPr>
      <w:r>
        <w:rPr>
          <w:rFonts w:ascii="宋体" w:eastAsia="宋体" w:hAnsi="宋体"/>
          <w:sz w:val="28"/>
        </w:rPr>
        <w:t>期中考试是对我们前一阶段所学学科知识的一次大检验。考试的真正目的是检查和反馈，检查前一阶段的学习情况，反馈自己学习的目的、态度、知识、能力、方法等方面存在的问题，为自己下一阶段有针对性地改进学习提供重要的依据。通过考试能提醒大家反省自己的学习状况，尽快改善自己的学习习惯，努力探求适合自己的学习方法。因此，我们大家都应该高度重视这次期中考试，切不可掉以轻心。只有思想上重视了，并且全力以赴、扎扎实实地搞好期中复习，取得好成绩才有了保证。</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2、精心计划，全面梳理</w:t>
      </w:r>
    </w:p>
    <w:p>
      <w:pPr>
        <w:spacing w:before="100" w:after="200" w:line="360" w:lineRule="auto"/>
        <w:ind w:firstLine="576"/>
        <w:jc w:val="left"/>
      </w:pPr>
      <w:r>
        <w:rPr>
          <w:rFonts w:ascii="宋体" w:eastAsia="宋体" w:hAnsi="宋体"/>
          <w:sz w:val="28"/>
        </w:rPr>
        <w:t>同学们要在老师的指导下，认认真真听好每一节复习课，做好每一道练习，完成每一次作业。只有这样，同学们的复习才会有明显的效果。复习工作是巩固和强化所学知识必不可少的手段，是学习过程中至关重要的环节。复习不单是机械的重复，而更应包含对知识的理解和运用。平时的认真学习是考试的坚实基础，但如果现在认真复习，查缺补漏，也可以弥补原先的不足。在考前的这段时间内，我们同学要对各科的基本知识、基本方法、基本题型进行系统的复习。要注意知识的融会贯通，要建立系统的知识网络结构，将知识梳理成条成线。</w:t>
      </w:r>
    </w:p>
    <w:p>
      <w:pPr>
        <w:spacing w:before="100" w:after="200" w:line="360" w:lineRule="auto"/>
        <w:ind w:firstLine="576"/>
        <w:jc w:val="left"/>
      </w:pPr>
      <w:r>
        <w:rPr>
          <w:rFonts w:ascii="宋体" w:eastAsia="宋体" w:hAnsi="宋体"/>
          <w:sz w:val="28"/>
        </w:rPr>
        <w:t>3、讲究方法，认真答卷</w:t>
      </w:r>
    </w:p>
    <w:p>
      <w:pPr>
        <w:spacing w:before="100" w:after="200" w:line="360" w:lineRule="auto"/>
        <w:ind w:firstLine="576"/>
        <w:jc w:val="left"/>
      </w:pPr>
      <w:r>
        <w:rPr>
          <w:rFonts w:ascii="宋体" w:eastAsia="宋体" w:hAnsi="宋体"/>
          <w:sz w:val="28"/>
        </w:rPr>
        <w:t>考试过程中要细心、谨慎、精力集中，要做到速度和质量的和谐统一，力争做到：审题要仔细，题意要弄清，遇到拦路虎，不妨绕道行，细中求速度，快中不忘稳，把握好时间，不提前交卷。</w:t>
      </w:r>
    </w:p>
    <w:p>
      <w:pPr>
        <w:spacing w:before="100" w:after="200" w:line="360" w:lineRule="auto"/>
        <w:ind w:firstLine="576"/>
        <w:jc w:val="left"/>
      </w:pPr>
      <w:r>
        <w:rPr>
          <w:rFonts w:ascii="宋体" w:eastAsia="宋体" w:hAnsi="宋体"/>
          <w:sz w:val="28"/>
        </w:rPr>
        <w:t>4、诚信参考，公平竞争</w:t>
      </w:r>
    </w:p>
    <w:p>
      <w:pPr>
        <w:spacing w:before="100" w:after="200" w:line="360" w:lineRule="auto"/>
        <w:ind w:firstLine="576"/>
        <w:jc w:val="left"/>
      </w:pPr>
      <w:r>
        <w:rPr>
          <w:rFonts w:ascii="宋体" w:eastAsia="宋体" w:hAnsi="宋体"/>
          <w:sz w:val="28"/>
        </w:rPr>
        <w:t>期中考试即将拉开序幕，要求所有同学要刻苦学习，积极备考，文明考风，诚信考试，敢于公平竞争，以自己的实力争取优异的成绩；要排除外界干扰，抛弃侥幸和投机心理，坚决杜绝考试作弊的想法和行为。考试作弊是一种不文明、不道德、不诚信的行为，是一种违反学校纪律、有悖公平竞争的行为。海涅曾经说过：“生命不可能从谎言中开出灿烂的鲜花。”对待考试的态度和行为，其实是个做人问题。我们应树立“诚信考试光荣、作弊违纪可耻”的考试理念，从我做起，共同维护公平、公正的考试环境。</w:t>
      </w:r>
    </w:p>
    <w:p>
      <w:pPr>
        <w:spacing w:before="100" w:after="200" w:line="360" w:lineRule="auto"/>
        <w:ind w:firstLine="576"/>
        <w:jc w:val="left"/>
      </w:pPr>
      <w:r>
        <w:rPr>
          <w:rFonts w:ascii="宋体" w:eastAsia="宋体" w:hAnsi="宋体"/>
          <w:sz w:val="28"/>
        </w:rPr>
        <w:t>最后，我衷心预祝同学们在期中考试中取得优异的`成绩！</w:t>
      </w:r>
    </w:p>
    <w:p>
      <w:pPr>
        <w:spacing w:before="100" w:after="200" w:line="360" w:lineRule="auto"/>
        <w:jc w:val="left"/>
        <w:sectPr w:rsidSect="00034616">
          <w:type w:val="nextPage"/>
          <w:pgSz w:w="11906" w:h="16838"/>
          <w:pgMar w:top="1440" w:right="1440" w:bottom="1440" w:left="1440" w:header="720" w:footer="720" w:gutter="0"/>
          <w:pgNumType w:start="9"/>
          <w:cols w:space="720"/>
          <w:titlePg w:val="0"/>
          <w:docGrid w:linePitch="360"/>
        </w:sectPr>
      </w:pPr>
      <w:r>
        <w:rPr>
          <w:rFonts w:ascii="宋体 (中文正文)" w:eastAsia="宋体" w:hAnsi="宋体 (中文正文)"/>
          <w:sz w:val="28"/>
        </w:rPr>
        <w:t>老师，同学们：</w:t>
      </w:r>
    </w:p>
    <w:p>
      <w:pPr>
        <w:spacing w:before="100" w:after="200" w:line="360" w:lineRule="auto"/>
        <w:ind w:firstLine="576"/>
        <w:jc w:val="left"/>
      </w:pPr>
      <w:r>
        <w:rPr>
          <w:rFonts w:ascii="宋体" w:eastAsia="宋体" w:hAnsi="宋体"/>
          <w:sz w:val="28"/>
        </w:rPr>
        <w:t>大家好！今天我要讲话的题目是“做好复习巩固，迎接期中考试。”</w:t>
      </w:r>
    </w:p>
    <w:p>
      <w:pPr>
        <w:spacing w:before="100" w:after="200" w:line="360" w:lineRule="auto"/>
        <w:ind w:firstLine="576"/>
        <w:jc w:val="left"/>
      </w:pPr>
      <w:r>
        <w:rPr>
          <w:rFonts w:ascii="宋体" w:eastAsia="宋体" w:hAnsi="宋体"/>
          <w:sz w:val="28"/>
        </w:rPr>
        <w:t>时间过得很快，开学仿佛还是昨日，可是转眼间我们就要面对期中考试了。</w:t>
      </w:r>
    </w:p>
    <w:p>
      <w:pPr>
        <w:spacing w:before="100" w:after="200" w:line="360" w:lineRule="auto"/>
        <w:ind w:firstLine="576"/>
        <w:jc w:val="left"/>
      </w:pPr>
      <w:r>
        <w:rPr>
          <w:rFonts w:ascii="宋体" w:eastAsia="宋体" w:hAnsi="宋体"/>
          <w:sz w:val="28"/>
        </w:rPr>
        <w:t>月考已经过去了近两个星期了，可能有些人对于这次月考成绩并不满意，这次月考的结果令人反思，同样我们也应该好好反思。因为这次月考告诫着我们要认真努力的学习。因为，在11月9日至11月11日，我们将迎来一次重要的考试，期中考试。在之前月考失利的同学们，不必对自己失去信心，只要反思自己存在的不足，以及善于与同学交流，取长补短，我相信大家一定能在此次期中考试中考取理想的成绩。</w:t>
      </w:r>
    </w:p>
    <w:p>
      <w:pPr>
        <w:spacing w:before="100" w:after="200" w:line="360" w:lineRule="auto"/>
        <w:ind w:firstLine="576"/>
        <w:jc w:val="left"/>
      </w:pPr>
      <w:r>
        <w:rPr>
          <w:rFonts w:ascii="宋体" w:eastAsia="宋体" w:hAnsi="宋体"/>
          <w:sz w:val="28"/>
        </w:rPr>
        <w:t>通过期中考试，老师能更好的了解同学们掌握知识的情况，发现同学们学习的问题，以便帮助同学们及时弥补缺漏。几分耕耘几分收获，成功总是伴随着无数的辛苦。</w:t>
      </w:r>
    </w:p>
    <w:p>
      <w:pPr>
        <w:spacing w:before="100" w:after="200" w:line="360" w:lineRule="auto"/>
        <w:ind w:firstLine="576"/>
        <w:jc w:val="left"/>
      </w:pPr>
      <w:r>
        <w:rPr>
          <w:rFonts w:ascii="宋体" w:eastAsia="宋体" w:hAnsi="宋体"/>
          <w:sz w:val="28"/>
        </w:rPr>
        <w:t>对于这次期中考试，我们既要重视但也不要过于心神紧张，否则，不仅会导致成绩的不稳定，也会对自己的信心造成影响。所以，我们对此次期中考试要劳逸结合。复习后可以听一些轻音乐来缓解压力或者去外面呼吸一下新鲜空气，保持愉悦的学习状态是成功的保证。要做到脚踏实地，提高课堂效率。复习要讲究循序渐进。这样，就避免了我们学习的盲目性。还要定好计划，抓住点滴时间。只有翔实的计划才能使我们感到学习的轻松和愉快！</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想要考出好成绩，除了平时一贯的认真勤奋以外，复习阶段的努力和拼搏就显得尤为重要。同学们，相信你们都希望在这次的期中考试中考出各自理想的成绩，以告慰辛苦抚育我们的父母，以报答辛勤培养我们的老师，以勉励勤奋苦读的自己。今天的动员就是号召同学们立即行动，积极准备考试，也希望大家重视平常的学习，为每一次考试做积累。</w:t>
      </w:r>
    </w:p>
    <w:p>
      <w:pPr>
        <w:spacing w:before="100" w:after="200" w:line="360" w:lineRule="auto"/>
        <w:ind w:firstLine="576"/>
        <w:jc w:val="left"/>
      </w:pPr>
      <w:r>
        <w:rPr>
          <w:rFonts w:ascii="宋体" w:eastAsia="宋体" w:hAnsi="宋体"/>
          <w:sz w:val="28"/>
        </w:rPr>
        <w:t>同学们，只要我们记住保持良好的心态，以及勤奋努力，那么，再大的困难，也是难不住我们的。在此，预祝所有同学们在这次期中考试中考出一个好成绩！</w:t>
      </w:r>
    </w:p>
    <w:p>
      <w:pPr>
        <w:spacing w:before="100" w:after="200" w:line="360" w:lineRule="auto"/>
        <w:ind w:firstLine="576"/>
        <w:jc w:val="left"/>
      </w:pPr>
      <w:r>
        <w:rPr>
          <w:rFonts w:ascii="宋体" w:eastAsia="宋体" w:hAnsi="宋体"/>
          <w:sz w:val="28"/>
        </w:rPr>
        <w:t>谢谢大家！</w:t>
      </w:r>
    </w:p>
    <w:p>
      <w:pPr>
        <w:spacing w:before="100" w:after="200" w:line="360" w:lineRule="auto"/>
        <w:jc w:val="left"/>
      </w:pPr>
      <w:r>
        <w:rPr>
          <w:rFonts w:ascii="宋体 (中文正文)" w:eastAsia="宋体" w:hAnsi="宋体 (中文正文)"/>
          <w:sz w:val="28"/>
        </w:rPr>
        <w:t>老师们、同学们：</w:t>
      </w:r>
    </w:p>
    <w:p>
      <w:pPr>
        <w:spacing w:before="100" w:after="200" w:line="360" w:lineRule="auto"/>
        <w:ind w:firstLine="576"/>
        <w:jc w:val="left"/>
      </w:pPr>
      <w:r>
        <w:rPr>
          <w:rFonts w:ascii="宋体" w:eastAsia="宋体" w:hAnsi="宋体"/>
          <w:sz w:val="28"/>
        </w:rPr>
        <w:t>开学到现在已经半个学期了，近两个月来，一转眼，下周就要进行期中考试了。期中考试是一次阶段性考试，是对前面学习的知识进行一次重要检测，为学习方法的改进，学习措施的调整，学习策略的制定与实施提供全面客观的依据。因此每一个学生都必须以认真、严肃、负责的态度对待期中考试，以强烈的进取心和高度的责任感来端正考试态度，积极准备参加这次期中考试。我们要把期中考试当作对自己的挑战，当作一次磨练自己和提高自己的机会。因为只有努力把握住每一次磨练自己的机会，同学们才能更快、更好地成长、成材！</w:t>
      </w:r>
    </w:p>
    <w:p>
      <w:pPr>
        <w:spacing w:before="100" w:after="200" w:line="360" w:lineRule="auto"/>
        <w:ind w:firstLine="576"/>
        <w:jc w:val="left"/>
      </w:pPr>
      <w:r>
        <w:rPr>
          <w:rFonts w:ascii="宋体" w:eastAsia="宋体" w:hAnsi="宋体"/>
          <w:sz w:val="28"/>
        </w:rPr>
        <w:t>同学们：今天距期中考试还有几天时间，那么我们如何利用好这几天时间呢？</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首先，每个学生要重视考前的复习。孔子说：“温故而知新”，就是告诉我们学习要重视复习，一个成绩优秀的学生肯定是肯吃苦，肯钻研，认真复习并掌握科学的学习方法的人。所以希望每一位同学能够在考试前的这一段时间里，在老师的指导下，学会自我分析，查漏补缺，努力把前一阶段学习的知识认真归纳，梳理知识要点，整理资料信息、检查作业中常出现过的错误原因，归类系统复习，争取做到查漏补缺，熟能生巧，融会贯通。如果发现自己文科学习有欠缺，就应该有意识地多花点功夫，该背的背，该记的记；如果发现自己理科学习有欠缺，就应该有意识地为自己增大练习量，以方法赢得效率。</w:t>
      </w:r>
    </w:p>
    <w:p>
      <w:pPr>
        <w:spacing w:before="100" w:after="200" w:line="360" w:lineRule="auto"/>
        <w:ind w:firstLine="576"/>
        <w:jc w:val="left"/>
      </w:pPr>
      <w:r>
        <w:rPr>
          <w:rFonts w:ascii="宋体" w:eastAsia="宋体" w:hAnsi="宋体"/>
          <w:sz w:val="28"/>
        </w:rPr>
        <w:t>第二，寻找竞争对手。因为有了竞争对手，学习也就有了对比，自己也能在不断的对比中督促自己不断前进。我们必须清醒的认识到：在比、学、赶、帮、超的氛围中，我们的学习一定能取得更大的进步。上次月考同学们做的很好，同学们之间的挑战和竞争是浓厚的、积极的，班级之间的竞争也是激烈的，希望这一次各位同学继续发扬你争我赶的拼搏精神，努力考出更加骄人的成绩。第三，为自己的复习拟定计划很重要，但问题是有的同学不是没有详尽的计划，而是没能让自己的计划得以在过程中落实。怎么落实？接下来的几天，每位同学的学习时间肯定非常紧张，那么一定要学会充分利用看似零散的时间，化整为零。早读（不随意走动、聊天，不补作业，更不抄作业）、中午午休、自习课任务驱动，为自己安排任务，从而创设一个安静的学习环境。</w:t>
      </w:r>
    </w:p>
    <w:p>
      <w:pPr>
        <w:spacing w:before="100" w:after="200" w:line="360" w:lineRule="auto"/>
        <w:ind w:firstLine="576"/>
        <w:jc w:val="left"/>
      </w:pPr>
      <w:r>
        <w:rPr>
          <w:rFonts w:ascii="宋体" w:eastAsia="宋体" w:hAnsi="宋体"/>
          <w:sz w:val="28"/>
        </w:rPr>
        <w:t>第四，书写问题。整洁的试卷会给阅卷老师以愉悦的享受，反之不清楚的答案只能判错，希望全体同学尽量使用钢笔、签字笔规范答题，将答案写在指定题号的区域内，不要超越答题边界，保证字迹工整，卷面干净、平整，考试结束后将答题卡正面朝上放在桌面上，等待监考老师收齐答题卡后再离开考场。</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第五，考试还是一次做人品行的检测。我想同学们并非第一次参加考试，对考试的纪律是清楚的、明白的。考试是严肃的，来不得半点弄虚作假，学习上有付出才有收获，有勤奋才有成果，考试作弊是自欺欺人的做法，是严重违反校纪校规的行为。考试作弊是不能弥补自己学习上的漏洞，相反会让自己失去诚实的宝贵品质。孟子云：“车无辕而不行，人无信则不立”。只有真诚地面对自己，诚实做人，诚实做事才能获得更多的信任与尊重。因此我们切记勿因小失大，为力求考试顺利通过而违背考试的真意。我们应当做一个光明磊落的人，赢要赢得让别人心服口服，输也要输得坦坦荡荡。</w:t>
      </w:r>
    </w:p>
    <w:p>
      <w:pPr>
        <w:spacing w:before="100" w:after="200" w:line="360" w:lineRule="auto"/>
        <w:ind w:firstLine="576"/>
        <w:jc w:val="left"/>
      </w:pPr>
      <w:r>
        <w:rPr>
          <w:rFonts w:ascii="宋体" w:eastAsia="宋体" w:hAnsi="宋体"/>
          <w:sz w:val="28"/>
        </w:rPr>
        <w:t>同时，我也不得不正告那些正怀有侥幸心理，将考试成绩寄希望与考试作弊的同学：绝对不要有任何考试作弊的想法，因为一旦发现有考试作弊，学校将作出严肃处理，一律按零分处理，并通报批评。</w:t>
      </w:r>
    </w:p>
    <w:p>
      <w:pPr>
        <w:spacing w:before="100" w:after="200" w:line="360" w:lineRule="auto"/>
        <w:ind w:firstLine="576"/>
        <w:jc w:val="left"/>
      </w:pPr>
      <w:r>
        <w:rPr>
          <w:rFonts w:ascii="宋体" w:eastAsia="宋体" w:hAnsi="宋体"/>
          <w:sz w:val="28"/>
        </w:rPr>
        <w:t>同学们，考试总有成功失败，老师不会要求每个人都成为优胜者，但我们希望每一位同学做一名追求进步、超越自我的勇敢者。最后，祝同学们期中考试考出满意的成绩！</w:t>
      </w:r>
    </w:p>
    <w:p>
      <w:pPr>
        <w:spacing w:before="100" w:after="200" w:line="360" w:lineRule="auto"/>
        <w:jc w:val="left"/>
      </w:pPr>
      <w:r>
        <w:rPr>
          <w:rFonts w:ascii="宋体 (中文正文)" w:eastAsia="宋体" w:hAnsi="宋体 (中文正文)"/>
          <w:sz w:val="28"/>
        </w:rPr>
        <w:t>老师们、同学们：</w:t>
      </w:r>
    </w:p>
    <w:p>
      <w:pPr>
        <w:spacing w:before="100" w:after="200" w:line="360" w:lineRule="auto"/>
        <w:ind w:firstLine="576"/>
        <w:jc w:val="left"/>
      </w:pPr>
      <w:r>
        <w:rPr>
          <w:rFonts w:ascii="宋体" w:eastAsia="宋体" w:hAnsi="宋体"/>
          <w:sz w:val="28"/>
        </w:rPr>
        <w:t>大家好！忙碌又充实的一个学期转瞬即逝。在这寒冷的冬天，我们又迎来了期中复习和考试。期中考试是学校检验一学期以来老师与同学教学成果的一个重要标准，因此，它对于学校、对于全体师生都有重要的意义。</w:t>
      </w:r>
    </w:p>
    <w:p>
      <w:pPr>
        <w:spacing w:before="100" w:after="200" w:line="360" w:lineRule="auto"/>
        <w:ind w:firstLine="576"/>
        <w:jc w:val="left"/>
      </w:pPr>
      <w:r>
        <w:rPr>
          <w:rFonts w:ascii="宋体" w:eastAsia="宋体" w:hAnsi="宋体"/>
          <w:sz w:val="28"/>
        </w:rPr>
        <w:t>为了帮助同学们迎接最后的考试，今天，利用这个机会，对各位同学提三点要求：</w:t>
      </w:r>
    </w:p>
    <w:p>
      <w:pPr>
        <w:spacing w:before="100" w:after="200" w:line="360" w:lineRule="auto"/>
        <w:ind w:firstLine="576"/>
        <w:jc w:val="left"/>
      </w:pPr>
      <w:r>
        <w:rPr>
          <w:rFonts w:ascii="宋体" w:eastAsia="宋体" w:hAnsi="宋体"/>
          <w:sz w:val="28"/>
        </w:rPr>
        <w:t>第一、珍惜时间不浪费</w:t>
      </w:r>
    </w:p>
    <w:p>
      <w:pPr>
        <w:spacing w:before="100" w:after="200" w:line="360" w:lineRule="auto"/>
        <w:ind w:firstLine="576"/>
        <w:jc w:val="left"/>
      </w:pPr>
      <w:r>
        <w:rPr>
          <w:rFonts w:ascii="宋体" w:eastAsia="宋体" w:hAnsi="宋体"/>
          <w:sz w:val="28"/>
        </w:rPr>
        <w:t>当你感觉为时已晚的时候，或许是最早的时候。请同学们充分利用好零碎时间，学会排除各种干扰，消除各种杂念，请把所有与学习无关的事放一放，全心全意地投入到总复习中去。一心一意想学习，聚精会神谋进步。同学们要在老师的指导下，认真听好每一节复习课，仔细做好每份练习，认真做好错题的梳理！只要思想不滑坡，办法总比困难多，只要思想不消沉，学习成绩一定行，只要思想跟得上，学习成绩定向上！</w:t>
      </w:r>
    </w:p>
    <w:p>
      <w:pPr>
        <w:spacing w:before="100" w:after="200" w:line="360" w:lineRule="auto"/>
        <w:ind w:firstLine="576"/>
        <w:jc w:val="left"/>
      </w:pPr>
      <w:r>
        <w:rPr>
          <w:rFonts w:ascii="宋体" w:eastAsia="宋体" w:hAnsi="宋体"/>
          <w:sz w:val="28"/>
        </w:rPr>
        <w:t>第二、全面复习不疏漏</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https://d.book118.com/958075034107006046</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5807503410700604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