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班主任月度工作总结（31篇）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班主任月度工作总结（精选31篇）</w:t>
      </w:r>
      <w:r>
        <w:rPr>
          <w:lang w:eastAsia="zh-CN"/>
        </w:rPr>
        <w:br/>
      </w:r>
      <w:r>
        <w:rPr>
          <w:lang w:eastAsia="zh-CN"/>
        </w:rPr>
        <w:t xml:space="preserve">    班主任月度工作总结 篇1 </w:t>
      </w:r>
      <w:r>
        <w:rPr>
          <w:lang w:eastAsia="zh-CN"/>
        </w:rPr>
        <w:br/>
      </w:r>
      <w:r>
        <w:rPr>
          <w:lang w:eastAsia="zh-CN"/>
        </w:rPr>
        <w:t>　　金秋十月丹桂飘香，成人教育学院全体员工在校党政领导下，满怀激情，勤奋工作，团结协作，圆满完成本部门各项主要工作。现将十月份个人工作总结报告如下：</w:t>
      </w:r>
      <w:r>
        <w:rPr>
          <w:lang w:eastAsia="zh-CN"/>
        </w:rPr>
        <w:br/>
      </w:r>
      <w:r>
        <w:rPr>
          <w:lang w:eastAsia="zh-CN"/>
        </w:rPr>
        <w:t>　　1、按教学进程，如期完成本月各脱产、业余班的教学和考试工作。</w:t>
      </w:r>
      <w:r>
        <w:rPr>
          <w:lang w:eastAsia="zh-CN"/>
        </w:rPr>
        <w:br/>
      </w:r>
      <w:r>
        <w:rPr>
          <w:lang w:eastAsia="zh-CN"/>
        </w:rPr>
        <w:t>　　2、顺利完成400余名成教专升本学生参加全省学位英语统考的报名工作。</w:t>
      </w:r>
      <w:r>
        <w:rPr>
          <w:lang w:eastAsia="zh-CN"/>
        </w:rPr>
        <w:br/>
      </w:r>
      <w:r>
        <w:rPr>
          <w:lang w:eastAsia="zh-CN"/>
        </w:rPr>
        <w:t>　　3、按时报送了20__年成教学生有关信息数据;完成了__年成教发文材料的整理装订。</w:t>
      </w:r>
      <w:r>
        <w:rPr>
          <w:lang w:eastAsia="zh-CN"/>
        </w:rPr>
        <w:br/>
      </w:r>
      <w:r>
        <w:rPr>
          <w:lang w:eastAsia="zh-CN"/>
        </w:rPr>
        <w:t>　　4、完成芜湖市卫生局委托举办的社区护士、全科医师岗位培训班的结束工作，进行了理论测试及相关材料的收集整理工作。</w:t>
      </w:r>
      <w:r>
        <w:rPr>
          <w:lang w:eastAsia="zh-CN"/>
        </w:rPr>
        <w:br/>
      </w:r>
      <w:r>
        <w:rPr>
          <w:lang w:eastAsia="zh-CN"/>
        </w:rPr>
        <w:t>　　5、根据学校要求，完成了对老校区成教脱产学生的宿舍调整工作和欠住宿费学生的催缴工作。主动协助后勤处对老校区进行二次学生宿舍的安全卫生检查，收效良好。</w:t>
      </w:r>
      <w:r>
        <w:rPr>
          <w:lang w:eastAsia="zh-CN"/>
        </w:rPr>
        <w:br/>
      </w:r>
      <w:r>
        <w:rPr>
          <w:lang w:eastAsia="zh-CN"/>
        </w:rPr>
        <w:t>　　不足之处：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部分班级的学生工作座谈会未来得及在本月完成，安排在下个月继续进行。</w:t>
      </w:r>
      <w:r>
        <w:rPr>
          <w:lang w:eastAsia="zh-CN"/>
        </w:rPr>
        <w:br/>
      </w:r>
      <w:r>
        <w:rPr>
          <w:lang w:eastAsia="zh-CN"/>
        </w:rPr>
        <w:t>　　二、十一月份个人工作计划</w:t>
      </w:r>
      <w:r>
        <w:rPr>
          <w:lang w:eastAsia="zh-CN"/>
        </w:rPr>
        <w:br/>
      </w:r>
      <w:r>
        <w:rPr>
          <w:lang w:eastAsia="zh-CN"/>
        </w:rPr>
        <w:t>　　1、组织完成20__级临床医学、护理及麻醉学业余专科班和__级临床医学业余专升本班的教学工作。</w:t>
      </w:r>
      <w:r>
        <w:rPr>
          <w:lang w:eastAsia="zh-CN"/>
        </w:rPr>
        <w:br/>
      </w:r>
      <w:r>
        <w:rPr>
          <w:lang w:eastAsia="zh-CN"/>
        </w:rPr>
        <w:t>　　2、认真核对20__届春季毕业生有关信息，严格审核毕业生学籍、成绩及缴费情况，确定毕业生名单。</w:t>
      </w:r>
      <w:r>
        <w:rPr>
          <w:lang w:eastAsia="zh-CN"/>
        </w:rPr>
        <w:br/>
      </w:r>
      <w:r>
        <w:rPr>
          <w:lang w:eastAsia="zh-CN"/>
        </w:rPr>
        <w:t>　　3、根据省教育招生考试院有关要求，布置并认真做好20__级新生的招生录取工作。</w:t>
      </w:r>
      <w:r>
        <w:rPr>
          <w:lang w:eastAsia="zh-CN"/>
        </w:rPr>
        <w:br/>
      </w:r>
      <w:r>
        <w:rPr>
          <w:lang w:eastAsia="zh-CN"/>
        </w:rPr>
        <w:t>　　4、做好20__届春季各班级毕业生(含校外教学点)的毕业考试工作。</w:t>
      </w:r>
      <w:r>
        <w:rPr>
          <w:lang w:eastAsia="zh-CN"/>
        </w:rPr>
        <w:br/>
      </w:r>
      <w:r>
        <w:rPr>
          <w:lang w:eastAsia="zh-CN"/>
        </w:rPr>
        <w:t>　　5、充分调动班主任的工作积极性，组织安排一次班主任集体活动。</w:t>
      </w:r>
      <w:r>
        <w:rPr>
          <w:lang w:eastAsia="zh-CN"/>
        </w:rPr>
        <w:br/>
      </w:r>
      <w:r>
        <w:rPr>
          <w:lang w:eastAsia="zh-CN"/>
        </w:rPr>
        <w:t>　　6、继续协助后勤处、物业管理中心做好学生宿舍安全卫生工作。</w:t>
      </w:r>
      <w:r>
        <w:rPr>
          <w:lang w:eastAsia="zh-CN"/>
        </w:rPr>
        <w:br/>
      </w:r>
      <w:r>
        <w:rPr>
          <w:lang w:eastAsia="zh-CN"/>
        </w:rPr>
        <w:t>　　7、根据学校从第十一周作息时间调整的通知，针对成教的具体情况，对每节课的上课时间和下午第一节课开始上课时间予以调整。</w:t>
      </w:r>
      <w:r>
        <w:rPr>
          <w:lang w:eastAsia="zh-CN"/>
        </w:rPr>
        <w:br/>
      </w:r>
      <w:r>
        <w:rPr>
          <w:lang w:eastAsia="zh-CN"/>
        </w:rPr>
        <w:t>　　8、各班主任继续安排召开学生工作座谈会，收集学生信息，主动改进服务，提高工作效率。</w:t>
      </w:r>
      <w:r>
        <w:rPr>
          <w:lang w:eastAsia="zh-CN"/>
        </w:rPr>
        <w:br/>
      </w:r>
      <w:r>
        <w:rPr>
          <w:lang w:eastAsia="zh-CN"/>
        </w:rPr>
        <w:t xml:space="preserve">    班主任月度工作总结 篇2 </w:t>
      </w:r>
      <w:r>
        <w:rPr>
          <w:lang w:eastAsia="zh-CN"/>
        </w:rPr>
        <w:br/>
      </w:r>
      <w:r>
        <w:rPr>
          <w:lang w:eastAsia="zh-CN"/>
        </w:rPr>
        <w:t>　　本学期我根据学校的按排，接任了六年级(1)班的班主任工作，在为期一个月中自己努力做到了以下几个方面的工作。</w:t>
      </w:r>
      <w:r>
        <w:rPr>
          <w:lang w:eastAsia="zh-CN"/>
        </w:rPr>
        <w:br/>
      </w:r>
      <w:r>
        <w:rPr>
          <w:lang w:eastAsia="zh-CN"/>
        </w:rPr>
        <w:t>　　一、解班级基本情况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开学第一天，我就和几个班干部进行谈话，了解上学年班级的管理情况，与任课教师交流，掌握班级学生的基本现象。并在开学后我对每一个学生谈了话，从各方面了解学生，包括家庭背景、爱好、特长，曾任的职务等，并对这些表格进行了分类整理，对班级的基本情况做到“四分了解”。并根据了解的情况作了一个继承和调整。</w:t>
      </w:r>
      <w:r>
        <w:rPr>
          <w:lang w:eastAsia="zh-CN"/>
        </w:rPr>
        <w:br/>
      </w:r>
      <w:r>
        <w:rPr>
          <w:lang w:eastAsia="zh-CN"/>
        </w:rPr>
        <w:t>　　二、培养班干部</w:t>
      </w:r>
      <w:r>
        <w:rPr>
          <w:lang w:eastAsia="zh-CN"/>
        </w:rPr>
        <w:br/>
      </w:r>
      <w:r>
        <w:rPr>
          <w:lang w:eastAsia="zh-CN"/>
        </w:rPr>
        <w:t>　　根据上学年的班干部任职情况，我发现这些班干部对班级工作非常负责，他们对待班级工作可以说是任劳任怨，在学生心中威信很高，有效地保障了班务工作有条不紊地进行。</w:t>
      </w:r>
      <w:r>
        <w:rPr>
          <w:lang w:eastAsia="zh-CN"/>
        </w:rPr>
        <w:br/>
      </w:r>
      <w:r>
        <w:rPr>
          <w:lang w:eastAsia="zh-CN"/>
        </w:rPr>
        <w:t>　　三、做好学生的行为规范的教育。</w:t>
      </w:r>
      <w:r>
        <w:rPr>
          <w:lang w:eastAsia="zh-CN"/>
        </w:rPr>
        <w:br/>
      </w:r>
      <w:r>
        <w:rPr>
          <w:lang w:eastAsia="zh-CN"/>
        </w:rPr>
        <w:t>　　开学初我花了大量时间组织学生学习《小学生学生守则》，《小学生日常行为规范》、《铧尖小学日常管理规范》等，使学校的基本规章制度深入每一位学生心中。每天进行静坐练习，宣读班级中的班级日志，使学生受到了表扬和批评的双重监督工作，抓好班级一日常规，</w:t>
      </w:r>
      <w:r>
        <w:rPr>
          <w:lang w:eastAsia="zh-CN"/>
        </w:rPr>
        <w:br/>
      </w:r>
      <w:r>
        <w:rPr>
          <w:lang w:eastAsia="zh-CN"/>
        </w:rPr>
        <w:t>　　四、增强班级的凝聚力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集体是在活动中产生的，大集体如此，小集体也一样，在平时的工作中，我一直要求学生将集体利益放在第一位，从井然有序的报名到积极紧张的一日常规，从课外到课内，每位同学的心中都有一个信念：我要为集体争光，我们要做得最好。不管是集体活动上还是学习上，我都组织学生进行互帮互学活动，学习上好生带差生，纪律上互相提醒，劳动生活上互相帮助，通过活动，扩大班干部在同学中的积极影响，加强同学之间的协作精神和团体意识，这样既能在班干部的纪律常规管理上起到明显的效果，又能使同学之间养成团结友爱的习惯，在班级中孕育团结友爱的风气，使班级成为一个友好和睦的大家庭!</w:t>
      </w:r>
      <w:r>
        <w:rPr>
          <w:lang w:eastAsia="zh-CN"/>
        </w:rPr>
        <w:br/>
      </w:r>
      <w:r>
        <w:rPr>
          <w:lang w:eastAsia="zh-CN"/>
        </w:rPr>
        <w:t>　　五、经常和学生、家长保持沟通。</w:t>
      </w:r>
      <w:r>
        <w:rPr>
          <w:lang w:eastAsia="zh-CN"/>
        </w:rPr>
        <w:br/>
      </w:r>
      <w:r>
        <w:rPr>
          <w:lang w:eastAsia="zh-CN"/>
        </w:rPr>
        <w:t>　　我认为和学生、家长的沟通是很重要的，与学生的沟通使得我能了解学生心中的想法，了解班级中的情况的发生。</w:t>
      </w:r>
      <w:r>
        <w:rPr>
          <w:lang w:eastAsia="zh-CN"/>
        </w:rPr>
        <w:br/>
      </w:r>
      <w:r>
        <w:rPr>
          <w:lang w:eastAsia="zh-CN"/>
        </w:rPr>
        <w:t>　　良好的开端是成功的一半，我相信在任课教师的支持下，家长配合下，六年级(1)会越来越出色。</w:t>
      </w:r>
      <w:r>
        <w:rPr>
          <w:lang w:eastAsia="zh-CN"/>
        </w:rPr>
        <w:br/>
      </w:r>
      <w:r>
        <w:rPr>
          <w:lang w:eastAsia="zh-CN"/>
        </w:rPr>
        <w:t xml:space="preserve">    班主任月度工作总结 篇3 </w:t>
      </w:r>
      <w:r>
        <w:rPr>
          <w:lang w:eastAsia="zh-CN"/>
        </w:rPr>
        <w:br/>
      </w:r>
      <w:r>
        <w:rPr>
          <w:lang w:eastAsia="zh-CN"/>
        </w:rPr>
        <w:t>　　一、做好教学工作计划，培养学生的良好习惯。</w:t>
      </w:r>
      <w:r>
        <w:rPr>
          <w:lang w:eastAsia="zh-CN"/>
        </w:rPr>
        <w:br/>
      </w:r>
      <w:r>
        <w:rPr>
          <w:lang w:eastAsia="zh-CN"/>
        </w:rPr>
        <w:t>　　二年级学生由于年龄小，自控力差，纪律涣散。我从培养学生良好习惯入手，课上进行趣味教学，尽量吸引学生的注意力，组织好学生的纪律。利用晨会、班会学习小学生守则和小学生日常行为规范以及一日常规，提醒学生做好上课准备工作，并且在课后注意观察学生的行为，根据学生的表现在学生中树立榜样。在日常学习中，时刻注意调动学生的积极性，逐渐养成认真听课、认真作业、下课好好休息、讲文明、讲礼貌的好习惯。</w:t>
      </w:r>
      <w:r>
        <w:rPr>
          <w:lang w:eastAsia="zh-CN"/>
        </w:rPr>
        <w:br/>
      </w:r>
      <w:r>
        <w:rPr>
          <w:lang w:eastAsia="zh-CN"/>
        </w:rPr>
        <w:t>　　二、表扬孩子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对于二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一脸兴奋，在家表现也会特别好。</w:t>
      </w:r>
      <w:r>
        <w:rPr>
          <w:lang w:eastAsia="zh-CN"/>
        </w:rPr>
        <w:br/>
      </w:r>
      <w:r>
        <w:rPr>
          <w:lang w:eastAsia="zh-CN"/>
        </w:rPr>
        <w:t>　　三、加强与家长联系。</w:t>
      </w:r>
      <w:r>
        <w:rPr>
          <w:lang w:eastAsia="zh-CN"/>
        </w:rPr>
        <w:br/>
      </w:r>
      <w:r>
        <w:rPr>
          <w:lang w:eastAsia="zh-CN"/>
        </w:rPr>
        <w:t>　　平时，我能关心爱护班里的每一个学生。对一些表现不太好的同学，更是倾注了更多的心血。当他们有困难的'时候，我总是耐心地帮助他们。一旦发现他们在学习上、身体上、思想上有什么特殊情况，我总是及时、主动地和家长联系，向他们了解情况，耐心地做他们的工作，取得家长的理解和配合，使每一个孩子都能扬长避短，健康地成长。</w:t>
      </w:r>
      <w:r>
        <w:rPr>
          <w:lang w:eastAsia="zh-CN"/>
        </w:rPr>
        <w:br/>
      </w:r>
      <w:r>
        <w:rPr>
          <w:lang w:eastAsia="zh-CN"/>
        </w:rPr>
        <w:t>　　四、做好后进生的转化工作，做好个人工作总结报告。</w:t>
      </w:r>
      <w:r>
        <w:rPr>
          <w:lang w:eastAsia="zh-CN"/>
        </w:rPr>
        <w:br/>
      </w:r>
      <w:r>
        <w:rPr>
          <w:lang w:eastAsia="zh-CN"/>
        </w:rPr>
        <w:t>　　在我班，后进生为数较多，因此，转化后进生是班主任的一项必不可少的基本功。首先要把真诚的爱给予后进生。要做到思想上不歧视，感情上不厌倦，态度上不粗暴，方法上不简单。要用自己对差生的一处真诚的爱心，叩响他们心灵之门。其次要善于发现他们的“闪光点”。比如：在课堂上给他们创造条件，鼓励他们举手发言，及时给予肯定、奖励。课余多跟他们谈心，及时了解他们的思想动态、困惑等。课外积极辅导、跟踪，多与家长联系，有利于为他们创设一个健康良好的环境。</w:t>
      </w:r>
      <w:r>
        <w:rPr>
          <w:lang w:eastAsia="zh-CN"/>
        </w:rPr>
        <w:br/>
      </w:r>
      <w:r>
        <w:rPr>
          <w:lang w:eastAsia="zh-CN"/>
        </w:rPr>
        <w:t>　　五、存在问题</w:t>
      </w:r>
      <w:r>
        <w:rPr>
          <w:lang w:eastAsia="zh-CN"/>
        </w:rPr>
        <w:br/>
      </w:r>
      <w:r>
        <w:rPr>
          <w:lang w:eastAsia="zh-CN"/>
        </w:rPr>
        <w:t>　　班主任工作千头万绪，有时这事未处理完美，那事又接踵而来，有时处事过急，也有言语会使学生沮丧。</w:t>
      </w:r>
      <w:r>
        <w:rPr>
          <w:lang w:eastAsia="zh-CN"/>
        </w:rPr>
        <w:br/>
      </w:r>
      <w:r>
        <w:rPr>
          <w:lang w:eastAsia="zh-CN"/>
        </w:rPr>
        <w:t xml:space="preserve">    班主任月度工作总结 篇4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随着公司在不断的发展和塣大，我个人也从一个不知所谓的棱头青逐渐变得成熟，从一个对平 机毫无了解的门外汉变成一个熟悉平 机原理、熟悉公司各种产品的专业技术人员，而且在对部门的管理和与人沟通方面也有了更深层次的认识，我深知取得的这些进步和公司领导的培养是分不开的。没有他们不厌其烦的教导和一次次给予的机会，我不会取得今天的进步，现对今年工作总结如下。</w:t>
      </w:r>
      <w:r>
        <w:rPr>
          <w:lang w:eastAsia="zh-CN"/>
        </w:rPr>
        <w:br/>
      </w:r>
      <w:r>
        <w:rPr>
          <w:lang w:eastAsia="zh-CN"/>
        </w:rPr>
        <w:t>　　一、工作职责</w:t>
      </w:r>
      <w:r>
        <w:rPr>
          <w:lang w:eastAsia="zh-CN"/>
        </w:rPr>
        <w:br/>
      </w:r>
      <w:r>
        <w:rPr>
          <w:lang w:eastAsia="zh-CN"/>
        </w:rPr>
        <w:t>　　我负责研发部管理和电气车间生产管理的工作。我首先指定的部门工作范畴细则，明确了整个部门的工作任务。又对每个部门的成员在整个部门工作中所负责的范畴做了规定并已书面的形式发放到他们手中，我制定了部门成员结构组成图，明确上下级的从属关系。我想在完成公司交给的部门任务的同时建立一个有纪律，有向心力的团队，更好的为公司服务是领导更希望我能做到的。</w:t>
      </w:r>
      <w:r>
        <w:rPr>
          <w:lang w:eastAsia="zh-CN"/>
        </w:rPr>
        <w:br/>
      </w:r>
      <w:r>
        <w:rPr>
          <w:lang w:eastAsia="zh-CN"/>
        </w:rPr>
        <w:t>　　二、部门重组</w:t>
      </w:r>
      <w:r>
        <w:rPr>
          <w:lang w:eastAsia="zh-CN"/>
        </w:rPr>
        <w:br/>
      </w:r>
      <w:r>
        <w:rPr>
          <w:lang w:eastAsia="zh-CN"/>
        </w:rPr>
        <w:t>　　今年我的部门人员发生了很大的变化，首先是离职按照公司领导的指示我迅速调整了部门的结构，将原来主要负责电气生产的接替研发工作，将原来只参与电气生产的安排在负责生产管理并参与生产的位置，在我整理工作备份时候，我发现一体机单片机程序不能正常工作，我用其他方法找到要回了能用的程序，并完成当时负责的__项目，后来离职，影响了第一台微电机自动平 机部分编写，为了保证设备参展，我连续加班，节假日也不例外，最后实现了设备参展前有流畅动作的目标。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这时公司领导也不断的给我提供新的技术人员来补充部门工作。在新的人员还不能完全胜任的阶段，为了能完成生产任务，我经常是身兼多职，从电气图设计，到指导和参与配电完成再有新lc程序和触摸屏程序编写，设备厂内调试都由我一个人来完成。很多时候为了不耽误工程的进度我就利用自己的业余休息时间加班加点。加班到很晚没有车我就自己花钱打车回家。</w:t>
      </w:r>
      <w:r>
        <w:rPr>
          <w:lang w:eastAsia="zh-CN"/>
        </w:rPr>
        <w:br/>
      </w:r>
      <w:r>
        <w:rPr>
          <w:lang w:eastAsia="zh-CN"/>
        </w:rPr>
        <w:t>　　三、培养新人</w:t>
      </w:r>
      <w:r>
        <w:rPr>
          <w:lang w:eastAsia="zh-CN"/>
        </w:rPr>
        <w:br/>
      </w:r>
      <w:r>
        <w:rPr>
          <w:lang w:eastAsia="zh-CN"/>
        </w:rPr>
        <w:t>　　我还努力培养新人，把掉到研发办公室，指导他使用rotel制图软件，制作电气原理图，在lc编程上，我也经常把思路告诉他让他动手编写程序，但是由于我太急功尽力给他的压力太大，使得他承受不住压力提出辞职。在此事上，我重新认识了培养人才的方法和观点，要想炼出好钢，就应该找到好的材料，不管在意志品质上还是道德修养上，选中人才后再努力培养才不能造成人力和物力的浪费。在接下来的工作中我也是按照这样的思想去选材，后来公司输送的人才里也确实有比较适合的人选，只不过都因为这样和那样的原因他们中的一部分离开了公司。</w:t>
      </w:r>
      <w:r>
        <w:rPr>
          <w:lang w:eastAsia="zh-CN"/>
        </w:rPr>
        <w:br/>
      </w:r>
      <w:r>
        <w:rPr>
          <w:lang w:eastAsia="zh-CN"/>
        </w:rPr>
        <w:t>　　在人才培养方面我会尽最大努力帮助新人，为公司输送电气方面的人才。我对于自己的要求是更严格遵守公司规章制度。努力提高自己的管理才能，我为自己立下目标，明年我要实现设备电气部分零失误。</w:t>
      </w:r>
      <w:r>
        <w:rPr>
          <w:lang w:eastAsia="zh-CN"/>
        </w:rPr>
        <w:br/>
      </w:r>
      <w:r>
        <w:rPr>
          <w:lang w:eastAsia="zh-CN"/>
        </w:rPr>
        <w:t xml:space="preserve">    班主任月度工作总结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不经意间，十二月已从我们身边悄悄划过，在短短的这一个月里，我们又一次经历了成长的快乐。本月我们开展了两个主题活动：《春天来了》。</w:t>
      </w:r>
      <w:r>
        <w:rPr>
          <w:lang w:eastAsia="zh-CN"/>
        </w:rPr>
        <w:br/>
      </w:r>
      <w:r>
        <w:rPr>
          <w:lang w:eastAsia="zh-CN"/>
        </w:rPr>
        <w:t>　　在本主题活动中，我们努力给幼儿创造条件，鼓励幼儿调动自己的多种感官，通过看看、摸摸、闻闻、听听、做做等途径与春天互动，让幼儿初步感受大自然的神奇，逐步亲近大自然和喜爱大自然。课余时间我们经常会组织孩子们去户外走走、看看，让幼儿以自己敏锐的目光去寻找春的脚步、去发现春的变化。通过亲身的体验，幼儿感受到了春天的美丽和绚丽多彩。为了让幼儿认识和了解动植物与季节变化之间的关系，我们在教室里开辟植物角动手播种花种，我们还饲养了小蝌蚪。孩子们每天会早早地来到班级观察自己的小种子，浇水、施肥，给小蝌蚪换水、喂食。当小种子钻出泥土，冒出小芽时，孩子们兴奋极了，在教室里奔走相告，传递着自己惊喜的发现。在这最真实的实践过程及情感体验中，孩子们最大的收获便是学会了观察、学会了发现问题、解决问题，他们会用自己的眼睛、手和大脑，领悟春天的奥秘，用自己的心和行动去表达自己对大自然的热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针对上个月存在的问题：课堂上纪律较差，有些小朋友不那么爱动脑筋了，课堂上缺少了精彩、丰富的回答声，针对这样的情况，首先从自我出发，针对每一节课我都做好充分的准备，特别是一些数学、科学活动我都能做到操作材料人手一份，给予每位孩子参与活动的机会，在课堂上，我用丰富的表情、多变的语气、形象的肢体语言添加活动内容的趣味性，而那些自控力差的幼儿，我有意更换位置，时刻提醒他们，一个月下来，我班的孩子爱积极回答问题了，又恢复了以往良好的学习氛围。</w:t>
      </w:r>
      <w:r>
        <w:rPr>
          <w:lang w:eastAsia="zh-CN"/>
        </w:rPr>
        <w:br/>
      </w:r>
      <w:r>
        <w:rPr>
          <w:lang w:eastAsia="zh-CN"/>
        </w:rPr>
        <w:t>　　在一日生活中，我还发现孩子们的洗手时的玩水现象比较多。我经常会发现有的小朋友将小手指戳到水龙头出水口里玩水，还有人将流淌出来的水故意溅湿到他人衣服上玩耍等等。显然孩子们还没有节约用水，保护水资源的意识。我会及时及时给予提醒，让幼儿即克服了自身的不良行。经过长期的督促，现在，每当洗手时小朋友们都会互相提醒把水笼头开小一点、不能玩水。这环保——节约用水方面我们做的比较好。</w:t>
      </w:r>
      <w:r>
        <w:rPr>
          <w:lang w:eastAsia="zh-CN"/>
        </w:rPr>
        <w:br/>
      </w:r>
      <w:r>
        <w:rPr>
          <w:lang w:eastAsia="zh-CN"/>
        </w:rPr>
        <w:t>　　本月我们还开展了家长半日活动，通过这次活动，家长们进一步了解了孩子在幼儿园的学习和生活情况。同时也得到了各位家长的一致好评。</w:t>
      </w:r>
      <w:r>
        <w:rPr>
          <w:lang w:eastAsia="zh-CN"/>
        </w:rPr>
        <w:br/>
      </w:r>
      <w:r>
        <w:rPr>
          <w:lang w:eastAsia="zh-CN"/>
        </w:rPr>
        <w:t xml:space="preserve">    班主任月度工作总结 篇6 </w:t>
      </w:r>
      <w:r>
        <w:rPr>
          <w:lang w:eastAsia="zh-CN"/>
        </w:rPr>
        <w:br/>
      </w:r>
      <w:r>
        <w:rPr>
          <w:lang w:eastAsia="zh-CN"/>
        </w:rPr>
        <w:t>　　都说第三天是难熬的一天，但我感觉更充实；都说初三是压力大的阶段，但我感觉更多的是动力。四个多月转瞬即逝，真的有很多起起落落。但是我和学生在这些过程中不是变得成熟稳重，产生了很强的师生关系吗？回顾11月班主任的工作，可以总结出以下几点：</w:t>
      </w:r>
      <w:r>
        <w:rPr>
          <w:lang w:eastAsia="zh-CN"/>
        </w:rPr>
        <w:br/>
      </w:r>
      <w:r>
        <w:rPr>
          <w:lang w:eastAsia="zh-CN"/>
        </w:rPr>
        <w:t>　　第一，加强日常管理，全力营造备考环境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这个时候的学生其实大部分都能自觉努力学习，基本学习氛围浓厚。但也有一些学生自制力差，必须自律。比如我们班有一个很活跃的翁瑞迪同学，上课可以听课，但是他不愿意写，课后作业也比较马虎，所以我专门给他设了个专座，转床位，跟他签协议，安排干部同学监督；</w:t>
      </w:r>
      <w:r>
        <w:rPr>
          <w:lang w:eastAsia="zh-CN"/>
        </w:rPr>
        <w:br/>
      </w:r>
      <w:r>
        <w:rPr>
          <w:lang w:eastAsia="zh-CN"/>
        </w:rPr>
        <w:t>　　第二，一切以学生为本，关注学生的状态</w:t>
      </w:r>
      <w:r>
        <w:rPr>
          <w:lang w:eastAsia="zh-CN"/>
        </w:rPr>
        <w:br/>
      </w:r>
      <w:r>
        <w:rPr>
          <w:lang w:eastAsia="zh-CN"/>
        </w:rPr>
        <w:t>　　新学年开始，我召开了以“定目标谈理想”为主题的班会，把我的中考目标写在黑板上，让学生尽快进入备考状态；组织全班同学进行中考百日誓师，增强斗志；第二种模式后，我召开了“稳定的高原期，给自己信心”的班会，帮助学生在备考中正确面对瓶颈期，及时调整，找到状态；期中考试前，我组织同学们开了一个班会，“祝你考试成功”，给同学们最后的鼓励和安慰。而且每次模考结束后，我都会和班上的每一个同学聊一聊，了解学生的状态，帮助指导；我也特别关注班上几个波动比较大的同学，经常和他们交流，给他们帮助。</w:t>
      </w:r>
      <w:r>
        <w:rPr>
          <w:lang w:eastAsia="zh-CN"/>
        </w:rPr>
        <w:br/>
      </w:r>
      <w:r>
        <w:rPr>
          <w:lang w:eastAsia="zh-CN"/>
        </w:rPr>
        <w:t>　　第三，依靠学科教师做好学生学习方法的指导和心理辅导</w:t>
      </w:r>
      <w:r>
        <w:rPr>
          <w:lang w:eastAsia="zh-CN"/>
        </w:rPr>
        <w:br/>
      </w:r>
      <w:r>
        <w:rPr>
          <w:lang w:eastAsia="zh-CN"/>
        </w:rPr>
        <w:t>　　在有限的时间内，要创造价值，就要有科学的学习方法。因此，我引导学生在遇到学习困惑时，及时与学科教师沟通，调整学习思路，提高学习效率。此外，我还经常与学科老师交流，密切关注班上的特殊学生，并给予及时的心理咨询和帮助。</w:t>
      </w:r>
      <w:r>
        <w:rPr>
          <w:lang w:eastAsia="zh-CN"/>
        </w:rPr>
        <w:br/>
      </w:r>
      <w:r>
        <w:rPr>
          <w:lang w:eastAsia="zh-CN"/>
        </w:rPr>
        <w:t>　　第四，加强家校关系，黎齐为学生加油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几乎每个周末，我都会给父母发一条短信，提醒他们与学生沟通，鼓励他们，给他们信心。我会在考前及时与父母沟通，让他们了解孩子的一切，并配合老师在考前给学生心理辅导。可以说，三年过去了，我们二班是一个大家庭，包括所有的学生和家长，我们都一起经受住了考验，慢慢成长！非常感谢家长的理解和大力支持！</w:t>
      </w:r>
      <w:r>
        <w:rPr>
          <w:lang w:eastAsia="zh-CN"/>
        </w:rPr>
        <w:br/>
      </w:r>
      <w:r>
        <w:rPr>
          <w:lang w:eastAsia="zh-CN"/>
        </w:rPr>
        <w:t>　　不负众望，我们2班在最后决战中取得了不错的成绩：陈子晴夺得大良冠军；班里有28名学生达到了区分数线；语文114，数学林小兰和许116，物理许99。</w:t>
      </w:r>
      <w:r>
        <w:rPr>
          <w:lang w:eastAsia="zh-CN"/>
        </w:rPr>
        <w:br/>
      </w:r>
      <w:r>
        <w:rPr>
          <w:lang w:eastAsia="zh-CN"/>
        </w:rPr>
        <w:t>　　我很开心，很怀念和二班的孩子们在一起的时光。正是因为苦，累，汗，我才会有好的收获！我想在以后的工作中，我会从初三的经历中学到更多，更关心学生，更好地做好自己的工作。</w:t>
      </w:r>
      <w:r>
        <w:rPr>
          <w:lang w:eastAsia="zh-CN"/>
        </w:rPr>
        <w:br/>
      </w:r>
      <w:r>
        <w:rPr>
          <w:lang w:eastAsia="zh-CN"/>
        </w:rPr>
        <w:t xml:space="preserve">    班主任月度工作总结 篇7 </w:t>
      </w:r>
      <w:r>
        <w:rPr>
          <w:lang w:eastAsia="zh-CN"/>
        </w:rPr>
        <w:br/>
      </w:r>
      <w:r>
        <w:rPr>
          <w:lang w:eastAsia="zh-CN"/>
        </w:rPr>
        <w:t>　　在这一个月里,我班的各项工作在园领导的指导和班上三老师的密切配合下,基本上都能按部就班的如期开展。班上的7位宝宝除了有时有个别因为生病有请几天假外,其余幼儿都能积极来园,并开心的参与各项活动。</w:t>
      </w:r>
      <w:r>
        <w:rPr>
          <w:lang w:eastAsia="zh-CN"/>
        </w:rPr>
        <w:br/>
      </w:r>
      <w:r>
        <w:rPr>
          <w:lang w:eastAsia="zh-CN"/>
        </w:rPr>
        <w:t>　　一、教育教学方面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因我班幼儿年龄较小,对人对事还没有形成一定的定律,做什么事都是随心所欲,不受约束。因此我班将_月份的工作重点放在了对幼儿的一日常规培养上。通过《找朋友》《我是好孩子》等游戏活动,让幼儿认识了自己的毛巾、杯子、椅子;游戏《请你跟我这样做》等则初步培养了幼儿听指令活动的习惯;儿歌《好朋友》等让幼儿初步知道了该如何去与小朋友相处。《我是好宝宝》《我最棒》等活动则教育了幼儿要做个有礼貌的好孩子,激发了幼儿的自信心。另通过不断的反复的训练,让幼儿熟知了各个活动环节的音乐节奏,当不同音乐响起时,知道了该如何去做;与此同时,我们还将幼儿园的教育理念贯彻落实到了我们的一日教学活动中。首先是将字卡溶入贯穿至了整个活动之中,通过加强幼儿对字型字音的熟悉,从而巩固了幼儿对字词本身的记忆,丰富了幼儿的词汇量的。另几乎所有的活动都以游戏形式进行,让幼儿在游戏中学,学中玩,寓教于乐,激发幼儿对学习的兴趣。</w:t>
      </w:r>
      <w:r>
        <w:rPr>
          <w:lang w:eastAsia="zh-CN"/>
        </w:rPr>
        <w:br/>
      </w:r>
      <w:r>
        <w:rPr>
          <w:lang w:eastAsia="zh-CN"/>
        </w:rPr>
        <w:t>　　二、卫生保健方面</w:t>
      </w:r>
      <w:r>
        <w:rPr>
          <w:lang w:eastAsia="zh-CN"/>
        </w:rPr>
        <w:br/>
      </w:r>
      <w:r>
        <w:rPr>
          <w:lang w:eastAsia="zh-CN"/>
        </w:rPr>
        <w:t>　　为了确保班上每一位宝宝的身体健康,我班三位老师分工合作,相互配合,严格执行幼儿园的各项规章制度,对班级卫生做到了一日一小扫,每星期一大扫。幼儿的口杯、毛巾坚持每天放学后用消毒水浸泡半小时,清洗干净后再放消毒柜消毒。饭后擦嘴的毛巾更是做到了用一次消毒一次。玩具每星期五消毒一次,班上每晚坚持开紫外线消毒灯消毒2小时。幼儿的被子每两星期带回家翻洗晾晒一次。确保了班级的干净整洁,为幼儿营造了一个温馨舒适的学习、游戏环境。</w:t>
      </w:r>
      <w:r>
        <w:rPr>
          <w:lang w:eastAsia="zh-CN"/>
        </w:rPr>
        <w:br/>
      </w:r>
      <w:r>
        <w:rPr>
          <w:lang w:eastAsia="zh-CN"/>
        </w:rPr>
        <w:t>　　三、家园联系方面</w:t>
      </w:r>
      <w:r>
        <w:rPr>
          <w:lang w:eastAsia="zh-CN"/>
        </w:rPr>
        <w:br/>
      </w:r>
      <w:r>
        <w:rPr>
          <w:lang w:eastAsia="zh-CN"/>
        </w:rPr>
        <w:t>　　为了让家长更加安心,我们坚持每天都给坐车的宝宝家去电话,及时向她们反馈宝宝一日在园情况。亲自接送的家长,我们也是利用晚上来接宝宝的时间,及时向家长汇报宝宝一日在园表现。待家长和宝宝的情绪逐渐稳定后,我们则改为不定时的进行电访。同时每周都会按时发放《家园联系手册》,反馈宝宝一周在园表现。如当天宝宝在园有什么特别的表现,我们也会写上一张小便条放在书包带回家,便于家长了解,做到真正的家园共育。</w:t>
      </w:r>
      <w:r>
        <w:rPr>
          <w:lang w:eastAsia="zh-CN"/>
        </w:rPr>
        <w:br/>
      </w:r>
      <w:r>
        <w:rPr>
          <w:lang w:eastAsia="zh-CN"/>
        </w:rPr>
        <w:t xml:space="preserve">    班主任月度工作总结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积极参与技术交流和科技创新活动，全面完成了上级下达的各项任务及指标，在单位的生产和发展中发挥了应有的作用。</w:t>
      </w:r>
      <w:r>
        <w:rPr>
          <w:lang w:eastAsia="zh-CN"/>
        </w:rPr>
        <w:br/>
      </w:r>
      <w:r>
        <w:rPr>
          <w:lang w:eastAsia="zh-CN"/>
        </w:rPr>
        <w:t>　　一、自觉加强理论学习，努力提高个人素质</w:t>
      </w:r>
      <w:r>
        <w:rPr>
          <w:lang w:eastAsia="zh-CN"/>
        </w:rPr>
        <w:br/>
      </w:r>
      <w:r>
        <w:rPr>
          <w:lang w:eastAsia="zh-CN"/>
        </w:rPr>
        <w:t>　　没有坚定的方向，就不会有积极向上的指导思想。为了不断提高自己的政治思想素质，几年来我一直非常关心国家大事，关注国内外形势，结合形势变化对企业的影响进行分析，并把这种思想付诸实际行动到生产过程中去，保证自己在思想和行动上始终与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r>
        <w:rPr>
          <w:lang w:eastAsia="zh-CN"/>
        </w:rPr>
        <w:br/>
      </w:r>
      <w:r>
        <w:rPr>
          <w:lang w:eastAsia="zh-CN"/>
        </w:rPr>
        <w:t>　　二、加强业务学习，提高技术水平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等等，在学习这些知识的过程中，我学到了很多新的知识，如：lc编程控制原理，abb变频器设置和控制原理、simos大功率双向可控硅的控制原理等等使我的确受益匪浅不仅拓宽了我的知识面，还在很大程度上提高了我的技术水平，也使我对更高层次的理论及技术知识的学习产生了浓厚的兴趣。</w:t>
      </w:r>
      <w:r>
        <w:rPr>
          <w:lang w:eastAsia="zh-CN"/>
        </w:rPr>
        <w:br/>
      </w:r>
      <w:r>
        <w:rPr>
          <w:lang w:eastAsia="zh-CN"/>
        </w:rPr>
        <w:t>　　三电气工程师年度工作总结</w:t>
      </w:r>
      <w:r>
        <w:rPr>
          <w:lang w:eastAsia="zh-CN"/>
        </w:rPr>
        <w:br/>
      </w:r>
      <w:r>
        <w:rPr>
          <w:lang w:eastAsia="zh-CN"/>
        </w:rPr>
        <w:t>　　回顾一年来的工作，在公司领导的带领下、各位同事的协助下、各部门之间的配合下，严格要求自己，按照公司的制度要求，较好地完成了自己的本职工作，详细内容请看下文电气工程师个人年度工作总结。</w:t>
      </w:r>
      <w:r>
        <w:rPr>
          <w:lang w:eastAsia="zh-CN"/>
        </w:rPr>
        <w:br/>
      </w:r>
      <w:r>
        <w:rPr>
          <w:lang w:eastAsia="zh-CN"/>
        </w:rPr>
        <w:t>　　一上半年完成的主要工作</w:t>
      </w:r>
      <w:r>
        <w:rPr>
          <w:lang w:eastAsia="zh-CN"/>
        </w:rPr>
        <w:br/>
      </w:r>
      <w:r>
        <w:rPr>
          <w:lang w:eastAsia="zh-CN"/>
        </w:rPr>
        <w:t>　　1完成设计院的移交，收集电气所有设计资料提供于设计院，正式开展与设计院的各项工作，将设计工作推向正常流程。</w:t>
      </w:r>
      <w:r>
        <w:rPr>
          <w:lang w:eastAsia="zh-CN"/>
        </w:rPr>
        <w:br/>
      </w:r>
      <w:r>
        <w:rPr>
          <w:lang w:eastAsia="zh-CN"/>
        </w:rPr>
        <w:t>　　2与设计院沟通、现场查看开闭所、变电所高低压设备排列布置平面图20__年电气工程师年度工作总结工作总结。与设计院专业人员交流设计意见，完成开闭所、变电所出图。</w:t>
      </w:r>
      <w:r>
        <w:rPr>
          <w:lang w:eastAsia="zh-CN"/>
        </w:rPr>
        <w:br/>
      </w:r>
      <w:r>
        <w:rPr>
          <w:lang w:eastAsia="zh-CN"/>
        </w:rPr>
        <w:t>　　3配合电力安装公司皮革馆高低压设备安装完成工作。</w:t>
      </w:r>
      <w:r>
        <w:rPr>
          <w:lang w:eastAsia="zh-CN"/>
        </w:rPr>
        <w:br/>
      </w:r>
      <w:r>
        <w:rPr>
          <w:lang w:eastAsia="zh-CN"/>
        </w:rPr>
        <w:t>　　4配合各施工单位完成皮革馆项目各个楼层强弱电电缆敷设，各楼层强电井动力箱位置排列和各楼层区域供电电源计量敷设到每个商铺及通讯、网络、监控位置。</w:t>
      </w:r>
      <w:r>
        <w:rPr>
          <w:lang w:eastAsia="zh-CN"/>
        </w:rPr>
        <w:br/>
      </w:r>
      <w:r>
        <w:rPr>
          <w:lang w:eastAsia="zh-CN"/>
        </w:rPr>
        <w:t>　　5完成精品商务楼变电所初步设计和统计后期工程用电量情况。</w:t>
      </w:r>
      <w:r>
        <w:rPr>
          <w:lang w:eastAsia="zh-CN"/>
        </w:rPr>
        <w:br/>
      </w:r>
      <w:r>
        <w:rPr>
          <w:lang w:eastAsia="zh-CN"/>
        </w:rPr>
        <w:t>　　二下半年完成的主要工作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1配合总包监理消防等有关验收单位对皮革城达到合格工程，并且把电气设备移交给运营部</w:t>
      </w:r>
      <w:r>
        <w:rPr>
          <w:lang w:eastAsia="zh-CN"/>
        </w:rPr>
        <w:br/>
      </w:r>
      <w:r>
        <w:rPr>
          <w:lang w:eastAsia="zh-CN"/>
        </w:rPr>
        <w:t>　　2做好木雕文化广场工程电气图审工作，发现有疑问的地方及时联系设计院确认，确认后第一时间反馈给施工单位，同时配合土建水暖工程师的工作。</w:t>
      </w:r>
      <w:r>
        <w:rPr>
          <w:lang w:eastAsia="zh-CN"/>
        </w:rPr>
        <w:br/>
      </w:r>
      <w:r>
        <w:rPr>
          <w:lang w:eastAsia="zh-CN"/>
        </w:rPr>
        <w:t>　　3精品商务楼配变所工程安装程序及安全工作跟踪直到11月21日送电运行，已完成空调机房电气设备正常运行。</w:t>
      </w:r>
      <w:r>
        <w:rPr>
          <w:lang w:eastAsia="zh-CN"/>
        </w:rPr>
        <w:br/>
      </w:r>
      <w:r>
        <w:rPr>
          <w:lang w:eastAsia="zh-CN"/>
        </w:rPr>
        <w:t>　　三存在的不足及改进措施</w:t>
      </w:r>
      <w:r>
        <w:rPr>
          <w:lang w:eastAsia="zh-CN"/>
        </w:rPr>
        <w:br/>
      </w:r>
      <w:r>
        <w:rPr>
          <w:lang w:eastAsia="zh-CN"/>
        </w:rPr>
        <w:t>　　沟通能力还应加强，没有充分利用资源。在工作的过程中，由于对其它专业不太熟悉，造成工作效率降低甚至出现错误。应主动加强和其他部门同事的沟通，通过公司这个平台做到资源共享，充分利用公司资源，提高主观能动性。</w:t>
      </w:r>
      <w:r>
        <w:rPr>
          <w:lang w:eastAsia="zh-CN"/>
        </w:rPr>
        <w:br/>
      </w:r>
      <w:r>
        <w:rPr>
          <w:lang w:eastAsia="zh-CN"/>
        </w:rPr>
        <w:t xml:space="preserve">    班主任月度工作总结 篇9 </w:t>
      </w:r>
      <w:r>
        <w:rPr>
          <w:lang w:eastAsia="zh-CN"/>
        </w:rPr>
        <w:br/>
      </w:r>
      <w:r>
        <w:rPr>
          <w:lang w:eastAsia="zh-CN"/>
        </w:rPr>
        <w:t>　　11月很快结束，在领导和老师的关心和帮助下，顺利度过了一个学期。现在来总结一下11月份的工作。</w:t>
      </w:r>
      <w:r>
        <w:rPr>
          <w:lang w:eastAsia="zh-CN"/>
        </w:rPr>
        <w:br/>
      </w:r>
      <w:r>
        <w:rPr>
          <w:lang w:eastAsia="zh-CN"/>
        </w:rPr>
        <w:t>　　第一，做好学生的思想工作，培养良好的道德品质</w:t>
      </w:r>
      <w:r>
        <w:rPr>
          <w:lang w:eastAsia="zh-CN"/>
        </w:rPr>
        <w:br/>
      </w:r>
      <w:r>
        <w:rPr>
          <w:lang w:eastAsia="zh-CN"/>
        </w:rPr>
        <w:t>　　对于高一新生来说，必须规范学生行为，提高学生素质。像其他班主任一样，要定期加强对学生集会、早读、班级锻炼、卫生清洁等方面的监督检查。并在其他老师上课时，定期随机观察学生的学习和纪律，以加深学生的学习，及时了解生活和活动，关心、教育和督促他们养成良好的习惯。</w:t>
      </w:r>
      <w:r>
        <w:rPr>
          <w:lang w:eastAsia="zh-CN"/>
        </w:rPr>
        <w:br/>
      </w:r>
      <w:r>
        <w:rPr>
          <w:lang w:eastAsia="zh-CN"/>
        </w:rPr>
        <w:t>　　当我是班主任时，我努力做两件事：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一是尊重每一个学生，满足学生尊重、认同和情感的需求，努力克服固执的观点和极端的思维方式，尊重学生的个性发展，为孩子的成长创造愉悦的心理运动空间；</w:t>
      </w:r>
      <w:r>
        <w:rPr>
          <w:lang w:eastAsia="zh-CN"/>
        </w:rPr>
        <w:br/>
      </w:r>
      <w:r>
        <w:rPr>
          <w:lang w:eastAsia="zh-CN"/>
        </w:rPr>
        <w:t>　　第二，善待每一个学生，用真诚的爱对待每一个孩子。对于尖子生，不要掩饰自己的缺点，积极引导他们善用自己的长处，努力做到优秀。我班的学生周琦在各方面表现都很好。他是一个学习成绩优秀的学生，但缺乏勇气，上课很少主动发言。有鉴于此，我和她聊了聊，帮她找原因，鼓励她大胆开口。上课的时候，我故意让她回答问题，适当鼓励她锻炼勇气。通过这样的练习，取得了一定的效果。</w:t>
      </w:r>
      <w:r>
        <w:rPr>
          <w:lang w:eastAsia="zh-CN"/>
        </w:rPr>
        <w:br/>
      </w:r>
      <w:r>
        <w:rPr>
          <w:lang w:eastAsia="zh-CN"/>
        </w:rPr>
        <w:t>　　第二，加强班级管理，培养优秀的学风和班风，鼓励学生参加各种活动</w:t>
      </w:r>
      <w:r>
        <w:rPr>
          <w:lang w:eastAsia="zh-CN"/>
        </w:rPr>
        <w:br/>
      </w:r>
      <w:r>
        <w:rPr>
          <w:lang w:eastAsia="zh-CN"/>
        </w:rPr>
        <w:t>　　班里制定的各种规章制度要一条一条执行。班主任一个人的话就不够用了。这时就要调动班干部的作用，让学生成为学习的主人，班级管理的主体，培养自我管理意识和自主学习的能力。值班干部每天轮流检查考勤，维护纪律等。并经常利用班会或课余时间开展一些丰富多彩的活动。另一方面也是自己以身作则，努力做一个做事的榜样，勤于跟班，让班级氛围积极向上，学风浓厚。</w:t>
      </w:r>
      <w:r>
        <w:rPr>
          <w:lang w:eastAsia="zh-CN"/>
        </w:rPr>
        <w:br/>
      </w:r>
      <w:r>
        <w:rPr>
          <w:lang w:eastAsia="zh-CN"/>
        </w:rPr>
        <w:t>　　鼓励学生参加各种活动：如积极参加学校组织的各种活动，积极报名参加学校运动会，在拔河比赛中获得第二名；20__接力第三名；无线电练习赛第四名；语文教材话剧表演三等奖，等等。所有这些集体活动都需要学生共同努力，共同完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xml:space="preserve">    班主任月度工作总结 篇10 </w:t>
      </w:r>
      <w:r>
        <w:rPr>
          <w:lang w:eastAsia="zh-CN"/>
        </w:rPr>
        <w:br/>
      </w:r>
      <w:r>
        <w:rPr>
          <w:lang w:eastAsia="zh-CN"/>
        </w:rPr>
        <w:t>　　1、继续加强班级纪律管理。(课堂、课间)</w:t>
      </w:r>
      <w:r>
        <w:rPr>
          <w:lang w:eastAsia="zh-CN"/>
        </w:rPr>
        <w:br/>
      </w:r>
      <w:r>
        <w:rPr>
          <w:lang w:eastAsia="zh-CN"/>
        </w:rPr>
        <w:t>　　由于个别学生课堂纪律比较松散，课间打闹比较严重,针对这种现象，让同学们评选出威信较高、能协助老师管理班级和课间打闹现象的同学担任纪律班长。平时老师多注意以表扬纪律好的学生为主，来带动全班同学，经过一段时间的管理，孩子们表现的不错。</w:t>
      </w:r>
      <w:r>
        <w:rPr>
          <w:lang w:eastAsia="zh-CN"/>
        </w:rPr>
        <w:br/>
      </w:r>
      <w:r>
        <w:rPr>
          <w:lang w:eastAsia="zh-CN"/>
        </w:rPr>
        <w:t>　　2、根据学校领导指示，积极认真的组织了“我为灾区献爱心”的募捐活动。孩子们很积极，并通过此次活动对孩子进行了一次思想教育。</w:t>
      </w:r>
      <w:r>
        <w:rPr>
          <w:lang w:eastAsia="zh-CN"/>
        </w:rPr>
        <w:br/>
      </w:r>
      <w:r>
        <w:rPr>
          <w:lang w:eastAsia="zh-CN"/>
        </w:rPr>
        <w:t>　　2、做好教育安全工作总结及计划</w:t>
      </w:r>
      <w:r>
        <w:rPr>
          <w:lang w:eastAsia="zh-CN"/>
        </w:rPr>
        <w:br/>
      </w:r>
      <w:r>
        <w:rPr>
          <w:lang w:eastAsia="zh-CN"/>
        </w:rPr>
        <w:t>　　夏季来临，孩子们穿上了短裤短褂，教育学生课间不要追逐打闹，以防磕伤、碰伤，给孩子带来不必要的伤害;温度渐渐升高，教育学生少吃冷饮、变质的食物，注意个人卫生，防止夏季传染病的发生。</w:t>
      </w:r>
      <w:r>
        <w:rPr>
          <w:lang w:eastAsia="zh-CN"/>
        </w:rPr>
        <w:br/>
      </w:r>
      <w:r>
        <w:rPr>
          <w:lang w:eastAsia="zh-CN"/>
        </w:rPr>
        <w:t>　　3、根据五月份黑板报的主题“迎奥运，树新风”，在办好黑板报的基础上，和孩子们一起学习了一些有关奥运的小知识。</w:t>
      </w:r>
      <w:r>
        <w:rPr>
          <w:lang w:eastAsia="zh-CN"/>
        </w:rPr>
        <w:br/>
      </w:r>
      <w:r>
        <w:rPr>
          <w:lang w:eastAsia="zh-CN"/>
        </w:rPr>
        <w:t>　　4、准备并成功地召开了部分学生家长座谈会。</w:t>
      </w:r>
      <w:r>
        <w:rPr>
          <w:lang w:eastAsia="zh-CN"/>
        </w:rPr>
        <w:br/>
      </w:r>
      <w:r>
        <w:rPr>
          <w:lang w:eastAsia="zh-CN"/>
        </w:rPr>
        <w:t xml:space="preserve">    班主任月度工作总结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做老师的都愿意而且期盼和自己的学生打成一片，有一种正常的、友好的甚至是亲密融洽的情感交流。学生方面却始终自觉或不自觉地对自己的老师关起情感的大门，痛快一点的，也是半开半闭。显而易见，老师如不能了解、不能贴近学生的内心世界，就会增加施教的难度，素质教育无形中就被架空了。从有关调查报道中可以看出，“知识传授的渠道在拓宽，师生情感交流的渠道却在不断缩小。”这种现象已非常普遍。现实需要我们这些为人师者必须努力开启学生心灵的大门，这就涉及到一个方法问题，方法对头了，才有可能达到目的。</w:t>
      </w:r>
      <w:r>
        <w:rPr>
          <w:lang w:eastAsia="zh-CN"/>
        </w:rPr>
        <w:br/>
      </w:r>
      <w:r>
        <w:rPr>
          <w:lang w:eastAsia="zh-CN"/>
        </w:rPr>
        <w:t>　　我一直在一线从事教学兼班主任工作。多年来潜心探索，想打造出这样一把改善师生关系的“金钥匙”。我认为这把钥匙应该由四个部件构成：即自身素质+为师观念+处事方法+耐力恒心。</w:t>
      </w:r>
      <w:r>
        <w:rPr>
          <w:lang w:eastAsia="zh-CN"/>
        </w:rPr>
        <w:br/>
      </w:r>
      <w:r>
        <w:rPr>
          <w:lang w:eastAsia="zh-CN"/>
        </w:rPr>
        <w:t>　　一、教师必须具备过硬的自身素质</w:t>
      </w:r>
      <w:r>
        <w:rPr>
          <w:lang w:eastAsia="zh-CN"/>
        </w:rPr>
        <w:br/>
      </w:r>
      <w:r>
        <w:rPr>
          <w:lang w:eastAsia="zh-CN"/>
        </w:rPr>
        <w:t>　　学生对老师持有敬慕心理，老师就是他们的引路人。开始学生有着很强的上进心，他们愿意学，并且自觉或不自觉地通过多种方式向老师表达这样一个信息：老师，希望您能承认我，肯定我，给我鼓励。这个时候师生之间最容易沟通。时间久了。学生与老师熟悉起来，他们获取的知识逐渐增多，追求的目标也不断地提高。为师者如果不能始终让学生折服，学生心里就会产生“不过如此”的想法。老师要使自己在学生心目中的形象永不贬值，我认为起码应该做到以下三点：</w:t>
      </w:r>
      <w:r>
        <w:rPr>
          <w:lang w:eastAsia="zh-CN"/>
        </w:rPr>
        <w:br/>
      </w:r>
      <w:r>
        <w:rPr>
          <w:lang w:eastAsia="zh-CN"/>
        </w:rPr>
        <w:t>　　1.要有渊博的知识和扎实的工作、教学能力。“给人一碗水，自己必须准备一桶水”。这“一桶水”所折射的道理显而易见。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2.要有深厚的道德修养和高尚的人格魅力。学生最初的崇拜是盲目的，只有当老师自尊自爱、自强自信的人格魅力使学生深深折服时，他们才会找到人生起步的座标点。自尊而不自负、自爱而不自封、自强而不蛮干、自信而不盲动，举止得体、儒雅可亲、刚正不阿、一身正气才是教师人格魅力之所在。</w:t>
      </w:r>
      <w:r>
        <w:rPr>
          <w:lang w:eastAsia="zh-CN"/>
        </w:rPr>
        <w:br/>
      </w:r>
      <w:r>
        <w:rPr>
          <w:lang w:eastAsia="zh-CN"/>
        </w:rPr>
        <w:t>　　3.要坚持学习，不断吸取新知识充实自己，要能跟上时代发展的步伐，不能让自己的思想落伍。每天站在学生面前时，都能别具一番神韵，别有一番风采。教育者必须具备过硬的自身素质，这一方面是由教育本身的特殊需要所决定的。另一方面，教师的良好风范能增强对学生的吸引力，有了这个吸引力，学生才乐意从情感上接纳老师。</w:t>
      </w:r>
      <w:r>
        <w:rPr>
          <w:lang w:eastAsia="zh-CN"/>
        </w:rPr>
        <w:br/>
      </w:r>
      <w:r>
        <w:rPr>
          <w:lang w:eastAsia="zh-CN"/>
        </w:rPr>
        <w:t>　　二、教师必须在观念上摆正师生的位置</w:t>
      </w:r>
      <w:r>
        <w:rPr>
          <w:lang w:eastAsia="zh-CN"/>
        </w:rPr>
        <w:br/>
      </w:r>
      <w:r>
        <w:rPr>
          <w:lang w:eastAsia="zh-CN"/>
        </w:rPr>
        <w:t>　　在社会主义教育的辞典里，师生关系的概念同封建社会的师徒关系有着本质的区别。社会主义教育方式需要的是循循善诱、启发引导，教育者不能高高地凌驾于学生之上，要放下“架子”，摆正师生的位置，认清对学生平等相待的重要性，从心底产生与学生交友的愿望，正所谓“良师诤友”，而不能带有丝毫勉强的色彩。能做到这些，学生就会觉得自己获得了尊重，因而就能尊重老师，能理解老师的用心，才能向老师敞开心扉。</w:t>
      </w:r>
      <w:r>
        <w:rPr>
          <w:lang w:eastAsia="zh-CN"/>
        </w:rPr>
        <w:br/>
      </w:r>
      <w:r>
        <w:rPr>
          <w:lang w:eastAsia="zh-CN"/>
        </w:rPr>
        <w:t>　　三、改善师生关系必须落实在行动上</w:t>
      </w:r>
      <w:r>
        <w:rPr>
          <w:lang w:eastAsia="zh-CN"/>
        </w:rPr>
        <w:br/>
      </w:r>
      <w:r>
        <w:rPr>
          <w:lang w:eastAsia="zh-CN"/>
        </w:rPr>
        <w:t>　　这一点对于班主任老师来说最为重要，也最有条件做到。学生居家、在校总免不了发生这样那样的问题，涉及学习、生活、情感、交往等诸多方面，都需要老师帮助解决，事情不同，处理方法就不能一概而论。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1.多鼓励、少批评。对学生学习方面所出现的问题，应该及时指出，耐心地帮助他们，尽量避免在公开场合使用严厉的口吻，不能伤害学生的自尊心。下课后不要夹着课本就回办公室。课余正是老师和学生平等、自由地对话，增进了解、加深友谊的最好时间。</w:t>
      </w:r>
      <w:r>
        <w:rPr>
          <w:lang w:eastAsia="zh-CN"/>
        </w:rPr>
        <w:br/>
      </w:r>
      <w:r>
        <w:rPr>
          <w:lang w:eastAsia="zh-CN"/>
        </w:rPr>
        <w:t>　　2.坚持家访，尊重家长，不可动不动就把他们“请”到办公室“谈话”。了解和介绍学生情况时，要注意用词，不要让家长难堪，否则，家长就会责罚孩子，学生就会认为老师“告状”。有了这种感觉，学生就不再相信自己的老师，更甭谈敞开心扉了。</w:t>
      </w:r>
      <w:r>
        <w:rPr>
          <w:lang w:eastAsia="zh-CN"/>
        </w:rPr>
        <w:br/>
      </w:r>
      <w:r>
        <w:rPr>
          <w:lang w:eastAsia="zh-CN"/>
        </w:rPr>
        <w:t>　　3.尽最大努力帮助学生解决实际困难。我不止一次地自掏腰包为父母在外地打工、无人做饭的学生买吃的;对家庭生活有困难的学生，不止一次地捐钱、捐衣服。这样还愁搞不好师生关系吗?</w:t>
      </w:r>
      <w:r>
        <w:rPr>
          <w:lang w:eastAsia="zh-CN"/>
        </w:rPr>
        <w:br/>
      </w:r>
      <w:r>
        <w:rPr>
          <w:lang w:eastAsia="zh-CN"/>
        </w:rPr>
        <w:t>　　4.进入青春期，学生的心理发生微妙的变化，他们开始把自己封闭起来，作为老师此时不能一味强求他们说出心里话，而要有意识地对他们进行积极的引导，培养他们高尚的情操。利用伟人故事、英烈遗风等积极健康的内容，再辅以集体活动、大家讨论等形式，把他们从狭小多梦的天地里拉出来。</w:t>
      </w:r>
      <w:r>
        <w:rPr>
          <w:lang w:eastAsia="zh-CN"/>
        </w:rPr>
        <w:br/>
      </w:r>
      <w:r>
        <w:rPr>
          <w:lang w:eastAsia="zh-CN"/>
        </w:rPr>
        <w:t>　　5.要注意选拔班主干部，充分发挥他们的模范带头作用。创造民主气氛，不能把班级变成一言堂，更不可搞____。要把学生之间的交往定格在共同学习、互相帮助、共同提高这个大框框中。在处理学生纠纷时，教师必须本着公平和公正的原则行事，不可偏袒任何一方。</w:t>
      </w:r>
      <w:r>
        <w:rPr>
          <w:lang w:eastAsia="zh-CN"/>
        </w:rPr>
        <w:br/>
      </w:r>
      <w:r>
        <w:rPr>
          <w:lang w:eastAsia="zh-CN"/>
        </w:rPr>
        <w:t>　　6.集体活动、公益劳动，教师要起带头作用，身体力行。光说不干、指手划脚，只会引起学生的反感。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7.学生在家有父母，在校靠老师。天冷了，要提醒学生多穿衣服;头发长了，要提醒学生去剃一剃;要提醒学生晚上要早点睡，早晨要吃好，中午争取休息一会;放假了，不要玩水，水火无情……凡此种种，不一而足。做老师的时刻要为学生想周到一点，既要有严父般的要求，更要有慈母的心怀。还有一点需要注意的是，老师允诺过的事一定要兑现，切不可失信于学生。唯有如此，学生才会觉得自己的老师可亲、可信;也唯有如此，学生才能向老师敞开情感的大门，师生关系才能积极健康地发展。</w:t>
      </w:r>
      <w:r>
        <w:rPr>
          <w:lang w:eastAsia="zh-CN"/>
        </w:rPr>
        <w:br/>
      </w:r>
      <w:r>
        <w:rPr>
          <w:lang w:eastAsia="zh-CN"/>
        </w:rPr>
        <w:t>　　四、管理班级、教育学生要有耐力恒心</w:t>
      </w:r>
      <w:r>
        <w:rPr>
          <w:lang w:eastAsia="zh-CN"/>
        </w:rPr>
        <w:br/>
      </w:r>
      <w:r>
        <w:rPr>
          <w:lang w:eastAsia="zh-CN"/>
        </w:rPr>
        <w:t>　　学生是不成熟的群体，考虑问题不全面、遇事易冲动。</w:t>
      </w:r>
      <w:r>
        <w:rPr>
          <w:lang w:eastAsia="zh-CN"/>
        </w:rPr>
        <w:br/>
      </w:r>
      <w:r>
        <w:rPr>
          <w:lang w:eastAsia="zh-CN"/>
        </w:rPr>
        <w:t>　　在班级的管理中要做到“三勤三到位”：“三勤”就是：</w:t>
      </w:r>
      <w:r>
        <w:rPr>
          <w:lang w:eastAsia="zh-CN"/>
        </w:rPr>
        <w:br/>
      </w:r>
      <w:r>
        <w:rPr>
          <w:lang w:eastAsia="zh-CN"/>
        </w:rPr>
        <w:t>　　一、勤到班级接触学生，了解学生思想动态。勤找学生谈话，了解学生个人学习和生活情况。对违反纪律的学生进行耐心教育;对学习后进的学生进行耐心的辅导。</w:t>
      </w:r>
      <w:r>
        <w:rPr>
          <w:lang w:eastAsia="zh-CN"/>
        </w:rPr>
        <w:br/>
      </w:r>
      <w:r>
        <w:rPr>
          <w:lang w:eastAsia="zh-CN"/>
        </w:rPr>
        <w:t>　　二、勤与课任老师交流，及时了解学生的学习情况，根据情况要及时地解决。与课任老师商讨解决的办法。</w:t>
      </w:r>
      <w:r>
        <w:rPr>
          <w:lang w:eastAsia="zh-CN"/>
        </w:rPr>
        <w:br/>
      </w:r>
      <w:r>
        <w:rPr>
          <w:lang w:eastAsia="zh-CN"/>
        </w:rPr>
        <w:t>　　三、勤与家长联系，及时了解学生在家学习情况，家长也能及时了解学生在校学习情况，与家长共同管理学生。</w:t>
      </w:r>
      <w:r>
        <w:rPr>
          <w:lang w:eastAsia="zh-CN"/>
        </w:rPr>
        <w:br/>
      </w:r>
      <w:r>
        <w:rPr>
          <w:lang w:eastAsia="zh-CN"/>
        </w:rPr>
        <w:t>　　“三到位”就是：</w:t>
      </w:r>
      <w:r>
        <w:rPr>
          <w:lang w:eastAsia="zh-CN"/>
        </w:rPr>
        <w:br/>
      </w:r>
      <w:r>
        <w:rPr>
          <w:lang w:eastAsia="zh-CN"/>
        </w:rPr>
        <w:t>　　一、早晨和中午第一个到班级，督促学生学习;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二、上课铃响时就到班级门口督促学生做好上课准备。放学时到班级督促学生打扫卫生，告诫学生路上注意安全，到家要进行学习。</w:t>
      </w:r>
      <w:r>
        <w:rPr>
          <w:lang w:eastAsia="zh-CN"/>
        </w:rPr>
        <w:br/>
      </w:r>
      <w:r>
        <w:rPr>
          <w:lang w:eastAsia="zh-CN"/>
        </w:rPr>
        <w:t>　　三、经常到学生家进行家访。这些工作很烦琐，也很浪费时间，如果没有耐力恒心是办不到的。</w:t>
      </w:r>
      <w:r>
        <w:rPr>
          <w:lang w:eastAsia="zh-CN"/>
        </w:rPr>
        <w:br/>
      </w:r>
      <w:r>
        <w:rPr>
          <w:lang w:eastAsia="zh-CN"/>
        </w:rPr>
        <w:t>　　当然，我这样一说，有人可能会发出感慨：太理想化了，太神圣了!是的，我们是人类灵魂的工程师，我们正在塑造着国家的今天和明天，我们肩负着神圣的使命，如果没有超乎寻常的细心、耐心和恒心不能贯彻整个教学工作的始终，那么，我们是拿不到打开学生情感闸门的“金钥匙”的。</w:t>
      </w:r>
      <w:r>
        <w:rPr>
          <w:lang w:eastAsia="zh-CN"/>
        </w:rPr>
        <w:br/>
      </w:r>
      <w:r>
        <w:rPr>
          <w:lang w:eastAsia="zh-CN"/>
        </w:rPr>
        <w:t xml:space="preserve">    班主任月度工作总结 篇12 </w:t>
      </w:r>
      <w:r>
        <w:rPr>
          <w:lang w:eastAsia="zh-CN"/>
        </w:rPr>
        <w:br/>
      </w:r>
      <w:r>
        <w:rPr>
          <w:lang w:eastAsia="zh-CN"/>
        </w:rPr>
        <w:t>　　一、本学期我坚持每天进行网上学习</w:t>
      </w:r>
      <w:r>
        <w:rPr>
          <w:lang w:eastAsia="zh-CN"/>
        </w:rPr>
        <w:br/>
      </w:r>
      <w:r>
        <w:rPr>
          <w:lang w:eastAsia="zh-CN"/>
        </w:rPr>
        <w:t>　　认真观看各个专题的文章和专家名师的经验之谈，通过学习，解决了在实际教学中遇到的很多疑难问题，使自己技能也有了很大的提高，同时更新了教育理论，丰富了教学经验。</w:t>
      </w:r>
      <w:r>
        <w:rPr>
          <w:lang w:eastAsia="zh-CN"/>
        </w:rPr>
        <w:br/>
      </w:r>
      <w:r>
        <w:rPr>
          <w:lang w:eastAsia="zh-CN"/>
        </w:rPr>
        <w:t>　　二、要经常性的参加各种研究讨论小组</w:t>
      </w:r>
      <w:r>
        <w:rPr>
          <w:lang w:eastAsia="zh-CN"/>
        </w:rPr>
        <w:br/>
      </w:r>
      <w:r>
        <w:rPr>
          <w:lang w:eastAsia="zh-CN"/>
        </w:rPr>
        <w:t>　　要虚心吸取别人的老师对于他的教学成功与失败的经验之谈，敢于面对困难并进行不屈的努力。</w:t>
      </w:r>
      <w:r>
        <w:rPr>
          <w:lang w:eastAsia="zh-CN"/>
        </w:rPr>
        <w:br/>
      </w:r>
      <w:r>
        <w:rPr>
          <w:lang w:eastAsia="zh-CN"/>
        </w:rPr>
        <w:t>　　三、优秀班主任工作总结</w:t>
      </w:r>
      <w:r>
        <w:rPr>
          <w:lang w:eastAsia="zh-CN"/>
        </w:rPr>
        <w:br/>
      </w:r>
      <w:r>
        <w:rPr>
          <w:lang w:eastAsia="zh-CN"/>
        </w:rPr>
        <w:t>　　是通过实践才能得出的工作总结，因此平时在教育教学工作着，要勇于开拓创新，可以适当做一些探索尝试，要有大胆的创新精神，不断努力改进教学质量。</w:t>
      </w:r>
      <w:r>
        <w:rPr>
          <w:lang w:eastAsia="zh-CN"/>
        </w:rPr>
        <w:br/>
      </w:r>
      <w:r>
        <w:rPr>
          <w:lang w:eastAsia="zh-CN"/>
        </w:rPr>
        <w:t>　　四、选择适当的教学水平和专业素养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努力探索适合本地本校本班的新课改的教学模式，不断加强自我反思与其他同行教师之间的合作，交流与研讨，只有这样才能很好的胜任一名优秀班主任工作。</w:t>
      </w:r>
      <w:r>
        <w:rPr>
          <w:lang w:eastAsia="zh-CN"/>
        </w:rPr>
        <w:br/>
      </w:r>
      <w:r>
        <w:rPr>
          <w:lang w:eastAsia="zh-CN"/>
        </w:rPr>
        <w:t xml:space="preserve">    班主任月度工作总结 篇13 </w:t>
      </w:r>
      <w:r>
        <w:rPr>
          <w:lang w:eastAsia="zh-CN"/>
        </w:rPr>
        <w:br/>
      </w:r>
      <w:r>
        <w:rPr>
          <w:lang w:eastAsia="zh-CN"/>
        </w:rPr>
        <w:t>　　现在学校教育教学工作已接近尾声，我感慨岁月匆匆，回想这一学期以来开展的各项工作。实习生活将近两个月时，实习学校给我们安排了班主任的工作，我成为了七(7)、七(8)两个班的副班主任，班主任工作是复杂的，细致的。拥有一份爱心，守住自己的良心，持有一份恒心，在班主任工作上收获我的快乐和幸福，这就是我对班主任工作的诠释和理解。下面就两个月的班主任工作进行总结：</w:t>
      </w:r>
      <w:r>
        <w:rPr>
          <w:lang w:eastAsia="zh-CN"/>
        </w:rPr>
        <w:br/>
      </w:r>
      <w:r>
        <w:rPr>
          <w:lang w:eastAsia="zh-CN"/>
        </w:rPr>
        <w:t>　　1、重视和搞好班干部的发掘、扶持和培养。我首先选择一些品学兼优、责任心强、乐意为同学服务的学生担任班干部，要求他们努力学习，团结同学、以身作则，鼓励他们要大胆工作，有要严格要求，注意工作方法。定期开班干部会议，一方面从他们身上了解到更多的班级动态，又可以让他们总结每星期好与不好的方面及下星期要改进的地方，另一方面指导他们工作方法，帮助他们提高工作能力。</w:t>
      </w:r>
      <w:r>
        <w:rPr>
          <w:lang w:eastAsia="zh-CN"/>
        </w:rPr>
        <w:br/>
      </w:r>
      <w:r>
        <w:rPr>
          <w:lang w:eastAsia="zh-CN"/>
        </w:rPr>
        <w:t>　　2、深入了解学生，多和学生沟通，经常去寝室查看，和学生交流，及时了解学生的思想、学习和生活情况，小心细致的解决孩子们之间的矛盾，关注孩子们的平时生活，结合他们的家庭背景，因人而异的开导教育他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3、加强与家长的沟通。我经常与家长取得联系，争取积极作好合力教育工作。主要是通过电话联系，让家长第一时间了解学生最近的学习情况等，特别是有紧急情况时(如学生未到校上课)我会及时和家长取的联系，弄清楚情况。与家长取得了共识，学生学习、品德上等问题的解决都收到了事半功倍。</w:t>
      </w:r>
      <w:r>
        <w:rPr>
          <w:lang w:eastAsia="zh-CN"/>
        </w:rPr>
        <w:br/>
      </w:r>
      <w:r>
        <w:rPr>
          <w:lang w:eastAsia="zh-CN"/>
        </w:rPr>
        <w:t>　　4、搞好主题班会。我有效地利用好每周一的主题班会课开展一些专题性的活动，例如，学习经验交流会，意志教育等，这些活动大大地促进良好的学风、班风的形成。</w:t>
      </w:r>
      <w:r>
        <w:rPr>
          <w:lang w:eastAsia="zh-CN"/>
        </w:rPr>
        <w:br/>
      </w:r>
      <w:r>
        <w:rPr>
          <w:lang w:eastAsia="zh-CN"/>
        </w:rPr>
        <w:t>　　同时我自己也以身作责，努力做学生的榜样。使得我班在学校的各项管理评比中都取得了良好的成绩，本学期的几次考试都取得了较好的成绩，各项管理也都取得了较好的效果。</w:t>
      </w:r>
      <w:r>
        <w:rPr>
          <w:lang w:eastAsia="zh-CN"/>
        </w:rPr>
        <w:br/>
      </w:r>
      <w:r>
        <w:rPr>
          <w:lang w:eastAsia="zh-CN"/>
        </w:rPr>
        <w:t>　　著名特级教师于漪说过：“在学校里工作，只有当了班主任，才能真正体会当老师的幸福。”随着做班主任工作时间的推移，慢慢地我发现只要持以正确的态度和积极的.心态，我们每天的班主任工作是幸福的，更无所谓职业倦怠。</w:t>
      </w:r>
      <w:r>
        <w:rPr>
          <w:lang w:eastAsia="zh-CN"/>
        </w:rPr>
        <w:br/>
      </w:r>
      <w:r>
        <w:rPr>
          <w:lang w:eastAsia="zh-CN"/>
        </w:rPr>
        <w:t>　　班主任是班级工作的组织者、管理者和策划者，也是学校管理的中间力量和骨干分子，对良好班风和校风的形成起到举足轻重的作用。一个班的好坏与一个班主任的工作关系十分紧密。我明白，只有与时俱进，努力学习基本的教育理论，端正新教育理念，才能教育和管理好班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当班主任很辛苦，但也很充实，有很多钻不完的学问，同时与学生的接触，我得到很多感触，各方面能力得到提高。一分耕耘，一分收获，这种回报是爱的回报，是一分满足感、成就感的回报，它比任何物质的回报还要来的珍贵。</w:t>
      </w:r>
      <w:r>
        <w:rPr>
          <w:lang w:eastAsia="zh-CN"/>
        </w:rPr>
        <w:br/>
      </w:r>
      <w:r>
        <w:rPr>
          <w:lang w:eastAsia="zh-CN"/>
        </w:rPr>
        <w:t>　　感谢实习校领导给我这次当班主任的机会!</w:t>
      </w:r>
      <w:r>
        <w:rPr>
          <w:lang w:eastAsia="zh-CN"/>
        </w:rPr>
        <w:br/>
      </w:r>
      <w:r>
        <w:rPr>
          <w:lang w:eastAsia="zh-CN"/>
        </w:rPr>
        <w:t xml:space="preserve">    班主任月度工作总结 篇14 </w:t>
      </w:r>
      <w:r>
        <w:rPr>
          <w:lang w:eastAsia="zh-CN"/>
        </w:rPr>
        <w:br/>
      </w:r>
      <w:r>
        <w:rPr>
          <w:lang w:eastAsia="zh-CN"/>
        </w:rPr>
        <w:t>　　班主任是班级工作的，组织者和实施者。作为班主任，每天面对的，是几十双渴求知识的眼睛，每天接触的，是几十颗等待滋润的心灵。如何让这一双双的眼睛充满智慧之光怎样使这一颗颗心灵健康成长这不仅需要班主任具有强烈的事业心，责任感，更需要班主任具备一定的组织管理能力。刚踏上教坛，我就从事班主任工作，使我体会到班主任工作的艰辛与劳苦，但使我更加难以忘怀的，是成功的喜悦以及甘为人师的幸福。今天，我结合几年来自己的工作实际，具体总结一下这个月来的班主任工作。</w:t>
      </w:r>
      <w:r>
        <w:rPr>
          <w:lang w:eastAsia="zh-CN"/>
        </w:rPr>
        <w:br/>
      </w:r>
      <w:r>
        <w:rPr>
          <w:lang w:eastAsia="zh-CN"/>
        </w:rPr>
        <w:t>　　一、思想教育工作常抓不屑</w:t>
      </w:r>
      <w:r>
        <w:rPr>
          <w:lang w:eastAsia="zh-CN"/>
        </w:rPr>
        <w:br/>
      </w:r>
      <w:r>
        <w:rPr>
          <w:lang w:eastAsia="zh-CN"/>
        </w:rPr>
        <w:t>　　学生已经进入了六年，思想已经成熟，作任何事都有自己的主张，所以要耐心细致地做好他们的思想工作。这个月我主要从以下几方面进行教育。</w:t>
      </w:r>
      <w:r>
        <w:rPr>
          <w:lang w:eastAsia="zh-CN"/>
        </w:rPr>
        <w:br/>
      </w:r>
      <w:r>
        <w:rPr>
          <w:lang w:eastAsia="zh-CN"/>
        </w:rPr>
        <w:t>　　1、发挥自身表率作用。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大教育家乌申斯基曾有过这样一段话："教师个人的范例，对于学生的心灵是任何东西都不能代替的最有用的阳光。"小学生，对班主任有着一种特殊的信任和依赖情感。班主任的自身素质，道德修养，班主任的一言一行，一举一动，无形之中会成为全班几十个孩子的榜样。因此，我在工作中爱岗敬业，严守职业道德，以爱润其心，以言导其行，用爱心去滋润学生，用语言去感化学生，教给学生做人的道理，增强学生前进的动力。"其身正，不令而行。其身不正，虽令不从。"在班级工作中要求学生做到的，我往往率先垂范。每次在学校的劳动中，我总是与学生们一起干活。带动了学生们劳动的积极性，保质保量完成学校交给的每一项任务。</w:t>
      </w:r>
      <w:r>
        <w:rPr>
          <w:lang w:eastAsia="zh-CN"/>
        </w:rPr>
        <w:br/>
      </w:r>
      <w:r>
        <w:rPr>
          <w:lang w:eastAsia="zh-CN"/>
        </w:rPr>
        <w:t>　　2、建立一个良好的，科学规范的班级制度，即班规。</w:t>
      </w:r>
      <w:r>
        <w:rPr>
          <w:lang w:eastAsia="zh-CN"/>
        </w:rPr>
        <w:br/>
      </w:r>
      <w:r>
        <w:rPr>
          <w:lang w:eastAsia="zh-CN"/>
        </w:rPr>
        <w:t>　　对学生的管理，如果仅靠师生间的个人感情，则易造成管理上的放纵及随意。因此，开学之初我就制定一个科学规范切实可行的班规。而且充分发挥学生干部的作用。利用班规对学生进行考核，每月一总结，对于优胜者进行奖励。这大大激发了学生学习的热情，同时也制约了思想差的学生的一些行为，使他们屏弃自身的不良习惯。</w:t>
      </w:r>
      <w:r>
        <w:rPr>
          <w:lang w:eastAsia="zh-CN"/>
        </w:rPr>
        <w:br/>
      </w:r>
      <w:r>
        <w:rPr>
          <w:lang w:eastAsia="zh-CN"/>
        </w:rPr>
        <w:t>　　3、及时开好班会课。</w:t>
      </w:r>
      <w:r>
        <w:rPr>
          <w:lang w:eastAsia="zh-CN"/>
        </w:rPr>
        <w:br/>
      </w:r>
      <w:r>
        <w:rPr>
          <w:lang w:eastAsia="zh-CN"/>
        </w:rPr>
        <w:t>　　班会课是对学生进行思想教育的一条行之有效的途径，所以我及时抓好每周五的班会课时间，对学生进行教育。在上班会课之前，我都认真分析班级当前的现状，结合班级的实际确定班会主题，并且认真备课，以求取得的教育效果。这个月做到了定期召开班会，班会的内容形式多样，学习规范守则;向学生灌输五讲五做的内容，对学生进行安全教育，法制教育;带领学生学习雷锋，了解革命先辈的事迹等等。一系列的内容使学生受到了不同方面的教育，也取得了很好的教育效果。</w:t>
      </w:r>
      <w:r>
        <w:rPr>
          <w:lang w:eastAsia="zh-CN"/>
        </w:rPr>
        <w:br/>
      </w:r>
      <w:r>
        <w:rPr>
          <w:lang w:eastAsia="zh-CN"/>
        </w:rPr>
        <w:t>　　4、不辞劳苦做好学生的家访工作。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促使学生健康成长，只靠教师的工作是不够的，还应该得到家长的协助。因此，每个月的班级工作中我都有目的，有计划地走访学生家长，使家庭教育与学校教育密切配合。本学期由于学生不听话，我便充分利用家长的力量来协助自己的工作，每次家访时我都向家长介绍本班的学习情况，孩子的学习，纪律等各方面的情况，争取家长的意见，以取得家长对班级工作的支持和协助。有时在家访中了解到学生家中存在这样和那样的困难，我就想方设法去帮助。这样教师和家长密切联系，共同教育学生，有效地促进了学生的全面发展。忙的时候我便利用写信，打电话，开家长会的形式与家长取得沟通，一个月家访人数达20次。</w:t>
      </w:r>
      <w:r>
        <w:rPr>
          <w:lang w:eastAsia="zh-CN"/>
        </w:rPr>
        <w:br/>
      </w:r>
      <w:r>
        <w:rPr>
          <w:lang w:eastAsia="zh-CN"/>
        </w:rPr>
        <w:t>　　由于我的不断教育，使学生在行为上受到一定的约束，有的学生对我说："老师这学期你怎么这么严哪"我笑着说："严就是对你们的爱"，其实我的心理有很大的压力，自己的学生自己怎么能不了解呢他们太淘气，如果我这个班主任稍一放松，那不知会是什么后果，我害怕他们同以往的毕业生一样，所以自己宁愿把在校的所有时间都用在他们身上，自己的工作回家去做。只希望自己用爱心去感化每一个学生。虽然在值周评比中我班的成绩处于中游，但我已经满意了，因为这也是我常抓不屑的结果。</w:t>
      </w:r>
      <w:r>
        <w:rPr>
          <w:lang w:eastAsia="zh-CN"/>
        </w:rPr>
        <w:br/>
      </w:r>
      <w:r>
        <w:rPr>
          <w:lang w:eastAsia="zh-CN"/>
        </w:rPr>
        <w:t>　　二、耐心细致做好后进生的转化工作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有人曾说过，一个班级的后进生占班级总数的百分之几或更多为百分之十几，如果放弃了对后进生的教育，对集体而言，集体的希望才失去了百分之几，而对于一个家庭而言，每一个后进生是家庭希望的，如果这个家庭失掉了这个希望，就等于家庭的希望地破灭了。这样的说法很有道理，这样就给我们教育工作者提出了一个严峻的挑战，为了挽救一个后进生，为了找回一个家庭的希望;为了挽救一个集体，找回众多家庭的希望，我们怎么办知难而进!决不放弃任何一个学生，决不放弃任何一个集体，是每个教育者的信念，也是我的信念。若要变后进为先进必先寻找到一条行之有效的途径。六年的班主任经验告诉我：在教育影响后进生的过程中，师生之间往往会产生心理上的碰撞，对小学生来说，身心都在成长，应该先取学生的接受点去教育学生，以情激情，以情励人，施之以爱，拉其进步，贵在扶持，长抓不懈。</w:t>
      </w:r>
      <w:r>
        <w:rPr>
          <w:lang w:eastAsia="zh-CN"/>
        </w:rPr>
        <w:br/>
      </w:r>
      <w:r>
        <w:rPr>
          <w:lang w:eastAsia="zh-CN"/>
        </w:rPr>
        <w:t>　　1、做学困生的知心朋友。工作中我时刻以一颗慈母般的心关爱着每一个学生;始终以期待的目光关注着每一个学生。从不因学生学习成绩差而歧视学生。既为取得好成绩的学生感到高兴，也能谅解学生学习中的失误，让学生时时刻刻感到我既是他们学习上的好帮手，又是生活中的知心朋友。在我的班中，学困生比较多，我便经常找他们谈心，帮助他们树立学习的信心，学习上遇到困难，我也耐心细致地为他们讲解。使他们相信自己的老师，也把老师当作知心朋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2、尽职尽责转化好每一个后进学生。前苏联教育学家马柯连卡曾说过："爱是无声的语言，也是最有效的催化剂。"教师对学生的爱，胜过千次万次的说教。在我的班中思想差的学生比较多，他们身上有许多不良行为，为了教育他们，我便经常找他们谈心，说出他们身上的不足，以及这些缺点会给他们造成什么样的后果，对他们进行"动之以情，晓之以理"的教育，帮助他们克服身上的不足，在期末复习这段时间里，我为所有后进生制定一份学习目标，每天评选出一位进步的学生，进行表扬和物质上的奖励，让每个学生都有明确的学习任务，都有争第一的思想。使期末复习工作稳步进行。</w:t>
      </w:r>
      <w:r>
        <w:rPr>
          <w:lang w:eastAsia="zh-CN"/>
        </w:rPr>
        <w:br/>
      </w:r>
      <w:r>
        <w:rPr>
          <w:lang w:eastAsia="zh-CN"/>
        </w:rPr>
        <w:t>　　3、让每位贫困生都有一个学习上的保障。每次交费时我班都是最慢的一个，因为班级中的贫困生比较多，在与学生的交往中和家访中使我了解到了这部分贫困生的一些事实。所以在学校免收书费的名单上我写下了他们的名字，使他们的费用缓解一部分，家庭负担减到最底限度，以保障他们的学习不受干扰。</w:t>
      </w:r>
      <w:r>
        <w:rPr>
          <w:lang w:eastAsia="zh-CN"/>
        </w:rPr>
        <w:br/>
      </w:r>
      <w:r>
        <w:rPr>
          <w:lang w:eastAsia="zh-CN"/>
        </w:rPr>
        <w:t>　　人无完人，我也同样如此，在班主任工作中自己还存在许多的不足，生气的时候，我也会大声训斥他们;学生不完成作业时，我也会变相体罚他们，留他们在校写作业等等。虽然做班主任工作以来我没有做过惊天动地的伟业，但我走过的每一段路，留下的每一个足迹，都能折射出我生命的价值。我是失去了很多，但我无怨无悔，因为我深深地爱着我从事的这个太阳底下最神圣的职业。"既然选择了远方，便只顾风雨兼程。"我要在三尺讲台——这方寸土上，尽我的努力，为祖国教育事业贡献毕生的精力。</w:t>
      </w:r>
      <w:r>
        <w:rPr>
          <w:lang w:eastAsia="zh-CN"/>
        </w:rPr>
        <w:br/>
      </w:r>
      <w:r>
        <w:rPr>
          <w:lang w:eastAsia="zh-CN"/>
        </w:rPr>
        <w:t xml:space="preserve">    班主任月度工作总结 篇15 </w:t>
      </w:r>
      <w:r>
        <w:rPr>
          <w:lang w:eastAsia="zh-CN"/>
        </w:rPr>
        <w:br/>
      </w:r>
      <w:r>
        <w:rPr>
          <w:lang w:eastAsia="zh-CN"/>
        </w:rPr>
        <w:t>　　一、政治思想方面：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本人热爱党，热爱人民,坚持党的教育方针，忠诚党的教育事业。思想端正，作风正派，服从领导的工作安排，办事认真负责。本人一直在各方面严格要求自己，努力地提高自己，以便使自己更快地适应社会发展的形势。通过阅读大量的道德修养书籍，勇于解剖自己，分析自己，正视自己，提高自身素质。</w:t>
      </w:r>
      <w:r>
        <w:rPr>
          <w:lang w:eastAsia="zh-CN"/>
        </w:rPr>
        <w:br/>
      </w:r>
      <w:r>
        <w:rPr>
          <w:lang w:eastAsia="zh-CN"/>
        </w:rPr>
        <w:t>　　本学年能主动、认真地服从和配合学校各级领导的工作安排。积极参加学校、市教研室和组里的各种会议;能根据学科特点，通过自己订阅或者在网络上寻找国内外热点、重点新闻，及时领会和用于教学辅导;热爱教育事业，把自己的精力、能力全部用于学校的教学过程中，并能自觉遵守职业道德，在学生中树立了良好的教师形象。能够主动与同事研究业务，互相学习，配合默契，教学水平共同提高，能够顾全大局，团结协作，面临小升初，任务艰巨，为了整体利益，我们积极协调、灵活安排，受到学生的欢迎，并获得了很好的统考成绩，顺利完成了各项任务</w:t>
      </w:r>
      <w:r>
        <w:rPr>
          <w:lang w:eastAsia="zh-CN"/>
        </w:rPr>
        <w:br/>
      </w:r>
      <w:r>
        <w:rPr>
          <w:lang w:eastAsia="zh-CN"/>
        </w:rPr>
        <w:t>　　二、教育教学能力</w:t>
      </w:r>
      <w:r>
        <w:rPr>
          <w:lang w:eastAsia="zh-CN"/>
        </w:rPr>
        <w:br/>
      </w:r>
      <w:r>
        <w:rPr>
          <w:lang w:eastAsia="zh-CN"/>
        </w:rPr>
        <w:t>　　首先，能认真把握教材把大纲、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第二，能把握学生的认知水平和能力。重视对已学知识的巩固和新、旧知识的联系，达到帮助学生学会求知、不断发展的目的。</w:t>
      </w:r>
      <w:r>
        <w:rPr>
          <w:lang w:eastAsia="zh-CN"/>
        </w:rPr>
        <w:br/>
      </w:r>
      <w:r>
        <w:rPr>
          <w:lang w:eastAsia="zh-CN"/>
        </w:rPr>
        <w:t>　　第三，尊重学生。重视与学生之间的情感交流和培养，在严格管理的同时能尊重学生的学习热情和认知能力，提出与学生自身水平相当的`问题，鼓励他们大胆探索，共同提高。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因而也得到了学生的尊重。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r>
        <w:rPr>
          <w:lang w:eastAsia="zh-CN"/>
        </w:rPr>
        <w:br/>
      </w:r>
      <w:r>
        <w:rPr>
          <w:lang w:eastAsia="zh-CN"/>
        </w:rPr>
        <w:t>　　三、出勤方面</w:t>
      </w:r>
      <w:r>
        <w:rPr>
          <w:lang w:eastAsia="zh-CN"/>
        </w:rPr>
        <w:br/>
      </w:r>
      <w:r>
        <w:rPr>
          <w:lang w:eastAsia="zh-CN"/>
        </w:rPr>
        <w:t>　　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四、工作业绩方面</w:t>
      </w:r>
      <w:r>
        <w:rPr>
          <w:lang w:eastAsia="zh-CN"/>
        </w:rPr>
        <w:br/>
      </w:r>
      <w:r>
        <w:rPr>
          <w:lang w:eastAsia="zh-CN"/>
        </w:rPr>
        <w:t xml:space="preserve">    班主任月度工作总结 篇16 </w:t>
      </w:r>
      <w:r>
        <w:rPr>
          <w:lang w:eastAsia="zh-CN"/>
        </w:rPr>
        <w:br/>
      </w:r>
      <w:r>
        <w:rPr>
          <w:lang w:eastAsia="zh-CN"/>
        </w:rPr>
        <w:t>　　时间又悄无声息地走过了一个月了，在此回顾一月所做的一些工作：</w:t>
      </w:r>
      <w:r>
        <w:rPr>
          <w:lang w:eastAsia="zh-CN"/>
        </w:rPr>
        <w:br/>
      </w:r>
      <w:r>
        <w:rPr>
          <w:lang w:eastAsia="zh-CN"/>
        </w:rPr>
        <w:t>　　一、组织管理：</w:t>
      </w:r>
      <w:r>
        <w:rPr>
          <w:lang w:eastAsia="zh-CN"/>
        </w:rPr>
        <w:br/>
      </w:r>
      <w:r>
        <w:rPr>
          <w:lang w:eastAsia="zh-CN"/>
        </w:rPr>
        <w:t>　　1、安全教育：利用班会和晨会向学生进行安全教育，做到不在教室里和走廊上追逐打闹，上下楼梯不推挤。</w:t>
      </w:r>
      <w:r>
        <w:rPr>
          <w:lang w:eastAsia="zh-CN"/>
        </w:rPr>
        <w:br/>
      </w:r>
    </w:p>
    <w:p w:rsidR="001B1F19" w14:textId="27C3F48A">
      <w:pPr>
        <w:rPr>
          <w:rFonts w:hint="eastAsia"/>
          <w:lang w:eastAsia="zh-CN"/>
        </w:rPr>
      </w:pPr>
      <w:r>
        <w:rPr>
          <w:lang w:eastAsia="zh-CN"/>
        </w:rPr>
        <w:t>　　特别要针对一月份发生的几起校园伤害事故，教育学生早晨7点半以后到校，下午放学时要及时回家，远离陌生人。</w:t>
      </w:r>
      <w:r>
        <w:rPr>
          <w:lang w:eastAsia="zh-CN"/>
        </w:rPr>
        <w:br/>
      </w:r>
      <w:r>
        <w:rPr>
          <w:lang w:eastAsia="zh-CN"/>
        </w:rPr>
        <w:t>　　2、行为习惯：按照《小学生日常行为规范》的要求，结合每周德育要点，连续一贯地培养学生良好的文明行为习惯。</w:t>
      </w:r>
      <w:r>
        <w:rPr>
          <w:lang w:eastAsia="zh-CN"/>
        </w:rPr>
        <w:br/>
      </w:r>
      <w:r>
        <w:rPr>
          <w:lang w:eastAsia="zh-CN"/>
        </w:rPr>
        <w:t>　　3、纪律情况：每天晨读由班干部以及领读同学带领大家读书;眼保健操时间闭上眼睛认真做，保护自己的眼睛;广播操做到静、快、齐，做操要到位。</w:t>
      </w:r>
      <w:r>
        <w:rPr>
          <w:lang w:eastAsia="zh-CN"/>
        </w:rPr>
        <w:br/>
      </w:r>
      <w:r>
        <w:rPr>
          <w:lang w:eastAsia="zh-CN"/>
        </w:rPr>
        <w:t>　　4、卫生情况：值日生每天认真打扫卫生，做到地面干净，桌椅整齐，墙壁、走廊、讲台及卫生责任区都能保持整洁、干净、无垃圾，老师教育每位同学都要保护好环境卫生。每周都进行一次大扫除。教育学生不带零食到学校来吃。</w:t>
      </w:r>
      <w:r>
        <w:rPr>
          <w:lang w:eastAsia="zh-CN"/>
        </w:rPr>
        <w:br/>
      </w:r>
      <w:r>
        <w:rPr>
          <w:lang w:eastAsia="zh-CN"/>
        </w:rPr>
        <w:t>　　5、公共财产：教育学生爱护公共财产，不在桌椅上乱刻乱画，不在墙上乱踢。</w:t>
      </w:r>
      <w:r>
        <w:rPr>
          <w:lang w:eastAsia="zh-CN"/>
        </w:rPr>
        <w:br/>
      </w:r>
      <w:r>
        <w:rPr>
          <w:lang w:eastAsia="zh-CN"/>
        </w:rPr>
        <w:t>　　6、文明就餐：就餐时保持安静，不挑食、不浪费饭菜，午餐后能将教室整理干净。</w:t>
      </w:r>
      <w:r>
        <w:rPr>
          <w:lang w:eastAsia="zh-CN"/>
        </w:rPr>
        <w:br/>
      </w:r>
      <w:r>
        <w:rPr>
          <w:lang w:eastAsia="zh-CN"/>
        </w:rPr>
        <w:t>　　二、关注学生全面发展</w:t>
      </w:r>
      <w:r>
        <w:rPr>
          <w:lang w:eastAsia="zh-CN"/>
        </w:rPr>
        <w:br/>
      </w:r>
      <w:r>
        <w:rPr>
          <w:lang w:eastAsia="zh-CN"/>
        </w:rPr>
        <w:t>　　1、家校联系：注重和家长的沟通，有重要通知通过家校通发给家。让家长7点半以后再将孩子送到学校，下午放学时多次提醒家长及时来接，共同维护校园的安全。关注后进生的进步，经常和家长交流孩子的学习情况。关心每位孩子，及时将学生的不良表现反馈给家长，与家长交流，帮助孩子改正错误。</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https://d.book118.com/958134063005006047</w:t>
        </w:r>
      </w:hyperlink>
    </w:p>
    <w:p w:rsidR="001B1F19">
      <w:pPr>
        <w:rPr>
          <w:rFonts w:hint="eastAsia"/>
          <w:lang w:eastAsia="zh-CN"/>
        </w:rPr>
      </w:pPr>
    </w:p>
    <w:sectPr>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58134063005006047"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