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jc w:val="center"/>
      </w:pPr>
      <w:r>
        <w:rPr>
          <w:rFonts w:ascii="宋体" w:eastAsia="宋体" w:hAnsi="宋体"/>
          <w:sz w:val="36"/>
        </w:rPr>
        <w:t>安全生产月的活动总结</w:t>
      </w:r>
    </w:p>
    <w:p>
      <w:pPr>
        <w:spacing w:before="100" w:after="200" w:line="360" w:lineRule="auto"/>
        <w:ind w:firstLine="576"/>
        <w:jc w:val="left"/>
      </w:pPr>
      <w:r>
        <w:rPr>
          <w:rFonts w:ascii="宋体" w:eastAsia="宋体" w:hAnsi="宋体"/>
          <w:sz w:val="28"/>
        </w:rPr>
        <w:t>关于安全生产月的活动总结1</w:t>
      </w:r>
    </w:p>
    <w:p>
      <w:pPr>
        <w:spacing w:before="100" w:after="200" w:line="360" w:lineRule="auto"/>
        <w:ind w:firstLine="576"/>
        <w:jc w:val="left"/>
      </w:pPr>
      <w:r>
        <w:rPr>
          <w:rFonts w:ascii="宋体" w:eastAsia="宋体" w:hAnsi="宋体"/>
          <w:sz w:val="28"/>
        </w:rPr>
        <w:t>本次活动我公司坚持“安全第一、预防为主、综合治理”的方针，结合“科学发展、安全发展”的主题经过周密部署，开展了一系列的安全生产活动，活动期间，公司成立专门领导小组，加大安全监察力度，切实推动各项安全工作的落实，为企业安全生产管理目标起到了积极的促进作用。现将我公司开展“安全生产月”活动情况简要总结如下：</w:t>
      </w:r>
    </w:p>
    <w:p>
      <w:pPr>
        <w:spacing w:before="100" w:after="200" w:line="360" w:lineRule="auto"/>
        <w:jc w:val="left"/>
      </w:pPr>
      <w:r>
        <w:rPr>
          <w:rFonts w:ascii="宋体 (中文正文)" w:eastAsia="宋体" w:hAnsi="宋体 (中文正文)"/>
          <w:b/>
          <w:sz w:val="28"/>
        </w:rPr>
        <w:t>一、精心组织部署</w:t>
      </w:r>
    </w:p>
    <w:p>
      <w:pPr>
        <w:spacing w:before="100" w:after="200" w:line="360" w:lineRule="auto"/>
        <w:ind w:firstLine="576"/>
        <w:jc w:val="left"/>
      </w:pPr>
      <w:r>
        <w:rPr>
          <w:rFonts w:ascii="宋体" w:eastAsia="宋体" w:hAnsi="宋体"/>
          <w:sz w:val="28"/>
        </w:rPr>
        <w:t>首先公司领导高度重视“安全生产月”活动，及时就活动的开展作出了具体安排，按照上级各部门的通知精神，对活动的开展提出了具体的要求。公司领导小组由安全管理处全面负责，各相关部门负责人分工负责，建立健全监督、监管体系，明确责任，层层分解逐级管理，抓点带面，保证安全活动开展富有成效。让广大职工从思想上认识到安全生产的重要性和必要性，真正把认识转变为高度警惕融汇到日常的生产工作当中，在全公司范围内形成人人关心安全，安全关系人人的良好氛围。</w:t>
      </w:r>
    </w:p>
    <w:p>
      <w:pPr>
        <w:spacing w:before="100" w:after="200" w:line="360" w:lineRule="auto"/>
        <w:jc w:val="left"/>
      </w:pPr>
      <w:r>
        <w:rPr>
          <w:rFonts w:ascii="宋体 (中文正文)" w:eastAsia="宋体" w:hAnsi="宋体 (中文正文)"/>
          <w:b/>
          <w:sz w:val="28"/>
        </w:rPr>
        <w:t>二、多样化宣传教育</w:t>
      </w:r>
    </w:p>
    <w:p>
      <w:pPr>
        <w:spacing w:before="100" w:after="200" w:line="360" w:lineRule="auto"/>
        <w:ind w:firstLine="576"/>
        <w:jc w:val="left"/>
        <w:sectPr w:rsidSect="00034616">
          <w:pgSz w:w="11906" w:h="16838"/>
          <w:pgMar w:top="1440" w:right="1440" w:bottom="1440" w:left="1440" w:header="720" w:footer="720" w:gutter="0"/>
          <w:cols w:space="720"/>
          <w:docGrid w:linePitch="360"/>
        </w:sectPr>
      </w:pPr>
    </w:p>
    <w:p>
      <w:pPr>
        <w:spacing w:before="100" w:after="200" w:line="360" w:lineRule="auto"/>
        <w:ind w:firstLine="576"/>
        <w:jc w:val="left"/>
      </w:pPr>
      <w:r>
        <w:rPr>
          <w:rFonts w:ascii="宋体" w:eastAsia="宋体" w:hAnsi="宋体"/>
          <w:sz w:val="28"/>
        </w:rPr>
        <w:t>“安全生产月”活动期间，公司根据实际情况，组织了全方位的人员培训教育活动，利用黑板报、宣传栏、横幅、标语等大力宣传各种安全知识、预防事故方法和自我保护的相关知识。全面提高员工的安全生产素质，保证安全宣传的针对性和实效性。刻录发放安全教育的教学视频供全体员工学习，对特殊岗位和特种作业人员进行专项安全知识教育，有效提高员工的安全生产意识和安全操作技能。并对《国务院关于坚持科学发展安全发展促进安全生产形势持续稳定好转的意见》文件在全公司大力宣传和贯彻落实。活动期间，公司各单位和施工现场悬挂“科学发展，安全发展”主题横幅和标语。</w:t>
      </w:r>
    </w:p>
    <w:p>
      <w:pPr>
        <w:spacing w:before="100" w:after="200" w:line="360" w:lineRule="auto"/>
        <w:jc w:val="left"/>
      </w:pPr>
      <w:r>
        <w:rPr>
          <w:rFonts w:ascii="宋体 (中文正文)" w:eastAsia="宋体" w:hAnsi="宋体 (中文正文)"/>
          <w:b/>
          <w:sz w:val="28"/>
        </w:rPr>
        <w:t>三、组织全面的安全检查</w:t>
      </w:r>
    </w:p>
    <w:p>
      <w:pPr>
        <w:spacing w:before="100" w:after="200" w:line="360" w:lineRule="auto"/>
        <w:ind w:firstLine="576"/>
        <w:jc w:val="left"/>
      </w:pPr>
      <w:r>
        <w:rPr>
          <w:rFonts w:ascii="宋体" w:eastAsia="宋体" w:hAnsi="宋体"/>
          <w:sz w:val="28"/>
        </w:rPr>
        <w:t>根据文件要求，各单位、项目部进行自查自纠的同时，公司也组织了相应的检查。本次主要针对预防建筑起重机械及脚手架坍塌事故做了专项整治工作，消除现场存在的隐患，并做到随查随纠，立即整改，不流于形式。通过这次活动的督促给项目安全生产打下了坚实的基础。</w:t>
      </w:r>
    </w:p>
    <w:p>
      <w:pPr>
        <w:spacing w:before="100" w:after="200" w:line="360" w:lineRule="auto"/>
        <w:jc w:val="left"/>
      </w:pPr>
      <w:r>
        <w:rPr>
          <w:rFonts w:ascii="宋体 (中文正文)" w:eastAsia="宋体" w:hAnsi="宋体 (中文正文)"/>
          <w:b/>
          <w:sz w:val="28"/>
        </w:rPr>
        <w:t>四、全面落实安全生产责任</w:t>
      </w:r>
    </w:p>
    <w:p>
      <w:pPr>
        <w:spacing w:before="100" w:after="200" w:line="360" w:lineRule="auto"/>
        <w:ind w:firstLine="576"/>
        <w:jc w:val="left"/>
      </w:pPr>
      <w:r>
        <w:rPr>
          <w:rFonts w:ascii="宋体" w:eastAsia="宋体" w:hAnsi="宋体"/>
          <w:sz w:val="28"/>
        </w:rPr>
        <w:t>通过对《国务院关于进一步加强企业安全生产工作的通知》的有关要求的认真学习，对公司的安全生产和安全生产管理机构做了进一步改进和完善，以确保施工现场的安全生产。</w:t>
      </w:r>
    </w:p>
    <w:p>
      <w:pPr>
        <w:spacing w:before="100" w:after="200" w:line="360" w:lineRule="auto"/>
        <w:ind w:firstLine="576"/>
        <w:jc w:val="left"/>
      </w:pPr>
      <w:r>
        <w:rPr>
          <w:rFonts w:ascii="宋体" w:eastAsia="宋体" w:hAnsi="宋体"/>
          <w:sz w:val="28"/>
        </w:rPr>
        <w:t>关于安全生产月的活动总结2</w:t>
      </w:r>
    </w:p>
    <w:p>
      <w:pPr>
        <w:spacing w:before="100" w:after="200" w:line="360" w:lineRule="auto"/>
        <w:ind w:firstLine="576"/>
        <w:jc w:val="left"/>
      </w:pPr>
      <w:r>
        <w:rPr>
          <w:rFonts w:ascii="宋体" w:eastAsia="宋体" w:hAnsi="宋体"/>
          <w:sz w:val="28"/>
        </w:rPr>
        <w:t>根据区委、区政府、区安办关于开展20xx年“安全生产月”的通知精神，结合园林系统实际，紧紧围绕安全生产月活动主题“强化安全发展观念，提升全民安全素质”，于20xx年xx月xx日至xx日，在园林系统内开展此次活动。现将本次“安全生产月”活动总结如下：</w:t>
      </w:r>
    </w:p>
    <w:p>
      <w:pPr>
        <w:spacing w:before="100" w:after="200" w:line="360" w:lineRule="auto"/>
        <w:jc w:val="left"/>
      </w:pPr>
      <w:r>
        <w:rPr>
          <w:rFonts w:ascii="宋体 (中文正文)" w:eastAsia="宋体" w:hAnsi="宋体 (中文正文)"/>
          <w:b/>
          <w:sz w:val="28"/>
        </w:rPr>
        <w:t>一、提高认识，加强领导</w:t>
      </w:r>
    </w:p>
    <w:p>
      <w:pPr>
        <w:spacing w:before="100" w:after="200" w:line="360" w:lineRule="auto"/>
        <w:ind w:firstLine="576"/>
        <w:jc w:val="left"/>
        <w:sectPr w:rsidSect="00034616">
          <w:type w:val="nextPage"/>
          <w:pgSz w:w="11906" w:h="16838"/>
          <w:pgMar w:top="1440" w:right="1440" w:bottom="1440" w:left="1440" w:header="720" w:footer="720" w:gutter="0"/>
          <w:pgNumType w:start="2"/>
          <w:cols w:space="720"/>
          <w:titlePg w:val="0"/>
          <w:docGrid w:linePitch="360"/>
        </w:sectPr>
      </w:pPr>
    </w:p>
    <w:p>
      <w:pPr>
        <w:spacing w:before="100" w:after="200" w:line="360" w:lineRule="auto"/>
        <w:ind w:firstLine="576"/>
        <w:jc w:val="left"/>
      </w:pPr>
      <w:r>
        <w:rPr>
          <w:rFonts w:ascii="宋体" w:eastAsia="宋体" w:hAnsi="宋体"/>
          <w:sz w:val="28"/>
        </w:rPr>
        <w:t>为切实加强“安全生产月”的组织和领导，我局成立由区园林局董健局长为主任，区园林局、温泉公园、金牛山公园、乌山历史风貌区、国光公园分管领导和局机关各科室负责人组成的“安全生产月”活动组织领导小组，负责指导、组织“安全生产月”活动的开展。领导小组下设办公室，设在区园林局，负责承担“安全生产月”活动的具体协调和实施工作。领导小组专门针对这次活动进行了安全形势分析和部署，制定了活动方案并下发到所属公园、景区。各所属单位也相应成立了活动领导小组，制定了具体的活动方案，由各单位主要负责人全面负责，真正做到了责任到人、逐级管理、群策群防，使广大干部职工从思想上认识到安全生产的重要性和必要性，从而形成了人人关系安全，安全关系人人的良好氛围。</w:t>
      </w:r>
    </w:p>
    <w:p>
      <w:pPr>
        <w:spacing w:before="100" w:after="200" w:line="360" w:lineRule="auto"/>
        <w:jc w:val="left"/>
      </w:pPr>
      <w:r>
        <w:rPr>
          <w:rFonts w:ascii="宋体 (中文正文)" w:eastAsia="宋体" w:hAnsi="宋体 (中文正文)"/>
          <w:b/>
          <w:sz w:val="28"/>
        </w:rPr>
        <w:t>二、注重实效，开展活动</w:t>
      </w:r>
    </w:p>
    <w:p>
      <w:pPr>
        <w:spacing w:before="100" w:after="200" w:line="360" w:lineRule="auto"/>
        <w:jc w:val="left"/>
      </w:pPr>
      <w:r>
        <w:rPr>
          <w:rFonts w:ascii="宋体 (中文正文)" w:eastAsia="宋体" w:hAnsi="宋体 (中文正文)"/>
          <w:b/>
          <w:sz w:val="28"/>
        </w:rPr>
        <w:t>三、深挖隐患，治理隐患</w:t>
      </w:r>
    </w:p>
    <w:p>
      <w:pPr>
        <w:spacing w:before="100" w:after="200" w:line="360" w:lineRule="auto"/>
        <w:ind w:firstLine="576"/>
        <w:jc w:val="left"/>
      </w:pPr>
      <w:r>
        <w:rPr>
          <w:rFonts w:ascii="宋体" w:eastAsia="宋体" w:hAnsi="宋体"/>
          <w:sz w:val="28"/>
        </w:rPr>
        <w:t>结合宣传月活动要求和园林系统的实际情况，对所属公园、景区进行了一次拉网式检查，做到“深挖细抠，不走过场，不留死角”，从检查的情况来看，各单位、场所的消防预案落实情况较好，消防设施设备完好率高，人员的安全意识有所加强，用电安全情况总体比较规范。但在检查的过程中也发现一些问题，针对这些问题，检查组坚持“安全工作，重在落实”的宗旨，不以事小放松要求，当场下达了整改通知书，主要责任人在整改书上签字，限期进行整改，并对整改情况分别进行了复查。从复查效果来看，效果明显。</w:t>
      </w:r>
    </w:p>
    <w:p>
      <w:pPr>
        <w:spacing w:before="100" w:after="200" w:line="360" w:lineRule="auto"/>
        <w:ind w:firstLine="576"/>
        <w:jc w:val="left"/>
      </w:pPr>
      <w:r>
        <w:rPr>
          <w:rFonts w:ascii="宋体" w:eastAsia="宋体" w:hAnsi="宋体"/>
          <w:sz w:val="28"/>
        </w:rPr>
        <w:t>关于安全生产月的活动总结3</w:t>
      </w:r>
    </w:p>
    <w:p>
      <w:pPr>
        <w:spacing w:before="100" w:after="200" w:line="360" w:lineRule="auto"/>
        <w:ind w:firstLine="576"/>
        <w:jc w:val="left"/>
      </w:pPr>
      <w:r>
        <w:rPr>
          <w:rFonts w:ascii="宋体" w:eastAsia="宋体" w:hAnsi="宋体"/>
          <w:sz w:val="28"/>
        </w:rPr>
        <w:t>年6月是第x个“全国安全生产月”，为进一步推进“隐患治理年”各项措施的落实，切实抓好安全生产工作，增强全员安全意识，我公司结合自身特点，认真研究制定“安全生产月”活动方案，围绕“治理隐患、防范事故”的活动主题，采取多种形式深入开展了“安全生产月”系列活动。</w:t>
      </w:r>
    </w:p>
    <w:p>
      <w:pPr>
        <w:spacing w:before="100" w:after="200" w:line="360" w:lineRule="auto"/>
        <w:jc w:val="left"/>
      </w:pPr>
      <w:r>
        <w:rPr>
          <w:rFonts w:ascii="宋体 (中文正文)" w:eastAsia="宋体" w:hAnsi="宋体 (中文正文)"/>
          <w:b/>
          <w:sz w:val="28"/>
        </w:rPr>
        <w:t>一、加强领导，认真筹备“安全生产月”活动</w:t>
      </w:r>
    </w:p>
    <w:p>
      <w:pPr>
        <w:spacing w:before="100" w:after="200" w:line="360" w:lineRule="auto"/>
        <w:ind w:firstLine="576"/>
        <w:jc w:val="left"/>
        <w:sectPr w:rsidSect="00034616">
          <w:type w:val="nextPage"/>
          <w:pgSz w:w="11906" w:h="16838"/>
          <w:pgMar w:top="1440" w:right="1440" w:bottom="1440" w:left="1440" w:header="720" w:footer="720" w:gutter="0"/>
          <w:pgNumType w:start="3"/>
          <w:cols w:space="720"/>
          <w:titlePg w:val="0"/>
          <w:docGrid w:linePitch="360"/>
        </w:sectPr>
      </w:pPr>
    </w:p>
    <w:p>
      <w:pPr>
        <w:spacing w:before="100" w:after="200" w:line="360" w:lineRule="auto"/>
        <w:ind w:firstLine="576"/>
        <w:jc w:val="left"/>
      </w:pPr>
      <w:r>
        <w:rPr>
          <w:rFonts w:ascii="宋体" w:eastAsia="宋体" w:hAnsi="宋体"/>
          <w:sz w:val="28"/>
        </w:rPr>
        <w:t>为有效开展好此次活动，我公司成立了以为组长，及各副总为副组长，各部门负责人为成员的“安全生产月”活动领导小组，并下发了，要求各单位结合工作实际，从提高员工安，掌握安全生产技能，丰富安全知识的角度出发，扎扎实实开展好“安全生产月”各项安全宣传教育活动。从上到下建立起了监督、监管体系，对活动真正做到了责任明确、逐级管理，使广大员工从思想上认识到安全生产重要性和必要性，将认识转变为自觉行为融汇到日常工作中去，形成人人关系安全，安全关系人人的良好氛围。</w:t>
      </w:r>
    </w:p>
    <w:p>
      <w:pPr>
        <w:spacing w:before="100" w:after="200" w:line="360" w:lineRule="auto"/>
        <w:jc w:val="left"/>
      </w:pPr>
      <w:r>
        <w:rPr>
          <w:rFonts w:ascii="宋体 (中文正文)" w:eastAsia="宋体" w:hAnsi="宋体 (中文正文)"/>
          <w:b/>
          <w:sz w:val="28"/>
        </w:rPr>
        <w:t>二、精心组织，确保各项宣教活动收到实效</w:t>
      </w:r>
    </w:p>
    <w:p>
      <w:pPr>
        <w:spacing w:before="100" w:after="200" w:line="360" w:lineRule="auto"/>
        <w:ind w:firstLine="576"/>
        <w:jc w:val="left"/>
      </w:pPr>
      <w:r>
        <w:rPr>
          <w:rFonts w:ascii="宋体" w:eastAsia="宋体" w:hAnsi="宋体"/>
          <w:sz w:val="28"/>
        </w:rPr>
        <w:t>在报上设置了安全月活动宣传专栏，利用大型条幅、宣传栏和电子屏幕大力宣传，利用手机短信平台发送安全叮嘱与祝福，并大力开展安全征文活动。安全生产月活动总结。</w:t>
      </w:r>
    </w:p>
    <w:p>
      <w:pPr>
        <w:spacing w:before="100" w:after="200" w:line="360" w:lineRule="auto"/>
        <w:ind w:firstLine="576"/>
        <w:jc w:val="left"/>
      </w:pPr>
      <w:r>
        <w:rPr>
          <w:rFonts w:ascii="宋体" w:eastAsia="宋体" w:hAnsi="宋体"/>
          <w:sz w:val="28"/>
        </w:rPr>
        <w:t>6月11—23日，工会、安监科联合举办了“送凉爽”活动，到各个项目部发放防暑降温物品，此次活动进一步将爱心理念和平安理念融入到每位职工的思想和行动，维护职工的切身利益，保障职工安全健康一项重要工作，动员和组织全体职工全力以赴投身工作中去，努力营造安康、和谐的工作氛围。</w:t>
      </w:r>
    </w:p>
    <w:p>
      <w:pPr>
        <w:spacing w:before="100" w:after="200" w:line="360" w:lineRule="auto"/>
        <w:ind w:firstLine="576"/>
        <w:jc w:val="left"/>
      </w:pPr>
      <w:r>
        <w:rPr>
          <w:rFonts w:ascii="宋体" w:eastAsia="宋体" w:hAnsi="宋体"/>
          <w:sz w:val="28"/>
        </w:rPr>
        <w:t>6月24日，组织了全体人员“安全生产月”专项考试，通过开展知识答卷活动，拓宽了全体人员知识面，进一步增强了的安全意识，提高了的安全素质。</w:t>
      </w:r>
    </w:p>
    <w:p>
      <w:pPr>
        <w:spacing w:before="100" w:after="200" w:line="360" w:lineRule="auto"/>
        <w:ind w:firstLine="576"/>
        <w:jc w:val="left"/>
      </w:pPr>
      <w:r>
        <w:rPr>
          <w:rFonts w:ascii="宋体" w:eastAsia="宋体" w:hAnsi="宋体"/>
          <w:sz w:val="28"/>
        </w:rPr>
        <w:t>6月25日，工会、安监科联合举办了“放飞平安鸽”活动，强化全体人员“关爱生命、关心安全、关注企业平稳发展”的安全理念。</w:t>
      </w:r>
    </w:p>
    <w:p>
      <w:pPr>
        <w:spacing w:before="100" w:after="200" w:line="360" w:lineRule="auto"/>
        <w:ind w:firstLine="576"/>
        <w:jc w:val="left"/>
        <w:sectPr w:rsidSect="00034616">
          <w:type w:val="nextPage"/>
          <w:pgSz w:w="11906" w:h="16838"/>
          <w:pgMar w:top="1440" w:right="1440" w:bottom="1440" w:left="1440" w:header="720" w:footer="720" w:gutter="0"/>
          <w:pgNumType w:start="4"/>
          <w:cols w:space="720"/>
          <w:titlePg w:val="0"/>
          <w:docGrid w:linePitch="360"/>
        </w:sectPr>
      </w:pPr>
      <w:r>
        <w:rPr>
          <w:rFonts w:ascii="宋体" w:eastAsia="宋体" w:hAnsi="宋体"/>
          <w:sz w:val="28"/>
        </w:rPr>
        <w:t>6月27日，开展“青年安全生产示范岗”评选活动，活动提高了团员青年安全意识和安全技能，规范了团员青年的作业行为，达到了切实履行“安全生产，青年当先”职责的目的。</w:t>
      </w:r>
    </w:p>
    <w:p>
      <w:pPr>
        <w:spacing w:before="100" w:after="200" w:line="360" w:lineRule="auto"/>
        <w:jc w:val="left"/>
      </w:pPr>
      <w:r>
        <w:rPr>
          <w:rFonts w:ascii="宋体 (中文正文)" w:eastAsia="宋体" w:hAnsi="宋体 (中文正文)"/>
          <w:b/>
          <w:sz w:val="28"/>
        </w:rPr>
        <w:t>三、以基层活动为关注点，推进安全工作有效落实</w:t>
      </w:r>
    </w:p>
    <w:p>
      <w:pPr>
        <w:spacing w:before="100" w:after="200" w:line="360" w:lineRule="auto"/>
        <w:jc w:val="left"/>
      </w:pPr>
      <w:r>
        <w:rPr>
          <w:rFonts w:ascii="宋体 (中文正文)" w:eastAsia="宋体" w:hAnsi="宋体 (中文正文)"/>
          <w:b/>
          <w:sz w:val="28"/>
        </w:rPr>
        <w:t>四、深入开展专项检查，及时消除事故隐患</w:t>
      </w:r>
    </w:p>
    <w:p>
      <w:pPr>
        <w:spacing w:before="100" w:after="200" w:line="360" w:lineRule="auto"/>
        <w:ind w:firstLine="576"/>
        <w:jc w:val="left"/>
      </w:pPr>
      <w:r>
        <w:rPr>
          <w:rFonts w:ascii="宋体" w:eastAsia="宋体" w:hAnsi="宋体"/>
          <w:sz w:val="28"/>
        </w:rPr>
        <w:t>为使安全月各项活动开展富有成效，x月xx日至xx日，组织了“安全生产月”专项检查。亲自带队在全公司范围内进行了一次拉网式的安全生产大检查。本着“高标准，严要求”的原则，高度重视此次检查工作，制定了详细的检查计划和方案，检查采取项目部自查与现场督察相结合的方式，深入到各个施工现场，对照整治方案，采取听取汇报，查阅有关文件资料，检查施工现场的方式进行，共提出问题和意见427条。检查组对每一个项目检查结束后，根据检查情况，均组织现场意见反馈会，对检查的情况进行了通报，并提出具体的整改要求，要求对检查出的问题认真整改，并将整改情况及时汇报。</w:t>
      </w:r>
    </w:p>
    <w:p>
      <w:pPr>
        <w:spacing w:before="100" w:after="200" w:line="360" w:lineRule="auto"/>
        <w:ind w:firstLine="576"/>
        <w:jc w:val="left"/>
      </w:pPr>
      <w:r>
        <w:rPr>
          <w:rFonts w:ascii="宋体" w:eastAsia="宋体" w:hAnsi="宋体"/>
          <w:sz w:val="28"/>
        </w:rPr>
        <w:t>通过“安全生产月”活动，进一步增强了各级领导和广大职工对安全生产重要性的认识，有力的推动了各级安全生产工作责任制的落实，保障了安全生产的良好局面。对于“安全生产月”活动中暴露出的问题，我们将认真总结和分析，在今后的工作中加以改进，并以“安全生产月”活动为契机，更加严格、更加细致地做好安全工作，为企业的生产建设进一步创造良好的安全环境。</w:t>
      </w:r>
    </w:p>
    <w:p>
      <w:pPr>
        <w:spacing w:before="100" w:after="200" w:line="360" w:lineRule="auto"/>
        <w:ind w:firstLine="576"/>
        <w:jc w:val="left"/>
      </w:pPr>
      <w:r>
        <w:rPr>
          <w:rFonts w:ascii="宋体" w:eastAsia="宋体" w:hAnsi="宋体"/>
          <w:sz w:val="28"/>
        </w:rPr>
        <w:t>关于安全生产月的活动总结4</w:t>
      </w:r>
    </w:p>
    <w:p>
      <w:pPr>
        <w:spacing w:before="100" w:after="200" w:line="360" w:lineRule="auto"/>
        <w:ind w:firstLine="576"/>
        <w:jc w:val="left"/>
      </w:pPr>
      <w:r>
        <w:rPr>
          <w:rFonts w:ascii="宋体" w:eastAsia="宋体" w:hAnsi="宋体"/>
          <w:sz w:val="28"/>
        </w:rPr>
        <w:t>（一）加大宣教力度，提高全民安全意识</w:t>
      </w:r>
    </w:p>
    <w:p>
      <w:pPr>
        <w:spacing w:before="100" w:after="200" w:line="360" w:lineRule="auto"/>
        <w:ind w:firstLine="576"/>
        <w:jc w:val="left"/>
      </w:pPr>
      <w:r>
        <w:rPr>
          <w:rFonts w:ascii="宋体" w:eastAsia="宋体" w:hAnsi="宋体"/>
          <w:sz w:val="28"/>
        </w:rPr>
        <w:t>（二）强化安全检查，狠抓隐患排查治理</w:t>
      </w:r>
    </w:p>
    <w:p>
      <w:pPr>
        <w:spacing w:before="100" w:after="200" w:line="360" w:lineRule="auto"/>
        <w:ind w:firstLine="576"/>
        <w:jc w:val="left"/>
        <w:sectPr w:rsidSect="00034616">
          <w:type w:val="nextPage"/>
          <w:pgSz w:w="11906" w:h="16838"/>
          <w:pgMar w:top="1440" w:right="1440" w:bottom="1440" w:left="1440" w:header="720" w:footer="720" w:gutter="0"/>
          <w:pgNumType w:start="5"/>
          <w:cols w:space="720"/>
          <w:titlePg w:val="0"/>
          <w:docGrid w:linePitch="360"/>
        </w:sectPr>
      </w:pPr>
    </w:p>
    <w:p>
      <w:pPr>
        <w:spacing w:before="100" w:after="200" w:line="360" w:lineRule="auto"/>
        <w:ind w:firstLine="576"/>
        <w:jc w:val="left"/>
      </w:pPr>
      <w:r>
        <w:rPr>
          <w:rFonts w:ascii="宋体" w:eastAsia="宋体" w:hAnsi="宋体"/>
          <w:sz w:val="28"/>
        </w:rPr>
        <w:t>制定了非煤矿山和尾矿库、危险化学品和烟花爆竹、冶金建材等“八大行业”安全生产年度执法计划检查。布置和开展了企业复产（工）安全检查、节日期间安全检查、度汛和防高温等重点时段专项安全检查，以及集中开展安全生产大检查，累计检查非煤矿山、尾矿库、危险化学品、烟花爆竹、冶金工贸企业600次，立案查处3家企业，责令12家企业停止生产、经营或建设，经济处罚12万元，排查安全事故隐患1600条。按照隐患排查治理“五落实”的要求，督促企业加大隐患治理力度，已整改安全隐患1570条，整改率达98%以上，对未及时整改的隐患均制定和落实了整治计划、安全防范措施，并限期整改到位。</w:t>
      </w:r>
    </w:p>
    <w:p>
      <w:pPr>
        <w:spacing w:before="100" w:after="200" w:line="360" w:lineRule="auto"/>
        <w:ind w:firstLine="576"/>
        <w:jc w:val="left"/>
      </w:pPr>
      <w:r>
        <w:rPr>
          <w:rFonts w:ascii="宋体" w:eastAsia="宋体" w:hAnsi="宋体"/>
          <w:sz w:val="28"/>
        </w:rPr>
        <w:t>（三）加强基础安全管理，落实监管规定和措施</w:t>
      </w:r>
    </w:p>
    <w:p>
      <w:pPr>
        <w:spacing w:before="100" w:after="200" w:line="360" w:lineRule="auto"/>
        <w:ind w:firstLine="576"/>
        <w:jc w:val="left"/>
      </w:pPr>
      <w:r>
        <w:rPr>
          <w:rFonts w:ascii="宋体" w:eastAsia="宋体" w:hAnsi="宋体"/>
          <w:sz w:val="28"/>
        </w:rPr>
        <w:t>1、开展安全标准化达标创建。制定了非煤矿山和尾矿库、工贸企业安全标准化达标计划，将14家矿山和尾矿库、25家工贸企业列入今年达标计划。已有8家矿山和9家工贸企业完成了达标创建工作。</w:t>
      </w:r>
    </w:p>
    <w:p>
      <w:pPr>
        <w:spacing w:before="100" w:after="200" w:line="360" w:lineRule="auto"/>
        <w:ind w:firstLine="576"/>
        <w:jc w:val="left"/>
      </w:pPr>
      <w:r>
        <w:rPr>
          <w:rFonts w:ascii="宋体" w:eastAsia="宋体" w:hAnsi="宋体"/>
          <w:sz w:val="28"/>
        </w:rPr>
        <w:t>2、加强职业危害防治工作。制定了职业卫生20xx年监管工作要点和检查，督促企业进一步落实职业病防治主体责任，建立健全了职业卫生管理机构、管理责任制和操作规程，在醒目的场所设置了职业卫生公告栏，建立工作场所职业危害监测及评价制度，对作业人员岗前岗中岗后定期培训、体检等。</w:t>
      </w:r>
    </w:p>
    <w:p>
      <w:pPr>
        <w:spacing w:before="100" w:after="200" w:line="360" w:lineRule="auto"/>
        <w:ind w:firstLine="576"/>
        <w:jc w:val="left"/>
      </w:pPr>
      <w:r>
        <w:rPr>
          <w:rFonts w:ascii="宋体" w:eastAsia="宋体" w:hAnsi="宋体"/>
          <w:sz w:val="28"/>
        </w:rPr>
        <w:t>3、加快地下矿山安全避险“六大系统”建设。按照《国家安全监管总局关于印发金属非金属地下矿山安全避险“六大系统”安装使用和监督检查暂行规定的通知》（安监总管一〔20xx〕168号）要求，督促生产的地下矿山进一步完善安全避险“六大系统”建设，并自行组织验收。目前已复产（工）的18家地下矿山中，市金森矿业有限公司安子山硫铁矿等9家企业已将验收报告报我局备案。另有9家地下矿山正在进行基建施工、深部延伸开拓，安全避险系统和主体工程一并进行建设、验收。</w:t>
      </w:r>
    </w:p>
    <w:p>
      <w:pPr>
        <w:spacing w:before="100" w:after="200" w:line="360" w:lineRule="auto"/>
        <w:ind w:firstLine="576"/>
        <w:jc w:val="left"/>
        <w:sectPr w:rsidSect="00034616">
          <w:type w:val="nextPage"/>
          <w:pgSz w:w="11906" w:h="16838"/>
          <w:pgMar w:top="1440" w:right="1440" w:bottom="1440" w:left="1440" w:header="720" w:footer="720" w:gutter="0"/>
          <w:pgNumType w:start="6"/>
          <w:cols w:space="720"/>
          <w:titlePg w:val="0"/>
          <w:docGrid w:linePitch="360"/>
        </w:sectPr>
      </w:pPr>
    </w:p>
    <w:p>
      <w:pPr>
        <w:spacing w:before="100" w:after="200" w:line="360" w:lineRule="auto"/>
        <w:ind w:firstLine="576"/>
        <w:jc w:val="left"/>
      </w:pPr>
      <w:r>
        <w:rPr>
          <w:rFonts w:ascii="宋体" w:eastAsia="宋体" w:hAnsi="宋体"/>
          <w:sz w:val="28"/>
        </w:rPr>
        <w:t>4、认真开展非煤矿山整顿关闭工作。根据《市人民政府办公室关于印发市金属非金属矿山整顿关闭工作方案的通知》等文件精神，按照区金属非金属矿山整顿关闭工作实施方案确定的工作目标、整顿整合重点和关闭对象、工作实施步骤和保障措施，会同区经信委、国土、公安、环保、工商等11个职能部门，对照非煤矿山整顿、整合、关闭标准和条件，对全区105家金属非金属矿山、16座尾矿库存在的可视范围内、矿权布局不合理、开采规模小、安全条件差、无产业延伸等问题，进行了认真仔细的摸排。现确定27家矿山列入限期整顿对象、20家矿山列入限期整合对象，14家矿山列入限期关闭对象。区政府已对20xx年度列入关闭计划的13家矿山、2座尾矿库作出关闭决定，安监、国土、公安等部门逐矿检查验收。</w:t>
      </w:r>
    </w:p>
    <w:p>
      <w:pPr>
        <w:spacing w:before="100" w:after="200" w:line="360" w:lineRule="auto"/>
        <w:ind w:firstLine="576"/>
        <w:jc w:val="left"/>
      </w:pPr>
      <w:r>
        <w:rPr>
          <w:rFonts w:ascii="宋体" w:eastAsia="宋体" w:hAnsi="宋体"/>
          <w:sz w:val="28"/>
        </w:rPr>
        <w:t>5、严格建设项目安全审批。严格落实《市人民政府办公室关于进一步加强非煤矿山建设项目安全准入管理工作的通知》的规定，开展了2个非煤矿山建设项目的安全核准工作；强化对19家新、改、扩建矿山的开工建设和投产安全准入管理；依法受理8家非煤矿山和危险化学品企业《安全生产许可证》申领、延期、变更事项。</w:t>
      </w:r>
    </w:p>
    <w:p>
      <w:pPr>
        <w:spacing w:before="100" w:after="200" w:line="360" w:lineRule="auto"/>
        <w:ind w:firstLine="576"/>
        <w:jc w:val="left"/>
      </w:pPr>
      <w:r>
        <w:rPr>
          <w:rFonts w:ascii="宋体" w:eastAsia="宋体" w:hAnsi="宋体"/>
          <w:sz w:val="28"/>
        </w:rPr>
        <w:t>关于安全生产月的活动总结5</w:t>
      </w:r>
    </w:p>
    <w:p>
      <w:pPr>
        <w:spacing w:before="100" w:after="200" w:line="360" w:lineRule="auto"/>
        <w:ind w:firstLine="576"/>
        <w:jc w:val="left"/>
      </w:pPr>
      <w:r>
        <w:rPr>
          <w:rFonts w:ascii="宋体" w:eastAsia="宋体" w:hAnsi="宋体"/>
          <w:sz w:val="28"/>
        </w:rPr>
        <w:t>根据师市办发关于开展安全生产月活动要求文件，结合我厂实际情况，紧紧围绕全国第五次安全生产月的主题“安全发展、国泰民安”，于20xx年6月1日至30日，在全厂范围内开展了此次活动。现将本次安全月活动总结如下：</w:t>
      </w:r>
    </w:p>
    <w:p>
      <w:pPr>
        <w:spacing w:before="100" w:after="200" w:line="360" w:lineRule="auto"/>
        <w:jc w:val="left"/>
      </w:pPr>
      <w:r>
        <w:rPr>
          <w:rFonts w:ascii="宋体 (中文正文)" w:eastAsia="宋体" w:hAnsi="宋体 (中文正文)"/>
          <w:b/>
          <w:sz w:val="28"/>
        </w:rPr>
        <w:t>一、领导重视，组织措施到位</w:t>
      </w:r>
    </w:p>
    <w:p>
      <w:pPr>
        <w:spacing w:before="100" w:after="200" w:line="360" w:lineRule="auto"/>
        <w:ind w:firstLine="576"/>
        <w:jc w:val="left"/>
        <w:sectPr w:rsidSect="00034616">
          <w:type w:val="nextPage"/>
          <w:pgSz w:w="11906" w:h="16838"/>
          <w:pgMar w:top="1440" w:right="1440" w:bottom="1440" w:left="1440" w:header="720" w:footer="720" w:gutter="0"/>
          <w:pgNumType w:start="7"/>
          <w:cols w:space="720"/>
          <w:titlePg w:val="0"/>
          <w:docGrid w:linePitch="360"/>
        </w:sectPr>
      </w:pPr>
    </w:p>
    <w:p>
      <w:pPr>
        <w:spacing w:before="100" w:after="200" w:line="360" w:lineRule="auto"/>
        <w:ind w:firstLine="576"/>
        <w:jc w:val="left"/>
      </w:pPr>
      <w:r>
        <w:rPr>
          <w:rFonts w:ascii="宋体" w:eastAsia="宋体" w:hAnsi="宋体"/>
          <w:sz w:val="28"/>
        </w:rPr>
        <w:t>为加强本次安全月活动的组织领导，确保安全月活动的有效落实，我厂主持全面工作的厂长刘新鹏亲自负责本次安全月活动的组织实施，各级领导积极配合开展。在六月初转发了公司《关于开展安全生产月活动的通知》文件，并根据公司文件要求，我厂下发了安字［20xx］6号文件《关于认真开展06年安全月宣传活动的通知》。紧紧围绕“安全发展、国泰民安”的主题开展此次活动，对活动进行认真组织，使活动开展得有计划、有布置、有检查、有落实。由于我们准备充分、布置周详，使我厂“安全生产月”活动一开始就步入有组织、有领导、有计划的正常轨道，并使得在本次安全月活动中全厂各单位无各类事故发生。</w:t>
      </w:r>
    </w:p>
    <w:p>
      <w:pPr>
        <w:spacing w:before="100" w:after="200" w:line="360" w:lineRule="auto"/>
        <w:jc w:val="left"/>
      </w:pPr>
      <w:r>
        <w:rPr>
          <w:rFonts w:ascii="宋体 (中文正文)" w:eastAsia="宋体" w:hAnsi="宋体 (中文正文)"/>
          <w:b/>
          <w:sz w:val="28"/>
        </w:rPr>
        <w:t>二、开展形式多样宣传教育活动</w:t>
      </w:r>
    </w:p>
    <w:p>
      <w:pPr>
        <w:spacing w:before="100" w:after="200" w:line="360" w:lineRule="auto"/>
        <w:ind w:firstLine="576"/>
        <w:jc w:val="left"/>
      </w:pPr>
      <w:r>
        <w:rPr>
          <w:rFonts w:ascii="宋体" w:eastAsia="宋体" w:hAnsi="宋体"/>
          <w:sz w:val="28"/>
        </w:rPr>
        <w:t>利用“安全生产月”活动的安全宣传画（张贴在主要生产单位）、《红电培训报》、橱窗以及各种会议、简报，大张旗鼓地进行宣传，用舆论导向激发职工地参与热情，让职工牢固树立“安全第一”的思想，把规范自己的行为、注重安全生产变为自觉活动。在安全月活动中，我厂共张贴安全生产标语标图幅80幅，办专题板报7期，报送安全报道稿件50篇，制作“安全发展、国泰民安”横幅10块。通过各种形式的宣传，激发了职工自觉参与安全月活动的热情，使安全生产真正进入了职工心中。</w:t>
      </w:r>
    </w:p>
    <w:p>
      <w:pPr>
        <w:spacing w:before="100" w:after="200" w:line="360" w:lineRule="auto"/>
        <w:ind w:firstLine="576"/>
        <w:jc w:val="left"/>
      </w:pPr>
      <w:r>
        <w:rPr>
          <w:rFonts w:ascii="宋体" w:eastAsia="宋体" w:hAnsi="宋体"/>
          <w:sz w:val="28"/>
        </w:rPr>
        <w:t>积极组织严格执行练功活动，各单位认真组织了消防演习，组织了反电网事故的演习，收到了良好的安全效果。</w:t>
      </w:r>
    </w:p>
    <w:p>
      <w:pPr>
        <w:spacing w:before="100" w:after="200" w:line="360" w:lineRule="auto"/>
        <w:ind w:firstLine="576"/>
        <w:jc w:val="left"/>
        <w:sectPr w:rsidSect="00034616">
          <w:type w:val="nextPage"/>
          <w:pgSz w:w="11906" w:h="16838"/>
          <w:pgMar w:top="1440" w:right="1440" w:bottom="1440" w:left="1440" w:header="720" w:footer="720" w:gutter="0"/>
          <w:pgNumType w:start="8"/>
          <w:cols w:space="720"/>
          <w:titlePg w:val="0"/>
          <w:docGrid w:linePitch="360"/>
        </w:sectPr>
      </w:pPr>
    </w:p>
    <w:p>
      <w:pPr>
        <w:spacing w:before="100" w:after="200" w:line="360" w:lineRule="auto"/>
        <w:ind w:firstLine="576"/>
        <w:jc w:val="left"/>
      </w:pPr>
      <w:r>
        <w:rPr>
          <w:rFonts w:ascii="宋体" w:eastAsia="宋体" w:hAnsi="宋体"/>
          <w:sz w:val="28"/>
        </w:rPr>
        <w:t>用各种教育手段及安全活动开展形式多样的教育培训及安全活动，从而提高了职工的安全生产水平。在活动中，我厂各单位认真组织职工学习公司20xx年1~5月事故案例，并在班组周安全活动中结合自身实际情况进行学习讨论，学习面达到98%以上；在公司“安康杯”检查中，得到了公司的肯定，认为是搞得的单位。据不完全统计，在安全月活动中，各车间举办各种安全学习班5期，参加人数达220余人：并开展安全生产劳动竞赛、安全生产知识竞赛等有益活动，各车间开展工段班组级以上安全活动40次，参加人数达280人。占全厂总人数的84。3%。通过各种教育培训及安全活动，提高了我厂各级人员的安全生产水平，为安全工作的开展打下了坚实的基础。</w:t>
      </w:r>
    </w:p>
    <w:p>
      <w:pPr>
        <w:spacing w:before="100" w:after="200" w:line="360" w:lineRule="auto"/>
        <w:ind w:firstLine="576"/>
        <w:jc w:val="left"/>
      </w:pPr>
      <w:r>
        <w:rPr>
          <w:rFonts w:ascii="宋体" w:eastAsia="宋体" w:hAnsi="宋体"/>
          <w:sz w:val="28"/>
        </w:rPr>
        <w:t>三、安全月活动期间正值六月，气温越来越高，给安全生产造成一定影响。在保证生产一线防暑降温工作的前提下，厂综合办与各车间积极配合，为一级电站施工现场做好了饮料供应工作。保证了生产现场职工的防暑降温，推动了安全生产的工作。</w:t>
      </w:r>
    </w:p>
    <w:p>
      <w:pPr>
        <w:spacing w:before="100" w:after="200" w:line="360" w:lineRule="auto"/>
        <w:ind w:firstLine="576"/>
        <w:jc w:val="left"/>
      </w:pPr>
      <w:r>
        <w:rPr>
          <w:rFonts w:ascii="宋体" w:eastAsia="宋体" w:hAnsi="宋体"/>
          <w:sz w:val="28"/>
        </w:rPr>
        <w:t>通过此次“安全月”活动，使我厂在安全生产、定置管理等方面的工作均上了一个新台阶，进一步增强了各级管理人员的履职责任心，为今后更好地开展安全管理工作打下了坚实的基础。</w:t>
      </w:r>
    </w:p>
    <w:p>
      <w:pPr>
        <w:spacing w:before="100" w:after="200" w:line="360" w:lineRule="auto"/>
        <w:ind w:firstLine="576"/>
        <w:jc w:val="left"/>
      </w:pPr>
      <w:r>
        <w:rPr>
          <w:rFonts w:ascii="宋体" w:eastAsia="宋体" w:hAnsi="宋体"/>
          <w:sz w:val="28"/>
        </w:rPr>
        <w:t>关于安全生产月的活动总结6</w:t>
      </w:r>
    </w:p>
    <w:p>
      <w:pPr>
        <w:spacing w:before="100" w:after="200" w:line="360" w:lineRule="auto"/>
        <w:ind w:firstLine="576"/>
        <w:jc w:val="left"/>
      </w:pPr>
      <w:r>
        <w:rPr>
          <w:rFonts w:ascii="宋体" w:eastAsia="宋体" w:hAnsi="宋体"/>
          <w:sz w:val="28"/>
        </w:rPr>
        <w:t>根据xx有限责任公司《关于开展20xx年“安全生产月”活动的通知》精神，结合生产实际，紧紧围绕“强化安全基础，推动安全发展”的活动主题，扎实开展20xx年“六月安全生产月”活动。进一步提高了项目所有管理人员和所有作业人员的安全意识，促进了项目安全文化建设，为下一步的安全生产打下了坚实的基础。现将今年“安全生产月”活动总结如下：</w:t>
      </w:r>
    </w:p>
    <w:p>
      <w:pPr>
        <w:spacing w:before="100" w:after="200" w:line="360" w:lineRule="auto"/>
        <w:jc w:val="left"/>
      </w:pPr>
      <w:r>
        <w:rPr>
          <w:rFonts w:ascii="宋体 (中文正文)" w:eastAsia="宋体" w:hAnsi="宋体 (中文正文)"/>
          <w:b/>
          <w:sz w:val="28"/>
        </w:rPr>
        <w:t>一、对安全生产活动月的文件进行开会传达，并贯彻学习</w:t>
      </w:r>
    </w:p>
    <w:p>
      <w:pPr>
        <w:spacing w:before="100" w:after="200" w:line="360" w:lineRule="auto"/>
        <w:ind w:firstLine="576"/>
        <w:jc w:val="left"/>
      </w:pPr>
      <w:r>
        <w:rPr>
          <w:rFonts w:ascii="宋体" w:eastAsia="宋体" w:hAnsi="宋体"/>
          <w:sz w:val="28"/>
        </w:rPr>
        <w:t>使所有的管理人员和作业人员得到充分的认识，提高了思想认识</w:t>
      </w:r>
    </w:p>
    <w:p>
      <w:pPr>
        <w:spacing w:before="100" w:after="200" w:line="360" w:lineRule="auto"/>
        <w:jc w:val="left"/>
      </w:pPr>
      <w:r>
        <w:rPr>
          <w:rFonts w:ascii="宋体 (中文正文)" w:eastAsia="宋体" w:hAnsi="宋体 (中文正文)"/>
          <w:b/>
          <w:sz w:val="28"/>
        </w:rPr>
        <w:t>二、成立安全生产活动月活动领导小组</w:t>
      </w:r>
    </w:p>
    <w:p>
      <w:pPr>
        <w:spacing w:before="100" w:after="200" w:line="360" w:lineRule="auto"/>
        <w:ind w:firstLine="576"/>
        <w:jc w:val="left"/>
        <w:sectPr w:rsidSect="00034616">
          <w:type w:val="nextPage"/>
          <w:pgSz w:w="11906" w:h="16838"/>
          <w:pgMar w:top="1440" w:right="1440" w:bottom="1440" w:left="1440" w:header="720" w:footer="720" w:gutter="0"/>
          <w:pgNumType w:start="9"/>
          <w:cols w:space="720"/>
          <w:titlePg w:val="0"/>
          <w:docGrid w:linePitch="360"/>
        </w:sectPr>
      </w:pPr>
      <w:r>
        <w:rPr>
          <w:rFonts w:ascii="宋体" w:eastAsia="宋体" w:hAnsi="宋体"/>
          <w:sz w:val="28"/>
        </w:rPr>
        <w:t>成立了以总监理工程为组长，副总监理工程为副组长，总监办各个职能部门及监理组为组员的安全生产活动月的领导小组。</w:t>
      </w:r>
    </w:p>
    <w:p>
      <w:pPr>
        <w:spacing w:before="100" w:after="200" w:line="360" w:lineRule="auto"/>
        <w:ind w:firstLine="576"/>
        <w:jc w:val="left"/>
      </w:pPr>
      <w:r>
        <w:rPr>
          <w:rFonts w:ascii="宋体" w:eastAsia="宋体" w:hAnsi="宋体"/>
          <w:sz w:val="28"/>
        </w:rPr>
        <w:t>负责组织、监督、检查、协调“安全生产月”活动的全过程，制定出活动内容、方案和活动时间表，做到有组织，有领导，有条不紊地组织开展“安全生产月”活动，保证“安全生产月”活动的有效开展。</w:t>
      </w:r>
    </w:p>
    <w:p>
      <w:pPr>
        <w:spacing w:before="100" w:after="200" w:line="360" w:lineRule="auto"/>
        <w:jc w:val="left"/>
      </w:pPr>
      <w:r>
        <w:rPr>
          <w:rFonts w:ascii="宋体 (中文正文)" w:eastAsia="宋体" w:hAnsi="宋体 (中文正文)"/>
          <w:b/>
          <w:sz w:val="28"/>
        </w:rPr>
        <w:t>三、广泛宣传，注重实效</w:t>
      </w:r>
    </w:p>
    <w:p>
      <w:pPr>
        <w:spacing w:before="100" w:after="200" w:line="360" w:lineRule="auto"/>
        <w:ind w:firstLine="576"/>
        <w:jc w:val="left"/>
      </w:pPr>
      <w:r>
        <w:rPr>
          <w:rFonts w:ascii="宋体" w:eastAsia="宋体" w:hAnsi="宋体"/>
          <w:sz w:val="28"/>
        </w:rPr>
        <w:t>为了做好“安全生产月”活动的宣传工作，督促所管辖各标段将“安全生产月”活动主题和相关宣传标语，制成宣传横幅，拉开了“安全生产月”活动的序幕，推动全员牢固树立“科学发展、安全发展”的理念，为“安全生产月”活动的顺利开展做好了铺垫。</w:t>
      </w:r>
    </w:p>
    <w:p>
      <w:pPr>
        <w:spacing w:before="100" w:after="200" w:line="360" w:lineRule="auto"/>
        <w:jc w:val="left"/>
      </w:pPr>
      <w:r>
        <w:rPr>
          <w:rFonts w:ascii="宋体 (中文正文)" w:eastAsia="宋体" w:hAnsi="宋体 (中文正文)"/>
          <w:b/>
          <w:sz w:val="28"/>
        </w:rPr>
        <w:t>四、积极开展安全知识教育培训活动，不断提高员工安全素质</w:t>
      </w:r>
    </w:p>
    <w:p>
      <w:pPr>
        <w:spacing w:before="100" w:after="200" w:line="360" w:lineRule="auto"/>
        <w:ind w:firstLine="576"/>
        <w:jc w:val="left"/>
      </w:pPr>
      <w:r>
        <w:rPr>
          <w:rFonts w:ascii="宋体" w:eastAsia="宋体" w:hAnsi="宋体"/>
          <w:sz w:val="28"/>
        </w:rPr>
        <w:t>总监办和所管辖各标段做到以下几点：</w:t>
      </w:r>
    </w:p>
    <w:p>
      <w:pPr>
        <w:spacing w:before="100" w:after="200" w:line="360" w:lineRule="auto"/>
        <w:ind w:firstLine="576"/>
        <w:jc w:val="left"/>
      </w:pPr>
      <w:r>
        <w:rPr>
          <w:rFonts w:ascii="宋体" w:eastAsia="宋体" w:hAnsi="宋体"/>
          <w:sz w:val="28"/>
        </w:rPr>
        <w:t>（一）是通过组织管理人员学习有关安全生产法律法规、方针政策的培训学习，使管理人员牢固树立科学发展、安全发展的理念，提高履行安全管理职责的自觉性，依法、按章、规范地抓好安全生产管理。</w:t>
      </w:r>
    </w:p>
    <w:p>
      <w:pPr>
        <w:spacing w:before="100" w:after="200" w:line="360" w:lineRule="auto"/>
        <w:ind w:firstLine="576"/>
        <w:jc w:val="left"/>
      </w:pPr>
      <w:r>
        <w:rPr>
          <w:rFonts w:ascii="宋体" w:eastAsia="宋体" w:hAnsi="宋体"/>
          <w:sz w:val="28"/>
        </w:rPr>
        <w:t>（二）是组织对员工进行安全管理规章制度、岗位安全操作技能、安全生产事故案例分析和现场应急处置预案等内容的安全培训和警示教育，使员工能够熟练掌握岗位安全技能和自救互救措施。</w:t>
      </w:r>
    </w:p>
    <w:p>
      <w:pPr>
        <w:spacing w:before="100" w:after="200" w:line="360" w:lineRule="auto"/>
        <w:ind w:firstLine="576"/>
        <w:jc w:val="left"/>
      </w:pPr>
      <w:r>
        <w:rPr>
          <w:rFonts w:ascii="宋体" w:eastAsia="宋体" w:hAnsi="宋体"/>
          <w:sz w:val="28"/>
        </w:rPr>
        <w:t>（三）是总监办牵头做好监理员、现场专监的清理建档和教育培训管理工作。五、集中观看主题安全教育片、集中学习《平安交通安全生产知识读本》。组织全体干部职工集体观看施工现场安全专题片，如临时用电标准化安全施工、高空作业标准化安全施工、安全案例等，剖析典型事故，吸取教训，提高安全意识，强化安全措施落实。</w:t>
      </w:r>
    </w:p>
    <w:p>
      <w:pPr>
        <w:spacing w:before="100" w:after="200" w:line="360" w:lineRule="auto"/>
        <w:jc w:val="left"/>
        <w:sectPr w:rsidSect="00034616">
          <w:type w:val="nextPage"/>
          <w:pgSz w:w="11906" w:h="16838"/>
          <w:pgMar w:top="1440" w:right="1440" w:bottom="1440" w:left="1440" w:header="720" w:footer="720" w:gutter="0"/>
          <w:pgNumType w:start="10"/>
          <w:cols w:space="720"/>
          <w:titlePg w:val="0"/>
          <w:docGrid w:linePitch="360"/>
        </w:sectPr>
      </w:pPr>
      <w:r>
        <w:rPr>
          <w:rFonts w:ascii="宋体 (中文正文)" w:eastAsia="宋体" w:hAnsi="宋体 (中文正文)"/>
          <w:b/>
          <w:sz w:val="28"/>
        </w:rPr>
        <w:t>六、开展了“平安工地杯”安全生产知识竞赛</w:t>
      </w:r>
    </w:p>
    <w:p>
      <w:pPr>
        <w:spacing w:before="100" w:after="200" w:line="360" w:lineRule="auto"/>
        <w:ind w:firstLine="576"/>
        <w:jc w:val="left"/>
      </w:pPr>
      <w:r>
        <w:rPr>
          <w:rFonts w:ascii="宋体" w:eastAsia="宋体" w:hAnsi="宋体"/>
          <w:sz w:val="28"/>
        </w:rPr>
        <w:t>开展了“平安漳永”的优秀新闻作品和征文活动，收到征文，进行了评选；开展了“平安漳永”为主题书画和摄影作品征集活动，收到摄影作品9张，经过评选，对评选优秀的作品给予了奖励。</w:t>
      </w:r>
    </w:p>
    <w:p>
      <w:pPr>
        <w:spacing w:before="100" w:after="200" w:line="360" w:lineRule="auto"/>
        <w:jc w:val="left"/>
      </w:pPr>
      <w:r>
        <w:rPr>
          <w:rFonts w:ascii="宋体 (中文正文)" w:eastAsia="宋体" w:hAnsi="宋体 (中文正文)"/>
          <w:b/>
          <w:sz w:val="28"/>
        </w:rPr>
        <w:t>七、开展专项安全大检查。</w:t>
      </w:r>
    </w:p>
    <w:p>
      <w:pPr>
        <w:spacing w:before="100" w:after="200" w:line="360" w:lineRule="auto"/>
        <w:ind w:firstLine="576"/>
        <w:jc w:val="left"/>
      </w:pPr>
      <w:r>
        <w:rPr>
          <w:rFonts w:ascii="宋体" w:eastAsia="宋体" w:hAnsi="宋体"/>
          <w:sz w:val="28"/>
        </w:rPr>
        <w:t>针对管辖的各单位施工现场的实际情况，目前施工现场广泛使用火工品，而且用炸药量一天比一天增多，火工品使用一旦发生问题，就会出现严重的后果，所以开展了火工品的专项安全大检查。对火工品的领取、发放、现场使用整个过程进行专项的隐患排查，排查结果显示，火工品的领取发放全部正常，只是在使用过程中存在以下问题：放炮前的警戒稍时间短；路口设置了专人防护但是没有安全标识牌。针对以上问题，我们通过教育，落实责任人，落实整改时间，落实了整改措施，最终消除了安全生产隐患，保障了火工品使用安全，同时确保了施工生产的安全。</w:t>
      </w:r>
    </w:p>
    <w:p>
      <w:pPr>
        <w:spacing w:before="100" w:after="200" w:line="360" w:lineRule="auto"/>
        <w:jc w:val="left"/>
      </w:pPr>
      <w:r>
        <w:rPr>
          <w:rFonts w:ascii="宋体 (中文正文)" w:eastAsia="宋体" w:hAnsi="宋体 (中文正文)"/>
          <w:b/>
          <w:sz w:val="28"/>
        </w:rPr>
        <w:t>八、督促各施工单位组织事故演练，提高全员风险防范意识和应急救援能力。</w:t>
      </w:r>
    </w:p>
    <w:p>
      <w:pPr>
        <w:spacing w:before="100" w:after="200" w:line="360" w:lineRule="auto"/>
        <w:ind w:firstLine="576"/>
        <w:jc w:val="left"/>
      </w:pPr>
      <w:r>
        <w:rPr>
          <w:rFonts w:ascii="宋体" w:eastAsia="宋体" w:hAnsi="宋体"/>
          <w:sz w:val="28"/>
        </w:rPr>
        <w:t>为加强对突发事故应急处置和员工自救互救能力，在“安全月”活动期间，项目部有选择性的开展了事故救援预案演练，通过事故应急救援预案的演练，提高员工的事故防范意识和事故救援与处置能力，提高应急预案的有效性和操作性，为进一步健全完善了事故预警和应急处置机制打下了良好的基础。</w:t>
      </w:r>
    </w:p>
    <w:p>
      <w:pPr>
        <w:spacing w:before="100" w:after="200" w:line="360" w:lineRule="auto"/>
        <w:jc w:val="left"/>
      </w:pPr>
      <w:r>
        <w:rPr>
          <w:rFonts w:ascii="宋体 (中文正文)" w:eastAsia="宋体" w:hAnsi="宋体 (中文正文)"/>
          <w:b/>
          <w:sz w:val="28"/>
        </w:rPr>
        <w:t>九、开展“我为安全献一策”安全合理化建议活动。</w:t>
      </w:r>
    </w:p>
    <w:p>
      <w:pPr>
        <w:spacing w:before="100" w:after="200" w:line="360" w:lineRule="auto"/>
        <w:ind w:firstLine="576"/>
        <w:jc w:val="left"/>
      </w:pP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https://d.book118.com/958142002012006036</w:t>
        </w:r>
      </w:hyperlink>
    </w:p>
    <w:p>
      <w:pPr>
        <w:spacing w:before="100" w:after="200" w:line="360" w:lineRule="auto"/>
        <w:ind w:firstLine="576"/>
        <w:jc w:val="left"/>
      </w:pPr>
    </w:p>
    <w:sectPr w:rsidSect="00034616">
      <w:type w:val="nextPage"/>
      <w:pgSz w:w="11906" w:h="16838"/>
      <w:pgMar w:top="1440" w:right="1440" w:bottom="1440" w:left="1440" w:header="720" w:footer="720" w:gutter="0"/>
      <w:pgNumType w:start="1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958142002012006036"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