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大学学习计划（通用21篇）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大学学习计划（通用21篇）</w:t>
      </w:r>
      <w:r>
        <w:rPr>
          <w:lang w:eastAsia="zh-CN"/>
        </w:rPr>
        <w:br/>
      </w:r>
      <w:r>
        <w:rPr>
          <w:lang w:eastAsia="zh-CN"/>
        </w:rPr>
        <w:t>　　时光在流逝，从不停歇，我们的工作又进入新的阶段，为了今后更好的工作发展，请一起努力，写一份计划吧。好的计划都具备一些什么特点呢？以下是小编为大家收集的大学学习计划，供大家参考借鉴，希望可以帮助到有需要的朋友。</w:t>
      </w:r>
      <w:r>
        <w:rPr>
          <w:lang w:eastAsia="zh-CN"/>
        </w:rPr>
        <w:br/>
      </w:r>
      <w:r>
        <w:rPr>
          <w:lang w:eastAsia="zh-CN"/>
        </w:rPr>
        <w:t>　　大学学习计划 1</w:t>
      </w:r>
      <w:r>
        <w:rPr>
          <w:lang w:eastAsia="zh-CN"/>
        </w:rPr>
        <w:br/>
      </w:r>
      <w:r>
        <w:rPr>
          <w:lang w:eastAsia="zh-CN"/>
        </w:rPr>
        <w:t>　　大一</w:t>
      </w:r>
      <w:r>
        <w:rPr>
          <w:lang w:eastAsia="zh-CN"/>
        </w:rPr>
        <w:br/>
      </w:r>
      <w:r>
        <w:rPr>
          <w:lang w:eastAsia="zh-CN"/>
        </w:rPr>
        <w:t>　　上学期：尽快适应大学生活，找一个适合自己并且能过得到锻炼的地方比如学生会，认真学习专业基础课和公共课。</w:t>
      </w:r>
      <w:r>
        <w:rPr>
          <w:lang w:eastAsia="zh-CN"/>
        </w:rPr>
        <w:br/>
      </w:r>
      <w:r>
        <w:rPr>
          <w:lang w:eastAsia="zh-CN"/>
        </w:rPr>
        <w:t>　　寒假：认真完成作业，对自己大学五年的学习订一个计划。</w:t>
      </w:r>
      <w:r>
        <w:rPr>
          <w:lang w:eastAsia="zh-CN"/>
        </w:rPr>
        <w:br/>
      </w:r>
      <w:r>
        <w:rPr>
          <w:lang w:eastAsia="zh-CN"/>
        </w:rPr>
        <w:t>　　下学期：认真感受大学的节奏，找出适合自己的学习方法和生活方式，扩大自己的社交范围，准备英语四级的考试和计算机二级考试。</w:t>
      </w:r>
      <w:r>
        <w:rPr>
          <w:lang w:eastAsia="zh-CN"/>
        </w:rPr>
        <w:br/>
      </w:r>
      <w:r>
        <w:rPr>
          <w:lang w:eastAsia="zh-CN"/>
        </w:rPr>
        <w:t>　　暑假：到专业的手绘社团学习手绘。</w:t>
      </w:r>
      <w:r>
        <w:rPr>
          <w:lang w:eastAsia="zh-CN"/>
        </w:rPr>
        <w:br/>
      </w:r>
      <w:r>
        <w:rPr>
          <w:lang w:eastAsia="zh-CN"/>
        </w:rPr>
        <w:t>　　大二</w:t>
      </w:r>
      <w:r>
        <w:rPr>
          <w:lang w:eastAsia="zh-CN"/>
        </w:rPr>
        <w:br/>
      </w:r>
      <w:r>
        <w:rPr>
          <w:lang w:eastAsia="zh-CN"/>
        </w:rPr>
        <w:t>　　上学期：以专业课的学习为主，同时妥善安排时间工作学习两不误。</w:t>
      </w:r>
      <w:r>
        <w:rPr>
          <w:lang w:eastAsia="zh-CN"/>
        </w:rPr>
        <w:br/>
      </w:r>
      <w:r>
        <w:rPr>
          <w:lang w:eastAsia="zh-CN"/>
        </w:rPr>
        <w:t>　　寒假：去专业的设计时进行观摩和学习，自学专业有关软件。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下学期：以专业课的学习为主，多看和建筑设计沾边的其他专业的书籍扩大自己的`视野增长自己的见识，为将来从事工作做准备。</w:t>
      </w:r>
      <w:r>
        <w:rPr>
          <w:lang w:eastAsia="zh-CN"/>
        </w:rPr>
        <w:br/>
      </w:r>
      <w:r>
        <w:rPr>
          <w:lang w:eastAsia="zh-CN"/>
        </w:rPr>
        <w:t>　　暑假：外出旅游，增长见识，未做设计做准备。</w:t>
      </w:r>
      <w:r>
        <w:rPr>
          <w:lang w:eastAsia="zh-CN"/>
        </w:rPr>
        <w:br/>
      </w:r>
      <w:r>
        <w:rPr>
          <w:lang w:eastAsia="zh-CN"/>
        </w:rPr>
        <w:t>　　大三</w:t>
      </w:r>
      <w:r>
        <w:rPr>
          <w:lang w:eastAsia="zh-CN"/>
        </w:rPr>
        <w:br/>
      </w:r>
      <w:r>
        <w:rPr>
          <w:lang w:eastAsia="zh-CN"/>
        </w:rPr>
        <w:t>　　上学期：以专业课的学习为主，开始做设计，并且迅速适应新环境，进行英语六级考试的准备。</w:t>
      </w:r>
      <w:r>
        <w:rPr>
          <w:lang w:eastAsia="zh-CN"/>
        </w:rPr>
        <w:br/>
      </w:r>
      <w:r>
        <w:rPr>
          <w:lang w:eastAsia="zh-CN"/>
        </w:rPr>
        <w:t>　　寒假：到专业设计室学习观摩。</w:t>
      </w:r>
      <w:r>
        <w:rPr>
          <w:lang w:eastAsia="zh-CN"/>
        </w:rPr>
        <w:br/>
      </w:r>
      <w:r>
        <w:rPr>
          <w:lang w:eastAsia="zh-CN"/>
        </w:rPr>
        <w:t>　　下学期：扩大专业学习范围，做稍大的设计。</w:t>
      </w:r>
      <w:r>
        <w:rPr>
          <w:lang w:eastAsia="zh-CN"/>
        </w:rPr>
        <w:br/>
      </w:r>
      <w:r>
        <w:rPr>
          <w:lang w:eastAsia="zh-CN"/>
        </w:rPr>
        <w:t>　　暑假：外出旅游，到专业设计室学习观摩。</w:t>
      </w:r>
      <w:r>
        <w:rPr>
          <w:lang w:eastAsia="zh-CN"/>
        </w:rPr>
        <w:br/>
      </w:r>
      <w:r>
        <w:rPr>
          <w:lang w:eastAsia="zh-CN"/>
        </w:rPr>
        <w:t>　　大四</w:t>
      </w:r>
      <w:r>
        <w:rPr>
          <w:lang w:eastAsia="zh-CN"/>
        </w:rPr>
        <w:br/>
      </w:r>
      <w:r>
        <w:rPr>
          <w:lang w:eastAsia="zh-CN"/>
        </w:rPr>
        <w:t>　　上学期：以做设计为主，选择要考研的学校与专业。</w:t>
      </w:r>
      <w:r>
        <w:rPr>
          <w:lang w:eastAsia="zh-CN"/>
        </w:rPr>
        <w:br/>
      </w:r>
      <w:r>
        <w:rPr>
          <w:lang w:eastAsia="zh-CN"/>
        </w:rPr>
        <w:t>　　寒假：到专业设计室实习。</w:t>
      </w:r>
      <w:r>
        <w:rPr>
          <w:lang w:eastAsia="zh-CN"/>
        </w:rPr>
        <w:br/>
      </w:r>
      <w:r>
        <w:rPr>
          <w:lang w:eastAsia="zh-CN"/>
        </w:rPr>
        <w:t>　　下学期：以做设计为主，开始看考研的书籍。</w:t>
      </w:r>
      <w:r>
        <w:rPr>
          <w:lang w:eastAsia="zh-CN"/>
        </w:rPr>
        <w:br/>
      </w:r>
      <w:r>
        <w:rPr>
          <w:lang w:eastAsia="zh-CN"/>
        </w:rPr>
        <w:t>　　暑假：外出旅游，到专业设计室学习观摩。</w:t>
      </w:r>
      <w:r>
        <w:rPr>
          <w:lang w:eastAsia="zh-CN"/>
        </w:rPr>
        <w:br/>
      </w:r>
      <w:r>
        <w:rPr>
          <w:lang w:eastAsia="zh-CN"/>
        </w:rPr>
        <w:t>　　大五</w:t>
      </w:r>
      <w:r>
        <w:rPr>
          <w:lang w:eastAsia="zh-CN"/>
        </w:rPr>
        <w:br/>
      </w:r>
      <w:r>
        <w:rPr>
          <w:lang w:eastAsia="zh-CN"/>
        </w:rPr>
        <w:t>　　上下学期：写毕业论文，做毕业设计，到设计单位实习，准备考研。　　大学学习计划 2</w:t>
      </w:r>
      <w:r>
        <w:rPr>
          <w:lang w:eastAsia="zh-CN"/>
        </w:rPr>
        <w:br/>
      </w:r>
      <w:r>
        <w:rPr>
          <w:lang w:eastAsia="zh-CN"/>
        </w:rPr>
        <w:t>　　一、主要目标</w:t>
      </w:r>
      <w:r>
        <w:rPr>
          <w:lang w:eastAsia="zh-CN"/>
        </w:rPr>
        <w:br/>
      </w:r>
      <w:r>
        <w:rPr>
          <w:lang w:eastAsia="zh-CN"/>
        </w:rPr>
        <w:t>　　为了取得优异的成绩，我们可以在大学里学习丰富的专业知识和基本常识。增加文化修养，增强自身潜能，端正学习态度，培养勤奋的学风。制定学习计划来自我的督促和自我鼓励。</w:t>
      </w:r>
      <w:r>
        <w:rPr>
          <w:lang w:eastAsia="zh-CN"/>
        </w:rPr>
        <w:br/>
      </w:r>
      <w:r>
        <w:rPr>
          <w:lang w:eastAsia="zh-CN"/>
        </w:rPr>
        <w:t>　　二、具体安排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1、坚持预习，课前预习课文，课前了解信息，可以提高听课效率。而且老师讲完一章材料后，可以主动复习。从过去学习，向新的学习。</w:t>
      </w:r>
      <w:r>
        <w:rPr>
          <w:lang w:eastAsia="zh-CN"/>
        </w:rPr>
        <w:br/>
      </w:r>
      <w:r>
        <w:rPr>
          <w:lang w:eastAsia="zh-CN"/>
        </w:rPr>
        <w:t>　　2、每周抽出一天早起背英语课文。</w:t>
      </w:r>
      <w:r>
        <w:rPr>
          <w:lang w:eastAsia="zh-CN"/>
        </w:rPr>
        <w:br/>
      </w:r>
      <w:r>
        <w:rPr>
          <w:lang w:eastAsia="zh-CN"/>
        </w:rPr>
        <w:t>　　3、坚持每周去学校自学</w:t>
      </w:r>
      <w:r>
        <w:rPr>
          <w:lang w:eastAsia="zh-CN"/>
        </w:rPr>
        <w:br/>
      </w:r>
      <w:r>
        <w:rPr>
          <w:lang w:eastAsia="zh-CN"/>
        </w:rPr>
        <w:t>　　4、坚持在学校图书馆借阅图书，坚持超额完成老师布置的阅读任务，做好读书笔记。</w:t>
      </w:r>
      <w:r>
        <w:rPr>
          <w:lang w:eastAsia="zh-CN"/>
        </w:rPr>
        <w:br/>
      </w:r>
      <w:r>
        <w:rPr>
          <w:lang w:eastAsia="zh-CN"/>
        </w:rPr>
        <w:t>　　5、对于课程知识，多思考多提问，在笔记中记录接收部分。</w:t>
      </w:r>
      <w:r>
        <w:rPr>
          <w:lang w:eastAsia="zh-CN"/>
        </w:rPr>
        <w:br/>
      </w:r>
      <w:r>
        <w:rPr>
          <w:lang w:eastAsia="zh-CN"/>
        </w:rPr>
        <w:t>　　6、每月进行一次学习清算，反思本月是否达到学习计划，下个月注意改进。</w:t>
      </w:r>
      <w:r>
        <w:rPr>
          <w:lang w:eastAsia="zh-CN"/>
        </w:rPr>
        <w:br/>
      </w:r>
      <w:r>
        <w:rPr>
          <w:lang w:eastAsia="zh-CN"/>
        </w:rPr>
        <w:t>　　7、订阅英语辅导报，自学一些报纸上出现的英语单词，完成报纸上的'练习。</w:t>
      </w:r>
      <w:r>
        <w:rPr>
          <w:lang w:eastAsia="zh-CN"/>
        </w:rPr>
        <w:br/>
      </w:r>
      <w:r>
        <w:rPr>
          <w:lang w:eastAsia="zh-CN"/>
        </w:rPr>
        <w:t>　　8、作为汉语言文学专业的学生，对于写作的敏感度和写作潜力是非常重要的，所以要坚持多写，平时多练习写作。</w:t>
      </w:r>
      <w:r>
        <w:rPr>
          <w:lang w:eastAsia="zh-CN"/>
        </w:rPr>
        <w:br/>
      </w:r>
      <w:r>
        <w:rPr>
          <w:lang w:eastAsia="zh-CN"/>
        </w:rPr>
        <w:t>　　9、多学习《文心雕龙》《易经》等中国古代文化经典。</w:t>
      </w:r>
      <w:r>
        <w:rPr>
          <w:lang w:eastAsia="zh-CN"/>
        </w:rPr>
        <w:br/>
      </w:r>
      <w:r>
        <w:rPr>
          <w:lang w:eastAsia="zh-CN"/>
        </w:rPr>
        <w:t>　　10、周末尽量多学一门外语。　　大学学习计划 3</w:t>
      </w:r>
      <w:r>
        <w:rPr>
          <w:lang w:eastAsia="zh-CN"/>
        </w:rPr>
        <w:br/>
      </w:r>
      <w:r>
        <w:rPr>
          <w:lang w:eastAsia="zh-CN"/>
        </w:rPr>
        <w:t>　　新学期初始，一切事物都充满了活力与生机。新生活意味着新开始，新开始象征着新的挑战。作为学生，我一直秉着“不断进步”的宗旨，在新学期我有以下学习计划：</w:t>
      </w:r>
      <w:r>
        <w:rPr>
          <w:lang w:eastAsia="zh-CN"/>
        </w:rPr>
        <w:br/>
      </w:r>
      <w:r>
        <w:rPr>
          <w:lang w:eastAsia="zh-CN"/>
        </w:rPr>
        <w:t>　　一、首先,明确自己的专业,明确自己即将面对的专业先充分了解它.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二、积极认真完成每一次老师布置的作业，做到主题突出，色彩鲜明，同时广纳各方意见，做到取人之长补己之短。</w:t>
      </w:r>
      <w:r>
        <w:rPr>
          <w:lang w:eastAsia="zh-CN"/>
        </w:rPr>
        <w:br/>
      </w:r>
      <w:r>
        <w:rPr>
          <w:lang w:eastAsia="zh-CN"/>
        </w:rPr>
        <w:t>　　三、注重学生会部门之间的宣传交流工作，互相沟通。</w:t>
      </w:r>
      <w:r>
        <w:rPr>
          <w:lang w:eastAsia="zh-CN"/>
        </w:rPr>
        <w:br/>
      </w:r>
      <w:r>
        <w:rPr>
          <w:lang w:eastAsia="zh-CN"/>
        </w:rPr>
        <w:t>　　四、积极配合我院内部其它部门的工作，以及我院学生会的工作，共同努力，全力以赴。不管是生活，学习，思想，人际关系，工作等等，都要全面发展。</w:t>
      </w:r>
      <w:r>
        <w:rPr>
          <w:lang w:eastAsia="zh-CN"/>
        </w:rPr>
        <w:br/>
      </w:r>
      <w:r>
        <w:rPr>
          <w:lang w:eastAsia="zh-CN"/>
        </w:rPr>
        <w:t>　　第一学期是我的摸索阶段，现在是我的实施阶段，我要结合以前的学习经验来指定这学期的学习计划．</w:t>
      </w:r>
      <w:r>
        <w:rPr>
          <w:lang w:eastAsia="zh-CN"/>
        </w:rPr>
        <w:br/>
      </w:r>
      <w:r>
        <w:rPr>
          <w:lang w:eastAsia="zh-CN"/>
        </w:rPr>
        <w:t>　　首先，我要在学生会中磨炼自己，并且可以充实自己的课外生活．</w:t>
      </w:r>
      <w:r>
        <w:rPr>
          <w:lang w:eastAsia="zh-CN"/>
        </w:rPr>
        <w:br/>
      </w:r>
      <w:r>
        <w:rPr>
          <w:lang w:eastAsia="zh-CN"/>
        </w:rPr>
        <w:t>　　其次，我要在社会上寻找机会，找一些我能干的工作，来丰富自己的入社的能力．</w:t>
      </w:r>
      <w:r>
        <w:rPr>
          <w:lang w:eastAsia="zh-CN"/>
        </w:rPr>
        <w:br/>
      </w:r>
      <w:r>
        <w:rPr>
          <w:lang w:eastAsia="zh-CN"/>
        </w:rPr>
        <w:t>　　第三，广交朋友，寻找机遇。</w:t>
      </w:r>
      <w:r>
        <w:rPr>
          <w:lang w:eastAsia="zh-CN"/>
        </w:rPr>
        <w:br/>
      </w:r>
      <w:r>
        <w:rPr>
          <w:lang w:eastAsia="zh-CN"/>
        </w:rPr>
        <w:t>　　第四，学习还是挺重要的，合理安排自己的自习时间．</w:t>
      </w:r>
      <w:r>
        <w:rPr>
          <w:lang w:eastAsia="zh-CN"/>
        </w:rPr>
        <w:br/>
      </w:r>
      <w:r>
        <w:rPr>
          <w:lang w:eastAsia="zh-CN"/>
        </w:rPr>
        <w:t>　　第五，不管今年有什么活动，我只要能参加的，尽量参加。</w:t>
      </w:r>
      <w:r>
        <w:rPr>
          <w:lang w:eastAsia="zh-CN"/>
        </w:rPr>
        <w:br/>
      </w:r>
      <w:r>
        <w:rPr>
          <w:lang w:eastAsia="zh-CN"/>
        </w:rPr>
        <w:t>　　第六，生活勤俭节约，不奢侈浪费．</w:t>
      </w:r>
      <w:r>
        <w:rPr>
          <w:lang w:eastAsia="zh-CN"/>
        </w:rPr>
        <w:br/>
      </w:r>
      <w:r>
        <w:rPr>
          <w:lang w:eastAsia="zh-CN"/>
        </w:rPr>
        <w:t>　　第七，认真抓住每一次机会，让自己的能力尽量发挥．</w:t>
      </w:r>
      <w:r>
        <w:rPr>
          <w:lang w:eastAsia="zh-CN"/>
        </w:rPr>
        <w:br/>
      </w:r>
      <w:r>
        <w:rPr>
          <w:lang w:eastAsia="zh-CN"/>
        </w:rPr>
        <w:t>　　第八，生活中的点点滴滴，如果能舍得和放弃的，我都不会太在意，细节成就成功．</w:t>
      </w:r>
      <w:r>
        <w:rPr>
          <w:lang w:eastAsia="zh-CN"/>
        </w:rPr>
        <w:br/>
      </w:r>
      <w:r>
        <w:rPr>
          <w:lang w:eastAsia="zh-CN"/>
        </w:rPr>
        <w:t>　　第九，努力的完成每项任务，无论是大事、小事，都认真的对待，命运是可以靠自己争取的．</w:t>
      </w:r>
      <w:r>
        <w:rPr>
          <w:lang w:eastAsia="zh-CN"/>
        </w:rPr>
        <w:br/>
      </w:r>
      <w:r>
        <w:rPr>
          <w:lang w:eastAsia="zh-CN"/>
        </w:rPr>
        <w:t>　　第十，活出自己的人格和尊严．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对自己做全面详细的'分解，争取在毕业之前，合理利用学校的天时、地利、人杰，在学校多考一些证件，丰富自己的人生空白。</w:t>
      </w:r>
      <w:r>
        <w:rPr>
          <w:lang w:eastAsia="zh-CN"/>
        </w:rPr>
        <w:br/>
      </w:r>
      <w:r>
        <w:rPr>
          <w:lang w:eastAsia="zh-CN"/>
        </w:rPr>
        <w:t>　　第十一，学会自定目标与计划，有了目标才会有努力的方向，有了计划才能合理规划，才会有奋斗的激情。</w:t>
      </w:r>
      <w:r>
        <w:rPr>
          <w:lang w:eastAsia="zh-CN"/>
        </w:rPr>
        <w:br/>
      </w:r>
      <w:r>
        <w:rPr>
          <w:lang w:eastAsia="zh-CN"/>
        </w:rPr>
        <w:t>　　任何目标，只说不做到头来都会是一场空。然而，现实是未知多变的，定出的目标计划随时都可能遭遇问题，要求有清醒的头脑。一个人，若要获得成功，必须拿出勇气，付出努力、拼搏、奋斗。成功，不相信眼泪；未来，要靠自己去打拼！实现目标的历程需要付出艰辛的汗水和不懈的追求，不要因为挫折而畏缩不前，不要因为失败而一蹶不振；要有屡败屡战的精神，要有越挫越勇的气魄；成功最终会属于你的，每天要对自己说：“我一定能成功，我一定按照目标的规划行动，坚持直到胜利的那一天。”既然选择了认准了是正确的，就要一直走下去。　　大学学习计划 4</w:t>
      </w:r>
      <w:r>
        <w:rPr>
          <w:lang w:eastAsia="zh-CN"/>
        </w:rPr>
        <w:br/>
      </w:r>
      <w:r>
        <w:rPr>
          <w:lang w:eastAsia="zh-CN"/>
        </w:rPr>
        <w:t>　　一、目标的确立</w:t>
      </w:r>
      <w:r>
        <w:rPr>
          <w:lang w:eastAsia="zh-CN"/>
        </w:rPr>
        <w:br/>
      </w:r>
      <w:r>
        <w:rPr>
          <w:lang w:eastAsia="zh-CN"/>
        </w:rPr>
        <w:t>　　甚至早在高一高二时，我已经发现自己的兴趣所在以及特长。这是我成长过程中所践行与体验的、贯穿于我所有的学习生活的，因此我对于自己所认定的兴趣与特长有着坚定的信心，也就是我相当确信这些不会是我的三分钟热度，我愿意为我的这些志趣发展付出尽可能多的努力。</w:t>
      </w:r>
      <w:r>
        <w:rPr>
          <w:lang w:eastAsia="zh-CN"/>
        </w:rPr>
        <w:br/>
      </w:r>
      <w:r>
        <w:rPr>
          <w:lang w:eastAsia="zh-CN"/>
        </w:rPr>
        <w:t>　　并且我不需要太过担心我的兴趣与特长是有矛盾的。因为一直以来的学习生活经验告诉我，我已经找到了一条兴趣与特长结合得相当好的途径，我可以将之用于以后的学习、生活，乃至工作，并且我有信心，这还是一条相当体面的道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自从收到录取通知的那一天，我就意识到我已经在大学学习过程中迈出了相当重要的第一步，并且于我而言，这是相当成功的一步我将学习会计专业。</w:t>
      </w:r>
      <w:r>
        <w:rPr>
          <w:lang w:eastAsia="zh-CN"/>
        </w:rPr>
        <w:br/>
      </w:r>
      <w:r>
        <w:rPr>
          <w:lang w:eastAsia="zh-CN"/>
        </w:rPr>
        <w:t>　　作为一个文科学生，我不仅对人文有强烈兴趣，并且对自己的人文知识基础相当有信心。这不是单纯表现于诗词歌赋的积累与写作能力，而是广至哲学、历史，细至经济、心理等各方面。高中阶段开始尝试的学生干部的工作，让我对自己这些人文知识基础的运用有了全面的经验。我发现这些知识有助于我胜任管理的工作，从待人接物到处事方法，一切我都可以从自己的知识库中找到，并且我已将自己的做人原则建立于那些深邃而智慧的道理之上。</w:t>
      </w:r>
      <w:r>
        <w:rPr>
          <w:lang w:eastAsia="zh-CN"/>
        </w:rPr>
        <w:br/>
      </w:r>
      <w:r>
        <w:rPr>
          <w:lang w:eastAsia="zh-CN"/>
        </w:rPr>
        <w:t>　　于是，现在已经没有什么可以困扰我、妨碍我确立一个事业的目标了，那就是：成为一个熟悉世界经济动态,掌握未来经济发展方向的人。我将会在接下来的学习生活中，决定以后的研究方向。我猜想，我的知识结构与思维方式对于经济规划会比较有帮助。具体来说，我的目标是成为一个优秀的注册会计师。但这毕竟只是一个猜想，所以我也必须做好在某个时期改变这个方向的准备。</w:t>
      </w:r>
      <w:r>
        <w:rPr>
          <w:lang w:eastAsia="zh-CN"/>
        </w:rPr>
        <w:br/>
      </w:r>
      <w:r>
        <w:rPr>
          <w:lang w:eastAsia="zh-CN"/>
        </w:rPr>
        <w:t>　　二、学习计划</w:t>
      </w:r>
      <w:r>
        <w:rPr>
          <w:lang w:eastAsia="zh-CN"/>
        </w:rPr>
        <w:br/>
      </w:r>
      <w:r>
        <w:rPr>
          <w:lang w:eastAsia="zh-CN"/>
        </w:rPr>
        <w:t>　　要成为一个注册会计师，有相当多的素质与技能是必不可少的。在大学里面，除了学习好各基础学科、专业学科之外，还必须花更多的时间提升自己的素质与锻炼技能。</w:t>
      </w:r>
      <w:r>
        <w:rPr>
          <w:lang w:eastAsia="zh-CN"/>
        </w:rPr>
        <w:br/>
      </w:r>
      <w:r>
        <w:rPr>
          <w:lang w:eastAsia="zh-CN"/>
        </w:rPr>
        <w:t>　　1、数学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对于我本身而言，数学基础较差，那么在基础学科学习上，就应该花更多的时间学习数学。并且应该立足课本的基础上，不局限于课本学习其他领域的数学如拓扑学等，努力提高自己的数学水平。</w:t>
      </w:r>
      <w:r>
        <w:rPr>
          <w:lang w:eastAsia="zh-CN"/>
        </w:rPr>
        <w:br/>
      </w:r>
      <w:r>
        <w:rPr>
          <w:lang w:eastAsia="zh-CN"/>
        </w:rPr>
        <w:t>　　大一是打基础的阶段，这时候应该专注于课本，熟练掌握课本的技巧，深刻理解数学概念与思维方法。大二应该在大一的基础上，除了要完成课程任务，还应该开始博学其他领域的数学知识。大三的时候就应该针对大一大二的学习内容，选择对研究方向最有帮助数学知识进行深入研究与总结，并开始准备针对考研的系统性复习。</w:t>
      </w:r>
      <w:r>
        <w:rPr>
          <w:lang w:eastAsia="zh-CN"/>
        </w:rPr>
        <w:br/>
      </w:r>
      <w:r>
        <w:rPr>
          <w:lang w:eastAsia="zh-CN"/>
        </w:rPr>
        <w:t>　　2、英语及沟通技能</w:t>
      </w:r>
      <w:r>
        <w:rPr>
          <w:lang w:eastAsia="zh-CN"/>
        </w:rPr>
        <w:br/>
      </w:r>
      <w:r>
        <w:rPr>
          <w:lang w:eastAsia="zh-CN"/>
        </w:rPr>
        <w:t>　　针对自身英语口语基础较扎实，但词汇量以及阅读量不足的实际情况，结合已经培养成的英语自学习惯，今后英语的学习任务是，在保证考试成绩良好的前提下，加大课外阅读量并以此加大词汇量。并且在有条件的情况下多阅读关于本专业的英语书籍或者英文原版教程，多尝试用外语，用自学到的词汇与文法来写作、表达思想。</w:t>
      </w:r>
      <w:r>
        <w:rPr>
          <w:lang w:eastAsia="zh-CN"/>
        </w:rPr>
        <w:br/>
      </w:r>
      <w:r>
        <w:rPr>
          <w:lang w:eastAsia="zh-CN"/>
        </w:rPr>
        <w:t>　　外语作为一种沟通手段需要学习来熟练掌握，而沟通技巧与能力则需要通过锻炼来得到提升。应当珍惜学生会干事的身份，在日常工作中做好干事与干事、干事与部长和委员，甚至和辅导员等的学院领导的沟通，以锻炼沟通技能和为以后工作生活建立良好的人际关系基础。同时要处理好学生会工作与班里活动之间的矛盾，争取班里同学的谅解与支持;要注意保持好与其他班级的联系，扩大人际交流范围。</w:t>
      </w:r>
      <w:r>
        <w:rPr>
          <w:lang w:eastAsia="zh-CN"/>
        </w:rPr>
        <w:br/>
      </w:r>
      <w:r>
        <w:rPr>
          <w:lang w:eastAsia="zh-CN"/>
        </w:rPr>
        <w:t>　　3、接受新事物新思维的能力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作为一个优秀会计师，必须具有随时随地接受新事物并不断学习的`能力与素质，否则就不能在经济行业中长期生存。</w:t>
      </w:r>
      <w:r>
        <w:rPr>
          <w:lang w:eastAsia="zh-CN"/>
        </w:rPr>
        <w:br/>
      </w:r>
      <w:r>
        <w:rPr>
          <w:lang w:eastAsia="zh-CN"/>
        </w:rPr>
        <w:t>　　为此，在大学阶段应该广泛了解各种学术思想与看法，并且锻炼接受与理解能力。在坚持共产主义理想的前提下，每年至少写两至三种不同的思想、主义或思维方式的学习心得，并主动与各种体现不同哲学思想的同学和社会认识交流。</w:t>
      </w:r>
      <w:r>
        <w:rPr>
          <w:lang w:eastAsia="zh-CN"/>
        </w:rPr>
        <w:br/>
      </w:r>
      <w:r>
        <w:rPr>
          <w:lang w:eastAsia="zh-CN"/>
        </w:rPr>
        <w:t>　　4、专业以外的技巧</w:t>
      </w:r>
      <w:r>
        <w:rPr>
          <w:lang w:eastAsia="zh-CN"/>
        </w:rPr>
        <w:br/>
      </w:r>
      <w:r>
        <w:rPr>
          <w:lang w:eastAsia="zh-CN"/>
        </w:rPr>
        <w:t>　　考虑到四年以后的社会需求以及人才结构，毕业以后很可能无法谋得理想职业或理想收入，以及无法很快走上创业之路，必须从现在开始保持对其他专业以外的技能的学习。</w:t>
      </w:r>
      <w:r>
        <w:rPr>
          <w:lang w:eastAsia="zh-CN"/>
        </w:rPr>
        <w:br/>
      </w:r>
      <w:r>
        <w:rPr>
          <w:lang w:eastAsia="zh-CN"/>
        </w:rPr>
        <w:t>　　三、生活计划</w:t>
      </w:r>
      <w:r>
        <w:rPr>
          <w:lang w:eastAsia="zh-CN"/>
        </w:rPr>
        <w:br/>
      </w:r>
      <w:r>
        <w:rPr>
          <w:lang w:eastAsia="zh-CN"/>
        </w:rPr>
        <w:t>　　大学是一个学习的阶段，也是一个生活的阶段，两者相辅相成缺一不可。虽然生活中会遇到各种意想不到的事情，但必须要有根本的处理原则，所以必须对一些问题作出解答。</w:t>
      </w:r>
      <w:r>
        <w:rPr>
          <w:lang w:eastAsia="zh-CN"/>
        </w:rPr>
        <w:br/>
      </w:r>
      <w:r>
        <w:rPr>
          <w:lang w:eastAsia="zh-CN"/>
        </w:rPr>
        <w:t>　　1、兼职</w:t>
      </w:r>
      <w:r>
        <w:rPr>
          <w:lang w:eastAsia="zh-CN"/>
        </w:rPr>
        <w:br/>
      </w:r>
      <w:r>
        <w:rPr>
          <w:lang w:eastAsia="zh-CN"/>
        </w:rPr>
        <w:t>　　原则是不影响正常学习只利用课余时间工作。目的是锻炼自力更生的能力以及吸收社会经验，培养劳动者基本道德。时间安排有冲突时优先考虑学业，其次是学生会工作与校园活动，最后才是兼职。</w:t>
      </w:r>
      <w:r>
        <w:rPr>
          <w:lang w:eastAsia="zh-CN"/>
        </w:rPr>
        <w:br/>
      </w:r>
      <w:r>
        <w:rPr>
          <w:lang w:eastAsia="zh-CN"/>
        </w:rPr>
        <w:t>　　2、爱情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原则是不强求，随遇而安。目的是学会成长学会做人，学会关心体贴他人，幸运又可能的话确定长期和稳固的关系。前提是尽量不做超出道德与社会价值观接受范围的恋爱行为，注意学生身份。爱情与面包有冲突时选择面包。</w:t>
      </w:r>
      <w:r>
        <w:rPr>
          <w:lang w:eastAsia="zh-CN"/>
        </w:rPr>
        <w:br/>
      </w:r>
      <w:r>
        <w:rPr>
          <w:lang w:eastAsia="zh-CN"/>
        </w:rPr>
        <w:t>　　3、生活作风</w:t>
      </w:r>
      <w:r>
        <w:rPr>
          <w:lang w:eastAsia="zh-CN"/>
        </w:rPr>
        <w:br/>
      </w:r>
      <w:r>
        <w:rPr>
          <w:lang w:eastAsia="zh-CN"/>
        </w:rPr>
        <w:t>　　发扬艰苦奋斗的精神，体贴父母和珍惜自己的劳动收入不乱花钱。注意克服奢侈浪费的不良习惯，不挪用膳食费用作他用。</w:t>
      </w:r>
      <w:r>
        <w:rPr>
          <w:lang w:eastAsia="zh-CN"/>
        </w:rPr>
        <w:br/>
      </w:r>
      <w:r>
        <w:rPr>
          <w:lang w:eastAsia="zh-CN"/>
        </w:rPr>
        <w:t>　　坚持锻炼身体，保持健康体魄。保持良好的作息习惯，早睡早起，遇到有临时有学习工作至夜深的时候要注意尽快调整。</w:t>
      </w:r>
      <w:r>
        <w:rPr>
          <w:lang w:eastAsia="zh-CN"/>
        </w:rPr>
        <w:br/>
      </w:r>
      <w:r>
        <w:rPr>
          <w:lang w:eastAsia="zh-CN"/>
        </w:rPr>
        <w:t>　　在人的一生中，三年的时间不能说长。但是，一个青年在大学中的这段时光，却不可说短。一是因为青春可贵，二是因为大学的三年，几乎可以说是一生的基础。任务非常艰巨，也非常光荣，作好大学学习生涯规划，关系到未来的人生是否精彩。　　大学学习计划 5</w:t>
      </w:r>
      <w:r>
        <w:rPr>
          <w:lang w:eastAsia="zh-CN"/>
        </w:rPr>
        <w:br/>
      </w:r>
      <w:r>
        <w:rPr>
          <w:lang w:eastAsia="zh-CN"/>
        </w:rPr>
        <w:t>　　经过了高中，我在20xx年9月，正式踏入了大学的校门，开始了我梦寐以求的生活。我期望我的大学四年生活过得有规划，有目标，大学的生活充实而丰盈。</w:t>
      </w:r>
      <w:r>
        <w:rPr>
          <w:lang w:eastAsia="zh-CN"/>
        </w:rPr>
        <w:br/>
      </w:r>
      <w:r>
        <w:rPr>
          <w:lang w:eastAsia="zh-CN"/>
        </w:rPr>
        <w:t>　　大学一年级</w:t>
      </w:r>
      <w:r>
        <w:rPr>
          <w:lang w:eastAsia="zh-CN"/>
        </w:rPr>
        <w:br/>
      </w:r>
      <w:r>
        <w:rPr>
          <w:lang w:eastAsia="zh-CN"/>
        </w:rPr>
        <w:t>　　（一）目标规划</w:t>
      </w:r>
      <w:r>
        <w:rPr>
          <w:lang w:eastAsia="zh-CN"/>
        </w:rPr>
        <w:br/>
      </w:r>
      <w:r>
        <w:rPr>
          <w:lang w:eastAsia="zh-CN"/>
        </w:rPr>
        <w:t>　　（1）拿到秘书证和计算机国家一级证书。</w:t>
      </w:r>
      <w:r>
        <w:rPr>
          <w:lang w:eastAsia="zh-CN"/>
        </w:rPr>
        <w:br/>
      </w:r>
      <w:r>
        <w:rPr>
          <w:lang w:eastAsia="zh-CN"/>
        </w:rPr>
        <w:t>　　（2）完成大学英语四级单词的积累，掌握英语五种句型，培养必须的英语听力能力。</w:t>
      </w:r>
      <w:r>
        <w:rPr>
          <w:lang w:eastAsia="zh-CN"/>
        </w:rPr>
        <w:br/>
      </w:r>
      <w:r>
        <w:rPr>
          <w:lang w:eastAsia="zh-CN"/>
        </w:rPr>
        <w:t>　　（二）行动计划</w:t>
      </w:r>
      <w:r>
        <w:rPr>
          <w:lang w:eastAsia="zh-CN"/>
        </w:rPr>
        <w:br/>
      </w:r>
      <w:r>
        <w:rPr>
          <w:lang w:eastAsia="zh-CN"/>
        </w:rPr>
        <w:t>　　（1）必须认真的学习基础课程，大一时四年学习的基础，仅有件事的基础才能使大学的学习更加简便。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（2）积极参加学校组织的职业资格考前培训，勤奋学习好专业知识的同时，也能成功的.取得资格证书。</w:t>
      </w:r>
      <w:r>
        <w:rPr>
          <w:lang w:eastAsia="zh-CN"/>
        </w:rPr>
        <w:br/>
      </w:r>
      <w:r>
        <w:rPr>
          <w:lang w:eastAsia="zh-CN"/>
        </w:rPr>
        <w:t>　　（3）课余时间多跑图书馆，博览群书。</w:t>
      </w:r>
      <w:r>
        <w:rPr>
          <w:lang w:eastAsia="zh-CN"/>
        </w:rPr>
        <w:br/>
      </w:r>
      <w:r>
        <w:rPr>
          <w:lang w:eastAsia="zh-CN"/>
        </w:rPr>
        <w:t>　　（4）多和同学教师交流讨论，慢慢学会从不一样的观点看问题，认真做好课本的复习和预习工作。</w:t>
      </w:r>
      <w:r>
        <w:rPr>
          <w:lang w:eastAsia="zh-CN"/>
        </w:rPr>
        <w:br/>
      </w:r>
      <w:r>
        <w:rPr>
          <w:lang w:eastAsia="zh-CN"/>
        </w:rPr>
        <w:t>　　（5）注重课堂笔记，配合教师讲课加深理解与记忆。</w:t>
      </w:r>
      <w:r>
        <w:rPr>
          <w:lang w:eastAsia="zh-CN"/>
        </w:rPr>
        <w:br/>
      </w:r>
      <w:r>
        <w:rPr>
          <w:lang w:eastAsia="zh-CN"/>
        </w:rPr>
        <w:t>　　（6）独立自主，学会自己照顾自己，自己管好自己。</w:t>
      </w:r>
      <w:r>
        <w:rPr>
          <w:lang w:eastAsia="zh-CN"/>
        </w:rPr>
        <w:br/>
      </w:r>
      <w:r>
        <w:rPr>
          <w:lang w:eastAsia="zh-CN"/>
        </w:rPr>
        <w:t>　　（7）培养必须的沟通能力，提高人际沟通能力，提高人际沟通能力，多参加学校活动，增强交流能力。</w:t>
      </w:r>
      <w:r>
        <w:rPr>
          <w:lang w:eastAsia="zh-CN"/>
        </w:rPr>
        <w:br/>
      </w:r>
      <w:r>
        <w:rPr>
          <w:lang w:eastAsia="zh-CN"/>
        </w:rPr>
        <w:t>　　大学二年级</w:t>
      </w:r>
      <w:r>
        <w:rPr>
          <w:lang w:eastAsia="zh-CN"/>
        </w:rPr>
        <w:br/>
      </w:r>
      <w:r>
        <w:rPr>
          <w:lang w:eastAsia="zh-CN"/>
        </w:rPr>
        <w:t>　　（一）目标规划</w:t>
      </w:r>
      <w:r>
        <w:rPr>
          <w:lang w:eastAsia="zh-CN"/>
        </w:rPr>
        <w:br/>
      </w:r>
      <w:r>
        <w:rPr>
          <w:lang w:eastAsia="zh-CN"/>
        </w:rPr>
        <w:t>　　（1）争取一次经过大学英语四级和计算机二级考试。</w:t>
      </w:r>
      <w:r>
        <w:rPr>
          <w:lang w:eastAsia="zh-CN"/>
        </w:rPr>
        <w:br/>
      </w:r>
      <w:r>
        <w:rPr>
          <w:lang w:eastAsia="zh-CN"/>
        </w:rPr>
        <w:t>　　（2）争取成党积极分子的培养对象。</w:t>
      </w:r>
      <w:r>
        <w:rPr>
          <w:lang w:eastAsia="zh-CN"/>
        </w:rPr>
        <w:br/>
      </w:r>
      <w:r>
        <w:rPr>
          <w:lang w:eastAsia="zh-CN"/>
        </w:rPr>
        <w:t>　　（3）争取获得行政管理师资格证。</w:t>
      </w:r>
      <w:r>
        <w:rPr>
          <w:lang w:eastAsia="zh-CN"/>
        </w:rPr>
        <w:br/>
      </w:r>
      <w:r>
        <w:rPr>
          <w:lang w:eastAsia="zh-CN"/>
        </w:rPr>
        <w:t>　　（二）行动规划</w:t>
      </w:r>
      <w:r>
        <w:rPr>
          <w:lang w:eastAsia="zh-CN"/>
        </w:rPr>
        <w:br/>
      </w:r>
      <w:r>
        <w:rPr>
          <w:lang w:eastAsia="zh-CN"/>
        </w:rPr>
        <w:t>　　（1）着重准备英语四级考试，将之前的笔记和大二学习接轨。</w:t>
      </w:r>
      <w:r>
        <w:rPr>
          <w:lang w:eastAsia="zh-CN"/>
        </w:rPr>
        <w:br/>
      </w:r>
      <w:r>
        <w:rPr>
          <w:lang w:eastAsia="zh-CN"/>
        </w:rPr>
        <w:t>　　（2）每一天坚持阅读和操作计算机二级所用书和硬件设施。</w:t>
      </w:r>
      <w:r>
        <w:rPr>
          <w:lang w:eastAsia="zh-CN"/>
        </w:rPr>
        <w:br/>
      </w:r>
      <w:r>
        <w:rPr>
          <w:lang w:eastAsia="zh-CN"/>
        </w:rPr>
        <w:t>　　（3）多参加较有影响的活动，着手准备入党的申请工作，继续深化对马克思主义的认识。</w:t>
      </w:r>
      <w:r>
        <w:rPr>
          <w:lang w:eastAsia="zh-CN"/>
        </w:rPr>
        <w:br/>
      </w:r>
      <w:r>
        <w:rPr>
          <w:lang w:eastAsia="zh-CN"/>
        </w:rPr>
        <w:t>　　（4）经过网络，了解行政管理师资格考试的信息，自主报名，积极备考。</w:t>
      </w:r>
      <w:r>
        <w:rPr>
          <w:lang w:eastAsia="zh-CN"/>
        </w:rPr>
        <w:br/>
      </w:r>
      <w:r>
        <w:rPr>
          <w:lang w:eastAsia="zh-CN"/>
        </w:rPr>
        <w:t>　　大学三年级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（一）目标规划</w:t>
      </w:r>
      <w:r>
        <w:rPr>
          <w:lang w:eastAsia="zh-CN"/>
        </w:rPr>
        <w:br/>
      </w:r>
      <w:r>
        <w:rPr>
          <w:lang w:eastAsia="zh-CN"/>
        </w:rPr>
        <w:t>　　（1）争取拿到教师资格证，提高求职能力，搜集公司信息。</w:t>
      </w:r>
      <w:r>
        <w:rPr>
          <w:lang w:eastAsia="zh-CN"/>
        </w:rPr>
        <w:br/>
      </w:r>
      <w:r>
        <w:rPr>
          <w:lang w:eastAsia="zh-CN"/>
        </w:rPr>
        <w:t>　　（2）一边着手于考研。</w:t>
      </w:r>
      <w:r>
        <w:rPr>
          <w:lang w:eastAsia="zh-CN"/>
        </w:rPr>
        <w:br/>
      </w:r>
      <w:r>
        <w:rPr>
          <w:lang w:eastAsia="zh-CN"/>
        </w:rPr>
        <w:t>　　（二）行动计划</w:t>
      </w:r>
      <w:r>
        <w:rPr>
          <w:lang w:eastAsia="zh-CN"/>
        </w:rPr>
        <w:br/>
      </w:r>
      <w:r>
        <w:rPr>
          <w:lang w:eastAsia="zh-CN"/>
        </w:rPr>
        <w:t>　　（1）积极准备教师资格证书的考试。</w:t>
      </w:r>
      <w:r>
        <w:rPr>
          <w:lang w:eastAsia="zh-CN"/>
        </w:rPr>
        <w:br/>
      </w:r>
      <w:r>
        <w:rPr>
          <w:lang w:eastAsia="zh-CN"/>
        </w:rPr>
        <w:t>　　（2）大三还要尽力去尝试提前学习大四的有关课程，以提高自己的竞争能力，尽力经过英语六级考试。</w:t>
      </w:r>
      <w:r>
        <w:rPr>
          <w:lang w:eastAsia="zh-CN"/>
        </w:rPr>
        <w:br/>
      </w:r>
      <w:r>
        <w:rPr>
          <w:lang w:eastAsia="zh-CN"/>
        </w:rPr>
        <w:t>　　（3）练好普通话，书法等技能。</w:t>
      </w:r>
      <w:r>
        <w:rPr>
          <w:lang w:eastAsia="zh-CN"/>
        </w:rPr>
        <w:br/>
      </w:r>
      <w:r>
        <w:rPr>
          <w:lang w:eastAsia="zh-CN"/>
        </w:rPr>
        <w:t>　　（4）利用课余时间，积极参加社会实践活动。</w:t>
      </w:r>
      <w:r>
        <w:rPr>
          <w:lang w:eastAsia="zh-CN"/>
        </w:rPr>
        <w:br/>
      </w:r>
      <w:r>
        <w:rPr>
          <w:lang w:eastAsia="zh-CN"/>
        </w:rPr>
        <w:t>　　（5）开始准备毕业论文的材料和写作。</w:t>
      </w:r>
      <w:r>
        <w:rPr>
          <w:lang w:eastAsia="zh-CN"/>
        </w:rPr>
        <w:br/>
      </w:r>
      <w:r>
        <w:rPr>
          <w:lang w:eastAsia="zh-CN"/>
        </w:rPr>
        <w:t>　　大学四年级</w:t>
      </w:r>
      <w:r>
        <w:rPr>
          <w:lang w:eastAsia="zh-CN"/>
        </w:rPr>
        <w:br/>
      </w:r>
      <w:r>
        <w:rPr>
          <w:lang w:eastAsia="zh-CN"/>
        </w:rPr>
        <w:t>　　（一）目标规划</w:t>
      </w:r>
      <w:r>
        <w:rPr>
          <w:lang w:eastAsia="zh-CN"/>
        </w:rPr>
        <w:br/>
      </w:r>
      <w:r>
        <w:rPr>
          <w:lang w:eastAsia="zh-CN"/>
        </w:rPr>
        <w:t>　　（1）准备考研究生，争取考上研究生。</w:t>
      </w:r>
      <w:r>
        <w:rPr>
          <w:lang w:eastAsia="zh-CN"/>
        </w:rPr>
        <w:br/>
      </w:r>
      <w:r>
        <w:rPr>
          <w:lang w:eastAsia="zh-CN"/>
        </w:rPr>
        <w:t>　　（2）就业单位申请。</w:t>
      </w:r>
      <w:r>
        <w:rPr>
          <w:lang w:eastAsia="zh-CN"/>
        </w:rPr>
        <w:br/>
      </w:r>
      <w:r>
        <w:rPr>
          <w:lang w:eastAsia="zh-CN"/>
        </w:rPr>
        <w:t>　　（二）行动计划</w:t>
      </w:r>
      <w:r>
        <w:rPr>
          <w:lang w:eastAsia="zh-CN"/>
        </w:rPr>
        <w:br/>
      </w:r>
      <w:r>
        <w:rPr>
          <w:lang w:eastAsia="zh-CN"/>
        </w:rPr>
        <w:t>　　（1）总结三年来学习和实习期间自己的不足，有针对性地学习汉语言文学，更要广泛的涉及相关信息。</w:t>
      </w:r>
      <w:r>
        <w:rPr>
          <w:lang w:eastAsia="zh-CN"/>
        </w:rPr>
        <w:br/>
      </w:r>
      <w:r>
        <w:rPr>
          <w:lang w:eastAsia="zh-CN"/>
        </w:rPr>
        <w:t>　　（2）耐心地钻研和思考，积极地讨教，查阅资料和做调查。把毕业论文写好。</w:t>
      </w:r>
      <w:r>
        <w:rPr>
          <w:lang w:eastAsia="zh-CN"/>
        </w:rPr>
        <w:br/>
      </w:r>
      <w:r>
        <w:rPr>
          <w:lang w:eastAsia="zh-CN"/>
        </w:rPr>
        <w:t>　　（3）对前三年的规划做一个总结，首先检验前三年的努力是否充分，自己确立的目标是否明确，初步开始对毕业后就业单位的申请，积极参加招聘活动，在实践中检验自己的准备是否充足。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预习或模拟实习，积极利用学校供给的条件，了解人才市场供给的岗位信息，强化职业技能，进行模拟面试。以上就是我大学四年的发展规划。大学时我人生是否成功的关键点，是集中精神充足自己的历程，期望自己在梦想的支持下，用大学四年来的时间来实现自己的目标，收获属于自己的美丽青春。</w:t>
      </w:r>
      <w:r>
        <w:rPr>
          <w:lang w:eastAsia="zh-CN"/>
        </w:rPr>
        <w:br/>
      </w:r>
      <w:r>
        <w:rPr>
          <w:lang w:eastAsia="zh-CN"/>
        </w:rPr>
        <w:t>　　在新的学校，新的目标，新的征途，新的梦想，新的生活，新的期望。相信我在自己的大学本科发展规划和学习生活行动计划书的影响下，所有的目标，所有的梦想，所有的期望都能开出美丽的花朵，结出丰盛的果实。　　大学学习计划 6</w:t>
      </w:r>
      <w:r>
        <w:rPr>
          <w:lang w:eastAsia="zh-CN"/>
        </w:rPr>
        <w:br/>
      </w:r>
      <w:r>
        <w:rPr>
          <w:lang w:eastAsia="zh-CN"/>
        </w:rPr>
        <w:t>　　我上大学快一年了，明年就要进大二了。这是一个新的起点和新的挑战。一切都会从头开始。因此，我应该根据自己的实际情况，制定合理的学习计划，并在学习中提出要求，以完成学业。</w:t>
      </w:r>
      <w:r>
        <w:rPr>
          <w:lang w:eastAsia="zh-CN"/>
        </w:rPr>
        <w:br/>
      </w:r>
      <w:r>
        <w:rPr>
          <w:lang w:eastAsia="zh-CN"/>
        </w:rPr>
        <w:t>　　1、学习目标要明确，要有切实可行的计划。</w:t>
      </w:r>
      <w:r>
        <w:rPr>
          <w:lang w:eastAsia="zh-CN"/>
        </w:rPr>
        <w:br/>
      </w:r>
      <w:r>
        <w:rPr>
          <w:lang w:eastAsia="zh-CN"/>
        </w:rPr>
        <w:t>　　根据学校的要求，完成这项研究大约需要7个学期。但是，我们也应该考虑找工作的原因。我们应该尽力在第七学期之前学完所有可以修的学分。</w:t>
      </w:r>
      <w:r>
        <w:rPr>
          <w:lang w:eastAsia="zh-CN"/>
        </w:rPr>
        <w:br/>
      </w:r>
      <w:r>
        <w:rPr>
          <w:lang w:eastAsia="zh-CN"/>
        </w:rPr>
        <w:t>　　2、合理安排时间，按时完成学习任务。</w:t>
      </w:r>
      <w:r>
        <w:rPr>
          <w:lang w:eastAsia="zh-CN"/>
        </w:rPr>
        <w:br/>
      </w:r>
      <w:r>
        <w:rPr>
          <w:lang w:eastAsia="zh-CN"/>
        </w:rPr>
        <w:t>　　在学习过程中，每天认真安排学习时间，抽出一小时学习，逐步完成学习任务。应完成学习计划的复习预习，养成一小时学习的习惯。</w:t>
      </w:r>
      <w:r>
        <w:rPr>
          <w:lang w:eastAsia="zh-CN"/>
        </w:rPr>
        <w:br/>
      </w:r>
      <w:r>
        <w:rPr>
          <w:lang w:eastAsia="zh-CN"/>
        </w:rPr>
        <w:t>　　3、养成记笔记的习惯。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课前做好准备，把重点和难点画出来，加深对学习内容的理解和记忆，便于以后参考和复习。在课堂上做笔记，养成良好的学习习惯。</w:t>
      </w:r>
      <w:r>
        <w:rPr>
          <w:lang w:eastAsia="zh-CN"/>
        </w:rPr>
        <w:br/>
      </w:r>
      <w:r>
        <w:rPr>
          <w:lang w:eastAsia="zh-CN"/>
        </w:rPr>
        <w:t>　　4、认真完成作业，养成自学的习惯。</w:t>
      </w:r>
      <w:r>
        <w:rPr>
          <w:lang w:eastAsia="zh-CN"/>
        </w:rPr>
        <w:br/>
      </w:r>
      <w:r>
        <w:rPr>
          <w:lang w:eastAsia="zh-CN"/>
        </w:rPr>
        <w:t>　　按照教学计划的要求，保质保量完成教师布置的'作业和学习任务。培养良好的自主学习习惯，掌握必要的学习技能。</w:t>
      </w:r>
      <w:r>
        <w:rPr>
          <w:lang w:eastAsia="zh-CN"/>
        </w:rPr>
        <w:br/>
      </w:r>
      <w:r>
        <w:rPr>
          <w:lang w:eastAsia="zh-CN"/>
        </w:rPr>
        <w:t>　　5、向老师和同学请教。</w:t>
      </w:r>
      <w:r>
        <w:rPr>
          <w:lang w:eastAsia="zh-CN"/>
        </w:rPr>
        <w:br/>
      </w:r>
      <w:r>
        <w:rPr>
          <w:lang w:eastAsia="zh-CN"/>
        </w:rPr>
        <w:t>　　遇到疑难问题，应及时咨询老师，或通过邮件联系老师和同学，寻求指导和帮助。</w:t>
      </w:r>
      <w:r>
        <w:rPr>
          <w:lang w:eastAsia="zh-CN"/>
        </w:rPr>
        <w:br/>
      </w:r>
      <w:r>
        <w:rPr>
          <w:lang w:eastAsia="zh-CN"/>
        </w:rPr>
        <w:t>　　6、利用课余时间，加强计算机网络学习。</w:t>
      </w:r>
      <w:r>
        <w:rPr>
          <w:lang w:eastAsia="zh-CN"/>
        </w:rPr>
        <w:br/>
      </w:r>
      <w:r>
        <w:rPr>
          <w:lang w:eastAsia="zh-CN"/>
        </w:rPr>
        <w:t>　　随着新技术、新媒体的发展，远程开放教育将先进的科学技术应用到教学中。我想利用业余时间通过网络定期阅读，以便及时调整我的学习进度和策略。通过在线课件和学习管理平台学习，并通过电子邮件与师生联系，寻求指导和帮助。</w:t>
      </w:r>
      <w:r>
        <w:rPr>
          <w:lang w:eastAsia="zh-CN"/>
        </w:rPr>
        <w:br/>
      </w:r>
      <w:r>
        <w:rPr>
          <w:lang w:eastAsia="zh-CN"/>
        </w:rPr>
        <w:t>　　7、要继续加强专业学习，确定要修的专业。</w:t>
      </w:r>
      <w:r>
        <w:rPr>
          <w:lang w:eastAsia="zh-CN"/>
        </w:rPr>
        <w:br/>
      </w:r>
      <w:r>
        <w:rPr>
          <w:lang w:eastAsia="zh-CN"/>
        </w:rPr>
        <w:t>　　为了加强综合素质的培养，在完成学业后还要加强对本专业相关课程的学习，以提高自己。吸收新的技能和知识充实自己，提高分析处理工作的能力，注重总结经验，提高自己。</w:t>
      </w:r>
      <w:r>
        <w:rPr>
          <w:lang w:eastAsia="zh-CN"/>
        </w:rPr>
        <w:br/>
      </w:r>
      <w:r>
        <w:rPr>
          <w:lang w:eastAsia="zh-CN"/>
        </w:rPr>
        <w:t>　　8、业余时间从事与专业有关的兼职工作。</w:t>
      </w:r>
      <w:r>
        <w:rPr>
          <w:lang w:eastAsia="zh-CN"/>
        </w:rPr>
        <w:br/>
      </w:r>
      <w:r>
        <w:rPr>
          <w:lang w:eastAsia="zh-CN"/>
        </w:rPr>
        <w:t>　　由于其自身的特殊性是普通班，它需要大量的教学技巧。经过学习可以做兼职家教，提高自己的教学能力，在教学过程中总结经验，以便应用到今后的工作中。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综上所述，虽然初步研究方案已经客观制定，但仍存在许多不完善和不足。今后要根据自己的实际情况，不断补充、完善和及时总结经验，以合格的汇编完成我剩下三年的学习。　　大学学习计划</w:t>
      </w:r>
      <w:r>
        <w:rPr>
          <w:lang w:eastAsia="zh-CN"/>
        </w:rPr>
        <w:t xml:space="preserve"> 7</w:t>
      </w:r>
      <w:r>
        <w:rPr>
          <w:lang w:eastAsia="zh-CN"/>
        </w:rPr>
        <w:br/>
      </w:r>
      <w:r>
        <w:rPr>
          <w:lang w:eastAsia="zh-CN"/>
        </w:rPr>
        <w:t>　　对于刚从中学的应试教育跨入大学素质教育的我们大一新生来说，我们正处于所谓的迷茫期，对大学的学习与生活才只有最基本的了解：不旷课、不挂科、不违纪、多参与？和我们在进入大学之前自己心目中的大学完全不同。为了尽快适应大学的学习方式，学习计划的制定将起到很大的作用。以下是我的大学学习计划：</w:t>
      </w:r>
      <w:r>
        <w:rPr>
          <w:lang w:eastAsia="zh-CN"/>
        </w:rPr>
        <w:br/>
      </w:r>
      <w:r>
        <w:rPr>
          <w:lang w:eastAsia="zh-CN"/>
        </w:rPr>
        <w:t>　　一、职业定位。</w:t>
      </w:r>
      <w:r>
        <w:rPr>
          <w:lang w:eastAsia="zh-CN"/>
        </w:rPr>
        <w:br/>
      </w:r>
      <w:r>
        <w:rPr>
          <w:lang w:eastAsia="zh-CN"/>
        </w:rPr>
        <w:t>　　在我看来，职业定位分为现实的职业定位与理想的职业定位，当然，我们更多的是要着眼于现实。选择重庆师范大学并选择了教育学这个专业，这就在很大程度上决定了我将来的职业将是一名教师。我的现实的职业定位是一名中学的“合格的道德的”英语教师，对于教育学专业来说这似乎也不太现实，但我相信如果自己能够在大学阶段在学好专业课的同时又认真学习英语，或者修双学位，这在将来便可能是现实，虽然过程有点困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的理想的职业定位是成为一名教育界的“城市猎人”，这是我看过韩剧《城市猎人》后的最大感触。在一些老师当中存在着一些极为不良的现象，比如“势利眼”、强行要求学生补课、向学生家长借钱不还等，而我这个教育界的“城市猎人”的任务就是要杜绝这些现象的发生虽然不能够像电视剧的主角那样打“大贪大黑”。看来可能有些许的`幼稚与天真，但这就是我最真实最理想的想法与最大的动力。理想是源于现实的，所以我相信自己的理想职业也是有可能实现的。</w:t>
      </w:r>
      <w:r>
        <w:rPr>
          <w:lang w:eastAsia="zh-CN"/>
        </w:rPr>
        <w:br/>
      </w:r>
      <w:r>
        <w:rPr>
          <w:lang w:eastAsia="zh-CN"/>
        </w:rPr>
        <w:t>　　二、整体规划与目标。</w:t>
      </w:r>
      <w:r>
        <w:rPr>
          <w:lang w:eastAsia="zh-CN"/>
        </w:rPr>
        <w:br/>
      </w:r>
      <w:r>
        <w:rPr>
          <w:lang w:eastAsia="zh-CN"/>
        </w:rPr>
        <w:t>　　有了学习的整体规划才能够分阶段分层次、一步步按步骤地来学习，有了学习的目标才有更强大的学习动力。在大学四年中我想尽快尽早地一次通过英语四级考试、计算机二级考试、普通话等级证书、英语六级考试、三笔考试以及其他的一些相关考试与证书，为四年之后的就业打好坚实的基础。在可能的情况下还想要参加并通过英语八级考试，发挥中学阶段的相对优势与长处。当然，学位证书和毕业证书也是肯定要拿到的。</w:t>
      </w:r>
      <w:r>
        <w:rPr>
          <w:lang w:eastAsia="zh-CN"/>
        </w:rPr>
        <w:br/>
      </w:r>
      <w:r>
        <w:rPr>
          <w:lang w:eastAsia="zh-CN"/>
        </w:rPr>
        <w:t>　　三、制定日计划。</w:t>
      </w:r>
      <w:r>
        <w:rPr>
          <w:lang w:eastAsia="zh-CN"/>
        </w:rPr>
        <w:br/>
      </w:r>
      <w:r>
        <w:rPr>
          <w:lang w:eastAsia="zh-CN"/>
        </w:rPr>
        <w:t>　　有了整体规划与目标还是不够的，可能相当一部分的人往往也就三分钟热度，或者三天打鱼两天晒网，不能够一直坚持下去。我所谓的日计划就是给自己每天安排一些作业与任务，不能过少也不能过多，最好是在有一定压力下能够顺利完成的，不要一天推一天。比如规定每天要记多少单词、看多少页书、预习什么科目等等。那么，我们在完成日计划之后就会有一定的自我满足感，说不定便动力倍增。因此，日计划的制定能够帮助我们循序渐进。</w:t>
      </w:r>
      <w:r>
        <w:rPr>
          <w:lang w:eastAsia="zh-CN"/>
        </w:rPr>
        <w:br/>
      </w:r>
      <w:r>
        <w:rPr>
          <w:lang w:eastAsia="zh-CN"/>
        </w:rPr>
        <w:t>　　四、解决好计划项与时间分配的问题。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计划项是指我们需要时间耗费的学习、生活的内容确定与划分，可以概括为课业学习、课外阅读、课外活动和生活杂务等四项内容。课业是支撑未来人生职业发展最基本的基础性知识、技能体系，由一系列的课程所组成。课</w:t>
      </w:r>
      <w:r>
        <w:rPr>
          <w:lang w:eastAsia="zh-CN"/>
        </w:rPr>
        <w:br/>
      </w:r>
      <w:r>
        <w:rPr>
          <w:lang w:eastAsia="zh-CN"/>
        </w:rPr>
        <w:t>　　业学习是国家对大学生硬性规定的学习任务，有专业课与公共课之分，必修课与选修课之别。尽管课程的性质不同，对大学生的学习要求也有所不同，但课业学习是有规律可循的，即各门课程的学习均包括预习、听课、复习、练习和考试五个环节，学习计划设计的基本要求就是，要根据学习的进度，对每门课程的每个学习环节做出适合于自己的具体的时间分配。课外阅读是现代高等院校重要的教育手段与途径，是知识经济时代基本的学习形式之一，在我们的素质养成过程中与课业学习具有同等重要的积极作用，对于掌握科学的学习方法，养成终生学习的良好习惯而言，其意义更大。</w:t>
      </w:r>
      <w:r>
        <w:rPr>
          <w:lang w:eastAsia="zh-CN"/>
        </w:rPr>
        <w:br/>
      </w:r>
      <w:r>
        <w:rPr>
          <w:lang w:eastAsia="zh-CN"/>
        </w:rPr>
        <w:t>　　课外阅读的计划项范围包括：专业核心读物、专业相关读物、新兴学科读物、兴趣爱好读物及完善知识、技能结构的其他学科读物等。当代大学生课外活动的形式是丰富多彩的，如各种社团活动，班级、系、院、团委、学生会组织的各类文体活动，还有自行安排的各种社会实践、兼职活动等，可以使我们学到许多从书本上和传统观念的课堂上学不到的丰富的知识技能，对于完善我们的知识结构和素质技能结构，积累职业生涯的宝贵经验，具有不可替代的积极作用，教育界、学术界把课外活动称之为“第二课堂”，是很有见地的。所以，参加课外活动也应该列入学习的计划之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如有有时间应积极参加院、系、班组织的各种集体活动；参加一两个影响较大或者自己非常感兴趣的社团组织，认真地参入其各项活动，努力争取对其决策产生某种影响，努力进入其决策层，这样就可以通过社团活动比较全面地锻炼自己的才能，充分展示自己的抱负。此外，从二年级开始，从事些社会兼职活动，如做家教，这样可以通过自己的实际职业性劳动体会劳动者的酸甜苦乐，领悟父母兄妹师长等劳动者的艰辛，培育劳动者的情感和敬业精神；还可以通过社会兼职增加一些收入，改善自己的经济状况，缓解家庭的经济负担。课外活动可以为我们脱掉“学生装”成为“社会人”提供先期的磨练机会。</w:t>
      </w:r>
      <w:r>
        <w:rPr>
          <w:lang w:eastAsia="zh-CN"/>
        </w:rPr>
        <w:br/>
      </w:r>
      <w:r>
        <w:rPr>
          <w:lang w:eastAsia="zh-CN"/>
        </w:rPr>
        <w:t>　　进年来高等院校为大学生提供的此类相关服务越来越全面，但基本的生活技能是任何他人所不可替代的，是必须由个人学习掌握的。所以，学习必要的生活技能，处理好自己的生活事务，应在学习计划之中，认真对待，不可敷衍草率。否则，或影响个人的美好形象，或有害于个人的身体健康，都是父母师长乃至个人非常不愿意发生的结果。</w:t>
      </w:r>
      <w:r>
        <w:rPr>
          <w:lang w:eastAsia="zh-CN"/>
        </w:rPr>
        <w:br/>
      </w:r>
      <w:r>
        <w:rPr>
          <w:lang w:eastAsia="zh-CN"/>
        </w:rPr>
        <w:t>　　五、计划时间的安排。</w:t>
      </w:r>
      <w:r>
        <w:rPr>
          <w:lang w:eastAsia="zh-CN"/>
        </w:rPr>
        <w:br/>
      </w:r>
    </w:p>
    <w:p w:rsidR="001B1F19" w14:textId="27C3F48A">
      <w:pPr>
        <w:rPr>
          <w:rFonts w:hint="eastAsia"/>
          <w:lang w:eastAsia="zh-CN"/>
        </w:rPr>
      </w:pPr>
      <w:r>
        <w:rPr>
          <w:lang w:eastAsia="zh-CN"/>
        </w:rPr>
        <w:t>　　第一、按计划项的重要程度分配时间的原则。重要的计划项多分配些时间，反之则相对少分配些时间。第二、计划可支配的时间，忽略不可支配的时间。第三、连续累计满30分钟的时间，最好把它纳入计划之中。第四、不要忽视零碎的短小时间，可将某些学习内容安排在这些零碎时间中解决，如背咏外语单词，思考问题等。我国古代先哲们在时间的利用上总结的“三上”即鞍上、枕上和厕上的著名经验，值得借鉴。第五、留有余地的原则，就是不要把所有的时间都计划的丝丝相扣，每天都应有适当的机动时间，每周留有一段机动的时间，以处理预想不到的某些事务，才能更有益于保证计划的实施。计划也要靠我们的实际行动来实施，行动派乃先行者！　　大学学习计划</w:t>
      </w:r>
      <w:r>
        <w:rPr>
          <w:lang w:eastAsia="zh-CN"/>
        </w:rPr>
        <w:t xml:space="preserve"> 8</w:t>
      </w:r>
      <w:r>
        <w:rPr>
          <w:lang w:eastAsia="zh-CN"/>
        </w:rPr>
        <w:br/>
      </w:r>
      <w:r>
        <w:rPr>
          <w:lang w:eastAsia="zh-CN"/>
        </w:rPr>
        <w:t>　　一、主要目标</w:t>
      </w:r>
      <w:r>
        <w:rPr>
          <w:lang w:eastAsia="zh-CN"/>
        </w:rPr>
        <w:br/>
      </w:r>
      <w:r>
        <w:rPr>
          <w:lang w:eastAsia="zh-CN"/>
        </w:rPr>
        <w:t>　　争取获得优良成绩，能切实际在大学里学到丰富的专业知识和基础常识。增加文化素养，提升自我能力，端正学习态度，培养积极勤奋的学风，做学习计划来自我敦促，自我勉励。</w:t>
      </w:r>
      <w:r>
        <w:rPr>
          <w:lang w:eastAsia="zh-CN"/>
        </w:rPr>
        <w:br/>
      </w:r>
      <w:r>
        <w:rPr>
          <w:lang w:eastAsia="zh-CN"/>
        </w:rPr>
        <w:t>　　二、具体安排</w:t>
      </w:r>
      <w:r>
        <w:rPr>
          <w:lang w:eastAsia="zh-CN"/>
        </w:rPr>
        <w:br/>
      </w:r>
      <w:r>
        <w:rPr>
          <w:lang w:eastAsia="zh-CN"/>
        </w:rPr>
        <w:t>　　1、坚持预习，坚持在上课前预习一遍，以便于对本节课的了解，能提高听课效率，并且在老师上完一章的内容后，能够主动复习，温故而知新。</w:t>
      </w:r>
      <w:r>
        <w:rPr>
          <w:lang w:eastAsia="zh-CN"/>
        </w:rPr>
        <w:br/>
      </w:r>
      <w:r>
        <w:rPr>
          <w:lang w:eastAsia="zh-CN"/>
        </w:rPr>
        <w:t>　　2、每周坚持到校晚自习下课二十分钟再下课。</w:t>
      </w:r>
      <w:r>
        <w:rPr>
          <w:lang w:eastAsia="zh-CN"/>
        </w:rPr>
        <w:br/>
      </w:r>
      <w:r>
        <w:rPr>
          <w:lang w:eastAsia="zh-CN"/>
        </w:rPr>
        <w:t>　　3、每周抽一天的时间背诵知识重点。</w:t>
      </w:r>
      <w:r>
        <w:rPr>
          <w:lang w:eastAsia="zh-CN"/>
        </w:rPr>
        <w:br/>
      </w:r>
      <w:r>
        <w:rPr>
          <w:lang w:eastAsia="zh-CN"/>
        </w:rPr>
        <w:t>　　4、坚持去图书馆借书阅书，坚持超额完成老师布置的读书任务，并且做好读书笔记。</w:t>
      </w:r>
      <w:r>
        <w:rPr>
          <w:lang w:eastAsia="zh-CN"/>
        </w:rPr>
        <w:br/>
      </w:r>
      <w:r>
        <w:rPr>
          <w:lang w:eastAsia="zh-CN"/>
        </w:rPr>
        <w:t>　　5、对于课程知识要多想多问，并且要把其中收获的内容部分记入笔记中。</w:t>
      </w:r>
      <w:r>
        <w:rPr>
          <w:lang w:eastAsia="zh-CN"/>
        </w:rPr>
        <w:br/>
      </w:r>
      <w:r>
        <w:rPr>
          <w:lang w:eastAsia="zh-CN"/>
        </w:rPr>
        <w:t>　　6、每个月进行一次学习清算，反思自己这个月是否达到了学习计划，有哪一些做的不足的地方下个月注意改进。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https://d.book118.com/965210341011011111</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521034101101111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