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我没有财富</w:t>
        <w:br/>
        <w:t>I</w:t>
      </w:r>
      <w:r>
        <w:t xml:space="preserve"> have</w:t>
      </w:r>
      <w:r>
        <w:t xml:space="preserve"> no</w:t>
      </w:r>
      <w:r>
        <w:t xml:space="preserve"> fortune,</w:t>
        <w:br/>
        <w:t>但是我对你爱意满满</w:t>
        <w:br/>
        <w:t>but</w:t>
      </w:r>
      <w:r>
        <w:t xml:space="preserve"> I'm</w:t>
      </w:r>
      <w:r>
        <w:t xml:space="preserve"> spilling</w:t>
      </w:r>
      <w:r>
        <w:t xml:space="preserve"> over</w:t>
      </w:r>
      <w:r>
        <w:t xml:space="preserve"> with</w:t>
      </w:r>
      <w:r>
        <w:t xml:space="preserve"> affection.</w:t>
        <w:br/>
        <w:t>你是一个失败者</w:t>
        <w:br/>
        <w:t>You're</w:t>
      </w:r>
      <w:r>
        <w:t xml:space="preserve"> a</w:t>
      </w:r>
      <w:r>
        <w:t xml:space="preserve"> failure.</w:t>
        <w:br/>
        <w:t>(刺杀后一天)</w:t>
        <w:br/>
        <w:t>马里兰那边有消息吗</w:t>
        <w:br/>
        <w:t>Any</w:t>
      </w:r>
      <w:r>
        <w:t xml:space="preserve"> word</w:t>
      </w:r>
      <w:r>
        <w:t xml:space="preserve"> from</w:t>
      </w:r>
      <w:r>
        <w:t xml:space="preserve"> Maryland?</w:t>
        <w:br/>
        <w:t>电报没有任何消息</w:t>
        <w:br/>
        <w:t>Nothing's</w:t>
      </w:r>
      <w:r>
        <w:t xml:space="preserve"> come</w:t>
      </w:r>
      <w:r>
        <w:t xml:space="preserve"> over</w:t>
      </w:r>
      <w:r>
        <w:t xml:space="preserve"> the</w:t>
      </w:r>
      <w:r>
        <w:t xml:space="preserve"> wires.</w:t>
        <w:br/>
        <w:t>目前我们有什么信息</w:t>
        <w:br/>
        <w:t>Well,</w:t>
      </w:r>
      <w:r>
        <w:t xml:space="preserve"> what</w:t>
      </w:r>
      <w:r>
        <w:t xml:space="preserve"> have</w:t>
      </w:r>
      <w:r>
        <w:t xml:space="preserve"> we</w:t>
      </w:r>
      <w:r>
        <w:t xml:space="preserve"> got?</w:t>
        <w:br/>
        <w:t>我们讯问了《我们的美国表弟》剧组</w:t>
        <w:br/>
        <w:t>We've</w:t>
      </w:r>
      <w:r>
        <w:t xml:space="preserve"> questioned</w:t>
      </w:r>
      <w:r>
        <w:t xml:space="preserve"> the</w:t>
      </w:r>
      <w:r>
        <w:t xml:space="preserve"> cast</w:t>
      </w:r>
      <w:r>
        <w:t xml:space="preserve"> of</w:t>
      </w:r>
      <w:r>
        <w:t xml:space="preserve"> Our</w:t>
      </w:r>
      <w:r>
        <w:t xml:space="preserve"> American</w:t>
      </w:r>
      <w:r>
        <w:t xml:space="preserve"> Cousin,</w:t>
        <w:br/>
        <w:t>福特剧院的全部员工和苏厄德家的人</w:t>
        <w:br/>
        <w:t>the</w:t>
      </w:r>
      <w:r>
        <w:t xml:space="preserve"> entire</w:t>
      </w:r>
      <w:r>
        <w:t xml:space="preserve"> staff</w:t>
      </w:r>
      <w:r>
        <w:t xml:space="preserve"> at</w:t>
      </w:r>
      <w:r>
        <w:t xml:space="preserve"> Ford's</w:t>
      </w:r>
      <w:r>
        <w:t xml:space="preserve"> Theatre,</w:t>
      </w:r>
      <w:r>
        <w:t xml:space="preserve"> and</w:t>
      </w:r>
      <w:r>
        <w:t xml:space="preserve"> the</w:t>
      </w:r>
      <w:r>
        <w:t xml:space="preserve"> Seward</w:t>
      </w:r>
      <w:r>
        <w:t xml:space="preserve"> household,</w:t>
        <w:br/>
        <w:t>但没有有关他可能藏匿地点的线索</w:t>
        <w:br/>
        <w:t>but</w:t>
      </w:r>
      <w:r>
        <w:t xml:space="preserve"> no</w:t>
      </w:r>
      <w:r>
        <w:t xml:space="preserve"> leads</w:t>
      </w:r>
      <w:r>
        <w:t xml:space="preserve"> as</w:t>
      </w:r>
      <w:r>
        <w:t xml:space="preserve"> to</w:t>
      </w:r>
      <w:r>
        <w:t xml:space="preserve"> where</w:t>
      </w:r>
      <w:r>
        <w:t xml:space="preserve"> he</w:t>
      </w:r>
      <w:r>
        <w:t xml:space="preserve"> might</w:t>
      </w:r>
      <w:r>
        <w:t xml:space="preserve"> be</w:t>
      </w:r>
      <w:r>
        <w:t xml:space="preserve"> hiding.</w:t>
        <w:br/>
        <w:t>肯定有人知道他在哪</w:t>
        <w:br/>
        <w:t>Someone</w:t>
      </w:r>
      <w:r>
        <w:t xml:space="preserve"> somewhere</w:t>
      </w:r>
      <w:r>
        <w:t xml:space="preserve"> knows</w:t>
      </w:r>
      <w:r>
        <w:t xml:space="preserve"> where</w:t>
      </w:r>
      <w:r>
        <w:t xml:space="preserve"> he</w:t>
      </w:r>
      <w:r>
        <w:t xml:space="preserve"> is.</w:t>
        <w:br/>
        <w:t>先生</w:t>
        <w:br/>
        <w:t>Sir.</w:t>
        <w:br/>
        <w:t>我们找到了一个证人</w:t>
      </w:r>
      <w:r>
        <w:t xml:space="preserve"> 他曾租给布斯一匹马</w:t>
        <w:br/>
        <w:t>We</w:t>
      </w:r>
      <w:r>
        <w:t xml:space="preserve"> have</w:t>
      </w:r>
      <w:r>
        <w:t xml:space="preserve"> a</w:t>
      </w:r>
      <w:r>
        <w:t xml:space="preserve"> witness</w:t>
      </w:r>
      <w:r>
        <w:t xml:space="preserve"> who</w:t>
      </w:r>
      <w:r>
        <w:t xml:space="preserve"> rented</w:t>
      </w:r>
      <w:r>
        <w:t xml:space="preserve"> Booth</w:t>
      </w:r>
      <w:r>
        <w:t xml:space="preserve"> a</w:t>
      </w:r>
      <w:r>
        <w:t xml:space="preserve"> horse.</w:t>
        <w:br/>
        <w:t>脸上有个星星图案那匹</w:t>
      </w:r>
      <w:r>
        <w:t xml:space="preserve"> -</w:t>
      </w:r>
      <w:r>
        <w:t xml:space="preserve"> 让他进来</w:t>
        <w:br/>
        <w:t>The</w:t>
      </w:r>
      <w:r>
        <w:t xml:space="preserve"> one</w:t>
      </w:r>
      <w:r>
        <w:t xml:space="preserve"> with</w:t>
      </w:r>
      <w:r>
        <w:t xml:space="preserve"> the</w:t>
      </w:r>
      <w:r>
        <w:t xml:space="preserve"> star</w:t>
      </w:r>
      <w:r>
        <w:t xml:space="preserve"> on</w:t>
      </w:r>
      <w:r>
        <w:t xml:space="preserve"> his</w:t>
      </w:r>
      <w:r>
        <w:t xml:space="preserve"> face.</w:t>
      </w:r>
      <w:r>
        <w:t xml:space="preserve"> -</w:t>
      </w:r>
      <w:r>
        <w:t xml:space="preserve"> Yeah,</w:t>
      </w:r>
      <w:r>
        <w:t xml:space="preserve"> bring</w:t>
      </w:r>
      <w:r>
        <w:t xml:space="preserve"> him</w:t>
      </w:r>
      <w:r>
        <w:t xml:space="preserve"> in.</w:t>
        <w:br/>
        <w:t>父亲</w:t>
      </w:r>
      <w:r>
        <w:t xml:space="preserve"> 我们认为你最好带着护卫</w:t>
        <w:br/>
        <w:t>Father,</w:t>
      </w:r>
      <w:r>
        <w:t xml:space="preserve"> we</w:t>
      </w:r>
      <w:r>
        <w:t xml:space="preserve"> think</w:t>
      </w:r>
      <w:r>
        <w:t xml:space="preserve"> it'd</w:t>
      </w:r>
      <w:r>
        <w:t xml:space="preserve"> be</w:t>
      </w:r>
      <w:r>
        <w:t xml:space="preserve"> good</w:t>
      </w:r>
      <w:r>
        <w:t xml:space="preserve"> if</w:t>
      </w:r>
      <w:r>
        <w:t xml:space="preserve"> you</w:t>
      </w:r>
      <w:r>
        <w:t xml:space="preserve"> had</w:t>
      </w:r>
      <w:r>
        <w:t xml:space="preserve"> a</w:t>
      </w:r>
      <w:r>
        <w:t xml:space="preserve"> guard.</w:t>
        <w:br/>
        <w:t>这样吗</w:t>
        <w:br/>
        <w:t>Is</w:t>
      </w:r>
      <w:r>
        <w:t xml:space="preserve"> that</w:t>
      </w:r>
      <w:r>
        <w:t xml:space="preserve"> right?</w:t>
        <w:br/>
        <w:t>我会照顾自己的</w:t>
        <w:br/>
        <w:t>I'll</w:t>
      </w:r>
      <w:r>
        <w:t xml:space="preserve"> take</w:t>
      </w:r>
      <w:r>
        <w:t xml:space="preserve"> care</w:t>
      </w:r>
      <w:r>
        <w:t xml:space="preserve"> of</w:t>
      </w:r>
      <w:r>
        <w:t xml:space="preserve"> myself.</w:t>
        <w:br/>
        <w:t>(解放奴隶宣言)</w:t>
        <w:br/>
        <w:t>(李投降了)</w:t>
        <w:br/>
        <w:t>(举国哀悼)</w:t>
        <w:br/>
        <w:t>(十万美元赏金</w:t>
      </w:r>
      <w:r>
        <w:t xml:space="preserve"> 谋杀者)</w:t>
        <w:br/>
        <w:t>(总统)</w:t>
        <w:br/>
        <w:t>(根据同名著作改编)</w:t>
        <w:br/>
        <w:t>追</w:t>
      </w:r>
      <w:r>
        <w:t xml:space="preserve"> </w:t>
      </w:r>
      <w:r>
        <w:t xml:space="preserve"> 捕</w:t>
      </w:r>
      <w:r>
        <w:t xml:space="preserve"> </w:t>
      </w:r>
      <w:r>
        <w:t xml:space="preserve"> 刺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客</w:t>
        <w:br/>
        <w:t>第一季第二集</w:t>
        <w:br/>
        <w:t>(林肯总统中枪)</w:t>
        <w:br/>
        <w:t>听好了</w:t>
      </w:r>
      <w:r>
        <w:t xml:space="preserve"> 斯坦顿命令</w:t>
        <w:br/>
        <w:t>Listen</w:t>
      </w:r>
      <w:r>
        <w:t xml:space="preserve"> up!</w:t>
      </w:r>
      <w:r>
        <w:t xml:space="preserve"> On</w:t>
      </w:r>
      <w:r>
        <w:t xml:space="preserve"> Stanton's</w:t>
      </w:r>
      <w:r>
        <w:t xml:space="preserve"> orders,</w:t>
        <w:br/>
        <w:t>总统的谋杀者必须立即被逮捕</w:t>
        <w:br/>
        <w:t>the</w:t>
      </w:r>
      <w:r>
        <w:t xml:space="preserve"> murderers</w:t>
      </w:r>
      <w:r>
        <w:t xml:space="preserve"> of</w:t>
      </w:r>
      <w:r>
        <w:t xml:space="preserve"> the</w:t>
      </w:r>
      <w:r>
        <w:t xml:space="preserve"> president</w:t>
      </w:r>
      <w:r>
        <w:t xml:space="preserve"> are</w:t>
      </w:r>
      <w:r>
        <w:t xml:space="preserve"> to</w:t>
      </w:r>
      <w:r>
        <w:t xml:space="preserve"> be</w:t>
      </w:r>
      <w:r>
        <w:t xml:space="preserve"> apprehended</w:t>
      </w:r>
      <w:r>
        <w:t xml:space="preserve"> immediately.</w:t>
        <w:br/>
        <w:t>(美国战争部纽约市分局)</w:t>
        <w:br/>
        <w:t>和市长预约安保会议</w:t>
      </w:r>
      <w:r>
        <w:t xml:space="preserve"> 在火车和码头巡逻</w:t>
        <w:br/>
        <w:t>Book</w:t>
      </w:r>
      <w:r>
        <w:t xml:space="preserve"> a</w:t>
      </w:r>
      <w:r>
        <w:t xml:space="preserve"> security</w:t>
      </w:r>
      <w:r>
        <w:t xml:space="preserve"> meeting</w:t>
      </w:r>
      <w:r>
        <w:t xml:space="preserve"> with</w:t>
      </w:r>
      <w:r>
        <w:t xml:space="preserve"> the</w:t>
      </w:r>
      <w:r>
        <w:t xml:space="preserve"> mayor.</w:t>
      </w:r>
      <w:r>
        <w:t xml:space="preserve"> Patrol</w:t>
      </w:r>
      <w:r>
        <w:t xml:space="preserve"> the</w:t>
      </w:r>
      <w:r>
        <w:t xml:space="preserve"> trains</w:t>
      </w:r>
      <w:r>
        <w:t xml:space="preserve"> and</w:t>
      </w:r>
      <w:r>
        <w:t xml:space="preserve"> docks.</w:t>
        <w:br/>
        <w:t>大家都在听吗</w:t>
      </w:r>
      <w:r>
        <w:t xml:space="preserve"> </w:t>
      </w:r>
      <w:r>
        <w:t xml:space="preserve"> 每个人都去搜集关于布斯的情报</w:t>
        <w:br/>
        <w:t>And</w:t>
      </w:r>
      <w:r>
        <w:t xml:space="preserve"> everyone,</w:t>
      </w:r>
      <w:r>
        <w:t xml:space="preserve"> are</w:t>
      </w:r>
      <w:r>
        <w:t xml:space="preserve"> you</w:t>
      </w:r>
      <w:r>
        <w:t xml:space="preserve"> listening?</w:t>
      </w:r>
      <w:r>
        <w:t xml:space="preserve"> Everyone,</w:t>
      </w:r>
      <w:r>
        <w:t xml:space="preserve"> gather</w:t>
      </w:r>
      <w:r>
        <w:t xml:space="preserve"> intel</w:t>
      </w:r>
      <w:r>
        <w:t xml:space="preserve"> on</w:t>
      </w:r>
      <w:r>
        <w:t xml:space="preserve"> Booth.</w:t>
        <w:br/>
        <w:t>无论那变&amp;hearts;态&amp;hearts;在4月14日前做什么</w:t>
        <w:br/>
        <w:t>Whatever</w:t>
      </w:r>
      <w:r>
        <w:t xml:space="preserve"> the</w:t>
      </w:r>
      <w:r>
        <w:t xml:space="preserve"> creep</w:t>
      </w:r>
      <w:r>
        <w:t xml:space="preserve"> was</w:t>
      </w:r>
      <w:r>
        <w:t xml:space="preserve"> up</w:t>
      </w:r>
      <w:r>
        <w:t xml:space="preserve"> to</w:t>
      </w:r>
      <w:r>
        <w:t xml:space="preserve"> before</w:t>
      </w:r>
      <w:r>
        <w:t xml:space="preserve"> April</w:t>
      </w:r>
      <w:r>
        <w:t xml:space="preserve"> 14th,</w:t>
        <w:br/>
        <w:t>你们听到了什么都要说出来</w:t>
        <w:br/>
        <w:t>if</w:t>
      </w:r>
      <w:r>
        <w:t xml:space="preserve"> you</w:t>
      </w:r>
      <w:r>
        <w:t xml:space="preserve"> hear</w:t>
      </w:r>
      <w:r>
        <w:t xml:space="preserve"> something,</w:t>
      </w:r>
      <w:r>
        <w:t xml:space="preserve"> say</w:t>
      </w:r>
      <w:r>
        <w:t xml:space="preserve"> something.</w:t>
        <w:br/>
        <w:t>贝克中尉</w:t>
      </w:r>
      <w:r>
        <w:t xml:space="preserve"> 在我去特区前</w:t>
      </w:r>
      <w:r>
        <w:t xml:space="preserve"> 我们谈一谈</w:t>
        <w:br/>
        <w:t>Lieutenant</w:t>
      </w:r>
      <w:r>
        <w:t xml:space="preserve"> Baker,</w:t>
      </w:r>
      <w:r>
        <w:t xml:space="preserve"> let's</w:t>
      </w:r>
      <w:r>
        <w:t xml:space="preserve"> talk</w:t>
      </w:r>
      <w:r>
        <w:t xml:space="preserve"> before</w:t>
      </w:r>
      <w:r>
        <w:t xml:space="preserve"> I</w:t>
      </w:r>
      <w:r>
        <w:t xml:space="preserve"> leave</w:t>
      </w:r>
      <w:r>
        <w:t xml:space="preserve"> for</w:t>
      </w:r>
      <w:r>
        <w:t xml:space="preserve"> D.C.</w:t>
        <w:br/>
        <w:t>贝克警探</w:t>
      </w:r>
      <w:r>
        <w:t xml:space="preserve"> 我能帮上什么忙吗</w:t>
        <w:br/>
        <w:t>Detective</w:t>
      </w:r>
      <w:r>
        <w:t xml:space="preserve"> Baker,</w:t>
      </w:r>
      <w:r>
        <w:t xml:space="preserve"> how</w:t>
      </w:r>
      <w:r>
        <w:t xml:space="preserve"> can</w:t>
      </w:r>
      <w:r>
        <w:t xml:space="preserve"> I</w:t>
      </w:r>
      <w:r>
        <w:t xml:space="preserve"> help?</w:t>
        <w:br/>
        <w:t>又要让我做文书工作</w:t>
        <w:br/>
        <w:t>Sticking</w:t>
      </w:r>
      <w:r>
        <w:t xml:space="preserve"> me</w:t>
      </w:r>
      <w:r>
        <w:t xml:space="preserve"> with</w:t>
      </w:r>
      <w:r>
        <w:t xml:space="preserve"> your</w:t>
      </w:r>
      <w:r>
        <w:t xml:space="preserve"> paperwork</w:t>
      </w:r>
      <w:r>
        <w:t xml:space="preserve"> again?</w:t>
        <w:br/>
        <w:t>我负责</w:t>
        <w:br/>
        <w:t>Well,</w:t>
      </w:r>
      <w:r>
        <w:t xml:space="preserve"> I</w:t>
      </w:r>
      <w:r>
        <w:t xml:space="preserve"> am</w:t>
      </w:r>
      <w:r>
        <w:t xml:space="preserve"> in</w:t>
      </w:r>
      <w:r>
        <w:t xml:space="preserve"> charge</w:t>
        <w:br/>
        <w:t>雇佣追捕布斯的首席调查员</w:t>
        <w:br/>
        <w:t>of</w:t>
      </w:r>
      <w:r>
        <w:t xml:space="preserve"> hiring</w:t>
      </w:r>
      <w:r>
        <w:t xml:space="preserve"> the</w:t>
      </w:r>
      <w:r>
        <w:t xml:space="preserve"> lead</w:t>
      </w:r>
      <w:r>
        <w:t xml:space="preserve"> investigators</w:t>
      </w:r>
      <w:r>
        <w:t xml:space="preserve"> who</w:t>
      </w:r>
      <w:r>
        <w:t xml:space="preserve"> are</w:t>
      </w:r>
      <w:r>
        <w:t xml:space="preserve"> hunting</w:t>
      </w:r>
      <w:r>
        <w:t xml:space="preserve"> Booth.</w:t>
        <w:br/>
        <w:t>亲爱的表弟</w:t>
      </w:r>
      <w:r>
        <w:t xml:space="preserve"> 你则是我在16骑兵队的耳目</w:t>
        <w:br/>
        <w:t>And</w:t>
      </w:r>
      <w:r>
        <w:t xml:space="preserve"> you,</w:t>
      </w:r>
      <w:r>
        <w:t xml:space="preserve"> dear</w:t>
      </w:r>
      <w:r>
        <w:t xml:space="preserve"> cousin,</w:t>
      </w:r>
      <w:r>
        <w:t xml:space="preserve"> are</w:t>
      </w:r>
      <w:r>
        <w:t xml:space="preserve"> my</w:t>
      </w:r>
      <w:r>
        <w:t xml:space="preserve"> eyes</w:t>
      </w:r>
      <w:r>
        <w:t xml:space="preserve"> and</w:t>
      </w:r>
      <w:r>
        <w:t xml:space="preserve"> ears</w:t>
      </w:r>
      <w:r>
        <w:t xml:space="preserve"> inside</w:t>
      </w:r>
      <w:r>
        <w:t xml:space="preserve"> the</w:t>
      </w:r>
      <w:r>
        <w:t xml:space="preserve"> 16th</w:t>
      </w:r>
      <w:r>
        <w:t xml:space="preserve"> Cavalry.</w:t>
        <w:br/>
        <w:t>等等</w:t>
      </w:r>
      <w:r>
        <w:t xml:space="preserve"> 我是骑兵队打小报告的人</w:t>
        <w:br/>
        <w:t>So,</w:t>
      </w:r>
      <w:r>
        <w:t xml:space="preserve"> wait,</w:t>
      </w:r>
      <w:r>
        <w:t xml:space="preserve"> I'm</w:t>
      </w:r>
      <w:r>
        <w:t xml:space="preserve"> the</w:t>
      </w:r>
      <w:r>
        <w:t xml:space="preserve"> cavalry</w:t>
      </w:r>
      <w:r>
        <w:t xml:space="preserve"> tattletale?</w:t>
        <w:br/>
        <w:t>我的意思是现在有悬赏赏金</w:t>
        <w:br/>
        <w:t>I'm</w:t>
      </w:r>
      <w:r>
        <w:t xml:space="preserve"> saying</w:t>
      </w:r>
      <w:r>
        <w:t xml:space="preserve"> there's</w:t>
      </w:r>
      <w:r>
        <w:t xml:space="preserve"> reward</w:t>
      </w:r>
      <w:r>
        <w:t xml:space="preserve"> money</w:t>
      </w:r>
      <w:r>
        <w:t xml:space="preserve"> on</w:t>
      </w:r>
      <w:r>
        <w:t xml:space="preserve"> the</w:t>
      </w:r>
      <w:r>
        <w:t xml:space="preserve"> table,</w:t>
        <w:br/>
        <w:t>我怀疑我没资格拿了</w:t>
      </w:r>
      <w:r>
        <w:t xml:space="preserve"> 毕竟是我负责招募</w:t>
        <w:br/>
        <w:t>and</w:t>
      </w:r>
      <w:r>
        <w:t xml:space="preserve"> I</w:t>
      </w:r>
      <w:r>
        <w:t xml:space="preserve"> doubt</w:t>
      </w:r>
      <w:r>
        <w:t xml:space="preserve"> I'll</w:t>
      </w:r>
      <w:r>
        <w:t xml:space="preserve"> qualify</w:t>
      </w:r>
      <w:r>
        <w:t xml:space="preserve"> since</w:t>
      </w:r>
      <w:r>
        <w:t xml:space="preserve"> I'm</w:t>
      </w:r>
      <w:r>
        <w:t xml:space="preserve"> the</w:t>
      </w:r>
      <w:r>
        <w:t xml:space="preserve"> one</w:t>
      </w:r>
      <w:r>
        <w:t xml:space="preserve"> doing</w:t>
      </w:r>
      <w:r>
        <w:t xml:space="preserve"> the</w:t>
      </w:r>
      <w:r>
        <w:t xml:space="preserve"> hiring.</w:t>
        <w:br/>
        <w:t>所以我让你去追捕凶手</w:t>
      </w:r>
      <w:r>
        <w:t xml:space="preserve"> 我们就能把赏金留在自家人囊中</w:t>
        <w:br/>
        <w:t>So,</w:t>
      </w:r>
      <w:r>
        <w:t xml:space="preserve"> I</w:t>
      </w:r>
      <w:r>
        <w:t xml:space="preserve"> put</w:t>
      </w:r>
      <w:r>
        <w:t xml:space="preserve"> you</w:t>
      </w:r>
      <w:r>
        <w:t xml:space="preserve"> on</w:t>
      </w:r>
      <w:r>
        <w:t xml:space="preserve"> the</w:t>
      </w:r>
      <w:r>
        <w:t xml:space="preserve"> hunt,</w:t>
      </w:r>
      <w:r>
        <w:t xml:space="preserve"> and</w:t>
      </w:r>
      <w:r>
        <w:t xml:space="preserve"> we</w:t>
      </w:r>
      <w:r>
        <w:t xml:space="preserve"> keep</w:t>
      </w:r>
      <w:r>
        <w:t xml:space="preserve"> the</w:t>
      </w:r>
      <w:r>
        <w:t xml:space="preserve"> winnings</w:t>
      </w:r>
      <w:r>
        <w:t xml:space="preserve"> in</w:t>
      </w:r>
      <w:r>
        <w:t xml:space="preserve"> the</w:t>
      </w:r>
      <w:r>
        <w:t xml:space="preserve"> family.</w:t>
        <w:br/>
        <w:t>你加入吗</w:t>
      </w:r>
      <w:r>
        <w:t xml:space="preserve"> </w:t>
      </w:r>
      <w:r>
        <w:t xml:space="preserve"> -</w:t>
      </w:r>
      <w:r>
        <w:t xml:space="preserve"> 我已经在想怎么花赏金了</w:t>
        <w:br/>
        <w:t>Are</w:t>
      </w:r>
      <w:r>
        <w:t xml:space="preserve"> you</w:t>
      </w:r>
      <w:r>
        <w:t xml:space="preserve"> in?</w:t>
      </w:r>
      <w:r>
        <w:t xml:space="preserve"> -</w:t>
      </w:r>
      <w:r>
        <w:t xml:space="preserve"> Already</w:t>
      </w:r>
      <w:r>
        <w:t xml:space="preserve"> spending</w:t>
      </w:r>
      <w:r>
        <w:t xml:space="preserve"> the</w:t>
      </w:r>
      <w:r>
        <w:t xml:space="preserve"> reward.</w:t>
        <w:br/>
        <w:t>其实是两匹马</w:t>
        <w:br/>
        <w:t>Actually,</w:t>
      </w:r>
      <w:r>
        <w:t xml:space="preserve"> it</w:t>
      </w:r>
      <w:r>
        <w:t xml:space="preserve"> was</w:t>
      </w:r>
      <w:r>
        <w:t xml:space="preserve"> two</w:t>
      </w:r>
      <w:r>
        <w:t xml:space="preserve"> horses.</w:t>
        <w:br/>
        <w:t>你是说布斯身边有人</w:t>
        <w:br/>
        <w:t>You're</w:t>
      </w:r>
      <w:r>
        <w:t xml:space="preserve"> saying</w:t>
      </w:r>
      <w:r>
        <w:t xml:space="preserve"> Booth</w:t>
      </w:r>
      <w:r>
        <w:t xml:space="preserve"> had</w:t>
      </w:r>
      <w:r>
        <w:t xml:space="preserve"> someone</w:t>
      </w:r>
      <w:r>
        <w:t xml:space="preserve"> with</w:t>
      </w:r>
      <w:r>
        <w:t xml:space="preserve"> him?</w:t>
        <w:br/>
        <w:t>没错</w:t>
      </w:r>
      <w:r>
        <w:t xml:space="preserve"> 先生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大卫赫罗德</w:t>
        <w:br/>
        <w:t>That's</w:t>
      </w:r>
      <w:r>
        <w:t xml:space="preserve"> right,</w:t>
      </w:r>
      <w:r>
        <w:t xml:space="preserve"> sir.</w:t>
      </w:r>
      <w:r>
        <w:t xml:space="preserve"> David</w:t>
      </w:r>
      <w:r>
        <w:t xml:space="preserve"> Herold.</w:t>
        <w:br/>
        <w:t>他打猎时会向我租马</w:t>
        <w:br/>
        <w:t>He</w:t>
      </w:r>
      <w:r>
        <w:t xml:space="preserve"> rents</w:t>
      </w:r>
      <w:r>
        <w:t xml:space="preserve"> horses</w:t>
      </w:r>
      <w:r>
        <w:t xml:space="preserve"> from</w:t>
      </w:r>
      <w:r>
        <w:t xml:space="preserve"> me</w:t>
      </w:r>
      <w:r>
        <w:t xml:space="preserve"> when</w:t>
      </w:r>
      <w:r>
        <w:t xml:space="preserve"> he</w:t>
      </w:r>
      <w:r>
        <w:t xml:space="preserve"> goes</w:t>
      </w:r>
      <w:r>
        <w:t xml:space="preserve"> hunting.</w:t>
        <w:br/>
        <w:t>这次他们没有把马还回来</w:t>
        <w:br/>
        <w:t>This</w:t>
      </w:r>
      <w:r>
        <w:t xml:space="preserve"> time,</w:t>
      </w:r>
      <w:r>
        <w:t xml:space="preserve"> they</w:t>
      </w:r>
      <w:r>
        <w:t xml:space="preserve"> didn't</w:t>
      </w:r>
      <w:r>
        <w:t xml:space="preserve"> bring</w:t>
      </w:r>
      <w:r>
        <w:t xml:space="preserve"> 'em</w:t>
      </w:r>
      <w:r>
        <w:t xml:space="preserve"> back.</w:t>
        <w:br/>
        <w:t>先生</w:t>
      </w:r>
      <w:r>
        <w:t xml:space="preserve"> </w:t>
      </w:r>
      <w:r>
        <w:t xml:space="preserve"> -</w:t>
      </w:r>
      <w:r>
        <w:t xml:space="preserve"> 怎么</w:t>
        <w:br/>
        <w:t>Sir?</w:t>
      </w:r>
      <w:r>
        <w:t xml:space="preserve"> -</w:t>
      </w:r>
      <w:r>
        <w:t xml:space="preserve"> Yeah?</w:t>
        <w:br/>
        <w:t>法&amp;hearts;院&amp;hearts;需要约翰逊立即在柯克伍德宣誓就职</w:t>
        <w:br/>
        <w:t>The</w:t>
      </w:r>
      <w:r>
        <w:t xml:space="preserve"> Court</w:t>
      </w:r>
      <w:r>
        <w:t xml:space="preserve"> needs</w:t>
      </w:r>
      <w:r>
        <w:t xml:space="preserve"> Johnson</w:t>
      </w:r>
      <w:r>
        <w:t xml:space="preserve"> sworn</w:t>
      </w:r>
      <w:r>
        <w:t xml:space="preserve"> in</w:t>
      </w:r>
      <w:r>
        <w:t xml:space="preserve"> immediately</w:t>
      </w:r>
      <w:r>
        <w:t xml:space="preserve"> at</w:t>
      </w:r>
      <w:r>
        <w:t xml:space="preserve"> the</w:t>
      </w:r>
      <w:r>
        <w:t xml:space="preserve"> Kirkwood.</w:t>
        <w:br/>
        <w:t>好吧</w:t>
      </w:r>
      <w:r>
        <w:t xml:space="preserve"> 多谢你过来</w:t>
        <w:br/>
        <w:t>Yeah,</w:t>
      </w:r>
      <w:r>
        <w:t xml:space="preserve"> all</w:t>
      </w:r>
      <w:r>
        <w:t xml:space="preserve"> right.</w:t>
      </w:r>
      <w:r>
        <w:t xml:space="preserve"> I</w:t>
      </w:r>
      <w:r>
        <w:t xml:space="preserve"> appreciate</w:t>
      </w:r>
      <w:r>
        <w:t xml:space="preserve"> you</w:t>
      </w:r>
      <w:r>
        <w:t xml:space="preserve"> coming</w:t>
      </w:r>
      <w:r>
        <w:t xml:space="preserve"> in.</w:t>
        <w:br/>
        <w:t>我儿子会记下你的声明</w:t>
        <w:br/>
        <w:t>My</w:t>
      </w:r>
      <w:r>
        <w:t xml:space="preserve"> son</w:t>
      </w:r>
      <w:r>
        <w:t xml:space="preserve"> here</w:t>
      </w:r>
      <w:r>
        <w:t xml:space="preserve"> will</w:t>
      </w:r>
      <w:r>
        <w:t xml:space="preserve"> take</w:t>
      </w:r>
      <w:r>
        <w:t xml:space="preserve"> a</w:t>
      </w:r>
      <w:r>
        <w:t xml:space="preserve"> statement</w:t>
      </w:r>
      <w:r>
        <w:t xml:space="preserve"> from</w:t>
      </w:r>
      <w:r>
        <w:t xml:space="preserve"> you.</w:t>
        <w:br/>
        <w:t>父亲</w:t>
        <w:br/>
        <w:t>Oh,</w:t>
      </w:r>
      <w:r>
        <w:t xml:space="preserve"> Father.</w:t>
        <w:br/>
        <w:t>记得你要去墓园见爱伦</w:t>
        <w:br/>
        <w:t>Remember</w:t>
      </w:r>
      <w:r>
        <w:t xml:space="preserve"> you're</w:t>
      </w:r>
      <w:r>
        <w:t xml:space="preserve"> meeting</w:t>
      </w:r>
      <w:r>
        <w:t xml:space="preserve"> Ellen</w:t>
      </w:r>
      <w:r>
        <w:t xml:space="preserve"> at</w:t>
      </w:r>
      <w:r>
        <w:t xml:space="preserve"> the</w:t>
      </w:r>
      <w:r>
        <w:t xml:space="preserve"> cemetery.</w:t>
        <w:br/>
        <w:t>请转告她我很抱歉</w:t>
        <w:br/>
        <w:t>Tell</w:t>
      </w:r>
      <w:r>
        <w:t xml:space="preserve"> her</w:t>
      </w:r>
      <w:r>
        <w:t xml:space="preserve"> I'm</w:t>
      </w:r>
      <w:r>
        <w:t xml:space="preserve"> sorry.</w:t>
        <w:br/>
        <w:t>先生</w:t>
        <w:br/>
        <w:t>Sir?</w:t>
      </w:r>
      <w:r>
        <w:t xml:space="preserve"> Sir.</w:t>
        <w:br/>
        <w:t>问题是约翰逊没有回应</w:t>
        <w:br/>
        <w:t>The</w:t>
      </w:r>
      <w:r>
        <w:t xml:space="preserve"> thing</w:t>
      </w:r>
      <w:r>
        <w:t xml:space="preserve"> is,</w:t>
      </w:r>
      <w:r>
        <w:t xml:space="preserve"> Johnson,</w:t>
      </w:r>
      <w:r>
        <w:t xml:space="preserve"> he's</w:t>
      </w:r>
      <w:r>
        <w:t xml:space="preserve"> not</w:t>
      </w:r>
      <w:r>
        <w:t xml:space="preserve"> responding.</w:t>
        <w:br/>
        <w:t>先生</w:t>
        <w:br/>
        <w:t>Sir?</w:t>
        <w:br/>
        <w:t>怎么了</w:t>
        <w:br/>
        <w:t>What?</w:t>
      </w:r>
      <w:r>
        <w:t xml:space="preserve"> What</w:t>
      </w:r>
      <w:r>
        <w:t xml:space="preserve"> is</w:t>
      </w:r>
      <w:r>
        <w:t xml:space="preserve"> it?</w:t>
        <w:br/>
        <w:t>我觉得我知道布斯的同谋可能是谁</w:t>
        <w:br/>
        <w:t>I</w:t>
      </w:r>
      <w:r>
        <w:t xml:space="preserve"> think</w:t>
      </w:r>
      <w:r>
        <w:t xml:space="preserve"> I</w:t>
      </w:r>
      <w:r>
        <w:t xml:space="preserve"> know</w:t>
      </w:r>
      <w:r>
        <w:t xml:space="preserve"> who</w:t>
      </w:r>
      <w:r>
        <w:t xml:space="preserve"> may</w:t>
      </w:r>
      <w:r>
        <w:t xml:space="preserve"> have</w:t>
      </w:r>
      <w:r>
        <w:t xml:space="preserve"> conspired</w:t>
      </w:r>
      <w:r>
        <w:t xml:space="preserve"> with</w:t>
      </w:r>
      <w:r>
        <w:t xml:space="preserve"> Booth.</w:t>
        <w:br/>
        <w:t>谁</w:t>
        <w:br/>
        <w:t>Who?</w:t>
        <w:br/>
        <w:t>是我的房&amp;hearts;东女士</w:t>
        <w:br/>
        <w:t>It's</w:t>
      </w:r>
      <w:r>
        <w:t xml:space="preserve"> my</w:t>
      </w:r>
      <w:r>
        <w:t xml:space="preserve"> landlady.</w:t>
        <w:br/>
        <w:t>我的故事是真&amp;hearts;相&amp;hearts;</w:t>
        <w:br/>
        <w:t>My</w:t>
      </w:r>
      <w:r>
        <w:t xml:space="preserve"> story</w:t>
      </w:r>
      <w:r>
        <w:t xml:space="preserve"> is</w:t>
      </w:r>
      <w:r>
        <w:t xml:space="preserve"> the</w:t>
      </w:r>
      <w:r>
        <w:t xml:space="preserve"> truth.</w:t>
        <w:br/>
        <w:t>(苏拉特的特区寄宿屋)</w:t>
        <w:br/>
        <w:t>在路上的演员需要厨具</w:t>
      </w:r>
      <w:r>
        <w:t xml:space="preserve"> 我借了一些给布斯</w:t>
        <w:br/>
        <w:t>Actors</w:t>
      </w:r>
      <w:r>
        <w:t xml:space="preserve"> on</w:t>
      </w:r>
      <w:r>
        <w:t xml:space="preserve"> the</w:t>
      </w:r>
      <w:r>
        <w:t xml:space="preserve"> road</w:t>
      </w:r>
      <w:r>
        <w:t xml:space="preserve"> need</w:t>
      </w:r>
      <w:r>
        <w:t xml:space="preserve"> cooking</w:t>
      </w:r>
      <w:r>
        <w:t xml:space="preserve"> utensils.</w:t>
      </w:r>
      <w:r>
        <w:t xml:space="preserve"> I</w:t>
      </w:r>
      <w:r>
        <w:t xml:space="preserve"> lent</w:t>
      </w:r>
      <w:r>
        <w:t xml:space="preserve"> some</w:t>
      </w:r>
      <w:r>
        <w:t xml:space="preserve"> to</w:t>
      </w:r>
      <w:r>
        <w:t xml:space="preserve"> Booth.</w:t>
        <w:br/>
        <w:t>官方的</w:t>
        <w:br/>
        <w:t>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authorities?</w:t>
        <w:br/>
        <w:t>去应门</w:t>
        <w:br/>
        <w:t>Answer</w:t>
      </w:r>
      <w:r>
        <w:t xml:space="preserve"> it.</w:t>
        <w:br/>
        <w:t>我不知道还能去哪</w:t>
        <w:br/>
        <w:t>I</w:t>
      </w:r>
      <w:r>
        <w:t xml:space="preserve"> didn't</w:t>
      </w:r>
      <w:r>
        <w:t xml:space="preserve"> know</w:t>
      </w:r>
      <w:r>
        <w:t xml:space="preserve"> where</w:t>
      </w:r>
      <w:r>
        <w:t xml:space="preserve"> else</w:t>
      </w:r>
      <w:r>
        <w:t xml:space="preserve"> to</w:t>
      </w:r>
      <w:r>
        <w:t xml:space="preserve"> go.</w:t>
        <w:br/>
        <w:t>没有空房&amp;hearts;了</w:t>
      </w:r>
      <w:r>
        <w:t xml:space="preserve"> 走吧</w:t>
      </w:r>
      <w:r>
        <w:t xml:space="preserve"> 乞丐</w:t>
        <w:br/>
        <w:t>No</w:t>
      </w:r>
      <w:r>
        <w:t xml:space="preserve"> vacancies.</w:t>
      </w:r>
      <w:r>
        <w:t xml:space="preserve"> Be</w:t>
      </w:r>
      <w:r>
        <w:t xml:space="preserve"> gone,</w:t>
      </w:r>
      <w:r>
        <w:t xml:space="preserve"> vagrant.</w:t>
        <w:br/>
        <w:t>女士</w:t>
      </w:r>
      <w:r>
        <w:t xml:space="preserve"> 我的帽子掉了</w:t>
        <w:br/>
        <w:t>Dropped</w:t>
      </w:r>
      <w:r>
        <w:t xml:space="preserve"> my</w:t>
      </w:r>
      <w:r>
        <w:t xml:space="preserve"> hat,</w:t>
      </w:r>
      <w:r>
        <w:t xml:space="preserve"> ma'am.</w:t>
        <w:br/>
        <w:t>如果苏拉特太太有麻烦在身</w:t>
      </w:r>
      <w:r>
        <w:t xml:space="preserve"> 我之后再回来</w:t>
        <w:br/>
        <w:t>If</w:t>
      </w:r>
      <w:r>
        <w:t xml:space="preserve"> Mrs.</w:t>
      </w:r>
      <w:r>
        <w:t xml:space="preserve"> Surratt's</w:t>
      </w:r>
      <w:r>
        <w:t xml:space="preserve"> in</w:t>
      </w:r>
      <w:r>
        <w:t xml:space="preserve"> trouble</w:t>
      </w:r>
      <w:r>
        <w:t xml:space="preserve"> I'll</w:t>
      </w:r>
      <w:r>
        <w:t xml:space="preserve"> come</w:t>
      </w:r>
      <w:r>
        <w:t xml:space="preserve"> back</w:t>
      </w:r>
      <w:r>
        <w:t xml:space="preserve"> later.</w:t>
        <w:br/>
        <w:t>我们是战争部的</w:t>
        <w:br/>
        <w:t>We're</w:t>
      </w:r>
      <w:r>
        <w:t xml:space="preserve"> with</w:t>
      </w:r>
      <w:r>
        <w:t xml:space="preserve"> the</w:t>
      </w:r>
      <w:r>
        <w:t xml:space="preserve"> War</w:t>
      </w:r>
      <w:r>
        <w:t xml:space="preserve"> Department.</w:t>
        <w:br/>
        <w:t>你是谁</w:t>
        <w:br/>
        <w:t>Who</w:t>
      </w:r>
      <w:r>
        <w:t xml:space="preserve"> are</w:t>
      </w:r>
      <w:r>
        <w:t xml:space="preserve"> you?</w:t>
        <w:br/>
        <w:t>她雇了我去挖沟渠</w:t>
        <w:br/>
        <w:t>She</w:t>
      </w:r>
      <w:r>
        <w:t xml:space="preserve"> hired</w:t>
      </w:r>
      <w:r>
        <w:t xml:space="preserve"> me</w:t>
      </w:r>
      <w:r>
        <w:t xml:space="preserve"> to</w:t>
      </w:r>
      <w:r>
        <w:t xml:space="preserve"> dig</w:t>
      </w:r>
      <w:r>
        <w:t xml:space="preserve"> a</w:t>
      </w:r>
      <w:r>
        <w:t xml:space="preserve"> gutter.</w:t>
        <w:br/>
        <w:t>我发誓我不认识这个人</w:t>
      </w:r>
      <w:r>
        <w:t xml:space="preserve"> 从没见过他</w:t>
        <w:br/>
        <w:t>Before</w:t>
      </w:r>
      <w:r>
        <w:t xml:space="preserve"> God,</w:t>
      </w:r>
      <w:r>
        <w:t xml:space="preserve"> I</w:t>
      </w:r>
      <w:r>
        <w:t xml:space="preserve"> don't</w:t>
      </w:r>
      <w:r>
        <w:t xml:space="preserve"> know</w:t>
      </w:r>
      <w:r>
        <w:t xml:space="preserve"> this</w:t>
      </w:r>
      <w:r>
        <w:t xml:space="preserve"> man.</w:t>
      </w:r>
      <w:r>
        <w:t xml:space="preserve"> Never</w:t>
      </w:r>
      <w:r>
        <w:t xml:space="preserve"> seen</w:t>
      </w:r>
      <w:r>
        <w:t xml:space="preserve"> him</w:t>
      </w:r>
      <w:r>
        <w:t xml:space="preserve"> in</w:t>
      </w:r>
      <w:r>
        <w:t xml:space="preserve"> my</w:t>
      </w:r>
      <w:r>
        <w:t xml:space="preserve"> life.</w:t>
        <w:br/>
        <w:t>你外套上的不是泥土</w:t>
        <w:br/>
        <w:t>That's</w:t>
      </w:r>
      <w:r>
        <w:t xml:space="preserve"> not</w:t>
      </w:r>
      <w:r>
        <w:t xml:space="preserve"> mud</w:t>
      </w:r>
      <w:r>
        <w:t xml:space="preserve"> on</w:t>
      </w:r>
      <w:r>
        <w:t xml:space="preserve"> your</w:t>
      </w:r>
      <w:r>
        <w:t xml:space="preserve"> coat.</w:t>
        <w:br/>
        <w:t>苏拉特太太</w:t>
      </w:r>
      <w:r>
        <w:t xml:space="preserve"> 不要动</w:t>
        <w:br/>
        <w:t>Mrs.</w:t>
      </w:r>
      <w:r>
        <w:t xml:space="preserve"> Surratt,</w:t>
      </w:r>
      <w:r>
        <w:t xml:space="preserve"> hold</w:t>
      </w:r>
      <w:r>
        <w:t xml:space="preserve"> it</w:t>
      </w:r>
      <w:r>
        <w:t xml:space="preserve"> right</w:t>
      </w:r>
      <w:r>
        <w:t xml:space="preserve"> there.</w:t>
        <w:br/>
        <w:t>主</w:t>
      </w:r>
      <w:r>
        <w:t xml:space="preserve"> 请听见我们的祷告</w:t>
      </w:r>
      <w:r>
        <w:t xml:space="preserve"> 仁慈对待他们的灵魂</w:t>
        <w:br/>
        <w:t>Father,</w:t>
      </w:r>
      <w:r>
        <w:t xml:space="preserve"> hear</w:t>
      </w:r>
      <w:r>
        <w:t xml:space="preserve"> our</w:t>
      </w:r>
      <w:r>
        <w:t xml:space="preserve"> prayers.</w:t>
      </w:r>
      <w:r>
        <w:t xml:space="preserve"> Have</w:t>
      </w:r>
      <w:r>
        <w:t xml:space="preserve"> mercy</w:t>
      </w:r>
      <w:r>
        <w:t xml:space="preserve"> on</w:t>
      </w:r>
      <w:r>
        <w:t xml:space="preserve"> their</w:t>
      </w:r>
      <w:r>
        <w:t xml:space="preserve"> souls.</w:t>
        <w:br/>
        <w:t>开启他们的心灵</w:t>
      </w:r>
      <w:r>
        <w:t xml:space="preserve"> 以你的光温暖我们</w:t>
        <w:br/>
        <w:t>Open</w:t>
      </w:r>
      <w:r>
        <w:t xml:space="preserve"> their</w:t>
      </w:r>
      <w:r>
        <w:t xml:space="preserve"> hearts.</w:t>
      </w:r>
      <w:r>
        <w:t xml:space="preserve"> Warm</w:t>
      </w:r>
      <w:r>
        <w:t xml:space="preserve"> us</w:t>
      </w:r>
      <w:r>
        <w:t xml:space="preserve"> with</w:t>
      </w:r>
      <w:r>
        <w:t xml:space="preserve"> your</w:t>
      </w:r>
      <w:r>
        <w:t xml:space="preserve"> light.</w:t>
        <w:br/>
        <w:t>主</w:t>
      </w:r>
      <w:r>
        <w:t xml:space="preserve"> 请听见我们的祷告</w:t>
      </w:r>
      <w:r>
        <w:t xml:space="preserve"> 仁慈对待他们的灵魂</w:t>
        <w:br/>
        <w:t>Father,</w:t>
      </w:r>
      <w:r>
        <w:t xml:space="preserve"> hear</w:t>
      </w:r>
      <w:r>
        <w:t xml:space="preserve"> our</w:t>
      </w:r>
      <w:r>
        <w:t xml:space="preserve"> prayers.</w:t>
      </w:r>
      <w:r>
        <w:t xml:space="preserve"> Have</w:t>
      </w:r>
      <w:r>
        <w:t xml:space="preserve"> mercy</w:t>
      </w:r>
      <w:r>
        <w:t xml:space="preserve"> on</w:t>
      </w:r>
      <w:r>
        <w:t xml:space="preserve"> their</w:t>
      </w:r>
      <w:r>
        <w:t xml:space="preserve"> souls.</w:t>
        <w:br/>
        <w:t>开启我们的心灵</w:t>
      </w:r>
      <w:r>
        <w:t xml:space="preserve"> -</w:t>
      </w:r>
      <w:r>
        <w:t xml:space="preserve"> 看看</w:t>
        <w:br/>
        <w:t>Open</w:t>
      </w:r>
      <w:r>
        <w:t xml:space="preserve"> our</w:t>
      </w:r>
      <w:r>
        <w:t xml:space="preserve"> hearts...</w:t>
      </w:r>
      <w:r>
        <w:t xml:space="preserve"> -</w:t>
      </w:r>
      <w:r>
        <w:t xml:space="preserve"> Now</w:t>
      </w:r>
      <w:r>
        <w:t xml:space="preserve"> look</w:t>
      </w:r>
      <w:r>
        <w:t xml:space="preserve"> at</w:t>
      </w:r>
      <w:r>
        <w:t xml:space="preserve"> that.</w:t>
        <w:br/>
        <w:t>你们的确一起挖了一个洞</w:t>
        <w:br/>
        <w:t>You</w:t>
      </w:r>
      <w:r>
        <w:t xml:space="preserve"> did</w:t>
      </w:r>
      <w:r>
        <w:t xml:space="preserve"> dig</w:t>
      </w:r>
      <w:r>
        <w:t xml:space="preserve"> a</w:t>
      </w:r>
      <w:r>
        <w:t xml:space="preserve"> hole</w:t>
      </w:r>
      <w:r>
        <w:t xml:space="preserve"> together.</w:t>
        <w:br/>
        <w:t>主</w:t>
      </w:r>
      <w:r>
        <w:t xml:space="preserve"> 聆听我们的祷告</w:t>
        <w:br/>
        <w:t>God,</w:t>
      </w:r>
      <w:r>
        <w:t xml:space="preserve"> hear</w:t>
      </w:r>
      <w:r>
        <w:t xml:space="preserve"> our</w:t>
      </w:r>
      <w:r>
        <w:t xml:space="preserve"> prayers.</w:t>
        <w:br/>
        <w:t>仁慈对待他们的灵魂</w:t>
        <w:br/>
        <w:t>Have</w:t>
      </w:r>
      <w:r>
        <w:t xml:space="preserve"> mercy</w:t>
      </w:r>
      <w:r>
        <w:t xml:space="preserve"> on</w:t>
      </w:r>
      <w:r>
        <w:t xml:space="preserve"> their</w:t>
      </w:r>
      <w:r>
        <w:t xml:space="preserve"> souls.</w:t>
        <w:br/>
        <w:t>(詹姆斯M.斯坦顿</w:t>
      </w:r>
      <w:r>
        <w:t xml:space="preserve"> 挚爱的儿子</w:t>
      </w:r>
      <w:r>
        <w:t xml:space="preserve"> 1861至1862年)</w:t>
        <w:br/>
        <w:t>如果可以</w:t>
        <w:br/>
        <w:t>Your</w:t>
      </w:r>
      <w:r>
        <w:t xml:space="preserve"> father</w:t>
      </w:r>
      <w:r>
        <w:t xml:space="preserve"> would</w:t>
      </w:r>
      <w:r>
        <w:t xml:space="preserve"> be</w:t>
      </w:r>
      <w:r>
        <w:t xml:space="preserve"> here...</w:t>
        <w:br/>
        <w:t>你的父亲会来的</w:t>
        <w:br/>
        <w:t>if</w:t>
      </w:r>
      <w:r>
        <w:t xml:space="preserve"> 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could.</w:t>
        <w:br/>
        <w:t>他正忙着再次拯救合众国</w:t>
        <w:br/>
        <w:t>He's</w:t>
      </w:r>
      <w:r>
        <w:t xml:space="preserve"> busy</w:t>
      </w:r>
      <w:r>
        <w:t xml:space="preserve"> saving</w:t>
      </w:r>
      <w:r>
        <w:t xml:space="preserve"> the</w:t>
      </w:r>
      <w:r>
        <w:t xml:space="preserve"> Republic</w:t>
      </w:r>
      <w:r>
        <w:t xml:space="preserve"> again.</w:t>
        <w:br/>
        <w:t>当他完成后</w:t>
        <w:br/>
        <w:t>When</w:t>
      </w:r>
      <w:r>
        <w:t xml:space="preserve"> he's</w:t>
      </w:r>
      <w:r>
        <w:t xml:space="preserve"> done...</w:t>
        <w:br/>
        <w:t>他会回到我们的家</w:t>
        <w:br/>
        <w:t>he'll</w:t>
      </w:r>
      <w:r>
        <w:t xml:space="preserve"> come</w:t>
      </w:r>
      <w:r>
        <w:t xml:space="preserve"> home</w:t>
      </w:r>
      <w:r>
        <w:t xml:space="preserve"> to</w:t>
      </w:r>
      <w:r>
        <w:t xml:space="preserve"> us.</w:t>
        <w:br/>
        <w:t>(柯克伍德旅馆)</w:t>
        <w:br/>
        <w:t>(副总统约翰逊的常规套房&amp;hearts;)</w:t>
        <w:br/>
        <w:t>你得起来</w:t>
        <w:br/>
        <w:t>You</w:t>
      </w:r>
      <w:r>
        <w:t xml:space="preserve"> need</w:t>
      </w:r>
      <w:r>
        <w:t xml:space="preserve"> to</w:t>
      </w:r>
      <w:r>
        <w:t xml:space="preserve"> get</w:t>
      </w:r>
      <w:r>
        <w:t xml:space="preserve"> up.</w:t>
        <w:br/>
        <w:t>是</w:t>
        <w:br/>
        <w:t>Yeah.</w:t>
        <w:br/>
        <w:t>我知道大家都希望好戏上演</w:t>
        <w:br/>
        <w:t>I</w:t>
      </w:r>
      <w:r>
        <w:t xml:space="preserve"> know</w:t>
      </w:r>
      <w:r>
        <w:t xml:space="preserve"> everyone</w:t>
      </w:r>
      <w:r>
        <w:t xml:space="preserve"> wants</w:t>
      </w:r>
      <w:r>
        <w:t xml:space="preserve"> to</w:t>
      </w:r>
      <w:r>
        <w:t xml:space="preserve"> get</w:t>
      </w:r>
      <w:r>
        <w:t xml:space="preserve"> this</w:t>
      </w:r>
      <w:r>
        <w:t xml:space="preserve"> show</w:t>
      </w:r>
      <w:r>
        <w:t xml:space="preserve"> on</w:t>
      </w:r>
      <w:r>
        <w:t xml:space="preserve"> the</w:t>
      </w:r>
      <w:r>
        <w:t xml:space="preserve"> road.</w:t>
        <w:br/>
        <w:t>除了你</w:t>
      </w:r>
      <w:r>
        <w:t xml:space="preserve"> 埃德温</w:t>
        <w:br/>
        <w:t>Except</w:t>
      </w:r>
      <w:r>
        <w:t xml:space="preserve"> for</w:t>
      </w:r>
      <w:r>
        <w:t xml:space="preserve"> you,</w:t>
      </w:r>
      <w:r>
        <w:t xml:space="preserve"> Edwin.</w:t>
        <w:br/>
        <w:t>给</w:t>
        <w:br/>
        <w:t>Here.</w:t>
        <w:br/>
        <w:t>这是什么</w:t>
        <w:br/>
        <w:t>What's</w:t>
      </w:r>
      <w:r>
        <w:t xml:space="preserve"> this?</w:t>
        <w:br/>
        <w:t>如果你想知道为什么布斯</w:t>
      </w:r>
      <w:r>
        <w:t xml:space="preserve"> 在刺杀前造访了我</w:t>
        <w:br/>
        <w:t>In</w:t>
      </w:r>
      <w:r>
        <w:t xml:space="preserve"> case</w:t>
      </w:r>
      <w:r>
        <w:t xml:space="preserve"> you're</w:t>
      </w:r>
      <w:r>
        <w:t xml:space="preserve"> wondering</w:t>
      </w:r>
      <w:r>
        <w:t xml:space="preserve"> why</w:t>
      </w:r>
      <w:r>
        <w:t xml:space="preserve"> Booth</w:t>
      </w:r>
      <w:r>
        <w:t xml:space="preserve"> called</w:t>
      </w:r>
      <w:r>
        <w:t xml:space="preserve"> on</w:t>
      </w:r>
      <w:r>
        <w:t xml:space="preserve"> me</w:t>
      </w:r>
      <w:r>
        <w:t xml:space="preserve"> before</w:t>
      </w:r>
      <w:r>
        <w:t xml:space="preserve"> the</w:t>
      </w:r>
      <w:r>
        <w:t xml:space="preserve"> assassination,</w:t>
        <w:br/>
        <w:t>我不知道</w:t>
        <w:br/>
        <w:t>I</w:t>
      </w:r>
      <w:r>
        <w:t xml:space="preserve"> don't</w:t>
      </w:r>
      <w:r>
        <w:t xml:space="preserve"> know.</w:t>
        <w:br/>
        <w:t>(约翰威尔克斯布斯</w:t>
      </w:r>
      <w:r>
        <w:t xml:space="preserve"> 演员)</w:t>
        <w:br/>
        <w:t>他以前造访过你</w:t>
        <w:br/>
        <w:t>He</w:t>
      </w:r>
      <w:r>
        <w:t xml:space="preserve"> call</w:t>
      </w:r>
      <w:r>
        <w:t xml:space="preserve"> on</w:t>
      </w:r>
      <w:r>
        <w:t xml:space="preserve"> you</w:t>
      </w:r>
      <w:r>
        <w:t xml:space="preserve"> before?</w:t>
        <w:br/>
        <w:t>从没</w:t>
        <w:br/>
        <w:t>Never.</w:t>
        <w:br/>
        <w:t>他被拘留了吗</w:t>
        <w:br/>
        <w:t>Is</w:t>
      </w:r>
      <w:r>
        <w:t xml:space="preserve"> he</w:t>
      </w:r>
      <w:r>
        <w:t xml:space="preserve"> in</w:t>
      </w:r>
      <w:r>
        <w:t xml:space="preserve"> custody?</w:t>
        <w:br/>
        <w:t>我们找到了一个嫌犯</w:t>
        <w:br/>
        <w:t>We</w:t>
      </w:r>
      <w:r>
        <w:t xml:space="preserve"> have</w:t>
      </w:r>
      <w:r>
        <w:t xml:space="preserve"> a</w:t>
      </w:r>
      <w:r>
        <w:t xml:space="preserve"> suspect.</w:t>
        <w:br/>
        <w:t>他在这里埋伏着等你</w:t>
        <w:br/>
        <w:t>He</w:t>
      </w:r>
      <w:r>
        <w:t xml:space="preserve"> laid</w:t>
      </w:r>
      <w:r>
        <w:t xml:space="preserve"> in</w:t>
      </w:r>
      <w:r>
        <w:t xml:space="preserve"> wait</w:t>
      </w:r>
      <w:r>
        <w:t xml:space="preserve"> here</w:t>
      </w:r>
      <w:r>
        <w:t xml:space="preserve"> for</w:t>
      </w:r>
      <w:r>
        <w:t xml:space="preserve"> you.</w:t>
        <w:br/>
        <w:t>说他也是共谋</w:t>
        <w:br/>
        <w:t>Says</w:t>
      </w:r>
      <w:r>
        <w:t xml:space="preserve"> he</w:t>
      </w:r>
      <w:r>
        <w:t xml:space="preserve"> was</w:t>
      </w:r>
      <w:r>
        <w:t xml:space="preserve"> part</w:t>
      </w:r>
      <w:r>
        <w:t xml:space="preserve"> of</w:t>
      </w:r>
      <w:r>
        <w:t xml:space="preserve"> the</w:t>
      </w:r>
      <w:r>
        <w:t xml:space="preserve"> plot.</w:t>
        <w:br/>
        <w:t>我想知道他为什么没杀我</w:t>
        <w:br/>
        <w:t>I</w:t>
      </w:r>
      <w:r>
        <w:t xml:space="preserve"> wonder</w:t>
      </w:r>
      <w:r>
        <w:t xml:space="preserve"> why</w:t>
      </w:r>
      <w:r>
        <w:t xml:space="preserve"> he</w:t>
      </w:r>
      <w:r>
        <w:t xml:space="preserve"> spared</w:t>
      </w:r>
      <w:r>
        <w:t xml:space="preserve"> me.</w:t>
        <w:br/>
        <w:t>不知道</w:t>
        <w:br/>
        <w:t>I</w:t>
      </w:r>
      <w:r>
        <w:t xml:space="preserve"> don't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know.</w:t>
        <w:br/>
        <w:t>我也想知道</w:t>
        <w:br/>
        <w:t>You</w:t>
      </w:r>
      <w:r>
        <w:t xml:space="preserve"> tell</w:t>
      </w:r>
      <w:r>
        <w:t xml:space="preserve"> me.</w:t>
        <w:br/>
        <w:t>据说他在喝了几杯后害怕了</w:t>
        <w:br/>
        <w:t>He</w:t>
      </w:r>
      <w:r>
        <w:t xml:space="preserve"> supposedly</w:t>
      </w:r>
      <w:r>
        <w:t xml:space="preserve"> lost</w:t>
      </w:r>
      <w:r>
        <w:t xml:space="preserve"> his</w:t>
      </w:r>
      <w:r>
        <w:t xml:space="preserve"> nerve</w:t>
      </w:r>
      <w:r>
        <w:t xml:space="preserve"> after</w:t>
      </w:r>
      <w:r>
        <w:t xml:space="preserve"> a</w:t>
      </w:r>
      <w:r>
        <w:t xml:space="preserve"> few</w:t>
      </w:r>
      <w:r>
        <w:t xml:space="preserve"> drinks.</w:t>
        <w:br/>
        <w:t>那么</w:t>
      </w:r>
      <w:r>
        <w:t xml:space="preserve"> 毁了我名声的酒</w:t>
        <w:br/>
        <w:t>So,</w:t>
      </w:r>
      <w:r>
        <w:t xml:space="preserve"> the</w:t>
      </w:r>
      <w:r>
        <w:t xml:space="preserve"> bottle</w:t>
      </w:r>
      <w:r>
        <w:t xml:space="preserve"> that</w:t>
      </w:r>
      <w:r>
        <w:t xml:space="preserve"> ruined</w:t>
      </w:r>
      <w:r>
        <w:t xml:space="preserve"> my</w:t>
      </w:r>
      <w:r>
        <w:t xml:space="preserve"> reputation</w:t>
        <w:br/>
        <w:t>也许也救了我一命</w:t>
        <w:br/>
        <w:t>may</w:t>
      </w:r>
      <w:r>
        <w:t xml:space="preserve"> have</w:t>
      </w:r>
      <w:r>
        <w:t xml:space="preserve"> saved</w:t>
      </w:r>
      <w:r>
        <w:t xml:space="preserve"> my</w:t>
      </w:r>
      <w:r>
        <w:t xml:space="preserve"> life.</w:t>
        <w:br/>
        <w:t>那么</w:t>
      </w:r>
      <w:r>
        <w:t xml:space="preserve"> 你打算怎么治理国家</w:t>
        <w:br/>
        <w:t>So,</w:t>
      </w:r>
      <w:r>
        <w:t xml:space="preserve"> how's</w:t>
      </w:r>
      <w:r>
        <w:t xml:space="preserve"> this</w:t>
      </w:r>
      <w:r>
        <w:t xml:space="preserve"> going</w:t>
      </w:r>
      <w:r>
        <w:t xml:space="preserve"> to</w:t>
      </w:r>
      <w:r>
        <w:t xml:space="preserve"> work?</w:t>
        <w:br/>
        <w:t>经济是我的首要关注</w:t>
      </w:r>
      <w:r>
        <w:t xml:space="preserve"> 而不是黑人&amp;hearts;权&amp;hearts;利</w:t>
        <w:br/>
        <w:t>Well,</w:t>
      </w:r>
      <w:r>
        <w:t xml:space="preserve"> the</w:t>
      </w:r>
      <w:r>
        <w:t xml:space="preserve"> economy</w:t>
      </w:r>
      <w:r>
        <w:t xml:space="preserve"> is</w:t>
      </w:r>
      <w:r>
        <w:t xml:space="preserve"> my</w:t>
      </w:r>
      <w:r>
        <w:t xml:space="preserve"> priority,</w:t>
      </w:r>
      <w:r>
        <w:t xml:space="preserve"> not</w:t>
      </w:r>
      <w:r>
        <w:t xml:space="preserve"> Negro</w:t>
      </w:r>
      <w:r>
        <w:t xml:space="preserve"> rights.</w:t>
        <w:br/>
        <w:t>我也不会耗费</w:t>
        <w:br/>
        <w:t>And</w:t>
      </w:r>
      <w:r>
        <w:t xml:space="preserve"> I</w:t>
      </w:r>
      <w:r>
        <w:t xml:space="preserve"> won't</w:t>
      </w:r>
      <w:r>
        <w:t xml:space="preserve"> waste</w:t>
      </w:r>
      <w:r>
        <w:t xml:space="preserve"> the</w:t>
      </w:r>
      <w:r>
        <w:t xml:space="preserve"> currency</w:t>
        <w:br/>
        <w:t>我的两党人气去投身你的道德运动</w:t>
        <w:br/>
        <w:t>of</w:t>
      </w:r>
      <w:r>
        <w:t xml:space="preserve"> my</w:t>
      </w:r>
      <w:r>
        <w:t xml:space="preserve"> bipartisan</w:t>
      </w:r>
      <w:r>
        <w:t xml:space="preserve"> popularity</w:t>
      </w:r>
      <w:r>
        <w:t xml:space="preserve"> on</w:t>
      </w:r>
      <w:r>
        <w:t xml:space="preserve"> your</w:t>
      </w:r>
      <w:r>
        <w:t xml:space="preserve"> moral</w:t>
      </w:r>
      <w:r>
        <w:t xml:space="preserve"> crusade.</w:t>
        <w:br/>
        <w:t>布斯在哪</w:t>
        <w:br/>
        <w:t>Where's</w:t>
      </w:r>
      <w:r>
        <w:t xml:space="preserve"> Booth?</w:t>
        <w:br/>
        <w:t>我们认为他去南边了</w:t>
        <w:br/>
        <w:t>We</w:t>
      </w:r>
      <w:r>
        <w:t xml:space="preserve"> think</w:t>
      </w:r>
      <w:r>
        <w:t xml:space="preserve"> he</w:t>
      </w:r>
      <w:r>
        <w:t xml:space="preserve"> went</w:t>
      </w:r>
      <w:r>
        <w:t xml:space="preserve"> south.</w:t>
        <w:br/>
        <w:t>如果他去南边了</w:t>
        <w:br/>
        <w:t>Well,</w:t>
      </w:r>
      <w:r>
        <w:t xml:space="preserve"> if</w:t>
      </w:r>
      <w:r>
        <w:t xml:space="preserve"> he</w:t>
      </w:r>
      <w:r>
        <w:t xml:space="preserve"> went</w:t>
      </w:r>
      <w:r>
        <w:t xml:space="preserve"> south,</w:t>
        <w:br/>
        <w:t>那就让地方当局处理追捕</w:t>
        <w:br/>
        <w:t>let</w:t>
      </w:r>
      <w:r>
        <w:t xml:space="preserve"> the</w:t>
      </w:r>
      <w:r>
        <w:t xml:space="preserve"> local</w:t>
      </w:r>
      <w:r>
        <w:t xml:space="preserve"> authorities</w:t>
      </w:r>
      <w:r>
        <w:t xml:space="preserve"> handle</w:t>
      </w:r>
      <w:r>
        <w:t xml:space="preserve"> your</w:t>
      </w:r>
      <w:r>
        <w:t xml:space="preserve"> hunt.</w:t>
        <w:br/>
        <w:t>南方的地方当局是联盟国</w:t>
        <w:br/>
        <w:t>The</w:t>
      </w:r>
      <w:r>
        <w:t xml:space="preserve"> local</w:t>
      </w:r>
      <w:r>
        <w:t xml:space="preserve"> authorities</w:t>
      </w:r>
      <w:r>
        <w:t xml:space="preserve"> in</w:t>
      </w:r>
      <w:r>
        <w:t xml:space="preserve"> the</w:t>
      </w:r>
      <w:r>
        <w:t xml:space="preserve"> South</w:t>
      </w:r>
      <w:r>
        <w:t xml:space="preserve"> are</w:t>
      </w:r>
      <w:r>
        <w:t xml:space="preserve"> Confederates.</w:t>
        <w:br/>
        <w:t>至少你这身着装看起来像个总统</w:t>
        <w:br/>
        <w:t>Well,</w:t>
      </w:r>
      <w:r>
        <w:t xml:space="preserve"> at</w:t>
      </w:r>
      <w:r>
        <w:t xml:space="preserve"> least</w:t>
      </w:r>
      <w:r>
        <w:t xml:space="preserve"> you</w:t>
      </w:r>
      <w:r>
        <w:t xml:space="preserve"> look</w:t>
      </w:r>
      <w:r>
        <w:t xml:space="preserve"> the</w:t>
      </w:r>
      <w:r>
        <w:t xml:space="preserve"> part.</w:t>
        <w:br/>
        <w:t>我曾当裁缝学徒</w:t>
        <w:br/>
        <w:t>I</w:t>
      </w:r>
      <w:r>
        <w:t xml:space="preserve"> apprenticed</w:t>
      </w:r>
      <w:r>
        <w:t xml:space="preserve"> as</w:t>
      </w:r>
      <w:r>
        <w:t xml:space="preserve"> a</w:t>
      </w:r>
      <w:r>
        <w:t xml:space="preserve"> tailor.</w:t>
        <w:br/>
        <w:t>去找人清扫我的房&amp;hearts;间</w:t>
      </w:r>
      <w:r>
        <w:t xml:space="preserve"> 为典礼做准备</w:t>
        <w:br/>
        <w:t>Get</w:t>
      </w:r>
      <w:r>
        <w:t xml:space="preserve"> someone</w:t>
      </w:r>
      <w:r>
        <w:t xml:space="preserve"> to</w:t>
      </w:r>
      <w:r>
        <w:t xml:space="preserve"> clean</w:t>
      </w:r>
      <w:r>
        <w:t xml:space="preserve"> up</w:t>
      </w:r>
      <w:r>
        <w:t xml:space="preserve"> my</w:t>
      </w:r>
      <w:r>
        <w:t xml:space="preserve"> room</w:t>
      </w:r>
      <w:r>
        <w:t xml:space="preserve"> for</w:t>
      </w:r>
      <w:r>
        <w:t xml:space="preserve"> the</w:t>
      </w:r>
      <w:r>
        <w:t xml:space="preserve"> ceremony.</w:t>
        <w:br/>
        <w:t>你也许能成为</w:t>
      </w:r>
      <w:r>
        <w:t xml:space="preserve"> 第一个叫我“总统先生”的人</w:t>
        <w:br/>
        <w:t>You</w:t>
      </w:r>
      <w:r>
        <w:t xml:space="preserve"> know,</w:t>
      </w:r>
      <w:r>
        <w:t xml:space="preserve"> you</w:t>
      </w:r>
      <w:r>
        <w:t xml:space="preserve"> could</w:t>
      </w:r>
      <w:r>
        <w:t xml:space="preserve"> be</w:t>
      </w:r>
      <w:r>
        <w:t xml:space="preserve"> the</w:t>
      </w:r>
      <w:r>
        <w:t xml:space="preserve"> first</w:t>
      </w:r>
      <w:r>
        <w:t xml:space="preserve"> man</w:t>
      </w:r>
      <w:r>
        <w:t xml:space="preserve"> to</w:t>
      </w:r>
      <w:r>
        <w:t xml:space="preserve"> call</w:t>
      </w:r>
      <w:r>
        <w:t xml:space="preserve"> me</w:t>
      </w:r>
      <w:r>
        <w:t xml:space="preserve"> Mr.</w:t>
      </w:r>
      <w:r>
        <w:t xml:space="preserve"> President.</w:t>
        <w:br/>
        <w:t>你先碰一碰《圣经》宣誓吧</w:t>
      </w:r>
      <w:r>
        <w:t xml:space="preserve"> 安迪</w:t>
        <w:br/>
        <w:t>Touch</w:t>
      </w:r>
      <w:r>
        <w:t xml:space="preserve"> a</w:t>
      </w:r>
      <w:r>
        <w:t xml:space="preserve"> Bible</w:t>
      </w:r>
      <w:r>
        <w:t xml:space="preserve"> first,</w:t>
      </w:r>
      <w:r>
        <w:t xml:space="preserve"> Andy.</w:t>
        <w:br/>
        <w:t>还要多久能到里士满</w:t>
        <w:br/>
        <w:t>How</w:t>
      </w:r>
      <w:r>
        <w:t xml:space="preserve"> soon</w:t>
      </w:r>
      <w:r>
        <w:t xml:space="preserve"> till</w:t>
      </w:r>
      <w:r>
        <w:t xml:space="preserve"> we</w:t>
      </w:r>
      <w:r>
        <w:t xml:space="preserve"> get</w:t>
      </w:r>
      <w:r>
        <w:t xml:space="preserve"> to</w:t>
      </w:r>
      <w:r>
        <w:t xml:space="preserve"> Richmond?</w:t>
        <w:br/>
        <w:t>最快也要几天</w:t>
        <w:br/>
        <w:t>A</w:t>
      </w:r>
      <w:r>
        <w:t xml:space="preserve"> few</w:t>
      </w:r>
      <w:r>
        <w:t xml:space="preserve"> days</w:t>
      </w:r>
      <w:r>
        <w:t xml:space="preserve"> at</w:t>
      </w:r>
      <w:r>
        <w:t xml:space="preserve"> best.</w:t>
        <w:br/>
        <w:t>马需要放牧</w:t>
        <w:br/>
        <w:t>Horses</w:t>
      </w:r>
      <w:r>
        <w:t xml:space="preserve"> need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graze.</w:t>
        <w:br/>
        <w:t>城市的马吃燕麦或干草的话</w:t>
      </w:r>
      <w:r>
        <w:t xml:space="preserve"> 能跑得更快一点</w:t>
      </w:r>
      <w:r>
        <w:t xml:space="preserve"> 大卫</w:t>
        <w:br/>
        <w:t>City</w:t>
      </w:r>
      <w:r>
        <w:t xml:space="preserve"> horses</w:t>
      </w:r>
      <w:r>
        <w:t xml:space="preserve"> move</w:t>
      </w:r>
      <w:r>
        <w:t xml:space="preserve"> better</w:t>
      </w:r>
      <w:r>
        <w:t xml:space="preserve"> if</w:t>
      </w:r>
      <w:r>
        <w:t xml:space="preserve"> they</w:t>
      </w:r>
      <w:r>
        <w:t xml:space="preserve"> get</w:t>
      </w:r>
      <w:r>
        <w:t xml:space="preserve"> oats</w:t>
      </w:r>
      <w:r>
        <w:t xml:space="preserve"> or</w:t>
      </w:r>
      <w:r>
        <w:t xml:space="preserve"> hay,</w:t>
      </w:r>
      <w:r>
        <w:t xml:space="preserve"> Davey.</w:t>
        <w:br/>
        <w:t>好吧</w:t>
      </w:r>
      <w:r>
        <w:t xml:space="preserve"> 莫德的供给不足</w:t>
        <w:br/>
        <w:t>Yeah,</w:t>
      </w:r>
      <w:r>
        <w:t xml:space="preserve"> well,</w:t>
      </w:r>
      <w:r>
        <w:t xml:space="preserve"> Mudd's</w:t>
      </w:r>
      <w:r>
        <w:t xml:space="preserve"> short</w:t>
      </w:r>
      <w:r>
        <w:t xml:space="preserve"> on</w:t>
      </w:r>
      <w:r>
        <w:t xml:space="preserve"> supplies.</w:t>
        <w:br/>
        <w:t>他不想总被人看到去商店</w:t>
      </w:r>
      <w:r>
        <w:t xml:space="preserve"> 好吗</w:t>
        <w:br/>
        <w:t>And</w:t>
      </w:r>
      <w:r>
        <w:t xml:space="preserve"> he</w:t>
      </w:r>
      <w:r>
        <w:t xml:space="preserve"> doesn't</w:t>
      </w:r>
      <w:r>
        <w:t xml:space="preserve"> wanna</w:t>
      </w:r>
      <w:r>
        <w:t xml:space="preserve"> be</w:t>
      </w:r>
      <w:r>
        <w:t xml:space="preserve"> seen</w:t>
      </w:r>
      <w:r>
        <w:t xml:space="preserve"> going</w:t>
      </w:r>
      <w:r>
        <w:t xml:space="preserve"> to</w:t>
      </w:r>
      <w:r>
        <w:t xml:space="preserve"> the</w:t>
      </w:r>
      <w:r>
        <w:t xml:space="preserve"> store</w:t>
      </w:r>
      <w:r>
        <w:t xml:space="preserve"> more</w:t>
      </w:r>
      <w:r>
        <w:t xml:space="preserve"> than</w:t>
      </w:r>
      <w:r>
        <w:t xml:space="preserve"> usual.</w:t>
      </w:r>
      <w:r>
        <w:t xml:space="preserve"> All</w:t>
      </w:r>
      <w:r>
        <w:t xml:space="preserve"> right?</w:t>
        <w:br/>
        <w:t>你...应该剃须</w:t>
        <w:br/>
        <w:t>You--</w:t>
      </w:r>
      <w:r>
        <w:t xml:space="preserve"> Well,</w:t>
      </w:r>
      <w:r>
        <w:t xml:space="preserve"> you</w:t>
      </w:r>
      <w:r>
        <w:t xml:space="preserve"> should</w:t>
      </w:r>
      <w:r>
        <w:t xml:space="preserve"> probably</w:t>
      </w:r>
      <w:r>
        <w:t xml:space="preserve"> shave.</w:t>
        <w:br/>
        <w:t>你要我剃掉胡须</w:t>
      </w:r>
      <w:r>
        <w:t xml:space="preserve"> 你疯了吗</w:t>
        <w:br/>
        <w:t>You</w:t>
      </w:r>
      <w:r>
        <w:t xml:space="preserve"> want</w:t>
      </w:r>
      <w:r>
        <w:t xml:space="preserve"> me</w:t>
      </w:r>
      <w:r>
        <w:t xml:space="preserve"> to</w:t>
      </w:r>
      <w:r>
        <w:t xml:space="preserve"> shave</w:t>
      </w:r>
      <w:r>
        <w:t xml:space="preserve"> my</w:t>
      </w:r>
      <w:r>
        <w:t xml:space="preserve"> 'stache?</w:t>
      </w:r>
      <w:r>
        <w:t xml:space="preserve"> You</w:t>
      </w:r>
      <w:r>
        <w:t xml:space="preserve"> out</w:t>
      </w:r>
      <w:r>
        <w:t xml:space="preserve"> of</w:t>
      </w:r>
      <w:r>
        <w:t xml:space="preserve"> your</w:t>
      </w:r>
      <w:r>
        <w:t xml:space="preserve"> goddamn</w:t>
      </w:r>
      <w:r>
        <w:t xml:space="preserve"> mind?</w:t>
        <w:br/>
        <w:t>这是我的标志特征</w:t>
        <w:br/>
        <w:t>It's</w:t>
      </w:r>
      <w:r>
        <w:t xml:space="preserve"> my</w:t>
      </w:r>
      <w:r>
        <w:t xml:space="preserve"> signature</w:t>
      </w:r>
      <w:r>
        <w:t xml:space="preserve"> look.</w:t>
        <w:br/>
        <w:t>等你成功逃走后会再长出来</w:t>
      </w:r>
      <w:r>
        <w:t xml:space="preserve"> 约翰</w:t>
        <w:br/>
        <w:t>You</w:t>
      </w:r>
      <w:r>
        <w:t xml:space="preserve"> can</w:t>
      </w:r>
      <w:r>
        <w:t xml:space="preserve"> grow</w:t>
      </w:r>
      <w:r>
        <w:t xml:space="preserve"> it</w:t>
      </w:r>
      <w:r>
        <w:t xml:space="preserve"> back</w:t>
      </w:r>
      <w:r>
        <w:t xml:space="preserve"> in</w:t>
      </w:r>
      <w:r>
        <w:t xml:space="preserve"> the</w:t>
      </w:r>
      <w:r>
        <w:t xml:space="preserve"> fresh</w:t>
      </w:r>
      <w:r>
        <w:t xml:space="preserve"> air,</w:t>
      </w:r>
      <w:r>
        <w:t xml:space="preserve"> Johnny.</w:t>
        <w:br/>
        <w:br/>
        <w:t>什么</w:t>
      </w:r>
      <w:r>
        <w:t xml:space="preserve"> 你想在监狱里留</w:t>
      </w:r>
      <w:r>
        <w:t xml:space="preserve"> </w:t>
      </w:r>
      <w:r>
        <w:t xml:space="preserve"> -</w:t>
      </w:r>
      <w:r>
        <w:t xml:space="preserve"> 如果你再说...</w:t>
        <w:br/>
        <w:t>What?</w:t>
      </w:r>
      <w:r>
        <w:t xml:space="preserve"> You</w:t>
      </w:r>
      <w:r>
        <w:t xml:space="preserve"> want</w:t>
      </w:r>
      <w:r>
        <w:t xml:space="preserve"> to</w:t>
      </w:r>
      <w:r>
        <w:t xml:space="preserve"> keep</w:t>
      </w:r>
      <w:r>
        <w:t xml:space="preserve"> it</w:t>
      </w:r>
      <w:r>
        <w:t xml:space="preserve"> in</w:t>
      </w:r>
      <w:r>
        <w:t xml:space="preserve"> jail?</w:t>
      </w:r>
      <w:r>
        <w:t xml:space="preserve"> -</w:t>
      </w:r>
      <w:r>
        <w:t xml:space="preserve"> If</w:t>
      </w:r>
      <w:r>
        <w:t xml:space="preserve"> you</w:t>
      </w:r>
      <w:r>
        <w:t xml:space="preserve"> ever</w:t>
      </w:r>
      <w:r>
        <w:t xml:space="preserve"> speak--</w:t>
        <w:br/>
        <w:t>你自己去找事做</w:t>
      </w:r>
      <w:r>
        <w:t xml:space="preserve"> 别烦我</w:t>
        <w:br/>
        <w:t>You</w:t>
      </w:r>
      <w:r>
        <w:t xml:space="preserve"> make</w:t>
      </w:r>
      <w:r>
        <w:t xml:space="preserve"> yourself</w:t>
      </w:r>
      <w:r>
        <w:t xml:space="preserve"> useful.</w:t>
      </w:r>
      <w:r>
        <w:t xml:space="preserve"> You</w:t>
      </w:r>
      <w:r>
        <w:t xml:space="preserve"> get</w:t>
      </w:r>
      <w:r>
        <w:t xml:space="preserve"> out</w:t>
      </w:r>
      <w:r>
        <w:t xml:space="preserve"> of</w:t>
      </w:r>
      <w:r>
        <w:t xml:space="preserve"> my</w:t>
      </w:r>
      <w:r>
        <w:t xml:space="preserve"> sight.</w:t>
        <w:br/>
        <w:t>拿到威士忌和马饲料再来找我</w:t>
      </w:r>
      <w:r>
        <w:t xml:space="preserve"> 明白吗</w:t>
        <w:br/>
        <w:t>You</w:t>
      </w:r>
      <w:r>
        <w:t xml:space="preserve"> don't</w:t>
      </w:r>
      <w:r>
        <w:t xml:space="preserve"> get</w:t>
      </w:r>
      <w:r>
        <w:t xml:space="preserve"> back</w:t>
      </w:r>
      <w:r>
        <w:t xml:space="preserve"> here</w:t>
      </w:r>
      <w:r>
        <w:t xml:space="preserve"> without</w:t>
      </w:r>
      <w:r>
        <w:t xml:space="preserve"> whiskey</w:t>
      </w:r>
      <w:r>
        <w:t xml:space="preserve"> and</w:t>
      </w:r>
      <w:r>
        <w:t xml:space="preserve"> horse</w:t>
      </w:r>
      <w:r>
        <w:t xml:space="preserve"> feed.</w:t>
      </w:r>
      <w:r>
        <w:t xml:space="preserve"> You</w:t>
      </w:r>
      <w:r>
        <w:t xml:space="preserve"> understand?</w:t>
        <w:br/>
        <w:t>大卫</w:t>
      </w:r>
      <w:r>
        <w:t xml:space="preserve"> 外面通缉的人是我</w:t>
      </w:r>
      <w:r>
        <w:t xml:space="preserve"> 不是你</w:t>
        <w:br/>
        <w:t>My</w:t>
      </w:r>
      <w:r>
        <w:t xml:space="preserve"> face</w:t>
      </w:r>
      <w:r>
        <w:t xml:space="preserve"> is</w:t>
      </w:r>
      <w:r>
        <w:t xml:space="preserve"> out</w:t>
      </w:r>
      <w:r>
        <w:t xml:space="preserve"> there,</w:t>
      </w:r>
      <w:r>
        <w:t xml:space="preserve"> Davey,</w:t>
      </w:r>
      <w:r>
        <w:t xml:space="preserve"> not</w:t>
      </w:r>
      <w:r>
        <w:t xml:space="preserve"> yours.</w:t>
        <w:br/>
        <w:t>你就...</w:t>
        <w:br/>
        <w:t>Just...</w:t>
        <w:br/>
        <w:t>当我的英雄吧</w:t>
        <w:br/>
        <w:t>be</w:t>
      </w:r>
      <w:r>
        <w:t xml:space="preserve"> my</w:t>
      </w:r>
      <w:r>
        <w:t xml:space="preserve"> hero.</w:t>
        <w:br/>
        <w:t>拜托了</w:t>
        <w:br/>
        <w:t>Please.</w:t>
        <w:br/>
        <w:t>(需要仆从)</w:t>
        <w:br/>
        <w:t>(注意...)</w:t>
        <w:br/>
        <w:t>(禁止销&amp;hearts;售&amp;hearts;马饲料</w:t>
      </w:r>
      <w:r>
        <w:t xml:space="preserve"> 直至另行通知)</w:t>
        <w:br/>
        <w:t>(埃德温M.斯坦顿</w:t>
      </w:r>
      <w:r>
        <w:t xml:space="preserve"> 美国战争部</w:t>
      </w:r>
      <w:r>
        <w:t xml:space="preserve"> 1865年4月14日)</w:t>
        <w:br/>
        <w:t>(刺杀前一年)</w:t>
        <w:br/>
        <w:t>我找大卫赫罗德</w:t>
        <w:br/>
        <w:t>I'm</w:t>
      </w:r>
      <w:r>
        <w:t xml:space="preserve"> looking</w:t>
      </w:r>
      <w:r>
        <w:t xml:space="preserve"> for</w:t>
      </w:r>
      <w:r>
        <w:t xml:space="preserve"> David</w:t>
      </w:r>
      <w:r>
        <w:t xml:space="preserve"> Herold.</w:t>
        <w:br/>
        <w:t>是我</w:t>
      </w:r>
      <w:r>
        <w:t xml:space="preserve"> 有何贵干</w:t>
        <w:br/>
        <w:t>That's</w:t>
      </w:r>
      <w:r>
        <w:t xml:space="preserve"> me.</w:t>
      </w:r>
      <w:r>
        <w:t xml:space="preserve"> How</w:t>
      </w:r>
      <w:r>
        <w:t xml:space="preserve"> may</w:t>
      </w:r>
      <w:r>
        <w:t xml:space="preserve"> I</w:t>
      </w:r>
      <w:r>
        <w:t xml:space="preserve"> help</w:t>
      </w:r>
      <w:r>
        <w:t xml:space="preserve"> you?</w:t>
        <w:br/>
        <w:t>我们对你的才华感兴趣</w:t>
        <w:br/>
        <w:t>Your</w:t>
      </w:r>
      <w:r>
        <w:t xml:space="preserve"> talents</w:t>
      </w:r>
      <w:r>
        <w:t xml:space="preserve"> interest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us.</w:t>
        <w:br/>
        <w:t>什么意思</w:t>
        <w:br/>
        <w:t>What</w:t>
      </w:r>
      <w:r>
        <w:t xml:space="preserve"> do</w:t>
      </w:r>
      <w:r>
        <w:t xml:space="preserve"> you</w:t>
      </w:r>
      <w:r>
        <w:t xml:space="preserve"> mean?</w:t>
        <w:br/>
        <w:t>我有一个朋友和你是同窗</w:t>
        <w:br/>
        <w:t>A</w:t>
      </w:r>
      <w:r>
        <w:t xml:space="preserve"> friend</w:t>
      </w:r>
      <w:r>
        <w:t xml:space="preserve"> went</w:t>
      </w:r>
      <w:r>
        <w:t xml:space="preserve"> to</w:t>
      </w:r>
      <w:r>
        <w:t xml:space="preserve"> school</w:t>
      </w:r>
      <w:r>
        <w:t xml:space="preserve"> with</w:t>
      </w:r>
      <w:r>
        <w:t xml:space="preserve"> you.</w:t>
        <w:br/>
        <w:t>我们听说你对马里兰的树林了如指掌</w:t>
        <w:br/>
        <w:t>We</w:t>
      </w:r>
      <w:r>
        <w:t xml:space="preserve"> hear</w:t>
      </w:r>
      <w:r>
        <w:t xml:space="preserve"> you</w:t>
      </w:r>
      <w:r>
        <w:t xml:space="preserve"> know</w:t>
      </w:r>
      <w:r>
        <w:t xml:space="preserve"> Maryland's</w:t>
      </w:r>
      <w:r>
        <w:t xml:space="preserve"> woods</w:t>
      </w:r>
      <w:r>
        <w:t xml:space="preserve"> like</w:t>
      </w:r>
      <w:r>
        <w:t xml:space="preserve"> the</w:t>
      </w:r>
      <w:r>
        <w:t xml:space="preserve"> back</w:t>
      </w:r>
      <w:r>
        <w:t xml:space="preserve"> of</w:t>
      </w:r>
      <w:r>
        <w:t xml:space="preserve"> your</w:t>
      </w:r>
      <w:r>
        <w:t xml:space="preserve"> hand.</w:t>
        <w:br/>
        <w:t>也听说你也在帮助我们提供医药品方面</w:t>
      </w:r>
      <w:r>
        <w:t xml:space="preserve"> 非常慷慨大方</w:t>
        <w:br/>
        <w:t>We</w:t>
      </w:r>
      <w:r>
        <w:t xml:space="preserve"> also</w:t>
      </w:r>
      <w:r>
        <w:t xml:space="preserve"> hear</w:t>
      </w:r>
      <w:r>
        <w:t xml:space="preserve"> you're</w:t>
      </w:r>
      <w:r>
        <w:t xml:space="preserve"> generous</w:t>
      </w:r>
      <w:r>
        <w:t xml:space="preserve"> with</w:t>
      </w:r>
      <w:r>
        <w:t xml:space="preserve"> pain</w:t>
      </w:r>
      <w:r>
        <w:t xml:space="preserve"> relief</w:t>
      </w:r>
      <w:r>
        <w:t xml:space="preserve"> to</w:t>
      </w:r>
      <w:r>
        <w:t xml:space="preserve"> our</w:t>
      </w:r>
      <w:r>
        <w:t xml:space="preserve"> side.</w:t>
        <w:br/>
        <w:t>我没听到你的名字</w:t>
        <w:br/>
        <w:t>I</w:t>
      </w:r>
      <w:r>
        <w:t xml:space="preserve"> didn't</w:t>
      </w:r>
      <w:r>
        <w:t xml:space="preserve"> catch</w:t>
      </w:r>
      <w:r>
        <w:t xml:space="preserve"> your</w:t>
      </w:r>
      <w:r>
        <w:t xml:space="preserve"> name.</w:t>
        <w:br/>
        <w:t>小约翰苏拉特</w:t>
        <w:br/>
        <w:t>John</w:t>
      </w:r>
      <w:r>
        <w:t xml:space="preserve"> Jr.</w:t>
      </w:r>
      <w:r>
        <w:t xml:space="preserve"> Surratt.</w:t>
        <w:br/>
        <w:t>苏拉特维尔的那个“苏拉特”</w:t>
        <w:br/>
        <w:t>As</w:t>
      </w:r>
      <w:r>
        <w:t xml:space="preserve"> in</w:t>
      </w:r>
      <w:r>
        <w:t xml:space="preserve"> Surrattsville?</w:t>
        <w:br/>
        <w:t>以我父亲命名</w:t>
      </w:r>
      <w:r>
        <w:t xml:space="preserve"> 他之后醉酒身亡</w:t>
        <w:br/>
        <w:t>Named</w:t>
      </w:r>
      <w:r>
        <w:t xml:space="preserve"> after</w:t>
      </w:r>
      <w:r>
        <w:t xml:space="preserve"> my</w:t>
      </w:r>
      <w:r>
        <w:t xml:space="preserve"> father</w:t>
      </w:r>
      <w:r>
        <w:t xml:space="preserve"> before</w:t>
      </w:r>
      <w:r>
        <w:t xml:space="preserve"> he</w:t>
      </w:r>
      <w:r>
        <w:t xml:space="preserve"> drank</w:t>
      </w:r>
      <w:r>
        <w:t xml:space="preserve"> himself</w:t>
      </w:r>
      <w:r>
        <w:t xml:space="preserve"> to</w:t>
      </w:r>
      <w:r>
        <w:t xml:space="preserve"> death.</w:t>
        <w:br/>
        <w:t>我母亲给他造了最后一杯酒</w:t>
        <w:br/>
        <w:t>My</w:t>
      </w:r>
      <w:r>
        <w:t xml:space="preserve"> mother</w:t>
      </w:r>
      <w:r>
        <w:t xml:space="preserve"> made</w:t>
      </w:r>
      <w:r>
        <w:t xml:space="preserve"> him</w:t>
      </w:r>
      <w:r>
        <w:t xml:space="preserve"> his</w:t>
      </w:r>
      <w:r>
        <w:t xml:space="preserve"> last</w:t>
      </w:r>
      <w:r>
        <w:t xml:space="preserve"> drink.</w:t>
        <w:br/>
        <w:t>总之</w:t>
      </w:r>
      <w:r>
        <w:t xml:space="preserve"> 大卫</w:t>
      </w:r>
      <w:r>
        <w:t xml:space="preserve"> 我想把你介绍给一个朋友</w:t>
        <w:br/>
        <w:t>Anyway,</w:t>
      </w:r>
      <w:r>
        <w:t xml:space="preserve"> David,</w:t>
      </w:r>
      <w:r>
        <w:t xml:space="preserve"> I'd</w:t>
      </w:r>
      <w:r>
        <w:t xml:space="preserve"> like</w:t>
      </w:r>
      <w:r>
        <w:t xml:space="preserve"> to</w:t>
      </w:r>
      <w:r>
        <w:t xml:space="preserve"> introduce</w:t>
      </w:r>
      <w:r>
        <w:t xml:space="preserve"> you</w:t>
      </w:r>
      <w:r>
        <w:t xml:space="preserve"> to</w:t>
      </w:r>
      <w:r>
        <w:t xml:space="preserve"> a</w:t>
      </w:r>
      <w:r>
        <w:t xml:space="preserve"> friend.</w:t>
        <w:br/>
        <w:t>一定是命中注定</w:t>
      </w:r>
      <w:r>
        <w:t xml:space="preserve"> 因为你的墙上挂着他</w:t>
        <w:br/>
        <w:t>Must</w:t>
      </w:r>
      <w:r>
        <w:t xml:space="preserve"> be</w:t>
      </w:r>
      <w:r>
        <w:t xml:space="preserve"> meant</w:t>
      </w:r>
      <w:r>
        <w:t xml:space="preserve"> to</w:t>
      </w:r>
      <w:r>
        <w:t xml:space="preserve"> be,</w:t>
      </w:r>
      <w:r>
        <w:t xml:space="preserve"> because</w:t>
      </w:r>
      <w:r>
        <w:t xml:space="preserve"> he's</w:t>
      </w:r>
      <w:r>
        <w:t xml:space="preserve"> on</w:t>
      </w:r>
      <w:r>
        <w:t xml:space="preserve"> your</w:t>
      </w:r>
      <w:r>
        <w:t xml:space="preserve"> wall.</w:t>
        <w:br/>
        <w:t>(朱纽斯布鲁图斯</w:t>
      </w:r>
      <w:r>
        <w:t xml:space="preserve"> 埃德温和约翰威尔克斯布斯)</w:t>
        <w:br/>
        <w:t>(朱里斯凯撒</w:t>
      </w:r>
      <w:r>
        <w:t xml:space="preserve"> 约翰威尔克斯布斯饰马克安东尼)</w:t>
        <w:br/>
        <w:t>约翰威尔克斯布斯</w:t>
      </w:r>
      <w:r>
        <w:t xml:space="preserve"> 他是你朋友</w:t>
        <w:br/>
        <w:t>John</w:t>
      </w:r>
      <w:r>
        <w:t xml:space="preserve"> Wilkes</w:t>
      </w:r>
      <w:r>
        <w:t xml:space="preserve"> Booth?</w:t>
      </w:r>
      <w:r>
        <w:t xml:space="preserve"> He's</w:t>
      </w:r>
      <w:r>
        <w:t xml:space="preserve"> your</w:t>
      </w:r>
      <w:r>
        <w:t xml:space="preserve"> friend?</w:t>
        <w:br/>
        <w:t>我也希望他成为你的朋友</w:t>
        <w:br/>
        <w:t>I</w:t>
      </w:r>
      <w:r>
        <w:t xml:space="preserve"> want</w:t>
      </w:r>
      <w:r>
        <w:t xml:space="preserve"> him</w:t>
      </w:r>
      <w:r>
        <w:t xml:space="preserve"> to</w:t>
      </w:r>
      <w:r>
        <w:t xml:space="preserve"> be</w:t>
      </w:r>
      <w:r>
        <w:t xml:space="preserve"> your</w:t>
      </w:r>
      <w:r>
        <w:t xml:space="preserve"> friend</w:t>
      </w:r>
      <w:r>
        <w:t xml:space="preserve"> too.</w:t>
        <w:br/>
        <w:t>我</w:t>
      </w:r>
      <w:r>
        <w:t xml:space="preserve"> 安德鲁约翰逊</w:t>
        <w:br/>
        <w:t>I,</w:t>
      </w:r>
      <w:r>
        <w:t xml:space="preserve"> Andrew</w:t>
      </w:r>
      <w:r>
        <w:t xml:space="preserve"> Johnson...</w:t>
        <w:br/>
        <w:t>庄严宣誓</w:t>
        <w:br/>
        <w:t>Do</w:t>
      </w:r>
      <w:r>
        <w:t xml:space="preserve"> solemnly</w:t>
      </w:r>
      <w:r>
        <w:t xml:space="preserve"> swear...</w:t>
        <w:br/>
        <w:t>忠实地履行美国总统一职</w:t>
        <w:br/>
        <w:t>To</w:t>
      </w:r>
      <w:r>
        <w:t xml:space="preserve"> faithfully</w:t>
      </w:r>
      <w:r>
        <w:t xml:space="preserve"> execute</w:t>
      </w:r>
      <w:r>
        <w:t xml:space="preserve"> the</w:t>
      </w:r>
      <w:r>
        <w:t xml:space="preserve"> office</w:t>
      </w:r>
      <w:r>
        <w:t xml:space="preserve"> of</w:t>
      </w:r>
      <w:r>
        <w:t xml:space="preserve"> the</w:t>
      </w:r>
      <w:r>
        <w:t xml:space="preserve"> president</w:t>
      </w:r>
      <w:r>
        <w:t xml:space="preserve"> of</w:t>
      </w:r>
      <w:r>
        <w:t xml:space="preserve"> the</w:t>
      </w:r>
      <w:r>
        <w:t xml:space="preserve"> United</w:t>
      </w:r>
      <w:r>
        <w:t xml:space="preserve"> States.</w:t>
        <w:br/>
        <w:t>谢谢你来</w:t>
        <w:br/>
        <w:t>Thank</w:t>
      </w:r>
      <w:r>
        <w:t xml:space="preserve"> you</w:t>
      </w:r>
      <w:r>
        <w:t xml:space="preserve"> for</w:t>
      </w:r>
      <w:r>
        <w:t xml:space="preserve"> coming.</w:t>
        <w:br/>
        <w:t>并将尽我所能</w:t>
        <w:br/>
        <w:t>And</w:t>
      </w:r>
      <w:r>
        <w:t xml:space="preserve"> will,</w:t>
      </w:r>
      <w:r>
        <w:t xml:space="preserve"> to</w:t>
      </w:r>
      <w:r>
        <w:t xml:space="preserve"> the</w:t>
      </w:r>
      <w:r>
        <w:t xml:space="preserve"> best</w:t>
      </w:r>
      <w:r>
        <w:t xml:space="preserve"> of</w:t>
      </w:r>
      <w:r>
        <w:t xml:space="preserve"> my</w:t>
      </w:r>
      <w:r>
        <w:t xml:space="preserve"> ability...</w:t>
        <w:br/>
        <w:t>我没有忘记</w:t>
      </w:r>
      <w:r>
        <w:t xml:space="preserve"> -</w:t>
      </w:r>
      <w:r>
        <w:t xml:space="preserve"> 守护</w:t>
      </w:r>
      <w:r>
        <w:t xml:space="preserve"> 保护和维护</w:t>
        <w:br/>
        <w:t>I</w:t>
      </w:r>
      <w:r>
        <w:t xml:space="preserve"> didn't</w:t>
      </w:r>
      <w:r>
        <w:t xml:space="preserve"> forget.</w:t>
      </w:r>
      <w:r>
        <w:t xml:space="preserve"> -</w:t>
      </w:r>
      <w:r>
        <w:t xml:space="preserve"> Preserve,</w:t>
      </w:r>
      <w:r>
        <w:t xml:space="preserve"> protect</w:t>
      </w:r>
      <w:r>
        <w:t xml:space="preserve"> and</w:t>
      </w:r>
      <w:r>
        <w:t xml:space="preserve"> defend...</w:t>
        <w:br/>
        <w:t>我知道</w:t>
      </w:r>
      <w:r>
        <w:t xml:space="preserve"> -</w:t>
      </w:r>
      <w:r>
        <w:t xml:space="preserve"> 守护</w:t>
      </w:r>
      <w:r>
        <w:t xml:space="preserve"> 保护和维护</w:t>
        <w:br/>
        <w:t>I</w:t>
      </w:r>
      <w:r>
        <w:t xml:space="preserve"> understand.</w:t>
      </w:r>
      <w:r>
        <w:t xml:space="preserve"> -</w:t>
      </w:r>
      <w:r>
        <w:t xml:space="preserve"> Preserve,</w:t>
      </w:r>
      <w:r>
        <w:t xml:space="preserve"> protect</w:t>
      </w:r>
      <w:r>
        <w:t xml:space="preserve"> and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defend...</w:t>
        <w:br/>
        <w:t>你以前从没错过他的生日</w:t>
        <w:br/>
        <w:t>You've</w:t>
      </w:r>
      <w:r>
        <w:t xml:space="preserve"> never</w:t>
      </w:r>
      <w:r>
        <w:t xml:space="preserve"> missed</w:t>
      </w:r>
      <w:r>
        <w:t xml:space="preserve"> his</w:t>
      </w:r>
      <w:r>
        <w:t xml:space="preserve"> birthday</w:t>
      </w:r>
      <w:r>
        <w:t xml:space="preserve"> before.</w:t>
        <w:br/>
        <w:t>美国宪法</w:t>
        <w:br/>
        <w:t>The</w:t>
      </w:r>
      <w:r>
        <w:t xml:space="preserve"> Constitution</w:t>
      </w:r>
      <w:r>
        <w:t xml:space="preserve"> of</w:t>
      </w:r>
      <w:r>
        <w:t xml:space="preserve"> the</w:t>
      </w:r>
      <w:r>
        <w:t xml:space="preserve"> United</w:t>
      </w:r>
      <w:r>
        <w:t xml:space="preserve"> States.</w:t>
        <w:br/>
        <w:t>我也很想念他</w:t>
        <w:br/>
        <w:t>I</w:t>
      </w:r>
      <w:r>
        <w:t xml:space="preserve"> miss</w:t>
      </w:r>
      <w:r>
        <w:t xml:space="preserve"> him</w:t>
      </w:r>
      <w:r>
        <w:t xml:space="preserve"> too.</w:t>
        <w:br/>
        <w:t>美国宪法</w:t>
        <w:br/>
        <w:t>The</w:t>
      </w:r>
      <w:r>
        <w:t xml:space="preserve"> Constitution</w:t>
      </w:r>
      <w:r>
        <w:t xml:space="preserve"> of</w:t>
      </w:r>
      <w:r>
        <w:t xml:space="preserve"> the</w:t>
      </w:r>
      <w:r>
        <w:t xml:space="preserve"> United</w:t>
      </w:r>
      <w:r>
        <w:t xml:space="preserve"> States.</w:t>
        <w:br/>
        <w:t>是</w:t>
      </w:r>
      <w:r>
        <w:t xml:space="preserve"> -</w:t>
      </w:r>
      <w:r>
        <w:t xml:space="preserve"> 总统先生</w:t>
        <w:br/>
        <w:t>Yes.</w:t>
      </w:r>
      <w:r>
        <w:t xml:space="preserve"> -</w:t>
      </w:r>
      <w:r>
        <w:t xml:space="preserve"> Mr.</w:t>
      </w:r>
      <w:r>
        <w:t xml:space="preserve"> President.</w:t>
        <w:br/>
        <w:t>恭喜</w:t>
      </w:r>
      <w:r>
        <w:t xml:space="preserve"> 总统先生</w:t>
        <w:br/>
        <w:t>Congratulations,</w:t>
      </w:r>
      <w:r>
        <w:t xml:space="preserve"> Mr.</w:t>
      </w:r>
      <w:r>
        <w:t xml:space="preserve"> President.</w:t>
        <w:br/>
        <w:t>亲爱的</w:t>
      </w:r>
      <w:r>
        <w:t xml:space="preserve"> 表现得开心点</w:t>
        <w:br/>
        <w:t>Fix</w:t>
      </w:r>
      <w:r>
        <w:t xml:space="preserve"> your</w:t>
      </w:r>
      <w:r>
        <w:t xml:space="preserve"> face,</w:t>
      </w:r>
      <w:r>
        <w:t xml:space="preserve"> dear.</w:t>
        <w:br/>
        <w:t>你必须给他一个机会</w:t>
        <w:br/>
        <w:t>You</w:t>
      </w:r>
      <w:r>
        <w:t xml:space="preserve"> have</w:t>
      </w:r>
      <w:r>
        <w:t xml:space="preserve"> to</w:t>
      </w:r>
      <w:r>
        <w:t xml:space="preserve"> give</w:t>
      </w:r>
      <w:r>
        <w:t xml:space="preserve"> him</w:t>
      </w:r>
      <w:r>
        <w:t xml:space="preserve"> a</w:t>
      </w:r>
      <w:r>
        <w:t xml:space="preserve"> chance.</w:t>
        <w:br/>
        <w:t>玛丽</w:t>
        <w:br/>
        <w:t>Mary!</w:t>
        <w:br/>
        <w:t>我需要这个来做拐杖</w:t>
        <w:br/>
        <w:t>I</w:t>
      </w:r>
      <w:r>
        <w:t xml:space="preserve"> need</w:t>
      </w:r>
      <w:r>
        <w:t xml:space="preserve"> this</w:t>
      </w:r>
      <w:r>
        <w:t xml:space="preserve"> to</w:t>
      </w:r>
      <w:r>
        <w:t xml:space="preserve"> make</w:t>
      </w:r>
      <w:r>
        <w:t xml:space="preserve"> a</w:t>
      </w:r>
      <w:r>
        <w:t xml:space="preserve"> crutch.</w:t>
        <w:br/>
        <w:t>什么</w:t>
      </w:r>
      <w:r>
        <w:t xml:space="preserve"> 不</w:t>
      </w:r>
      <w:r>
        <w:t xml:space="preserve"> 我只有这一个</w:t>
        <w:br/>
        <w:t>What?</w:t>
      </w:r>
      <w:r>
        <w:t xml:space="preserve"> Nah,</w:t>
      </w:r>
      <w:r>
        <w:t xml:space="preserve"> that's</w:t>
      </w:r>
      <w:r>
        <w:t xml:space="preserve"> the</w:t>
      </w:r>
      <w:r>
        <w:t xml:space="preserve"> only</w:t>
      </w:r>
      <w:r>
        <w:t xml:space="preserve"> one</w:t>
      </w:r>
      <w:r>
        <w:t xml:space="preserve"> I</w:t>
      </w:r>
      <w:r>
        <w:t xml:space="preserve"> got.</w:t>
        <w:br/>
        <w:t>医生说我得快点</w:t>
      </w:r>
      <w:r>
        <w:t xml:space="preserve"> 他表达得很清楚</w:t>
        <w:br/>
        <w:t>Doc</w:t>
      </w:r>
      <w:r>
        <w:t xml:space="preserve"> says</w:t>
      </w:r>
      <w:r>
        <w:t xml:space="preserve"> I</w:t>
      </w:r>
      <w:r>
        <w:t xml:space="preserve"> gotta</w:t>
      </w:r>
      <w:r>
        <w:t xml:space="preserve"> make</w:t>
      </w:r>
      <w:r>
        <w:t xml:space="preserve"> it</w:t>
      </w:r>
      <w:r>
        <w:t xml:space="preserve"> quick.</w:t>
      </w:r>
      <w:r>
        <w:t xml:space="preserve"> He</w:t>
      </w:r>
      <w:r>
        <w:t xml:space="preserve"> made</w:t>
      </w:r>
      <w:r>
        <w:t xml:space="preserve"> that</w:t>
      </w:r>
      <w:r>
        <w:t xml:space="preserve"> crystal</w:t>
      </w:r>
      <w:r>
        <w:t xml:space="preserve"> clear.</w:t>
        <w:br/>
        <w:t>嘿</w:t>
        <w:br/>
        <w:t>Hey!</w:t>
        <w:br/>
        <w:t>玛丽</w:t>
        <w:br/>
        <w:t>Mary!</w:t>
        <w:br/>
        <w:t>病人需要剃干净毛</w:t>
        <w:br/>
        <w:t>Patient</w:t>
      </w:r>
      <w:r>
        <w:t xml:space="preserve"> needs</w:t>
      </w:r>
      <w:r>
        <w:t xml:space="preserve"> to</w:t>
      </w:r>
      <w:r>
        <w:t xml:space="preserve"> be</w:t>
      </w:r>
      <w:r>
        <w:t xml:space="preserve"> shaved</w:t>
      </w:r>
      <w:r>
        <w:t xml:space="preserve"> clean.</w:t>
        <w:br/>
        <w:t>你信任她啊</w:t>
        <w:br/>
        <w:t>You</w:t>
      </w:r>
      <w:r>
        <w:t xml:space="preserve"> trust</w:t>
      </w:r>
      <w:r>
        <w:t xml:space="preserve"> her?</w:t>
        <w:br/>
        <w:t>玛丽自从开始学会爬起就为我服务了</w:t>
        <w:br/>
        <w:t>Mary</w:t>
      </w:r>
      <w:r>
        <w:t xml:space="preserve"> has</w:t>
      </w:r>
      <w:r>
        <w:t xml:space="preserve"> been</w:t>
      </w:r>
      <w:r>
        <w:t xml:space="preserve"> under</w:t>
      </w:r>
      <w:r>
        <w:t xml:space="preserve"> my</w:t>
      </w:r>
      <w:r>
        <w:t xml:space="preserve"> hand</w:t>
      </w:r>
      <w:r>
        <w:t xml:space="preserve"> since</w:t>
      </w:r>
      <w:r>
        <w:t xml:space="preserve"> she</w:t>
      </w:r>
      <w:r>
        <w:t xml:space="preserve"> learned</w:t>
      </w:r>
      <w:r>
        <w:t xml:space="preserve"> to</w:t>
      </w:r>
      <w:r>
        <w:t xml:space="preserve"> crawl.</w:t>
        <w:br/>
        <w:t>我回来之前你就走吧</w:t>
        <w:br/>
        <w:t>You,</w:t>
      </w:r>
      <w:r>
        <w:t xml:space="preserve"> be</w:t>
      </w:r>
      <w:r>
        <w:t xml:space="preserve"> gone</w:t>
      </w:r>
      <w:r>
        <w:t xml:space="preserve"> before</w:t>
      </w:r>
      <w:r>
        <w:t xml:space="preserve"> I</w:t>
      </w:r>
      <w:r>
        <w:t xml:space="preserve"> get</w:t>
      </w:r>
      <w:r>
        <w:t xml:space="preserve"> back.</w:t>
        <w:br/>
        <w:t>剃胡子这事我还没想好</w:t>
        <w:br/>
        <w:t>Uh-uh.</w:t>
      </w:r>
      <w:r>
        <w:t xml:space="preserve"> I'm</w:t>
      </w:r>
      <w:r>
        <w:t xml:space="preserve"> not</w:t>
      </w:r>
      <w:r>
        <w:t xml:space="preserve"> so</w:t>
      </w:r>
      <w:r>
        <w:t xml:space="preserve"> sure</w:t>
      </w:r>
      <w:r>
        <w:t xml:space="preserve"> about</w:t>
      </w:r>
      <w:r>
        <w:t xml:space="preserve"> the</w:t>
      </w:r>
      <w:r>
        <w:t xml:space="preserve"> 'stache</w:t>
      </w:r>
      <w:r>
        <w:t xml:space="preserve"> yet.</w:t>
        <w:br/>
        <w:t>你这个愚蠢的黑婊&amp;hearts;子&amp;hearts;</w:t>
        <w:br/>
        <w:t>You</w:t>
      </w:r>
      <w:r>
        <w:t xml:space="preserve"> stupid</w:t>
      </w:r>
      <w:r>
        <w:t xml:space="preserve"> Black</w:t>
      </w:r>
      <w:r>
        <w:t xml:space="preserve"> bitch!</w:t>
        <w:br/>
        <w:t>先生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我不是故意惹事的</w:t>
        <w:br/>
        <w:t>Don't</w:t>
      </w:r>
      <w:r>
        <w:t xml:space="preserve"> mean</w:t>
      </w:r>
      <w:r>
        <w:t xml:space="preserve"> no</w:t>
      </w:r>
      <w:r>
        <w:t xml:space="preserve"> trouble</w:t>
      </w:r>
      <w:r>
        <w:t xml:space="preserve"> by</w:t>
      </w:r>
      <w:r>
        <w:t xml:space="preserve"> it,</w:t>
      </w:r>
      <w:r>
        <w:t xml:space="preserve"> sir.</w:t>
        <w:br/>
        <w:t>猴子女</w:t>
      </w:r>
      <w:r>
        <w:t xml:space="preserve"> 知道我是谁吗</w:t>
        <w:br/>
        <w:t>Do</w:t>
      </w:r>
      <w:r>
        <w:t xml:space="preserve"> you</w:t>
      </w:r>
      <w:r>
        <w:t xml:space="preserve"> know</w:t>
      </w:r>
      <w:r>
        <w:t xml:space="preserve"> who</w:t>
      </w:r>
      <w:r>
        <w:t xml:space="preserve"> I</w:t>
      </w:r>
      <w:r>
        <w:t xml:space="preserve"> am,</w:t>
      </w:r>
      <w:r>
        <w:t xml:space="preserve"> monkey</w:t>
      </w:r>
      <w:r>
        <w:t xml:space="preserve"> girl?</w:t>
        <w:br/>
        <w:t>如果你很重要</w:t>
      </w:r>
      <w:r>
        <w:t xml:space="preserve"> 我也不会知道</w:t>
        <w:br/>
        <w:t>If</w:t>
      </w:r>
      <w:r>
        <w:t xml:space="preserve"> you's</w:t>
      </w:r>
      <w:r>
        <w:t xml:space="preserve"> important,</w:t>
      </w:r>
      <w:r>
        <w:t xml:space="preserve"> I</w:t>
      </w:r>
      <w:r>
        <w:t xml:space="preserve"> wouldn't</w:t>
      </w:r>
      <w:r>
        <w:t xml:space="preserve"> know.</w:t>
        <w:br/>
        <w:t>我只来过这里一...</w:t>
        <w:br/>
        <w:t>Only</w:t>
      </w:r>
      <w:r>
        <w:t xml:space="preserve"> been</w:t>
      </w:r>
      <w:r>
        <w:t xml:space="preserve"> far</w:t>
      </w:r>
      <w:r>
        <w:t xml:space="preserve"> from</w:t>
      </w:r>
      <w:r>
        <w:t xml:space="preserve"> here</w:t>
      </w:r>
      <w:r>
        <w:t xml:space="preserve"> 'bout</w:t>
      </w:r>
      <w:r>
        <w:t xml:space="preserve"> one</w:t>
      </w:r>
      <w:r>
        <w:t xml:space="preserve"> ti--</w:t>
        <w:br/>
        <w:t>你让我感到担心</w:t>
        <w:br/>
        <w:t>You're</w:t>
      </w:r>
      <w:r>
        <w:t xml:space="preserve"> causing</w:t>
      </w:r>
      <w:r>
        <w:t xml:space="preserve"> me</w:t>
      </w:r>
      <w:r>
        <w:t xml:space="preserve"> worry.</w:t>
        <w:br/>
        <w:t>我一担心</w:t>
      </w:r>
      <w:r>
        <w:t xml:space="preserve"> 就会处理掉令我担心的人</w:t>
        <w:br/>
        <w:t>You</w:t>
      </w:r>
      <w:r>
        <w:t xml:space="preserve"> know,</w:t>
      </w:r>
      <w:r>
        <w:t xml:space="preserve"> when</w:t>
      </w:r>
      <w:r>
        <w:t xml:space="preserve"> I</w:t>
      </w:r>
      <w:r>
        <w:t xml:space="preserve"> worry,</w:t>
      </w:r>
      <w:r>
        <w:t xml:space="preserve"> I</w:t>
      </w:r>
      <w:r>
        <w:t xml:space="preserve"> put</w:t>
      </w:r>
      <w:r>
        <w:t xml:space="preserve"> an</w:t>
      </w:r>
      <w:r>
        <w:t xml:space="preserve"> end</w:t>
      </w:r>
      <w:r>
        <w:t xml:space="preserve"> to</w:t>
      </w:r>
      <w:r>
        <w:t xml:space="preserve"> it!</w:t>
        <w:br/>
        <w:t>你为什么要下赌注</w:t>
        <w:br/>
        <w:t>Why</w:t>
      </w:r>
      <w:r>
        <w:t xml:space="preserve"> you</w:t>
      </w:r>
      <w:r>
        <w:t xml:space="preserve"> gonna</w:t>
      </w:r>
      <w:r>
        <w:t xml:space="preserve"> try</w:t>
      </w:r>
      <w:r>
        <w:t xml:space="preserve"> and</w:t>
      </w:r>
      <w:r>
        <w:t xml:space="preserve"> make</w:t>
      </w:r>
      <w:r>
        <w:t xml:space="preserve"> a</w:t>
      </w:r>
      <w:r>
        <w:t xml:space="preserve"> kitty?</w:t>
        <w:br/>
        <w:t>你没有好牌</w:t>
      </w:r>
      <w:r>
        <w:t xml:space="preserve"> 玛丽</w:t>
        <w:br/>
        <w:t>You</w:t>
      </w:r>
      <w:r>
        <w:t xml:space="preserve"> ain't</w:t>
      </w:r>
      <w:r>
        <w:t xml:space="preserve"> got</w:t>
      </w:r>
      <w:r>
        <w:t xml:space="preserve"> the</w:t>
      </w:r>
      <w:r>
        <w:t xml:space="preserve"> cards,</w:t>
      </w:r>
      <w:r>
        <w:t xml:space="preserve"> Mary.</w:t>
        <w:br/>
        <w:t>我已经赢了</w:t>
        <w:br/>
        <w:t>I</w:t>
      </w:r>
      <w:r>
        <w:t xml:space="preserve"> done</w:t>
      </w:r>
      <w:r>
        <w:t xml:space="preserve"> won</w:t>
      </w:r>
      <w:r>
        <w:t xml:space="preserve"> the</w:t>
      </w:r>
      <w:r>
        <w:t xml:space="preserve"> book</w:t>
      </w:r>
      <w:r>
        <w:t xml:space="preserve"> already.</w:t>
        <w:br/>
        <w:t>你就像个小男孩</w:t>
        <w:br/>
        <w:t>You</w:t>
      </w:r>
      <w:r>
        <w:t xml:space="preserve"> act</w:t>
      </w:r>
      <w:r>
        <w:t xml:space="preserve"> like</w:t>
      </w:r>
      <w:r>
        <w:t xml:space="preserve"> a</w:t>
      </w:r>
      <w:r>
        <w:t xml:space="preserve"> little</w:t>
      </w:r>
      <w:r>
        <w:t xml:space="preserve"> boy.</w:t>
        <w:br/>
        <w:t>亨利</w:t>
      </w:r>
      <w:r>
        <w:t xml:space="preserve"> G先生带着联邦警来了</w:t>
        <w:br/>
        <w:t>Henry!</w:t>
      </w:r>
      <w:r>
        <w:t xml:space="preserve"> Mr.</w:t>
      </w:r>
      <w:r>
        <w:t xml:space="preserve"> G.</w:t>
      </w:r>
      <w:r>
        <w:t xml:space="preserve"> up</w:t>
      </w:r>
      <w:r>
        <w:t xml:space="preserve"> here</w:t>
      </w:r>
      <w:r>
        <w:t xml:space="preserve"> with</w:t>
      </w:r>
      <w:r>
        <w:t xml:space="preserve"> marshals.</w:t>
        <w:br/>
        <w:t>他们抓到了威尔逊</w:t>
      </w:r>
      <w:r>
        <w:t xml:space="preserve"> 约翰</w:t>
      </w:r>
      <w:r>
        <w:t xml:space="preserve"> 艾利克斯和山姆</w:t>
        <w:br/>
        <w:t>They</w:t>
      </w:r>
      <w:r>
        <w:t xml:space="preserve"> snatched</w:t>
      </w:r>
      <w:r>
        <w:t xml:space="preserve"> Wilson,</w:t>
      </w:r>
      <w:r>
        <w:t xml:space="preserve"> John,</w:t>
      </w:r>
      <w:r>
        <w:t xml:space="preserve"> Alex</w:t>
      </w:r>
      <w:r>
        <w:t xml:space="preserve"> and</w:t>
      </w:r>
      <w:r>
        <w:t xml:space="preserve"> Sam.</w:t>
        <w:br/>
        <w:t>保护好自己</w:t>
      </w:r>
      <w:r>
        <w:t xml:space="preserve"> 比尔</w:t>
      </w:r>
      <w:r>
        <w:t xml:space="preserve"> 去</w:t>
        <w:br/>
        <w:t>Protect</w:t>
      </w:r>
      <w:r>
        <w:t xml:space="preserve"> yourself,</w:t>
      </w:r>
      <w:r>
        <w:t xml:space="preserve"> Bill.</w:t>
      </w:r>
      <w:r>
        <w:t xml:space="preserve"> Go!</w:t>
        <w:br/>
        <w:t>拿上枪</w:t>
        <w:br/>
        <w:t>Get</w:t>
      </w:r>
      <w:r>
        <w:t xml:space="preserve"> the</w:t>
      </w:r>
      <w:r>
        <w:t xml:space="preserve"> guns!</w:t>
        <w:br/>
        <w:t>关上灯</w:t>
      </w:r>
      <w:r>
        <w:t xml:space="preserve"> 留在里面</w:t>
        <w:br/>
        <w:t>Turn</w:t>
      </w:r>
      <w:r>
        <w:t xml:space="preserve"> down</w:t>
      </w:r>
      <w:r>
        <w:t xml:space="preserve"> the</w:t>
      </w:r>
      <w:r>
        <w:t xml:space="preserve"> lamps</w:t>
      </w:r>
      <w:r>
        <w:t xml:space="preserve"> and</w:t>
      </w:r>
      <w:r>
        <w:t xml:space="preserve"> stay</w:t>
      </w:r>
      <w:r>
        <w:t xml:space="preserve"> inside.</w:t>
        <w:br/>
        <w:t>玛丽</w:t>
      </w:r>
      <w:r>
        <w:t xml:space="preserve"> 听见了吗</w:t>
        <w:br/>
        <w:t>You</w:t>
      </w:r>
      <w:r>
        <w:t xml:space="preserve"> hear</w:t>
      </w:r>
      <w:r>
        <w:t xml:space="preserve"> me,</w:t>
      </w:r>
      <w:r>
        <w:t xml:space="preserve"> Mary?</w:t>
        <w:br/>
        <w:t>他们要把我送回马里兰</w:t>
      </w:r>
      <w:r>
        <w:t xml:space="preserve"> </w:t>
      </w:r>
      <w:r>
        <w:t xml:space="preserve"> 我又要变成莫德医生的奴隶了</w:t>
        <w:br/>
        <w:t>They</w:t>
      </w:r>
      <w:r>
        <w:t xml:space="preserve"> stealing</w:t>
      </w:r>
      <w:r>
        <w:t xml:space="preserve"> me</w:t>
      </w:r>
      <w:r>
        <w:t xml:space="preserve"> back</w:t>
      </w:r>
      <w:r>
        <w:t xml:space="preserve"> to</w:t>
      </w:r>
      <w:r>
        <w:t xml:space="preserve"> Maryland?</w:t>
      </w:r>
      <w:r>
        <w:t xml:space="preserve"> I</w:t>
      </w:r>
      <w:r>
        <w:t xml:space="preserve"> gotta</w:t>
      </w:r>
      <w:r>
        <w:t xml:space="preserve"> be</w:t>
      </w:r>
      <w:r>
        <w:t xml:space="preserve"> Dr.</w:t>
      </w:r>
      <w:r>
        <w:t xml:space="preserve"> Mudd's</w:t>
      </w:r>
      <w:r>
        <w:t xml:space="preserve"> slave</w:t>
      </w:r>
      <w:r>
        <w:t xml:space="preserve"> again?</w:t>
        <w:br/>
        <w:t>快去啊</w:t>
      </w:r>
      <w:r>
        <w:t xml:space="preserve"> 姑娘</w:t>
      </w:r>
      <w:r>
        <w:t xml:space="preserve"> 藏起来</w:t>
        <w:br/>
        <w:t>Go</w:t>
      </w:r>
      <w:r>
        <w:t xml:space="preserve"> on,</w:t>
      </w:r>
      <w:r>
        <w:t xml:space="preserve"> girl.</w:t>
      </w:r>
      <w:r>
        <w:t xml:space="preserve"> Hide!</w:t>
        <w:br/>
        <w:t>里面的人</w:t>
      </w:r>
      <w:r>
        <w:t xml:space="preserve"> 出来</w:t>
        <w:br/>
        <w:t>You</w:t>
      </w:r>
      <w:r>
        <w:t xml:space="preserve"> in</w:t>
      </w:r>
      <w:r>
        <w:t xml:space="preserve"> there!</w:t>
      </w:r>
      <w:r>
        <w:t xml:space="preserve"> Come</w:t>
      </w:r>
      <w:r>
        <w:t xml:space="preserve"> on</w:t>
      </w:r>
      <w:r>
        <w:t xml:space="preserve"> out.</w:t>
        <w:br/>
        <w:t>(宾夕法尼亚州</w:t>
      </w:r>
      <w:r>
        <w:t xml:space="preserve"> 一个自&amp;hearts;由&amp;hearts;的州)</w:t>
        <w:br/>
        <w:t>这里不是马里兰</w:t>
        <w:br/>
        <w:t>This</w:t>
      </w:r>
      <w:r>
        <w:t xml:space="preserve"> ain't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Maryland.</w:t>
        <w:br/>
        <w:t>我有权收回我的财产</w:t>
        <w:br/>
        <w:t>Got</w:t>
      </w:r>
      <w:r>
        <w:t xml:space="preserve"> every</w:t>
      </w:r>
      <w:r>
        <w:t xml:space="preserve"> right</w:t>
      </w:r>
      <w:r>
        <w:t xml:space="preserve"> to</w:t>
      </w:r>
      <w:r>
        <w:t xml:space="preserve"> reclaim</w:t>
      </w:r>
      <w:r>
        <w:t xml:space="preserve"> my</w:t>
      </w:r>
      <w:r>
        <w:t xml:space="preserve"> property.</w:t>
        <w:br/>
        <w:t>就算它们位于梅森狄克森线北面</w:t>
        <w:br/>
        <w:t>Even</w:t>
      </w:r>
      <w:r>
        <w:t xml:space="preserve"> if</w:t>
      </w:r>
      <w:r>
        <w:t xml:space="preserve"> they</w:t>
      </w:r>
      <w:r>
        <w:t xml:space="preserve"> are</w:t>
      </w:r>
      <w:r>
        <w:t xml:space="preserve"> north</w:t>
      </w:r>
      <w:r>
        <w:t xml:space="preserve"> of</w:t>
      </w:r>
      <w:r>
        <w:t xml:space="preserve"> the</w:t>
      </w:r>
      <w:r>
        <w:t xml:space="preserve"> Mason-Dixon</w:t>
      </w:r>
      <w:r>
        <w:t xml:space="preserve"> Line.</w:t>
        <w:br/>
        <w:t>趴下</w:t>
        <w:br/>
        <w:t>Get</w:t>
      </w:r>
      <w:r>
        <w:t xml:space="preserve"> down!</w:t>
        <w:br/>
        <w:t>我看不见</w:t>
        <w:br/>
        <w:t>I</w:t>
      </w:r>
      <w:r>
        <w:t xml:space="preserve"> can't</w:t>
      </w:r>
      <w:r>
        <w:t xml:space="preserve"> see.</w:t>
        <w:br/>
        <w:t>玛丽...回来</w:t>
        <w:br/>
        <w:t>Mary!</w:t>
      </w:r>
      <w:r>
        <w:t xml:space="preserve"> Mary,</w:t>
      </w:r>
      <w:r>
        <w:t xml:space="preserve"> come</w:t>
      </w:r>
      <w:r>
        <w:t xml:space="preserve"> back</w:t>
      </w:r>
      <w:r>
        <w:t xml:space="preserve"> here!</w:t>
        <w:br/>
        <w:t>上车</w:t>
        <w:br/>
        <w:t>Get</w:t>
      </w:r>
      <w:r>
        <w:t xml:space="preserve"> in</w:t>
      </w:r>
      <w:r>
        <w:t xml:space="preserve"> the</w:t>
      </w:r>
      <w:r>
        <w:t xml:space="preserve"> wagon.</w:t>
        <w:br/>
        <w:t>你们已经过够当自&amp;hearts;由&amp;hearts;人的瘾了</w:t>
        <w:br/>
        <w:t>You</w:t>
      </w:r>
      <w:r>
        <w:t xml:space="preserve"> boys</w:t>
      </w:r>
      <w:r>
        <w:t xml:space="preserve"> have</w:t>
      </w:r>
      <w:r>
        <w:t xml:space="preserve"> had</w:t>
      </w:r>
      <w:r>
        <w:t xml:space="preserve"> your</w:t>
      </w:r>
      <w:r>
        <w:t xml:space="preserve"> fun</w:t>
      </w:r>
      <w:r>
        <w:t xml:space="preserve"> playing</w:t>
      </w:r>
      <w:r>
        <w:t xml:space="preserve"> freemen.</w:t>
        <w:br/>
        <w:t>是时候走了</w:t>
        <w:br/>
        <w:t>It's</w:t>
      </w:r>
      <w:r>
        <w:t xml:space="preserve"> time</w:t>
      </w:r>
      <w:r>
        <w:t xml:space="preserve"> to</w:t>
      </w:r>
      <w:r>
        <w:t xml:space="preserve"> go.</w:t>
        <w:br/>
        <w:t>赏金猎人</w:t>
      </w:r>
      <w:r>
        <w:t xml:space="preserve"> 他们试图带走山姆</w:t>
        <w:br/>
        <w:t>Bounty</w:t>
      </w:r>
      <w:r>
        <w:t xml:space="preserve"> hunters.</w:t>
      </w:r>
      <w:r>
        <w:t xml:space="preserve"> They're</w:t>
      </w:r>
      <w:r>
        <w:t xml:space="preserve"> trying</w:t>
      </w:r>
      <w:r>
        <w:t xml:space="preserve"> to</w:t>
      </w:r>
      <w:r>
        <w:t xml:space="preserve"> take</w:t>
      </w:r>
      <w:r>
        <w:t xml:space="preserve"> Sam.</w:t>
        <w:br/>
        <w:t>先生</w:t>
      </w:r>
      <w:r>
        <w:t xml:space="preserve"> 坐下</w:t>
        <w:br/>
        <w:t>Sit</w:t>
      </w:r>
      <w:r>
        <w:t xml:space="preserve"> down</w:t>
      </w:r>
      <w:r>
        <w:t xml:space="preserve"> there,</w:t>
      </w:r>
      <w:r>
        <w:t xml:space="preserve"> sir.</w:t>
        <w:br/>
        <w:t>先生</w:t>
      </w:r>
      <w:r>
        <w:t xml:space="preserve"> 我道歉</w:t>
        <w:br/>
        <w:t>Good</w:t>
      </w:r>
      <w:r>
        <w:t xml:space="preserve"> sirs,</w:t>
      </w:r>
      <w:r>
        <w:t xml:space="preserve"> I</w:t>
      </w:r>
      <w:r>
        <w:t xml:space="preserve"> apologize</w:t>
        <w:br/>
        <w:t>我不受管的黑鬼惹得这里一团乱</w:t>
        <w:br/>
        <w:t>my</w:t>
      </w:r>
      <w:r>
        <w:t xml:space="preserve"> unruly</w:t>
      </w:r>
      <w:r>
        <w:t xml:space="preserve"> niggers</w:t>
      </w:r>
      <w:r>
        <w:t xml:space="preserve"> are</w:t>
      </w:r>
      <w:r>
        <w:t xml:space="preserve"> causing</w:t>
      </w:r>
      <w:r>
        <w:t xml:space="preserve"> such</w:t>
      </w:r>
      <w:r>
        <w:t xml:space="preserve"> a</w:t>
      </w:r>
      <w:r>
        <w:t xml:space="preserve"> ruckus</w:t>
      </w:r>
      <w:r>
        <w:t xml:space="preserve"> here.</w:t>
        <w:br/>
        <w:t>我们赞同废奴制</w:t>
      </w:r>
      <w:r>
        <w:t xml:space="preserve"> 你们选错了镇子找麻烦</w:t>
        <w:br/>
        <w:t>We're</w:t>
      </w:r>
      <w:r>
        <w:t xml:space="preserve"> for</w:t>
      </w:r>
      <w:r>
        <w:t xml:space="preserve"> abolition.</w:t>
      </w:r>
      <w:r>
        <w:t xml:space="preserve"> You</w:t>
      </w:r>
      <w:r>
        <w:t xml:space="preserve"> picked</w:t>
      </w:r>
      <w:r>
        <w:t xml:space="preserve"> the</w:t>
      </w:r>
      <w:r>
        <w:t xml:space="preserve"> wrong</w:t>
      </w:r>
      <w:r>
        <w:t xml:space="preserve"> town</w:t>
      </w:r>
      <w:r>
        <w:t xml:space="preserve"> to</w:t>
      </w:r>
      <w:r>
        <w:t xml:space="preserve"> offend.</w:t>
        <w:br/>
        <w:t>就让此事平息吧</w:t>
        <w:br/>
        <w:t>Let</w:t>
      </w:r>
      <w:r>
        <w:t xml:space="preserve"> the</w:t>
      </w:r>
      <w:r>
        <w:t xml:space="preserve"> matter</w:t>
      </w:r>
      <w:r>
        <w:t xml:space="preserve"> rest</w:t>
      </w:r>
      <w:r>
        <w:t xml:space="preserve"> and</w:t>
      </w:r>
      <w:r>
        <w:t xml:space="preserve"> leave</w:t>
      </w:r>
      <w:r>
        <w:t xml:space="preserve"> here.</w:t>
        <w:br/>
        <w:t>拜托</w:t>
        <w:br/>
        <w:t>Oh,</w:t>
      </w:r>
      <w:r>
        <w:t xml:space="preserve"> come</w:t>
      </w:r>
      <w:r>
        <w:t xml:space="preserve"> on.</w:t>
        <w:br/>
        <w:t>警&amp;hearts;察&amp;hearts;要领你小侄女头上的赏金</w:t>
        <w:br/>
        <w:t>Marshals</w:t>
      </w:r>
      <w:r>
        <w:t xml:space="preserve"> are</w:t>
      </w:r>
      <w:r>
        <w:t xml:space="preserve"> collecting</w:t>
      </w:r>
      <w:r>
        <w:t xml:space="preserve"> a</w:t>
      </w:r>
      <w:r>
        <w:t xml:space="preserve"> bounty</w:t>
      </w:r>
      <w:r>
        <w:t xml:space="preserve"> on</w:t>
      </w:r>
      <w:r>
        <w:t xml:space="preserve"> that</w:t>
      </w:r>
      <w:r>
        <w:t xml:space="preserve"> little</w:t>
      </w:r>
      <w:r>
        <w:t xml:space="preserve"> niece</w:t>
      </w:r>
      <w:r>
        <w:t xml:space="preserve"> of</w:t>
      </w:r>
      <w:r>
        <w:t xml:space="preserve"> yours.</w:t>
        <w:br/>
        <w:t>最好别阻碍我们</w:t>
      </w:r>
      <w:r>
        <w:t xml:space="preserve"> 我们也会抓走你</w:t>
        <w:br/>
        <w:t>Best</w:t>
      </w:r>
      <w:r>
        <w:t xml:space="preserve"> stay</w:t>
      </w:r>
      <w:r>
        <w:t xml:space="preserve"> out</w:t>
      </w:r>
      <w:r>
        <w:t xml:space="preserve"> of</w:t>
      </w:r>
      <w:r>
        <w:t xml:space="preserve"> our</w:t>
      </w:r>
      <w:r>
        <w:t xml:space="preserve"> way.</w:t>
      </w:r>
      <w:r>
        <w:t xml:space="preserve"> We'll</w:t>
      </w:r>
      <w:r>
        <w:t xml:space="preserve"> grab</w:t>
      </w:r>
      <w:r>
        <w:t xml:space="preserve"> you</w:t>
      </w:r>
      <w:r>
        <w:t xml:space="preserve"> too.</w:t>
        <w:br/>
        <w:t>她情况如何</w:t>
      </w:r>
      <w:r>
        <w:t xml:space="preserve"> </w:t>
      </w:r>
      <w:r>
        <w:t xml:space="preserve"> -</w:t>
      </w:r>
      <w:r>
        <w:t xml:space="preserve"> 她不愿决定任何葬礼安排</w:t>
        <w:br/>
        <w:t>How</w:t>
      </w:r>
      <w:r>
        <w:t xml:space="preserve"> has</w:t>
      </w:r>
      <w:r>
        <w:t xml:space="preserve"> she</w:t>
      </w:r>
      <w:r>
        <w:t xml:space="preserve"> been?</w:t>
      </w:r>
      <w:r>
        <w:t xml:space="preserve"> -</w:t>
      </w:r>
      <w:r>
        <w:t xml:space="preserve"> She</w:t>
      </w:r>
      <w:r>
        <w:t xml:space="preserve"> won't</w:t>
      </w:r>
      <w:r>
        <w:t xml:space="preserve"> decide</w:t>
      </w:r>
      <w:r>
        <w:t xml:space="preserve"> on</w:t>
      </w:r>
      <w:r>
        <w:t xml:space="preserve"> any</w:t>
      </w:r>
      <w:r>
        <w:t xml:space="preserve"> arrangements.</w:t>
        <w:br/>
        <w:t>她几乎不说话</w:t>
        <w:br/>
        <w:t>She</w:t>
      </w:r>
      <w:r>
        <w:t xml:space="preserve"> barely</w:t>
      </w:r>
      <w:r>
        <w:t xml:space="preserve"> even</w:t>
      </w:r>
      <w:r>
        <w:t xml:space="preserve"> speaks.</w:t>
        <w:br/>
        <w:t>现在有20个裁缝在为莉兹工作</w:t>
        <w:br/>
        <w:t>Lizzie</w:t>
      </w:r>
      <w:r>
        <w:t xml:space="preserve"> has</w:t>
      </w:r>
      <w:r>
        <w:t xml:space="preserve"> 20</w:t>
      </w:r>
      <w:r>
        <w:t xml:space="preserve"> seamstresses</w:t>
      </w:r>
      <w:r>
        <w:t xml:space="preserve"> working</w:t>
      </w:r>
      <w:r>
        <w:t xml:space="preserve"> for</w:t>
      </w:r>
      <w:r>
        <w:t xml:space="preserve"> her</w:t>
      </w:r>
      <w:r>
        <w:t xml:space="preserve"> now.</w:t>
        <w:br/>
        <w:t>镇上的每个女人都想要她家的袍子</w:t>
        <w:br/>
        <w:t>Every</w:t>
      </w:r>
      <w:r>
        <w:t xml:space="preserve"> lady</w:t>
      </w:r>
      <w:r>
        <w:t xml:space="preserve"> in</w:t>
      </w:r>
      <w:r>
        <w:t xml:space="preserve"> town</w:t>
      </w:r>
      <w:r>
        <w:t xml:space="preserve"> wants</w:t>
      </w:r>
      <w:r>
        <w:t xml:space="preserve"> one</w:t>
      </w:r>
      <w:r>
        <w:t xml:space="preserve"> of</w:t>
      </w:r>
      <w:r>
        <w:t xml:space="preserve"> her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gowns.</w:t>
        <w:br/>
        <w:t>如果我想要新的葬礼袍</w:t>
      </w:r>
      <w:r>
        <w:t xml:space="preserve"> 还得进等候名单</w:t>
        <w:br/>
        <w:t>I'll</w:t>
      </w:r>
      <w:r>
        <w:t xml:space="preserve"> be</w:t>
      </w:r>
      <w:r>
        <w:t xml:space="preserve"> on</w:t>
      </w:r>
      <w:r>
        <w:t xml:space="preserve"> a</w:t>
      </w:r>
      <w:r>
        <w:t xml:space="preserve"> wait</w:t>
      </w:r>
      <w:r>
        <w:t xml:space="preserve"> list</w:t>
      </w:r>
      <w:r>
        <w:t xml:space="preserve"> if</w:t>
      </w:r>
      <w:r>
        <w:t xml:space="preserve"> I</w:t>
      </w:r>
      <w:r>
        <w:t xml:space="preserve"> want</w:t>
      </w:r>
      <w:r>
        <w:t xml:space="preserve"> a</w:t>
      </w:r>
      <w:r>
        <w:t xml:space="preserve"> new</w:t>
      </w:r>
      <w:r>
        <w:t xml:space="preserve"> funeral</w:t>
      </w:r>
      <w:r>
        <w:t xml:space="preserve"> gown.</w:t>
        <w:br/>
        <w:t>你知道你永远是我名单上的第一位</w:t>
        <w:br/>
        <w:t>Now,</w:t>
      </w:r>
      <w:r>
        <w:t xml:space="preserve"> you</w:t>
      </w:r>
      <w:r>
        <w:t xml:space="preserve"> know</w:t>
      </w:r>
      <w:r>
        <w:t xml:space="preserve"> you</w:t>
      </w:r>
      <w:r>
        <w:t xml:space="preserve"> are</w:t>
      </w:r>
      <w:r>
        <w:t xml:space="preserve"> always</w:t>
      </w:r>
      <w:r>
        <w:t xml:space="preserve"> first</w:t>
      </w:r>
      <w:r>
        <w:t xml:space="preserve"> on</w:t>
      </w:r>
      <w:r>
        <w:t xml:space="preserve"> my</w:t>
      </w:r>
      <w:r>
        <w:t xml:space="preserve"> list.</w:t>
        <w:br/>
        <w:t>我没时间做新的葬礼袍</w:t>
        <w:br/>
        <w:t>I</w:t>
      </w:r>
      <w:r>
        <w:t xml:space="preserve"> have</w:t>
      </w:r>
      <w:r>
        <w:t xml:space="preserve"> no</w:t>
      </w:r>
      <w:r>
        <w:t xml:space="preserve"> time</w:t>
      </w:r>
      <w:r>
        <w:t xml:space="preserve"> for</w:t>
      </w:r>
      <w:r>
        <w:t xml:space="preserve"> a</w:t>
      </w:r>
      <w:r>
        <w:t xml:space="preserve"> new</w:t>
      </w:r>
      <w:r>
        <w:t xml:space="preserve"> funeral</w:t>
      </w:r>
      <w:r>
        <w:t xml:space="preserve"> gown.</w:t>
        <w:br/>
        <w:t>我就穿一件...</w:t>
        <w:br/>
        <w:t>I'll</w:t>
      </w:r>
      <w:r>
        <w:t xml:space="preserve"> just</w:t>
      </w:r>
      <w:r>
        <w:t xml:space="preserve"> wear</w:t>
      </w:r>
      <w:r>
        <w:t xml:space="preserve"> the</w:t>
      </w:r>
      <w:r>
        <w:t xml:space="preserve"> one</w:t>
      </w:r>
      <w:r>
        <w:t xml:space="preserve"> that</w:t>
      </w:r>
      <w:r>
        <w:t xml:space="preserve"> I...</w:t>
        <w:br/>
        <w:t>在威利葬礼上穿的袍子</w:t>
      </w:r>
      <w:r>
        <w:t xml:space="preserve"> 如果你能修补好的话</w:t>
        <w:br/>
        <w:t>wore</w:t>
      </w:r>
      <w:r>
        <w:t xml:space="preserve"> for</w:t>
      </w:r>
      <w:r>
        <w:t xml:space="preserve"> Willie's</w:t>
      </w:r>
      <w:r>
        <w:t xml:space="preserve"> funeral,</w:t>
      </w:r>
      <w:r>
        <w:t xml:space="preserve"> if</w:t>
      </w:r>
      <w:r>
        <w:t xml:space="preserve"> you</w:t>
      </w:r>
      <w:r>
        <w:t xml:space="preserve"> could</w:t>
      </w:r>
      <w:r>
        <w:t xml:space="preserve"> mend</w:t>
      </w:r>
      <w:r>
        <w:t xml:space="preserve"> it.</w:t>
        <w:br/>
        <w:t>我让人去找找</w:t>
        <w:br/>
        <w:t>I'll</w:t>
      </w:r>
      <w:r>
        <w:t xml:space="preserve"> have</w:t>
      </w:r>
      <w:r>
        <w:t xml:space="preserve"> someone</w:t>
      </w:r>
      <w:r>
        <w:t xml:space="preserve"> find</w:t>
      </w:r>
      <w:r>
        <w:t xml:space="preserve"> it.</w:t>
        <w:br/>
        <w:t>我们得选择他的安息地</w:t>
        <w:br/>
        <w:t>We</w:t>
      </w:r>
      <w:r>
        <w:t xml:space="preserve"> need</w:t>
      </w:r>
      <w:r>
        <w:t xml:space="preserve"> to</w:t>
      </w:r>
      <w:r>
        <w:t xml:space="preserve"> choose</w:t>
      </w:r>
      <w:r>
        <w:t xml:space="preserve"> his</w:t>
      </w:r>
      <w:r>
        <w:t xml:space="preserve"> resting</w:t>
      </w:r>
      <w:r>
        <w:t xml:space="preserve"> place.</w:t>
        <w:br/>
        <w:t>我建议阿灵顿</w:t>
        <w:br/>
        <w:t>May</w:t>
      </w:r>
      <w:r>
        <w:t xml:space="preserve"> I</w:t>
      </w:r>
      <w:r>
        <w:t xml:space="preserve"> suggest</w:t>
      </w:r>
      <w:r>
        <w:t xml:space="preserve"> Arlington?</w:t>
        <w:br/>
        <w:t>你想让他在李的地盘上下葬</w:t>
        <w:br/>
        <w:t>You</w:t>
      </w:r>
      <w:r>
        <w:t xml:space="preserve"> want</w:t>
      </w:r>
      <w:r>
        <w:t xml:space="preserve"> to</w:t>
      </w:r>
      <w:r>
        <w:t xml:space="preserve"> bury</w:t>
      </w:r>
      <w:r>
        <w:t xml:space="preserve"> him</w:t>
      </w:r>
      <w:r>
        <w:t xml:space="preserve"> on</w:t>
      </w:r>
      <w:r>
        <w:t xml:space="preserve"> Lee's</w:t>
      </w:r>
      <w:r>
        <w:t xml:space="preserve"> land?</w:t>
        <w:br/>
        <w:t>那已经不是李的地盘了</w:t>
        <w:br/>
        <w:t>It's</w:t>
      </w:r>
      <w:r>
        <w:t xml:space="preserve"> not</w:t>
      </w:r>
      <w:r>
        <w:t xml:space="preserve"> Lee's</w:t>
      </w:r>
      <w:r>
        <w:t xml:space="preserve"> land</w:t>
      </w:r>
      <w:r>
        <w:t xml:space="preserve"> anymore.</w:t>
        <w:br/>
        <w:t>我要把它变成安葬我们已逝英雄的墓园</w:t>
        <w:br/>
        <w:t>I'm</w:t>
      </w:r>
      <w:r>
        <w:t xml:space="preserve"> turning</w:t>
      </w:r>
      <w:r>
        <w:t xml:space="preserve"> it</w:t>
      </w:r>
      <w:r>
        <w:t xml:space="preserve"> into</w:t>
      </w:r>
      <w:r>
        <w:t xml:space="preserve"> a</w:t>
      </w:r>
      <w:r>
        <w:t xml:space="preserve"> burial</w:t>
      </w:r>
      <w:r>
        <w:t xml:space="preserve"> ground</w:t>
      </w:r>
      <w:r>
        <w:t xml:space="preserve"> for</w:t>
      </w:r>
      <w:r>
        <w:t xml:space="preserve"> our</w:t>
      </w:r>
      <w:r>
        <w:t xml:space="preserve"> fallen</w:t>
      </w:r>
      <w:r>
        <w:t xml:space="preserve"> heroes.</w:t>
        <w:br/>
        <w:t>那是军队墓园</w:t>
      </w:r>
      <w:r>
        <w:t xml:space="preserve"> 那样不对</w:t>
        <w:br/>
        <w:t>It's</w:t>
      </w:r>
      <w:r>
        <w:t xml:space="preserve"> a</w:t>
      </w:r>
      <w:r>
        <w:t xml:space="preserve"> military</w:t>
      </w:r>
      <w:r>
        <w:t xml:space="preserve"> cemetery.</w:t>
      </w:r>
      <w:r>
        <w:t xml:space="preserve"> It's</w:t>
      </w:r>
      <w:r>
        <w:t xml:space="preserve"> not</w:t>
      </w:r>
      <w:r>
        <w:t xml:space="preserve"> right.</w:t>
        <w:br/>
        <w:t>他生前是总指挥长</w:t>
        <w:br/>
        <w:t>He</w:t>
      </w:r>
      <w:r>
        <w:t xml:space="preserve"> was</w:t>
      </w:r>
      <w:r>
        <w:t xml:space="preserve"> commander</w:t>
      </w:r>
      <w:r>
        <w:t xml:space="preserve"> in</w:t>
      </w:r>
      <w:r>
        <w:t xml:space="preserve"> chief.</w:t>
        <w:br/>
        <w:t>那样不对</w:t>
        <w:br/>
        <w:t>It's</w:t>
      </w:r>
      <w:r>
        <w:t xml:space="preserve"> not</w:t>
      </w:r>
      <w:r>
        <w:t xml:space="preserve"> right.</w:t>
        <w:br/>
        <w:t>你知道自己希望他穿哪身衣服下葬吗</w:t>
        <w:br/>
        <w:t>Do</w:t>
      </w:r>
      <w:r>
        <w:t xml:space="preserve"> you</w:t>
      </w:r>
      <w:r>
        <w:t xml:space="preserve"> know</w:t>
      </w:r>
      <w:r>
        <w:t xml:space="preserve"> which</w:t>
      </w:r>
      <w:r>
        <w:t xml:space="preserve"> suit</w:t>
      </w:r>
      <w:r>
        <w:t xml:space="preserve"> you</w:t>
      </w:r>
      <w:r>
        <w:t xml:space="preserve"> would</w:t>
      </w:r>
      <w:r>
        <w:t xml:space="preserve"> like</w:t>
      </w:r>
      <w:r>
        <w:t xml:space="preserve"> him</w:t>
      </w:r>
      <w:r>
        <w:t xml:space="preserve"> dressed</w:t>
      </w:r>
      <w:r>
        <w:t xml:space="preserve"> in?</w:t>
        <w:br/>
        <w:t>他生前不在乎穿什么</w:t>
      </w:r>
      <w:r>
        <w:t xml:space="preserve"> 你觉得现在那还重要吗</w:t>
        <w:br/>
        <w:t>He</w:t>
      </w:r>
      <w:r>
        <w:t xml:space="preserve"> didn't</w:t>
      </w:r>
      <w:r>
        <w:t xml:space="preserve"> care</w:t>
      </w:r>
      <w:r>
        <w:t xml:space="preserve"> what</w:t>
      </w:r>
      <w:r>
        <w:t xml:space="preserve"> he</w:t>
      </w:r>
      <w:r>
        <w:t xml:space="preserve"> wore</w:t>
      </w:r>
      <w:r>
        <w:t xml:space="preserve"> in</w:t>
      </w:r>
      <w:r>
        <w:t xml:space="preserve"> this</w:t>
      </w:r>
      <w:r>
        <w:t xml:space="preserve"> life.</w:t>
      </w:r>
      <w:r>
        <w:t xml:space="preserve"> You</w:t>
      </w:r>
      <w:r>
        <w:t xml:space="preserve"> think</w:t>
      </w:r>
      <w:r>
        <w:t xml:space="preserve"> it</w:t>
      </w:r>
      <w:r>
        <w:t xml:space="preserve"> matters</w:t>
      </w:r>
      <w:r>
        <w:t xml:space="preserve"> now?</w:t>
        <w:br/>
        <w:t>你是他的战时妻子</w:t>
      </w:r>
      <w:r>
        <w:t xml:space="preserve"> 你来处理</w:t>
        <w:br/>
        <w:t>You</w:t>
      </w:r>
      <w:r>
        <w:t xml:space="preserve"> were</w:t>
      </w:r>
      <w:r>
        <w:t xml:space="preserve"> his</w:t>
      </w:r>
      <w:r>
        <w:t xml:space="preserve"> war</w:t>
      </w:r>
      <w:r>
        <w:t xml:space="preserve"> wife.</w:t>
      </w:r>
      <w:r>
        <w:t xml:space="preserve"> You</w:t>
      </w:r>
      <w:r>
        <w:t xml:space="preserve"> handle</w:t>
      </w:r>
      <w:r>
        <w:t xml:space="preserve"> it.</w:t>
        <w:br/>
        <w:t>你确定不能给我们一点马饲料</w:t>
        <w:br/>
        <w:t>Are</w:t>
      </w:r>
      <w:r>
        <w:t xml:space="preserve"> you</w:t>
      </w:r>
      <w:r>
        <w:t xml:space="preserve"> sure</w:t>
      </w:r>
      <w:r>
        <w:t xml:space="preserve"> that</w:t>
      </w:r>
      <w:r>
        <w:t xml:space="preserve"> you</w:t>
      </w:r>
      <w:r>
        <w:t xml:space="preserve"> can't</w:t>
      </w:r>
      <w:r>
        <w:t xml:space="preserve"> spare</w:t>
      </w:r>
      <w:r>
        <w:t xml:space="preserve"> us</w:t>
      </w:r>
      <w:r>
        <w:t xml:space="preserve"> any</w:t>
      </w:r>
      <w:r>
        <w:t xml:space="preserve"> horse</w:t>
      </w:r>
      <w:r>
        <w:t xml:space="preserve"> feed?</w:t>
        <w:br/>
        <w:t>是</w:t>
      </w:r>
      <w:r>
        <w:t xml:space="preserve"> 不能</w:t>
        <w:br/>
        <w:t>No,</w:t>
      </w:r>
      <w:r>
        <w:t xml:space="preserve"> I</w:t>
      </w:r>
      <w:r>
        <w:t xml:space="preserve"> can't.</w:t>
        <w:br/>
        <w:t>我的邻居斯万是我们这边的指路人</w:t>
        <w:br/>
        <w:t>My</w:t>
      </w:r>
      <w:r>
        <w:t xml:space="preserve"> neighbor,</w:t>
      </w:r>
      <w:r>
        <w:t xml:space="preserve"> Swann,</w:t>
      </w:r>
      <w:r>
        <w:t xml:space="preserve"> is</w:t>
      </w:r>
      <w:r>
        <w:t xml:space="preserve"> a</w:t>
      </w:r>
      <w:r>
        <w:t xml:space="preserve"> guide</w:t>
      </w:r>
      <w:r>
        <w:t xml:space="preserve"> for</w:t>
      </w:r>
      <w:r>
        <w:t xml:space="preserve"> hire</w:t>
      </w:r>
      <w:r>
        <w:t xml:space="preserve"> on</w:t>
      </w:r>
      <w:r>
        <w:t xml:space="preserve"> our</w:t>
      </w:r>
      <w:r>
        <w:t xml:space="preserve"> side.</w:t>
        <w:br/>
        <w:t>他会带你们绕过沼泽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去力士山</w:t>
        <w:br/>
        <w:t>He'll</w:t>
      </w:r>
      <w:r>
        <w:t xml:space="preserve"> get</w:t>
      </w:r>
      <w:r>
        <w:t xml:space="preserve"> you</w:t>
      </w:r>
      <w:r>
        <w:t xml:space="preserve"> around</w:t>
      </w:r>
      <w:r>
        <w:t xml:space="preserve"> the</w:t>
      </w:r>
      <w:r>
        <w:t xml:space="preserve"> swamp</w:t>
      </w:r>
      <w:r>
        <w:t xml:space="preserve"> to</w:t>
      </w:r>
      <w:r>
        <w:t xml:space="preserve"> Rich</w:t>
      </w:r>
      <w:r>
        <w:t xml:space="preserve"> Hill.</w:t>
        <w:br/>
        <w:t>你们会在去往迪克西州的南线上</w:t>
        <w:br/>
        <w:t>There,</w:t>
      </w:r>
      <w:r>
        <w:t xml:space="preserve"> you'll</w:t>
      </w:r>
      <w:r>
        <w:t xml:space="preserve"> meet</w:t>
      </w:r>
      <w:r>
        <w:t xml:space="preserve"> a</w:t>
      </w:r>
      <w:r>
        <w:t xml:space="preserve"> friend</w:t>
      </w:r>
      <w:r>
        <w:t xml:space="preserve"> on</w:t>
      </w:r>
      <w:r>
        <w:t xml:space="preserve"> the</w:t>
      </w:r>
      <w:r>
        <w:t xml:space="preserve"> Southern</w:t>
      </w:r>
      <w:r>
        <w:t xml:space="preserve"> Line</w:t>
        <w:br/>
        <w:t>见到一个朋友</w:t>
      </w:r>
      <w:r>
        <w:t xml:space="preserve"> 他会打掩护</w:t>
        <w:br/>
        <w:t>to</w:t>
      </w:r>
      <w:r>
        <w:t xml:space="preserve"> Dixie</w:t>
      </w:r>
      <w:r>
        <w:t xml:space="preserve"> who</w:t>
      </w:r>
      <w:r>
        <w:t xml:space="preserve"> will</w:t>
      </w:r>
      <w:r>
        <w:t xml:space="preserve"> give</w:t>
      </w:r>
      <w:r>
        <w:t xml:space="preserve"> you</w:t>
      </w:r>
      <w:r>
        <w:t xml:space="preserve"> cover.</w:t>
        <w:br/>
        <w:t>在力士山</w:t>
      </w:r>
      <w:r>
        <w:t xml:space="preserve"> </w:t>
      </w:r>
      <w:r>
        <w:t xml:space="preserve"> -</w:t>
      </w:r>
      <w:r>
        <w:t xml:space="preserve"> 是的</w:t>
        <w:br/>
        <w:t>At</w:t>
      </w:r>
      <w:r>
        <w:t xml:space="preserve"> Rich</w:t>
      </w:r>
      <w:r>
        <w:t xml:space="preserve"> Hill?</w:t>
      </w:r>
      <w:r>
        <w:t xml:space="preserve"> -</w:t>
      </w:r>
      <w:r>
        <w:t xml:space="preserve"> Yes.</w:t>
        <w:br/>
        <w:t>你知道去里士满更安全的路吗</w:t>
        <w:br/>
        <w:t>You</w:t>
      </w:r>
      <w:r>
        <w:t xml:space="preserve"> know</w:t>
      </w:r>
      <w:r>
        <w:t xml:space="preserve"> a</w:t>
      </w:r>
      <w:r>
        <w:t xml:space="preserve"> safer</w:t>
      </w:r>
      <w:r>
        <w:t xml:space="preserve"> path</w:t>
      </w:r>
      <w:r>
        <w:t xml:space="preserve"> to</w:t>
      </w:r>
      <w:r>
        <w:t xml:space="preserve"> Richmond?</w:t>
        <w:br/>
        <w:t>玛丽</w:t>
        <w:br/>
        <w:t>Mary!</w:t>
        <w:br/>
        <w:t>玛丽</w:t>
        <w:br/>
        <w:t>Mary!</w:t>
        <w:br/>
        <w:t>你总是背着我读的那本书呢</w:t>
        <w:br/>
        <w:t>Where's</w:t>
      </w:r>
      <w:r>
        <w:t xml:space="preserve"> that</w:t>
      </w:r>
      <w:r>
        <w:t xml:space="preserve"> book</w:t>
      </w:r>
      <w:r>
        <w:t xml:space="preserve"> you're</w:t>
      </w:r>
      <w:r>
        <w:t xml:space="preserve"> always</w:t>
      </w:r>
      <w:r>
        <w:t xml:space="preserve"> reading</w:t>
      </w:r>
      <w:r>
        <w:t xml:space="preserve"> behind</w:t>
      </w:r>
      <w:r>
        <w:t xml:space="preserve"> my</w:t>
      </w:r>
      <w:r>
        <w:t xml:space="preserve"> back?</w:t>
        <w:br/>
        <w:t>先生</w:t>
        <w:br/>
        <w:t>Sir?</w:t>
        <w:br/>
        <w:t>来</w:t>
      </w:r>
      <w:r>
        <w:t xml:space="preserve"> 给我</w:t>
      </w:r>
      <w:r>
        <w:t xml:space="preserve"> 姑娘</w:t>
        <w:br/>
        <w:t>Go</w:t>
      </w:r>
      <w:r>
        <w:t xml:space="preserve"> on.</w:t>
      </w:r>
      <w:r>
        <w:t xml:space="preserve"> Give</w:t>
      </w:r>
      <w:r>
        <w:t xml:space="preserve"> it</w:t>
      </w:r>
      <w:r>
        <w:t xml:space="preserve"> here,</w:t>
      </w:r>
      <w:r>
        <w:t xml:space="preserve"> girl.</w:t>
        <w:br/>
        <w:t>求你</w:t>
      </w:r>
      <w:r>
        <w:t xml:space="preserve"> 莫德医生</w:t>
      </w:r>
      <w:r>
        <w:t xml:space="preserve"> 不</w:t>
        <w:br/>
        <w:t>Please,</w:t>
      </w:r>
      <w:r>
        <w:t xml:space="preserve"> Dr.</w:t>
      </w:r>
      <w:r>
        <w:t xml:space="preserve"> Mudd,</w:t>
      </w:r>
      <w:r>
        <w:t xml:space="preserve"> no.</w:t>
        <w:br/>
        <w:t>给我</w:t>
        <w:br/>
        <w:t>Give</w:t>
      </w:r>
      <w:r>
        <w:t xml:space="preserve"> it</w:t>
      </w:r>
      <w:r>
        <w:t xml:space="preserve"> here.</w:t>
        <w:br/>
        <w:t>莫德医生</w:t>
      </w:r>
      <w:r>
        <w:t xml:space="preserve"> 求求你</w:t>
      </w:r>
      <w:r>
        <w:t xml:space="preserve"> 先生</w:t>
        <w:br/>
        <w:t>Please,</w:t>
      </w:r>
      <w:r>
        <w:t xml:space="preserve"> Dr.</w:t>
      </w:r>
      <w:r>
        <w:t xml:space="preserve"> Mudd.</w:t>
      </w:r>
      <w:r>
        <w:t xml:space="preserve"> Sir.</w:t>
        <w:br/>
        <w:t>把书给我</w:t>
      </w:r>
      <w:r>
        <w:t xml:space="preserve"> -</w:t>
      </w:r>
      <w:r>
        <w:t xml:space="preserve"> 莫德医生</w:t>
      </w:r>
      <w:r>
        <w:t xml:space="preserve"> 求...</w:t>
        <w:br/>
        <w:t>Give</w:t>
      </w:r>
      <w:r>
        <w:t xml:space="preserve"> me</w:t>
      </w:r>
      <w:r>
        <w:t xml:space="preserve"> the</w:t>
      </w:r>
      <w:r>
        <w:t xml:space="preserve"> book.</w:t>
      </w:r>
      <w:r>
        <w:t xml:space="preserve"> -</w:t>
      </w:r>
      <w:r>
        <w:t xml:space="preserve"> Dr.</w:t>
      </w:r>
      <w:r>
        <w:t xml:space="preserve"> Mudd,</w:t>
      </w:r>
      <w:r>
        <w:t xml:space="preserve"> please--</w:t>
        <w:br/>
        <w:t>这里是去迪克西的暗路</w:t>
      </w:r>
      <w:r>
        <w:t xml:space="preserve"> 沿着这条走</w:t>
        <w:br/>
        <w:t>This</w:t>
      </w:r>
      <w:r>
        <w:t xml:space="preserve"> here</w:t>
      </w:r>
      <w:r>
        <w:t xml:space="preserve"> is</w:t>
      </w:r>
      <w:r>
        <w:t xml:space="preserve"> the</w:t>
      </w:r>
      <w:r>
        <w:t xml:space="preserve"> hidden</w:t>
      </w:r>
      <w:r>
        <w:t xml:space="preserve"> line</w:t>
      </w:r>
      <w:r>
        <w:t xml:space="preserve"> to</w:t>
      </w:r>
      <w:r>
        <w:t xml:space="preserve"> Dixie.</w:t>
      </w:r>
      <w:r>
        <w:t xml:space="preserve"> Follow</w:t>
      </w:r>
      <w:r>
        <w:t xml:space="preserve"> that.</w:t>
        <w:br/>
        <w:br/>
        <w:t>(华盛顿及其周遭环境)</w:t>
        <w:br/>
        <w:t>是</w:t>
      </w:r>
      <w:r>
        <w:t xml:space="preserve"> -</w:t>
      </w:r>
      <w:r>
        <w:t xml:space="preserve"> 如果你被抓住</w:t>
      </w:r>
      <w:r>
        <w:t xml:space="preserve"> 就吞了这个</w:t>
        <w:br/>
        <w:t>Yeah.</w:t>
      </w:r>
      <w:r>
        <w:t xml:space="preserve"> -</w:t>
      </w:r>
      <w:r>
        <w:t xml:space="preserve"> If</w:t>
      </w:r>
      <w:r>
        <w:t xml:space="preserve"> you</w:t>
      </w:r>
      <w:r>
        <w:t xml:space="preserve"> are</w:t>
      </w:r>
      <w:r>
        <w:t xml:space="preserve"> captured,</w:t>
      </w:r>
      <w:r>
        <w:t xml:space="preserve"> swallow</w:t>
      </w:r>
      <w:r>
        <w:t xml:space="preserve"> it.</w:t>
        <w:br/>
        <w:t>好的</w:t>
        <w:br/>
        <w:t>Yeah.</w:t>
        <w:br/>
        <w:t>麦洛</w:t>
        <w:br/>
        <w:t>Milo?</w:t>
        <w:br/>
        <w:t>(大卫赫罗德</w:t>
      </w:r>
      <w:r>
        <w:t xml:space="preserve"> 约翰威尔克斯布斯)</w:t>
        <w:br/>
        <w:t>我们的特工找到了这个</w:t>
        <w:br/>
        <w:t>Our</w:t>
      </w:r>
      <w:r>
        <w:t xml:space="preserve"> agents</w:t>
      </w:r>
      <w:r>
        <w:t xml:space="preserve"> found</w:t>
      </w:r>
    </w:p>
    <w:p>
      <w:r>
        <w:t xml:space="preserve"> this.</w:t>
        <w:br/>
        <w:t>布斯与华尔街大人物曾会面四次</w:t>
        <w:br/>
        <w:t>Booth</w:t>
      </w:r>
      <w:r>
        <w:t xml:space="preserve"> had</w:t>
      </w:r>
      <w:r>
        <w:t xml:space="preserve"> four</w:t>
      </w:r>
      <w:r>
        <w:t xml:space="preserve"> meetings</w:t>
      </w:r>
      <w:r>
        <w:t xml:space="preserve"> with</w:t>
      </w:r>
      <w:r>
        <w:t xml:space="preserve"> Wall</w:t>
      </w:r>
      <w:r>
        <w:t xml:space="preserve"> Street</w:t>
      </w:r>
      <w:r>
        <w:t xml:space="preserve"> bigwigs,</w:t>
        <w:br/>
        <w:t>希望他们和他一起投资匹兹堡的一个油井</w:t>
        <w:br/>
        <w:t>wanted</w:t>
      </w:r>
      <w:r>
        <w:t xml:space="preserve"> them</w:t>
      </w:r>
      <w:r>
        <w:t xml:space="preserve"> to</w:t>
      </w:r>
      <w:r>
        <w:t xml:space="preserve"> invest</w:t>
      </w:r>
      <w:r>
        <w:t xml:space="preserve"> in</w:t>
      </w:r>
      <w:r>
        <w:t xml:space="preserve"> a</w:t>
      </w:r>
      <w:r>
        <w:t xml:space="preserve"> Pittsburgh</w:t>
      </w:r>
      <w:r>
        <w:t xml:space="preserve"> oil</w:t>
      </w:r>
      <w:r>
        <w:t xml:space="preserve"> rig</w:t>
      </w:r>
      <w:r>
        <w:t xml:space="preserve"> with</w:t>
      </w:r>
      <w:r>
        <w:t xml:space="preserve"> him.</w:t>
        <w:br/>
        <w:t>油井</w:t>
        <w:br/>
        <w:t>An</w:t>
      </w:r>
      <w:r>
        <w:t xml:space="preserve"> oil</w:t>
      </w:r>
      <w:r>
        <w:t xml:space="preserve"> rig?</w:t>
        <w:br/>
        <w:t>我打赌“油”是刺杀后逃跑的暗号&amp;hearts;</w:t>
        <w:br/>
        <w:t>I'd</w:t>
      </w:r>
      <w:r>
        <w:t xml:space="preserve"> wager</w:t>
      </w:r>
      <w:r>
        <w:t xml:space="preserve"> that</w:t>
      </w:r>
      <w:r>
        <w:t xml:space="preserve"> "oil"</w:t>
      </w:r>
      <w:r>
        <w:t xml:space="preserve"> is</w:t>
      </w:r>
      <w:r>
        <w:t xml:space="preserve"> code</w:t>
      </w:r>
      <w:r>
        <w:t xml:space="preserve"> for</w:t>
      </w:r>
      <w:r>
        <w:t xml:space="preserve"> assassination</w:t>
      </w:r>
      <w:r>
        <w:t xml:space="preserve"> escape.</w:t>
        <w:br/>
        <w:t>我能看你找到的那本银行账簿吗</w:t>
        <w:br/>
        <w:t>Can</w:t>
      </w:r>
      <w:r>
        <w:t xml:space="preserve"> I</w:t>
      </w:r>
      <w:r>
        <w:t xml:space="preserve"> see</w:t>
      </w:r>
      <w:r>
        <w:t xml:space="preserve"> that</w:t>
      </w:r>
      <w:r>
        <w:t xml:space="preserve"> bankbook</w:t>
      </w:r>
      <w:r>
        <w:t xml:space="preserve"> you</w:t>
      </w:r>
      <w:r>
        <w:t xml:space="preserve"> found?</w:t>
        <w:br/>
        <w:t>好的</w:t>
      </w:r>
      <w:r>
        <w:t xml:space="preserve"> 你有什么想法</w:t>
        <w:br/>
        <w:t>Sure.</w:t>
      </w:r>
      <w:r>
        <w:t xml:space="preserve"> What</w:t>
      </w:r>
      <w:r>
        <w:t xml:space="preserve"> are</w:t>
      </w:r>
      <w:r>
        <w:t xml:space="preserve"> you</w:t>
      </w:r>
      <w:r>
        <w:t xml:space="preserve"> thinking?</w:t>
        <w:br/>
        <w:t>问题在于</w:t>
        <w:br/>
        <w:t>Well,</w:t>
      </w:r>
      <w:r>
        <w:t xml:space="preserve"> the</w:t>
      </w:r>
      <w:r>
        <w:t xml:space="preserve"> question</w:t>
      </w:r>
      <w:r>
        <w:t xml:space="preserve"> is,</w:t>
        <w:br/>
        <w:t>布斯是世界上最出名的演员之一</w:t>
        <w:br/>
        <w:t>Booth</w:t>
      </w:r>
      <w:r>
        <w:t xml:space="preserve"> is</w:t>
      </w:r>
      <w:r>
        <w:t xml:space="preserve"> one</w:t>
      </w:r>
      <w:r>
        <w:t xml:space="preserve"> of</w:t>
      </w:r>
      <w:r>
        <w:t xml:space="preserve"> the</w:t>
      </w:r>
      <w:r>
        <w:t xml:space="preserve"> most</w:t>
      </w:r>
      <w:r>
        <w:t xml:space="preserve"> famous</w:t>
      </w:r>
      <w:r>
        <w:t xml:space="preserve"> actors</w:t>
      </w:r>
      <w:r>
        <w:t xml:space="preserve"> in</w:t>
      </w:r>
      <w:r>
        <w:t xml:space="preserve"> the</w:t>
      </w:r>
      <w:r>
        <w:t xml:space="preserve"> world.</w:t>
        <w:br/>
        <w:t>你开出巨额赏金缉拿他</w:t>
        <w:br/>
        <w:t>You</w:t>
      </w:r>
      <w:r>
        <w:t xml:space="preserve"> put</w:t>
      </w:r>
      <w:r>
        <w:t xml:space="preserve"> a</w:t>
      </w:r>
      <w:r>
        <w:t xml:space="preserve"> huge</w:t>
      </w:r>
      <w:r>
        <w:t xml:space="preserve"> reward</w:t>
      </w:r>
      <w:r>
        <w:t xml:space="preserve"> on</w:t>
      </w:r>
      <w:r>
        <w:t xml:space="preserve"> his</w:t>
      </w:r>
      <w:r>
        <w:t xml:space="preserve"> head.</w:t>
        <w:br/>
        <w:t>那为什么还没有人见过他</w:t>
        <w:br/>
        <w:t>So,</w:t>
      </w:r>
      <w:r>
        <w:t xml:space="preserve"> why</w:t>
      </w:r>
      <w:r>
        <w:t xml:space="preserve"> the</w:t>
      </w:r>
      <w:r>
        <w:t xml:space="preserve"> hell</w:t>
      </w:r>
      <w:r>
        <w:t xml:space="preserve"> has</w:t>
      </w:r>
      <w:r>
        <w:t xml:space="preserve"> no</w:t>
      </w:r>
      <w:r>
        <w:t xml:space="preserve"> one</w:t>
      </w:r>
      <w:r>
        <w:t xml:space="preserve"> spotted</w:t>
      </w:r>
      <w:r>
        <w:t xml:space="preserve"> him</w:t>
      </w:r>
      <w:r>
        <w:t xml:space="preserve"> yet?</w:t>
        <w:br/>
        <w:t>唯一的解释是布斯</w:t>
        <w:br/>
        <w:t>And</w:t>
      </w:r>
      <w:r>
        <w:t xml:space="preserve"> the</w:t>
      </w:r>
      <w:r>
        <w:t xml:space="preserve"> only</w:t>
      </w:r>
      <w:r>
        <w:t xml:space="preserve"> explanation</w:t>
      </w:r>
      <w:r>
        <w:t xml:space="preserve"> is</w:t>
      </w:r>
      <w:r>
        <w:t xml:space="preserve"> that</w:t>
      </w:r>
      <w:r>
        <w:t xml:space="preserve"> Booth</w:t>
      </w:r>
      <w:r>
        <w:t xml:space="preserve"> is</w:t>
      </w:r>
      <w:r>
        <w:t xml:space="preserve"> being</w:t>
      </w:r>
      <w:r>
        <w:t xml:space="preserve"> protected</w:t>
        <w:br/>
        <w:t>被联盟国特务处保护着</w:t>
        <w:br/>
        <w:t>by</w:t>
      </w:r>
      <w:r>
        <w:t xml:space="preserve"> the</w:t>
      </w:r>
      <w:r>
        <w:t xml:space="preserve"> Confederate</w:t>
      </w:r>
      <w:r>
        <w:t xml:space="preserve"> Secret</w:t>
      </w:r>
      <w:r>
        <w:t xml:space="preserve"> Service.</w:t>
        <w:br/>
        <w:t>继续</w:t>
        <w:br/>
        <w:t>Go</w:t>
      </w:r>
      <w:r>
        <w:t xml:space="preserve"> on.</w:t>
        <w:br/>
        <w:t>如果布斯受联盟国庇护</w:t>
        <w:br/>
        <w:t>Well,</w:t>
      </w:r>
      <w:r>
        <w:t xml:space="preserve"> if</w:t>
      </w:r>
      <w:r>
        <w:t xml:space="preserve"> Booth</w:t>
      </w:r>
      <w:r>
        <w:t xml:space="preserve"> is</w:t>
      </w:r>
      <w:r>
        <w:t xml:space="preserve"> being</w:t>
      </w:r>
      <w:r>
        <w:t xml:space="preserve"> shielded</w:t>
      </w:r>
      <w:r>
        <w:t xml:space="preserve"> by</w:t>
      </w:r>
      <w:r>
        <w:t xml:space="preserve"> the</w:t>
      </w:r>
      <w:r>
        <w:t xml:space="preserve"> Confederacy,</w:t>
        <w:br/>
        <w:t>那他们是否也参与了谋划</w:t>
        <w:br/>
        <w:t>did</w:t>
      </w:r>
      <w:r>
        <w:t xml:space="preserve"> they</w:t>
      </w:r>
      <w:r>
        <w:t xml:space="preserve"> have</w:t>
      </w:r>
      <w:r>
        <w:t xml:space="preserve"> a</w:t>
      </w:r>
      <w:r>
        <w:t xml:space="preserve"> hand</w:t>
      </w:r>
      <w:r>
        <w:t xml:space="preserve"> in</w:t>
      </w:r>
      <w:r>
        <w:t xml:space="preserve"> planning</w:t>
      </w:r>
      <w:r>
        <w:t xml:space="preserve"> it?</w:t>
        <w:br/>
        <w:t>他的线人是谁</w:t>
        <w:br/>
        <w:t>Who's</w:t>
      </w:r>
      <w:r>
        <w:t xml:space="preserve"> his</w:t>
      </w:r>
      <w:r>
        <w:t xml:space="preserve"> contact?</w:t>
        <w:br/>
        <w:t>布斯是特技演员</w:t>
      </w:r>
      <w:r>
        <w:t xml:space="preserve"> 他的特技表演是谁制&amp;hearts;作&amp;hearts;的</w:t>
        <w:br/>
        <w:t>Booth</w:t>
      </w:r>
      <w:r>
        <w:t xml:space="preserve"> is</w:t>
      </w:r>
      <w:r>
        <w:t xml:space="preserve"> a</w:t>
      </w:r>
      <w:r>
        <w:t xml:space="preserve"> stuntman.</w:t>
      </w:r>
      <w:r>
        <w:t xml:space="preserve"> Who</w:t>
      </w:r>
      <w:r>
        <w:t xml:space="preserve"> produced</w:t>
      </w:r>
      <w:r>
        <w:t xml:space="preserve"> his</w:t>
      </w:r>
      <w:r>
        <w:t xml:space="preserve"> stunt?</w:t>
        <w:br/>
        <w:t>是联盟国</w:t>
      </w:r>
      <w:r>
        <w:t xml:space="preserve"> 是华尔街</w:t>
        <w:br/>
        <w:t>Was</w:t>
      </w:r>
      <w:r>
        <w:t xml:space="preserve"> it</w:t>
      </w:r>
      <w:r>
        <w:t xml:space="preserve"> the</w:t>
      </w:r>
      <w:r>
        <w:t xml:space="preserve"> Confederacy?</w:t>
      </w:r>
      <w:r>
        <w:t xml:space="preserve"> Was</w:t>
      </w:r>
      <w:r>
        <w:t xml:space="preserve"> it</w:t>
      </w:r>
      <w:r>
        <w:t xml:space="preserve"> Wall</w:t>
      </w:r>
      <w:r>
        <w:t xml:space="preserve"> Street?</w:t>
        <w:br/>
        <w:t>或者</w:t>
      </w:r>
      <w:r>
        <w:t xml:space="preserve"> 听我说完</w:t>
      </w:r>
      <w:r>
        <w:t xml:space="preserve"> 会不会是约翰逊</w:t>
        <w:br/>
        <w:t>Or,</w:t>
      </w:r>
      <w:r>
        <w:t xml:space="preserve"> hear</w:t>
      </w:r>
      <w:r>
        <w:t xml:space="preserve"> me</w:t>
      </w:r>
      <w:r>
        <w:t xml:space="preserve"> out,</w:t>
      </w:r>
      <w:r>
        <w:t xml:space="preserve"> was</w:t>
      </w:r>
      <w:r>
        <w:t xml:space="preserve"> it</w:t>
      </w:r>
      <w:r>
        <w:t xml:space="preserve"> Johnson?</w:t>
        <w:br/>
        <w:t>贝克</w:t>
        <w:br/>
        <w:t>Baker.</w:t>
        <w:br/>
        <w:t>谁是最大的受益者</w:t>
      </w:r>
      <w:r>
        <w:t xml:space="preserve"> 约翰逊</w:t>
        <w:br/>
        <w:t>Who</w:t>
      </w:r>
      <w:r>
        <w:t xml:space="preserve"> benefited</w:t>
      </w:r>
      <w:r>
        <w:t xml:space="preserve"> the</w:t>
      </w:r>
      <w:r>
        <w:t xml:space="preserve"> most?</w:t>
      </w:r>
      <w:r>
        <w:t xml:space="preserve"> It</w:t>
      </w:r>
      <w:r>
        <w:t xml:space="preserve"> was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https://d.book118.com/965303300341011123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4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653033003410111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