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学生会生活部三月份工作计划（31篇）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学生会生活部三月份工作计划（精选31篇）</w:t>
      </w:r>
      <w:r>
        <w:rPr>
          <w:lang w:eastAsia="zh-CN"/>
        </w:rPr>
        <w:br/>
      </w:r>
      <w:r>
        <w:rPr>
          <w:lang w:eastAsia="zh-CN"/>
        </w:rPr>
        <w:t xml:space="preserve">    学生会生活部三月份工作计划 篇1 </w:t>
      </w:r>
      <w:r>
        <w:rPr>
          <w:lang w:eastAsia="zh-CN"/>
        </w:rPr>
        <w:br/>
      </w:r>
      <w:r>
        <w:rPr>
          <w:lang w:eastAsia="zh-CN"/>
        </w:rPr>
        <w:t>　　过完了热闹的春节，开学后的我们迎来了开春的三月，三月是个繁荣的季节，虽然天气依然很冷，但同学们的心情却很热情，工作热情也很高涨，过去一年我们部的工作完成较好，在新的一年里我们将更加努力的工作并配合其他部门做好工作，因此我们部对三月的计划如下：</w:t>
      </w:r>
      <w:r>
        <w:rPr>
          <w:lang w:eastAsia="zh-CN"/>
        </w:rPr>
        <w:br/>
      </w:r>
      <w:r>
        <w:rPr>
          <w:lang w:eastAsia="zh-CN"/>
        </w:rPr>
        <w:t>　　一、常规工作：</w:t>
      </w:r>
      <w:r>
        <w:rPr>
          <w:lang w:eastAsia="zh-CN"/>
        </w:rPr>
        <w:br/>
      </w:r>
      <w:r>
        <w:rPr>
          <w:lang w:eastAsia="zh-CN"/>
        </w:rPr>
        <w:t>　　1、督导系里各级的日常教室卫生工作，教育技术系学生会卫生生活部三月份工作计划。</w:t>
      </w:r>
      <w:r>
        <w:rPr>
          <w:lang w:eastAsia="zh-CN"/>
        </w:rPr>
        <w:br/>
      </w:r>
      <w:r>
        <w:rPr>
          <w:lang w:eastAsia="zh-CN"/>
        </w:rPr>
        <w:t>　　2、认真打扫每周四负责的教室。</w:t>
      </w:r>
      <w:r>
        <w:rPr>
          <w:lang w:eastAsia="zh-CN"/>
        </w:rPr>
        <w:br/>
      </w:r>
      <w:r>
        <w:rPr>
          <w:lang w:eastAsia="zh-CN"/>
        </w:rPr>
        <w:t>　　3、认真对待院组织的每周四进行的卫生大检查。</w:t>
      </w:r>
      <w:r>
        <w:rPr>
          <w:lang w:eastAsia="zh-CN"/>
        </w:rPr>
        <w:br/>
      </w:r>
      <w:r>
        <w:rPr>
          <w:lang w:eastAsia="zh-CN"/>
        </w:rPr>
        <w:t>　　4、每宿舍卫生评比，监督各宿舍搞好宿舍卫生。</w:t>
      </w:r>
      <w:r>
        <w:rPr>
          <w:lang w:eastAsia="zh-CN"/>
        </w:rPr>
        <w:br/>
      </w:r>
      <w:r>
        <w:rPr>
          <w:lang w:eastAsia="zh-CN"/>
        </w:rPr>
        <w:t>　　5、总结上学年的各项工作。</w:t>
      </w:r>
      <w:r>
        <w:rPr>
          <w:lang w:eastAsia="zh-CN"/>
        </w:rPr>
        <w:br/>
      </w:r>
      <w:r>
        <w:rPr>
          <w:lang w:eastAsia="zh-CN"/>
        </w:rPr>
        <w:t>　　二、特色工作：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1、以宿舍为单位进行讨论，讨论的内容主要是假期的生活内容和总结，从中得出的经验和教训，并发表看法，对下次的假期提出期望，希望通过此次活动让同学们没有虚度假期，并能够有收获，使同学们成长起来，了解家长的不易，下个假期能够有思想和行动上的进步。</w:t>
      </w:r>
      <w:r>
        <w:rPr>
          <w:lang w:eastAsia="zh-CN"/>
        </w:rPr>
        <w:br/>
      </w:r>
      <w:r>
        <w:rPr>
          <w:lang w:eastAsia="zh-CN"/>
        </w:rPr>
        <w:t>　　2、制作和贴出新的教室宿舍卫生打扫标准和评分标准，以此来督促同学们打扫好卫生，为自己创造一个干净的生活学习环境，并准备宣传海报。</w:t>
      </w:r>
      <w:r>
        <w:rPr>
          <w:lang w:eastAsia="zh-CN"/>
        </w:rPr>
        <w:br/>
      </w:r>
      <w:r>
        <w:rPr>
          <w:lang w:eastAsia="zh-CN"/>
        </w:rPr>
        <w:t>　　我们部在积极开展各项活动的同时，还要按时召开例会，各个部员在一起，总结前期活动的心得。不断完善我们的部，提高我们部各部员的能力。</w:t>
      </w:r>
      <w:r>
        <w:rPr>
          <w:lang w:eastAsia="zh-CN"/>
        </w:rPr>
        <w:br/>
      </w:r>
      <w:r>
        <w:rPr>
          <w:lang w:eastAsia="zh-CN"/>
        </w:rPr>
        <w:t>　　在我们系的支持和我们部各成员的共同努力下，我们部的开展的活动一定会顺利的展开，并取得了辉煌的业绩。</w:t>
      </w:r>
      <w:r>
        <w:rPr>
          <w:lang w:eastAsia="zh-CN"/>
        </w:rPr>
        <w:br/>
      </w:r>
      <w:r>
        <w:rPr>
          <w:lang w:eastAsia="zh-CN"/>
        </w:rPr>
        <w:t>　　以上便是卫生生活部三月份的工作计划，在此我们将总结以前工作的经验，努力做好三月份的工作，尽到卫生生活部的职责。</w:t>
      </w:r>
      <w:r>
        <w:rPr>
          <w:lang w:eastAsia="zh-CN"/>
        </w:rPr>
        <w:br/>
      </w:r>
      <w:r>
        <w:rPr>
          <w:lang w:eastAsia="zh-CN"/>
        </w:rPr>
        <w:t xml:space="preserve">    学生会生活部三月份工作计划 篇2 </w:t>
      </w:r>
      <w:r>
        <w:rPr>
          <w:lang w:eastAsia="zh-CN"/>
        </w:rPr>
        <w:br/>
      </w:r>
      <w:r>
        <w:rPr>
          <w:lang w:eastAsia="zh-CN"/>
        </w:rPr>
        <w:t>　　作为生活部我们最大的职责就是做好卫生检查工作。在这创建与宣传“学习雷锋月”为主旨的三月中，我们会组织与环境卫生有关的节日活动，我们部门还会配合其他部门做好以后的工作。</w:t>
      </w:r>
      <w:r>
        <w:rPr>
          <w:lang w:eastAsia="zh-CN"/>
        </w:rPr>
        <w:br/>
      </w:r>
      <w:r>
        <w:rPr>
          <w:lang w:eastAsia="zh-CN"/>
        </w:rPr>
        <w:t>　　1.组织我们自己部门人员开部门会议，交代这学期的工作任务和要求。</w:t>
      </w:r>
      <w:r>
        <w:rPr>
          <w:lang w:eastAsia="zh-CN"/>
        </w:rPr>
        <w:br/>
      </w:r>
      <w:r>
        <w:rPr>
          <w:lang w:eastAsia="zh-CN"/>
        </w:rPr>
        <w:t>　　2.以两人为一组，通知各班辅导员，召开主题班会，开展多种形式的活动来展示学习“雷锋的精神”。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3.走进社区与社区居民以及养老院的老人们进行联谊活动。深入民心的创建“雷锋精神”。具体安排如下：利用周末的时间，走访社区的居委会，了解当地的孤寡老人的情况进行关心。帮助他们打扫卫生，煮一顿可口的饭菜等等；对于养老院的爷爷奶奶们，我们准备表演一些小品，唱一些歌之类的，陪爷爷奶奶们度过一个愉快的周末。</w:t>
      </w:r>
      <w:r>
        <w:rPr>
          <w:lang w:eastAsia="zh-CN"/>
        </w:rPr>
        <w:br/>
      </w:r>
      <w:r>
        <w:rPr>
          <w:lang w:eastAsia="zh-CN"/>
        </w:rPr>
        <w:t>　　4.配合宣传部门做好植树节、消费者权益日等宣传。我们部门会利用课余时间对学校的树木进行一定的保护。会定期浇浇水之类的。</w:t>
      </w:r>
      <w:r>
        <w:rPr>
          <w:lang w:eastAsia="zh-CN"/>
        </w:rPr>
        <w:br/>
      </w:r>
      <w:r>
        <w:rPr>
          <w:lang w:eastAsia="zh-CN"/>
        </w:rPr>
        <w:t>　　5.从3月15号开始根据学校安排进行检查，继续评选“文明宿舍”，并给予一定的奖惩。每次的检查会根据要求做必要的图文资料，周日统一交给学生会主席检查。具体安排如下：检查卫生由正副部长带领三个干事于每周三下午的一点钟从三号楼的女生宿舍开始检查。将严格按照学院的要求检查地面卫生物品摆放，有无违禁物品等。女生宿舍检查完毕之后评出大一大二女生宿舍比较优秀的两个，给予流动红旗的奖励。待女生宿舍检查完之后，去2号楼检查男生宿舍，检查完毕之后也将评出男生宿舍大一大二中比较优秀的两个宿舍。在检查的'过程中我们会做好图文资料周日统一交于主负责人。</w:t>
      </w:r>
      <w:r>
        <w:rPr>
          <w:lang w:eastAsia="zh-CN"/>
        </w:rPr>
        <w:br/>
      </w:r>
      <w:r>
        <w:rPr>
          <w:lang w:eastAsia="zh-CN"/>
        </w:rPr>
        <w:t>　　学生会生活部</w:t>
      </w:r>
      <w:r>
        <w:rPr>
          <w:lang w:eastAsia="zh-CN"/>
        </w:rPr>
        <w:br/>
      </w:r>
      <w:r>
        <w:rPr>
          <w:lang w:eastAsia="zh-CN"/>
        </w:rPr>
        <w:t>　　20__年_月__日</w:t>
      </w:r>
      <w:r>
        <w:rPr>
          <w:lang w:eastAsia="zh-CN"/>
        </w:rPr>
        <w:br/>
      </w:r>
      <w:r>
        <w:rPr>
          <w:lang w:eastAsia="zh-CN"/>
        </w:rPr>
        <w:t xml:space="preserve">    学生会生活部三月份工作计划 篇3 </w:t>
      </w:r>
      <w:r>
        <w:rPr>
          <w:lang w:eastAsia="zh-CN"/>
        </w:rPr>
        <w:br/>
      </w:r>
      <w:r>
        <w:rPr>
          <w:lang w:eastAsia="zh-CN"/>
        </w:rPr>
        <w:t>　　过完了一个热闹又悠闲地寒假，我们又迎来新的一学期，对于三月份，我部做出如下计划：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一，常规工作</w:t>
      </w:r>
      <w:r>
        <w:rPr>
          <w:lang w:eastAsia="zh-CN"/>
        </w:rPr>
        <w:br/>
      </w:r>
      <w:r>
        <w:rPr>
          <w:lang w:eastAsia="zh-CN"/>
        </w:rPr>
        <w:t>　　三月份我部依旧会进行查卫生工作，过了一个寒假，同学们的卫生习惯肯定会有所降低，我部会进行查卫生工作，让大家养成的卫生习惯。并及时注意保持宿舍卫生。</w:t>
      </w:r>
      <w:r>
        <w:rPr>
          <w:lang w:eastAsia="zh-CN"/>
        </w:rPr>
        <w:br/>
      </w:r>
      <w:r>
        <w:rPr>
          <w:lang w:eastAsia="zh-CN"/>
        </w:rPr>
        <w:t>　　二，食堂执勤</w:t>
      </w:r>
      <w:r>
        <w:rPr>
          <w:lang w:eastAsia="zh-CN"/>
        </w:rPr>
        <w:br/>
      </w:r>
      <w:r>
        <w:rPr>
          <w:lang w:eastAsia="zh-CN"/>
        </w:rPr>
        <w:t>　　本学期的食堂执勤由我部负责，部长会负责一整个学期所有执勤人员的签到和所有工作，部员则主要负责机动，如果有执勤的当天没有到就从本部找干事补进去。</w:t>
      </w:r>
      <w:r>
        <w:rPr>
          <w:lang w:eastAsia="zh-CN"/>
        </w:rPr>
        <w:br/>
      </w:r>
      <w:r>
        <w:rPr>
          <w:lang w:eastAsia="zh-CN"/>
        </w:rPr>
        <w:t>　　三，举办活动</w:t>
      </w:r>
      <w:r>
        <w:rPr>
          <w:lang w:eastAsia="zh-CN"/>
        </w:rPr>
        <w:br/>
      </w:r>
      <w:r>
        <w:rPr>
          <w:lang w:eastAsia="zh-CN"/>
        </w:rPr>
        <w:t>　　我部将在四月中旬举办running man的活动，地点将在小操场，教学楼举行。目的：春天到来不爱活动，撕名牌锻炼身体。过程：参加游戏的同学在小操场集合，准备好名牌，负责人分好队伍，下达任务，检查通讯设备方便联系，开始游戏，结束游戏，集合。注意事项，安全第一不要抓脸，以免毁容。</w:t>
      </w:r>
      <w:r>
        <w:rPr>
          <w:lang w:eastAsia="zh-CN"/>
        </w:rPr>
        <w:br/>
      </w:r>
      <w:r>
        <w:rPr>
          <w:lang w:eastAsia="zh-CN"/>
        </w:rPr>
        <w:t>　　学生会生活部</w:t>
      </w:r>
      <w:r>
        <w:rPr>
          <w:lang w:eastAsia="zh-CN"/>
        </w:rPr>
        <w:br/>
      </w:r>
      <w:r>
        <w:rPr>
          <w:lang w:eastAsia="zh-CN"/>
        </w:rPr>
        <w:t>　　20__年_月__日</w:t>
      </w:r>
      <w:r>
        <w:rPr>
          <w:lang w:eastAsia="zh-CN"/>
        </w:rPr>
        <w:br/>
      </w:r>
      <w:r>
        <w:rPr>
          <w:lang w:eastAsia="zh-CN"/>
        </w:rPr>
        <w:t xml:space="preserve">    学生会生活部三月份工作计划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在过去的一年里，学生会生活部的全体成员吃苦耐劳、勤于工作、认真负责，为学院和院学生会的各项工作的开展做出了应有的贡献，为同学们提供了诸多的便利。总体来说，把院学生会老一届成员们作为我们优秀的学习榜样。在新的一年里，我们要继续发扬生活部的优良传统，在继续做好本职工作的同时，本着服务同学的原则，在全心全意为学院和全院同学服务的同时，努力将生活部由幕后推向台前，打造生活部的精品。让全院的同学感受到生活部细心体贴的服务。</w:t>
      </w:r>
      <w:r>
        <w:rPr>
          <w:lang w:eastAsia="zh-CN"/>
        </w:rPr>
        <w:br/>
      </w:r>
      <w:r>
        <w:rPr>
          <w:lang w:eastAsia="zh-CN"/>
        </w:rPr>
        <w:t>　　一、指导思想</w:t>
      </w:r>
      <w:r>
        <w:rPr>
          <w:lang w:eastAsia="zh-CN"/>
        </w:rPr>
        <w:br/>
      </w:r>
      <w:r>
        <w:rPr>
          <w:lang w:eastAsia="zh-CN"/>
        </w:rPr>
        <w:t>　　围绕学生会工作要点部署工作，以营造具有学院特色氛围开创我院学生工作新局面，开展多彩的学生活动，实现全心全意为同学服务的院会宗旨。</w:t>
      </w:r>
      <w:r>
        <w:rPr>
          <w:lang w:eastAsia="zh-CN"/>
        </w:rPr>
        <w:br/>
      </w:r>
      <w:r>
        <w:rPr>
          <w:lang w:eastAsia="zh-CN"/>
        </w:rPr>
        <w:t>　　二、在这一年里的工作计划</w:t>
      </w:r>
      <w:r>
        <w:rPr>
          <w:lang w:eastAsia="zh-CN"/>
        </w:rPr>
        <w:br/>
      </w:r>
      <w:r>
        <w:rPr>
          <w:lang w:eastAsia="zh-CN"/>
        </w:rPr>
        <w:t>　　1、配合团委老师和主席团做好学生会的工作，根据学院的工作安排，及时汇报工作和开展相关的活动。</w:t>
      </w:r>
      <w:r>
        <w:rPr>
          <w:lang w:eastAsia="zh-CN"/>
        </w:rPr>
        <w:br/>
      </w:r>
      <w:r>
        <w:rPr>
          <w:lang w:eastAsia="zh-CN"/>
        </w:rPr>
        <w:t>　　2、迎接新生入学，在住宿伙食方面进行服务。对新生进行走访，了解他们遇到的问题。</w:t>
      </w:r>
      <w:r>
        <w:rPr>
          <w:lang w:eastAsia="zh-CN"/>
        </w:rPr>
        <w:br/>
      </w:r>
      <w:r>
        <w:rPr>
          <w:lang w:eastAsia="zh-CN"/>
        </w:rPr>
        <w:t>　　3、认真落实团委和主席团的招新思路，出色完成招新工作，为本部门注入新鲜。</w:t>
      </w:r>
      <w:r>
        <w:rPr>
          <w:lang w:eastAsia="zh-CN"/>
        </w:rPr>
        <w:br/>
      </w:r>
      <w:r>
        <w:rPr>
          <w:lang w:eastAsia="zh-CN"/>
        </w:rPr>
        <w:t>　　4、认真配合执行新干事培训，积极参加院学生会活动，努力使院学生会更加完善，扩大院会影响力。</w:t>
      </w:r>
      <w:r>
        <w:rPr>
          <w:lang w:eastAsia="zh-CN"/>
        </w:rPr>
        <w:br/>
      </w:r>
      <w:r>
        <w:rPr>
          <w:lang w:eastAsia="zh-CN"/>
        </w:rPr>
        <w:t>　　5、举办第二届“情满校园”爱心募捐活动，进一步扩大活动的影响力，培养同学们的文化情操，实现学校与灾区的优势互补!</w:t>
      </w:r>
      <w:r>
        <w:rPr>
          <w:lang w:eastAsia="zh-CN"/>
        </w:rPr>
        <w:br/>
      </w:r>
      <w:r>
        <w:rPr>
          <w:lang w:eastAsia="zh-CN"/>
        </w:rPr>
        <w:t>　　6、开展蚌埠学院寝室美化大赛，创新大赛程序和流程，增强学生的寝室文化意识，扩大院学生会的影响力。</w:t>
      </w:r>
      <w:r>
        <w:rPr>
          <w:lang w:eastAsia="zh-CN"/>
        </w:rPr>
        <w:br/>
      </w:r>
      <w:r>
        <w:rPr>
          <w:lang w:eastAsia="zh-CN"/>
        </w:rPr>
        <w:t>　　7、扩大我们部门的下设机构——伙食管理委员会的影响力，举办关于食堂工作的座谈会和食堂卫生大检查。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8、本学期争取实现“走出去”和“引进来”相结合，向周边学校进行食堂考察，吸取周边高校的先进，进一步提高我院食堂的服务态度和饮食服务水平!</w:t>
      </w:r>
      <w:r>
        <w:rPr>
          <w:lang w:eastAsia="zh-CN"/>
        </w:rPr>
        <w:br/>
      </w:r>
      <w:r>
        <w:rPr>
          <w:lang w:eastAsia="zh-CN"/>
        </w:rPr>
        <w:t>　　9、维护学生基本的利益，积极向上级反映学生提出的有关生活方面的意见和建议。</w:t>
      </w:r>
      <w:r>
        <w:rPr>
          <w:lang w:eastAsia="zh-CN"/>
        </w:rPr>
        <w:br/>
      </w:r>
      <w:r>
        <w:rPr>
          <w:lang w:eastAsia="zh-CN"/>
        </w:rPr>
        <w:t>　　10、争取在本学期与兄弟部门联合，搞一次小型的运动会。</w:t>
      </w:r>
      <w:r>
        <w:rPr>
          <w:lang w:eastAsia="zh-CN"/>
        </w:rPr>
        <w:br/>
      </w:r>
      <w:r>
        <w:rPr>
          <w:lang w:eastAsia="zh-CN"/>
        </w:rPr>
        <w:t>　　11、加强同各系生活部的交流，争取营造一个更加和谐的学生会环境。</w:t>
      </w:r>
      <w:r>
        <w:rPr>
          <w:lang w:eastAsia="zh-CN"/>
        </w:rPr>
        <w:br/>
      </w:r>
      <w:r>
        <w:rPr>
          <w:lang w:eastAsia="zh-CN"/>
        </w:rPr>
        <w:t>　　三、在本学期的工作制度</w:t>
      </w:r>
      <w:r>
        <w:rPr>
          <w:lang w:eastAsia="zh-CN"/>
        </w:rPr>
        <w:br/>
      </w:r>
      <w:r>
        <w:rPr>
          <w:lang w:eastAsia="zh-CN"/>
        </w:rPr>
        <w:t>　　1、遵守学校的各项规章制度，遵守学生会的章程及各项规章制度。</w:t>
      </w:r>
      <w:r>
        <w:rPr>
          <w:lang w:eastAsia="zh-CN"/>
        </w:rPr>
        <w:br/>
      </w:r>
      <w:r>
        <w:rPr>
          <w:lang w:eastAsia="zh-CN"/>
        </w:rPr>
        <w:t>　　2、生活部成员都要积极热心，吃苦耐劳，认真负责，如遇到重要事情不能参加工作，要提前请假。</w:t>
      </w:r>
      <w:r>
        <w:rPr>
          <w:lang w:eastAsia="zh-CN"/>
        </w:rPr>
        <w:br/>
      </w:r>
      <w:r>
        <w:rPr>
          <w:lang w:eastAsia="zh-CN"/>
        </w:rPr>
        <w:t>　　3、生活部成员都要积极主动，及时完成上级及本部门分配的任务。</w:t>
      </w:r>
      <w:r>
        <w:rPr>
          <w:lang w:eastAsia="zh-CN"/>
        </w:rPr>
        <w:br/>
      </w:r>
      <w:r>
        <w:rPr>
          <w:lang w:eastAsia="zh-CN"/>
        </w:rPr>
        <w:t>　　4、平时多联系同学，多发现问题，积极将问题反映给上级。</w:t>
      </w:r>
      <w:r>
        <w:rPr>
          <w:lang w:eastAsia="zh-CN"/>
        </w:rPr>
        <w:br/>
      </w:r>
      <w:r>
        <w:rPr>
          <w:lang w:eastAsia="zh-CN"/>
        </w:rPr>
        <w:t>　　5、生活部成员平时也要严格要求自己，无论是学习、工作还是生活，都要树立形象，不发生有损院学生会及本部门名誉和形象的事件。</w:t>
      </w:r>
      <w:r>
        <w:rPr>
          <w:lang w:eastAsia="zh-CN"/>
        </w:rPr>
        <w:br/>
      </w:r>
      <w:r>
        <w:rPr>
          <w:lang w:eastAsia="zh-CN"/>
        </w:rPr>
        <w:t>　　四、加强自身建设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明确工作思路，完善自身管理，在院团委和院学生会主席团的指导下，我们部门要根据自身的特点，优化自身机构，团结共进，使生活部的运作更规范更有效率。</w:t>
      </w:r>
      <w:r>
        <w:rPr>
          <w:lang w:eastAsia="zh-CN"/>
        </w:rPr>
        <w:br/>
      </w:r>
      <w:r>
        <w:rPr>
          <w:lang w:eastAsia="zh-CN"/>
        </w:rPr>
        <w:t>　　1、根据以前生活部的工作情况进行，继续组织生活部全体成员学习了解生活部的职能与工作特点。</w:t>
      </w:r>
      <w:r>
        <w:rPr>
          <w:lang w:eastAsia="zh-CN"/>
        </w:rPr>
        <w:br/>
      </w:r>
      <w:r>
        <w:rPr>
          <w:lang w:eastAsia="zh-CN"/>
        </w:rPr>
        <w:t>　　2、在实际工作中，实际分工与整体作战相结合，并加强各成员之间的沟通、协商，提高工作效率。</w:t>
      </w:r>
      <w:r>
        <w:rPr>
          <w:lang w:eastAsia="zh-CN"/>
        </w:rPr>
        <w:br/>
      </w:r>
      <w:r>
        <w:rPr>
          <w:lang w:eastAsia="zh-CN"/>
        </w:rPr>
        <w:t>　　3、召开全院各系生活部大会并总结学期的工作，对工作中表现突出的班级以及个人进行表彰。</w:t>
      </w:r>
      <w:r>
        <w:rPr>
          <w:lang w:eastAsia="zh-CN"/>
        </w:rPr>
        <w:br/>
      </w:r>
      <w:r>
        <w:rPr>
          <w:lang w:eastAsia="zh-CN"/>
        </w:rPr>
        <w:t xml:space="preserve">    学生会生活部三月份工作计划 篇5 </w:t>
      </w:r>
      <w:r>
        <w:rPr>
          <w:lang w:eastAsia="zh-CN"/>
        </w:rPr>
        <w:br/>
      </w:r>
      <w:r>
        <w:rPr>
          <w:lang w:eastAsia="zh-CN"/>
        </w:rPr>
        <w:t>　　新学期伊始，我们生活部作为系部学生会的一个重要部门，即将开始新的学习工作。我们将继续以“服务同学，建设系部”为宗旨，努力做好分内分外的工作。现将本学期生活部工作计划如下：</w:t>
      </w:r>
      <w:r>
        <w:rPr>
          <w:lang w:eastAsia="zh-CN"/>
        </w:rPr>
        <w:br/>
      </w:r>
      <w:r>
        <w:rPr>
          <w:lang w:eastAsia="zh-CN"/>
        </w:rPr>
        <w:t>　　一、人员的组织和选拔</w:t>
      </w:r>
      <w:r>
        <w:rPr>
          <w:lang w:eastAsia="zh-CN"/>
        </w:rPr>
        <w:br/>
      </w:r>
      <w:r>
        <w:rPr>
          <w:lang w:eastAsia="zh-CN"/>
        </w:rPr>
        <w:t>　　人才是一切工作得以开展的基础前提，这一点对生活部尤其重要。要搞好生活部这一年之中的活动，首先就是要选拔一批肯于吃苦，肯于工作，肯于奉献，而由有一定创新意识的部委成员。基于这一点，我部老部员和部长在选拔同学时要高度认真负责，争取为生活部选拔优秀的成员，组成一只优秀的团队。</w:t>
      </w:r>
      <w:r>
        <w:rPr>
          <w:lang w:eastAsia="zh-CN"/>
        </w:rPr>
        <w:br/>
      </w:r>
      <w:r>
        <w:rPr>
          <w:lang w:eastAsia="zh-CN"/>
        </w:rPr>
        <w:t>　　二、工作开展</w:t>
      </w:r>
      <w:r>
        <w:rPr>
          <w:lang w:eastAsia="zh-CN"/>
        </w:rPr>
        <w:br/>
      </w:r>
      <w:r>
        <w:rPr>
          <w:lang w:eastAsia="zh-CN"/>
        </w:rPr>
        <w:t>　　（1）基本工作的开展</w:t>
      </w:r>
      <w:r>
        <w:rPr>
          <w:lang w:eastAsia="zh-CN"/>
        </w:rPr>
        <w:br/>
      </w:r>
      <w:r>
        <w:rPr>
          <w:lang w:eastAsia="zh-CN"/>
        </w:rPr>
        <w:t>　　1、</w:t>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xml:space="preserve"> 这一学期，我们准备在全院中开展一次“文明寝室”评比活动，活动对象包括我院在学校的大一大二全体同学。我们将在评比时间段内通过定期的查寝与不定期的抽查相结合，最后总结评选出二十个优秀寝室。我们旨在通过这样的活动来使我们的同学养成一种文明的`生活习惯，使学生的身心健康全面发展。</w:t>
      </w:r>
      <w:r>
        <w:rPr>
          <w:lang w:eastAsia="zh-CN"/>
        </w:rPr>
        <w:br/>
      </w:r>
      <w:r>
        <w:rPr>
          <w:lang w:eastAsia="zh-CN"/>
        </w:rPr>
        <w:t>　　2、 配合学院和学生会兄弟部门的相关活动</w:t>
      </w:r>
      <w:r>
        <w:rPr>
          <w:lang w:eastAsia="zh-CN"/>
        </w:rPr>
        <w:br/>
      </w:r>
      <w:r>
        <w:rPr>
          <w:lang w:eastAsia="zh-CN"/>
        </w:rPr>
        <w:t>　　作为生活部在学生会工作的又一个重点工作，我部还要发扬上届生活部的优良传统，从整个学生会的大局出发，结合生活部的特点和优势，积极协作其他兄弟部门的工作。工作重点将放在生活部所负责的安全和后勤方面。总之，希望经过我们一年的努力能够在学生会内部树立“有困难，找生活部”的工作理念。</w:t>
      </w:r>
      <w:r>
        <w:rPr>
          <w:lang w:eastAsia="zh-CN"/>
        </w:rPr>
        <w:br/>
      </w:r>
      <w:r>
        <w:rPr>
          <w:lang w:eastAsia="zh-CN"/>
        </w:rPr>
        <w:t>　　09级干事刚刚进入学生会，对于学生会的了解还不够深入，新学期的活动已进入开展阶段。为了加强学生会生活部的凝聚力，提高干事的素质，使学生会的工作取得更好的成效，我们对新干事培训迫在眉睫。</w:t>
      </w:r>
      <w:r>
        <w:rPr>
          <w:lang w:eastAsia="zh-CN"/>
        </w:rPr>
        <w:br/>
      </w:r>
      <w:r>
        <w:rPr>
          <w:lang w:eastAsia="zh-CN"/>
        </w:rPr>
        <w:t>　　1、充分利用例会时间。每两周一次的例会，除了安排新的工作计划以及总结工作外，利用剩余时间对干事进行学校以及学生会相关事宜的介绍和解释，让每个干事树立学生会大集体观念，熟悉学生会工作的大致流程，明确作为学生会成员的责任。</w:t>
      </w:r>
      <w:r>
        <w:rPr>
          <w:lang w:eastAsia="zh-CN"/>
        </w:rPr>
        <w:br/>
      </w:r>
      <w:r>
        <w:rPr>
          <w:lang w:eastAsia="zh-CN"/>
        </w:rPr>
        <w:t>　　2、定期召开生活部例会，重要会议时做必要的会议记录。</w:t>
      </w:r>
      <w:r>
        <w:rPr>
          <w:lang w:eastAsia="zh-CN"/>
        </w:rPr>
        <w:br/>
      </w:r>
      <w:r>
        <w:rPr>
          <w:lang w:eastAsia="zh-CN"/>
        </w:rPr>
        <w:t>　　（2）创新方面</w:t>
      </w:r>
      <w:r>
        <w:rPr>
          <w:lang w:eastAsia="zh-CN"/>
        </w:rPr>
        <w:br/>
      </w:r>
      <w:r>
        <w:rPr>
          <w:lang w:eastAsia="zh-CN"/>
        </w:rPr>
        <w:t>　　1、宣传“自我保护意识”系列活动。举办这次活动的目的是，让大家掌握基本的自我防护知识，让大家尽量避免不必要的人身伤害。本活动，可与宣传部共同开展。</w:t>
      </w:r>
      <w:r>
        <w:rPr>
          <w:lang w:eastAsia="zh-CN"/>
        </w:rPr>
        <w:br/>
      </w:r>
      <w:r>
        <w:rPr>
          <w:lang w:eastAsia="zh-CN"/>
        </w:rPr>
        <w:t>　　2、 做有关食堂的调查问卷。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3、 开展以“可怜天下父母心”主题的孝敬活动。可利用母亲节父亲节来宣传。开展以“孝”为题的征文比赛，与编辑部、宣传部共同举办。</w:t>
      </w:r>
      <w:r>
        <w:rPr>
          <w:lang w:eastAsia="zh-CN"/>
        </w:rPr>
        <w:br/>
      </w:r>
      <w:r>
        <w:rPr>
          <w:lang w:eastAsia="zh-CN"/>
        </w:rPr>
        <w:t>　　4、 开展一次“谢你一路相伴”校园故事征集活动。</w:t>
      </w:r>
      <w:r>
        <w:rPr>
          <w:lang w:eastAsia="zh-CN"/>
        </w:rPr>
        <w:br/>
      </w:r>
      <w:r>
        <w:rPr>
          <w:lang w:eastAsia="zh-CN"/>
        </w:rPr>
        <w:t>　　5、举行以“大学生活”为主题的征文比赛，可以联系自身实际，谈谈大学生活感言、未来规划或者宿舍生活等，诗歌散文等体裁不限。活动初步定在十二月初，参赛对象为各个学院的学生。</w:t>
      </w:r>
      <w:r>
        <w:rPr>
          <w:lang w:eastAsia="zh-CN"/>
        </w:rPr>
        <w:br/>
      </w:r>
      <w:r>
        <w:rPr>
          <w:lang w:eastAsia="zh-CN"/>
        </w:rPr>
        <w:t>　　以上就是本年度内生活部工作的大致计划，体现了生活部的工作特色和理念，工作的内容十分的丰富，要一一开展实施还需要学院相关领导老师的大力支持和兄弟部门的紧密协作。我们相信，新的一年将是我们生活部崭新一页的见证。</w:t>
      </w:r>
      <w:r>
        <w:rPr>
          <w:lang w:eastAsia="zh-CN"/>
        </w:rPr>
        <w:br/>
      </w:r>
      <w:r>
        <w:rPr>
          <w:lang w:eastAsia="zh-CN"/>
        </w:rPr>
        <w:t>　　学生会生活部计划书2</w:t>
      </w:r>
      <w:r>
        <w:rPr>
          <w:lang w:eastAsia="zh-CN"/>
        </w:rPr>
        <w:br/>
      </w:r>
      <w:r>
        <w:rPr>
          <w:lang w:eastAsia="zh-CN"/>
        </w:rPr>
        <w:t>　　十二月份，一年的最后一个月份，生活部初步打算，如果学生会的时间和精力允许，搞一个学生会的内部联欢。对一个组织，通过活动，可以调动大家的积极性，增进大家的感情。对日后的工作开展，有益而无害。人心所向，万事俱成。</w:t>
      </w:r>
      <w:r>
        <w:rPr>
          <w:lang w:eastAsia="zh-CN"/>
        </w:rPr>
        <w:br/>
      </w:r>
      <w:r>
        <w:rPr>
          <w:lang w:eastAsia="zh-CN"/>
        </w:rPr>
        <w:t>　　最后，元旦的游园将是一个收尾活动。传统活动中的经典项目可欲予保留，而在此基础上，又可以发掘一些新颖、操作简便的活动。我们会认真做好后备工</w:t>
      </w:r>
      <w:r>
        <w:rPr>
          <w:lang w:eastAsia="zh-CN"/>
        </w:rPr>
        <w:br/>
      </w:r>
      <w:r>
        <w:rPr>
          <w:lang w:eastAsia="zh-CN"/>
        </w:rPr>
        <w:t>　　作，保证整个活动的顺利进行。</w:t>
      </w:r>
      <w:r>
        <w:rPr>
          <w:lang w:eastAsia="zh-CN"/>
        </w:rPr>
        <w:br/>
      </w:r>
      <w:r>
        <w:rPr>
          <w:lang w:eastAsia="zh-CN"/>
        </w:rPr>
        <w:t>　　生活部的宗旨，在原有的传统节目上，不断创新。尽量办一次活动，就有它的亮点。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“一年之际在于春，一年之际在于晨。”在这春暖花开之际，年轻的生活部会用激情和智慧为校学生会的美好明天而奋斗。</w:t>
      </w:r>
      <w:r>
        <w:rPr>
          <w:lang w:eastAsia="zh-CN"/>
        </w:rPr>
        <w:br/>
      </w:r>
      <w:r>
        <w:rPr>
          <w:lang w:eastAsia="zh-CN"/>
        </w:rPr>
        <w:t>　　在新的年度中，生活部会全面贯彻团委的指导方针，大力维护同学们的基本权益，逐步提高同学们的生活质量，用创新的思维为同学们更好的服务。我们会谨记社会主义荣辱观，积极开展有益同学们身心健康发展的活动，以便丰富同学们的课余活动，为同学们的大学时光绚烂多姿。</w:t>
      </w:r>
      <w:r>
        <w:rPr>
          <w:lang w:eastAsia="zh-CN"/>
        </w:rPr>
        <w:br/>
      </w:r>
      <w:r>
        <w:rPr>
          <w:lang w:eastAsia="zh-CN"/>
        </w:rPr>
        <w:t>　　针对实际情况，生活部为本年度的计划做出了以下规划：</w:t>
      </w:r>
      <w:r>
        <w:rPr>
          <w:lang w:eastAsia="zh-CN"/>
        </w:rPr>
        <w:br/>
      </w:r>
      <w:r>
        <w:rPr>
          <w:lang w:eastAsia="zh-CN"/>
        </w:rPr>
        <w:t>　　1。宣传“自我保护意识”系列活动。举办这次活动的目的是，让大家掌握基本的自我防护知识，让大家尽量避免不必要的人身伤害。本活动，可与保卫部共同开展。</w:t>
      </w:r>
      <w:r>
        <w:rPr>
          <w:lang w:eastAsia="zh-CN"/>
        </w:rPr>
        <w:br/>
      </w:r>
      <w:r>
        <w:rPr>
          <w:lang w:eastAsia="zh-CN"/>
        </w:rPr>
        <w:t>　　2。 建立伙食委员会。</w:t>
      </w:r>
      <w:r>
        <w:rPr>
          <w:lang w:eastAsia="zh-CN"/>
        </w:rPr>
        <w:br/>
      </w:r>
      <w:r>
        <w:rPr>
          <w:lang w:eastAsia="zh-CN"/>
        </w:rPr>
        <w:t>　　3。 做有关食堂的调查问卷。</w:t>
      </w:r>
      <w:r>
        <w:rPr>
          <w:lang w:eastAsia="zh-CN"/>
        </w:rPr>
        <w:br/>
      </w:r>
      <w:r>
        <w:rPr>
          <w:lang w:eastAsia="zh-CN"/>
        </w:rPr>
        <w:t>　　4。开展以“可怜天下父母心”主题的孝敬活动。可利用母亲节父亲节来宣传。开展以“孝”为题的征文比赛，与学习部共同举办。</w:t>
      </w:r>
      <w:r>
        <w:rPr>
          <w:lang w:eastAsia="zh-CN"/>
        </w:rPr>
        <w:br/>
      </w:r>
      <w:r>
        <w:rPr>
          <w:lang w:eastAsia="zh-CN"/>
        </w:rPr>
        <w:t>　　5。办“周周经典”的看电影活动。可结合红军长征胜利70周年举办“看红，弘扬爱国主义精神”的主题活动，也可开展以“看电影，学英语”的系列活动。</w:t>
      </w:r>
      <w:r>
        <w:rPr>
          <w:lang w:eastAsia="zh-CN"/>
        </w:rPr>
        <w:br/>
      </w:r>
      <w:r>
        <w:rPr>
          <w:lang w:eastAsia="zh-CN"/>
        </w:rPr>
        <w:t>　　6。 组织同学们外出踏青。让大家领略我们伟大祖国的美好风光，也可让大家在学习之余有机会放松一下。</w:t>
      </w:r>
      <w:r>
        <w:rPr>
          <w:lang w:eastAsia="zh-CN"/>
        </w:rPr>
        <w:br/>
      </w:r>
      <w:r>
        <w:rPr>
          <w:lang w:eastAsia="zh-CN"/>
        </w:rPr>
        <w:t>　　7。 召开第二十届学生会提案反馈会。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8。举办新老生商品展销会。为即将离开学校的老生提供一个“处理”以后不需要物品的机会，给新生一个购买“超值”物品的机会！把bbs上的商品交流办到实际中来！</w:t>
      </w:r>
      <w:r>
        <w:rPr>
          <w:lang w:eastAsia="zh-CN"/>
        </w:rPr>
        <w:br/>
      </w:r>
      <w:r>
        <w:rPr>
          <w:lang w:eastAsia="zh-CN"/>
        </w:rPr>
        <w:t>　　我们计划会随着实际情况而做调整，以便更好的为同学们服务，让同学们更加支持学生会。</w:t>
      </w:r>
      <w:r>
        <w:rPr>
          <w:lang w:eastAsia="zh-CN"/>
        </w:rPr>
        <w:br/>
      </w:r>
      <w:r>
        <w:rPr>
          <w:lang w:eastAsia="zh-CN"/>
        </w:rPr>
        <w:t>　　在这一年度中，生活部会竭尽全力的工作，为同学们的生活增光添彩。我们的宗旨是“以服务同学为荣，以背离同学为耻”。</w:t>
      </w:r>
      <w:r>
        <w:rPr>
          <w:lang w:eastAsia="zh-CN"/>
        </w:rPr>
        <w:br/>
      </w:r>
      <w:r>
        <w:rPr>
          <w:lang w:eastAsia="zh-CN"/>
        </w:rPr>
        <w:t xml:space="preserve">    学生会生活部三月份工作计划 篇6 </w:t>
      </w:r>
      <w:r>
        <w:rPr>
          <w:lang w:eastAsia="zh-CN"/>
        </w:rPr>
        <w:br/>
      </w:r>
      <w:r>
        <w:rPr>
          <w:lang w:eastAsia="zh-CN"/>
        </w:rPr>
        <w:t>　　新学期伊始，我们生活部又面临着新的任务和挑战，我们将迎来新的卫检查工作以及信息工程学院第四届寝室文化节等活动。我们将本着“一切为了学生，为了一切的学生，为了学生的一切”的“三个一切”的宗旨，服务于本系的各年级同学，真正发挥生活部的特色。以丰富同学的课余生活为目的，以锻炼同学们自我创新为目标，以增强同学们宿舍内团体与协作意识为目的，开展一系列为同学们喜闻乐见的活动。为了积极配合学生会组织的各项活动，有效地开展宿管会各部门的工作，特制定以下计划</w:t>
      </w:r>
      <w:r>
        <w:rPr>
          <w:lang w:eastAsia="zh-CN"/>
        </w:rPr>
        <w:br/>
      </w:r>
      <w:r>
        <w:rPr>
          <w:lang w:eastAsia="zh-CN"/>
        </w:rPr>
        <w:t>　　一、积极配合学校和系里的各项社会实践活动，加强各部门的交流与合作，调动部门成员的工作积极性和主动性。</w:t>
      </w:r>
      <w:r>
        <w:rPr>
          <w:lang w:eastAsia="zh-CN"/>
        </w:rPr>
        <w:br/>
      </w:r>
      <w:r>
        <w:rPr>
          <w:lang w:eastAsia="zh-CN"/>
        </w:rPr>
        <w:t>　　二、内部建设</w:t>
      </w:r>
      <w:r>
        <w:rPr>
          <w:lang w:eastAsia="zh-CN"/>
        </w:rPr>
        <w:br/>
      </w:r>
      <w:r>
        <w:rPr>
          <w:lang w:eastAsia="zh-CN"/>
        </w:rPr>
        <w:t>　　现任的生活部干事，要在这一学期着重培养他们的工作能力，让他们在组织中得到锻炼。具体措施</w:t>
      </w:r>
      <w:r>
        <w:rPr>
          <w:lang w:eastAsia="zh-CN"/>
        </w:rPr>
        <w:br/>
      </w:r>
      <w:r>
        <w:rPr>
          <w:lang w:eastAsia="zh-CN"/>
        </w:rPr>
        <w:t>　　(1)更加完善下达例会制度，着重培养干事在这一学期的工作态度和工作激情。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(2)通过上学期的经验和不足加强本部门内部建设，让干事们之间加强沟通与了解，学习别人的长处，以达到互相促进、共同提高的目的，着重培养他们团结协助的工作精神。</w:t>
      </w:r>
      <w:r>
        <w:rPr>
          <w:lang w:eastAsia="zh-CN"/>
        </w:rPr>
        <w:br/>
      </w:r>
      <w:r>
        <w:rPr>
          <w:lang w:eastAsia="zh-CN"/>
        </w:rPr>
        <w:t>　　(3)每次活动的策划书让部员积极参与编写并采纳他们提出的新颖和创新的观点使组织活动更有力。</w:t>
      </w:r>
      <w:r>
        <w:rPr>
          <w:lang w:eastAsia="zh-CN"/>
        </w:rPr>
        <w:br/>
      </w:r>
      <w:r>
        <w:rPr>
          <w:lang w:eastAsia="zh-CN"/>
        </w:rPr>
        <w:t>　　(4)在各种活动中，让本部门的委员共同参与和组织，着重培养和加强他们的合作意识。</w:t>
      </w:r>
      <w:r>
        <w:rPr>
          <w:lang w:eastAsia="zh-CN"/>
        </w:rPr>
        <w:br/>
      </w:r>
      <w:r>
        <w:rPr>
          <w:lang w:eastAsia="zh-CN"/>
        </w:rPr>
        <w:t>　　三、卫生检查</w:t>
      </w:r>
      <w:r>
        <w:rPr>
          <w:lang w:eastAsia="zh-CN"/>
        </w:rPr>
        <w:br/>
      </w:r>
      <w:r>
        <w:rPr>
          <w:lang w:eastAsia="zh-CN"/>
        </w:rPr>
        <w:t>　　(1)在卫检工作中尽量做到与校学生会保持一致;在卫检的人员安排上灵活调整。</w:t>
      </w:r>
      <w:r>
        <w:rPr>
          <w:lang w:eastAsia="zh-CN"/>
        </w:rPr>
        <w:br/>
      </w:r>
      <w:r>
        <w:rPr>
          <w:lang w:eastAsia="zh-CN"/>
        </w:rPr>
        <w:t>　　(2)在检查工作中要严格遵守检查制度，要求部员不偏私，公正的给宿舍打分，在督促与鼓励中创建文明宿舍、卫生标兵。</w:t>
      </w:r>
      <w:r>
        <w:rPr>
          <w:lang w:eastAsia="zh-CN"/>
        </w:rPr>
        <w:br/>
      </w:r>
      <w:r>
        <w:rPr>
          <w:lang w:eastAsia="zh-CN"/>
        </w:rPr>
        <w:t>　　(3)在工作方法上要注意要求部员讲求效率，分工明确、职责明确、细心到位，以培养下一届的生活部的接班人。</w:t>
      </w:r>
      <w:r>
        <w:rPr>
          <w:lang w:eastAsia="zh-CN"/>
        </w:rPr>
        <w:br/>
      </w:r>
      <w:r>
        <w:rPr>
          <w:lang w:eastAsia="zh-CN"/>
        </w:rPr>
        <w:t>　　四、活动方面</w:t>
      </w:r>
      <w:r>
        <w:rPr>
          <w:lang w:eastAsia="zh-CN"/>
        </w:rPr>
        <w:br/>
      </w:r>
      <w:r>
        <w:rPr>
          <w:lang w:eastAsia="zh-CN"/>
        </w:rPr>
        <w:t>　　(1)作好学校运动会等活动的后勤保障工作，要求部员以十足的热情投入其中，成为活动的组织者与参与者之一。这才能谈的上真正的战斗力与凝聚力。</w:t>
      </w:r>
      <w:r>
        <w:rPr>
          <w:lang w:eastAsia="zh-CN"/>
        </w:rPr>
        <w:br/>
      </w:r>
      <w:r>
        <w:rPr>
          <w:lang w:eastAsia="zh-CN"/>
        </w:rPr>
        <w:t>　　(2)在信息工程学院第四届寝室文化节中我们准备策划一个名为“心在一起”的大型爱心活动，并且在活动中穿插一些具有生活部特色的比赛。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五、再过三个多月即将面临学院换届的活动，从现在开始给每位干事竟可能多的机会，让他们来表现自己，加强部内人员对本部工作的熟悉，培养部内没有“闲人”，人人积极上进的优良风气，以方便在换届时有很好工作能力和工作态度的干事补充到我们信息工程学院团总支这样优秀的队伍中。</w:t>
      </w:r>
      <w:r>
        <w:rPr>
          <w:lang w:eastAsia="zh-CN"/>
        </w:rPr>
        <w:br/>
      </w:r>
      <w:r>
        <w:rPr>
          <w:lang w:eastAsia="zh-CN"/>
        </w:rPr>
        <w:t>　　六、不断寻求创新，争取把生活部的活动做到其他学院。</w:t>
      </w:r>
      <w:r>
        <w:rPr>
          <w:lang w:eastAsia="zh-CN"/>
        </w:rPr>
        <w:br/>
      </w:r>
      <w:r>
        <w:rPr>
          <w:lang w:eastAsia="zh-CN"/>
        </w:rPr>
        <w:t xml:space="preserve">    学生会生活部三月份工作计划 篇7 </w:t>
      </w:r>
      <w:r>
        <w:rPr>
          <w:lang w:eastAsia="zh-CN"/>
        </w:rPr>
        <w:br/>
      </w:r>
      <w:r>
        <w:rPr>
          <w:lang w:eastAsia="zh-CN"/>
        </w:rPr>
        <w:t>　　一、宿舍卫生评比及装饰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宿舍卫生评比是一项促进寝室安全、文明、和谐的活动。活动对象包括我们学院在校的大一、大二、大全体同学，原本是生活部每月一次的活动，由于上学期时间上的冲突和新同学对评比的不理解等各方面原因，导致我们在上学期评比只举行了2次，就上学期评比来言，虽说评比次数不多，但从评比结果看来，大二大三的同学对评比缺乏积极性，他们反映评比次数过于频繁，有时还是清早去评比，影响了同学们的休息，所以对于新一轮的评比，我们应在开展这个活动的同时，也要让同学们更好的去了解这个活动，提高大家的积极性;至于评比的时间，我们更应该合理去安排，在做好活动的同时，也要尽量做到不去打扰同学们的休息;活动结束后我们会进行一次总评，对优秀寝室进行全院表扬，对差的寝室给予通报批评，以求更好发展。寝室装饰大赛一直以来都是生活部和宣传部的一个特色活动，它不仅调动了大家积极性，培养了同学们的创新思维，也为一个个宿舍营造了一个温馨的生活环境，考虑到宿舍卫生评比的频繁性，新学期我们有必要考虑将宿舍装饰大赛与宿舍卫生评比结合起来。</w:t>
      </w:r>
      <w:r>
        <w:rPr>
          <w:lang w:eastAsia="zh-CN"/>
        </w:rPr>
        <w:br/>
      </w:r>
      <w:r>
        <w:rPr>
          <w:lang w:eastAsia="zh-CN"/>
        </w:rPr>
        <w:t>　　二、基本工作的开展</w:t>
      </w:r>
      <w:r>
        <w:rPr>
          <w:lang w:eastAsia="zh-CN"/>
        </w:rPr>
        <w:br/>
      </w:r>
      <w:r>
        <w:rPr>
          <w:lang w:eastAsia="zh-CN"/>
        </w:rPr>
        <w:t>　　生活部作为学生会中的一个重点部门，可以说每次活动都离不开生活部，结合生活部的特点和优势，在今后的活动中我们更应积极协助其他部门工作，具体要求由其他部门来定，做到活动前后都有生活部的人在场，保证活动的顺利进行.作为理学院最重要的数理节，3月份，我们生活部更应该做好每一件事，确保所需物品在活动前一个星期之类筹集到位，同时更应该发扬生活部吃苦耐劳的精神，向全校展示理学院的风采。每周二晚自习结束后，团委学生会都将召开一次例会，会后我们可以做一个总结，总结每周活动的不足并加以改正，同时布置好本周活动的开展，使每个干事都能在生活部里得到应有的锻炼。</w:t>
      </w:r>
      <w:r>
        <w:rPr>
          <w:lang w:eastAsia="zh-CN"/>
        </w:rPr>
        <w:br/>
      </w:r>
      <w:r>
        <w:rPr>
          <w:lang w:eastAsia="zh-CN"/>
        </w:rPr>
        <w:t>　　三、办公室物品的整理，筹集，搬运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办公室物品的整理也是生活部每月一次的要做活动，从上学期的情况看，多数物品的清点和管理一直是由生活部负责。整理办公室物品几乎都只是由生活部的女生负责，这就导致了生活部男生对物品的摆放及数量等缺乏了解，从而在需要的时候不能第一时间提供给需要的对方;在物品筹集与搬运方面，通常是以男生为主，这也导致了女生对其他学院学生会、校团委缺乏了解，所以无论是物品的整理还是借运等，生活部的每个人都应该掌握一些最基本的知识，只有保证物品合理放置，熟悉各种物品的位置，加强与其他学生会之间的联系，我们才能大大节省时间、提高效率，同时也需要值班人员对办公室的物品有的了解，减少生活部相关负责人员的压力，尽量做到物品不遗失。</w:t>
      </w:r>
      <w:r>
        <w:rPr>
          <w:lang w:eastAsia="zh-CN"/>
        </w:rPr>
        <w:br/>
      </w:r>
      <w:r>
        <w:rPr>
          <w:lang w:eastAsia="zh-CN"/>
        </w:rPr>
        <w:t>　　四、迎新工作及纳新工作安排</w:t>
      </w:r>
      <w:r>
        <w:rPr>
          <w:lang w:eastAsia="zh-CN"/>
        </w:rPr>
        <w:br/>
      </w:r>
      <w:r>
        <w:rPr>
          <w:lang w:eastAsia="zh-CN"/>
        </w:rPr>
        <w:t>　　__年后半个学期，我们面临的一个巨大的挑战就是迎新工作，生活部会积极配合学生会其他部门工作，听从其他部门安排，为迎新工作做好充足的准备，认真执行任务，确保迎新工作有序进行。同时新成员的选拔是一切工作得以开展的基础前提，这一点对生活部尤其重要，要做好生活部这一年之中的活动，首先要选拔一批肯于吃苦，工作学习两不误，肯于奉献，拥有一定创新意识的干事。所以，我们部会以认真负责，公平公正的态度，选拔出一批新的干事，我们会在新生入学后，到各个班级进行充分的宣传活动，并通过一系列严格的筛选，争取为生活部选拔优秀成员，具体内容等活动初期在另行安排。</w:t>
      </w:r>
      <w:r>
        <w:rPr>
          <w:lang w:eastAsia="zh-CN"/>
        </w:rPr>
        <w:br/>
      </w:r>
      <w:r>
        <w:rPr>
          <w:lang w:eastAsia="zh-CN"/>
        </w:rPr>
        <w:t xml:space="preserve">    学生会生活部三月份工作计划 篇8 </w:t>
      </w:r>
      <w:r>
        <w:rPr>
          <w:lang w:eastAsia="zh-CN"/>
        </w:rPr>
        <w:br/>
      </w:r>
      <w:r>
        <w:rPr>
          <w:lang w:eastAsia="zh-CN"/>
        </w:rPr>
        <w:t>　　伴随着我院新一届两代会的胜利召开。我们新的一学期也开始了，一系列新的工作即将拉开帷幕。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在过去的一年里，生活部全体成员吃苦耐劳，勤于工作，认真负责，为学院和学生会的各项工作的开展在安全，后勤方面做出了巨大的贡献，为同学提供了诸多的便利。在新的一年里，我们要继续发扬生活部的优良传统，在继续作好以上工作的同时，本着“服务同学，宣传自己”的原则，在全心全意为学院和全院同学服务的同时，努力将生活部由“幕后推向前台”，打造生活部自己的精品，让全院乃至全校的同学感受到生活部的细心体贴的服务。</w:t>
      </w:r>
      <w:r>
        <w:rPr>
          <w:lang w:eastAsia="zh-CN"/>
        </w:rPr>
        <w:br/>
      </w:r>
      <w:r>
        <w:rPr>
          <w:lang w:eastAsia="zh-CN"/>
        </w:rPr>
        <w:t>　　基于以上几点原则，对本年度我部的工作大体做如下建议：</w:t>
      </w:r>
      <w:r>
        <w:rPr>
          <w:lang w:eastAsia="zh-CN"/>
        </w:rPr>
        <w:br/>
      </w:r>
      <w:r>
        <w:rPr>
          <w:lang w:eastAsia="zh-CN"/>
        </w:rPr>
        <w:t>　　(1)基本工作的开展</w:t>
      </w:r>
      <w:r>
        <w:rPr>
          <w:lang w:eastAsia="zh-CN"/>
        </w:rPr>
        <w:br/>
      </w:r>
      <w:r>
        <w:rPr>
          <w:lang w:eastAsia="zh-CN"/>
        </w:rPr>
        <w:t>　　每年开学后新生由于刚刚进入大学生活，在生活，安全，卫生等诸多方面都会存在许多问题和隐患，诸如对大学生活不适应，对大学学习不适应，寝室的清洁卫生做不好，对学校各个地点不熟悉，缺乏社会经验容易受不法分子的欺骗迷惑等等，并联合兄弟部门举办专门针对大一新生的综合知识讲座。在适当时间组织专人前往新生寝室开展直接交流。使大一新生尽快溶入到大学生活之中。</w:t>
      </w:r>
      <w:r>
        <w:rPr>
          <w:lang w:eastAsia="zh-CN"/>
        </w:rPr>
        <w:br/>
      </w:r>
      <w:r>
        <w:rPr>
          <w:lang w:eastAsia="zh-CN"/>
        </w:rPr>
        <w:t>　　生活部要继续作好学生同学校后勤方面的联系人，协调好二者之间的关系广泛收集同学们对学校饮食，安全方面的相关意见和建议，并及时传达给相关的部门。如个别食堂就餐难问题，基于此我们决定开展“自觉回收餐具”活动，提高大家就餐的环境和效率，同时积极于食堂方面沟通，提高其工作效率，从而解决这一问题。</w:t>
      </w:r>
      <w:r>
        <w:rPr>
          <w:lang w:eastAsia="zh-CN"/>
        </w:rPr>
        <w:br/>
      </w:r>
      <w:r>
        <w:rPr>
          <w:lang w:eastAsia="zh-CN"/>
        </w:rPr>
        <w:t>　　积极动员各班生活委员和寝室长，将其发展为生活部在各个班级的重要“基层组织”，并组织各班生活委员和寝室长每月定时开展寝室的全方位检查。争取形成传统。从整体提高我院学生寝室的水平，让全体同学在寝室之中找到家的感觉。</w:t>
      </w:r>
      <w:r>
        <w:rPr>
          <w:lang w:eastAsia="zh-CN"/>
        </w:rPr>
        <w:br/>
      </w:r>
      <w:r>
        <w:rPr>
          <w:lang w:eastAsia="zh-CN"/>
        </w:rPr>
        <w:t>　　(2)配合学院和学生会兄弟部门的相关活动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作为生活部在学生会工作的又一个重点工作，从整个学生会的大局出发，结合生活部的特点和优势，积极协作其他兄弟部门的工作。工作重点将放在生活部所负责的安全和后勤方面。总之，希望经过我们一年的努力能够在学生会内部树立“有困难，找生活部”的工作理念。</w:t>
      </w:r>
      <w:r>
        <w:rPr>
          <w:lang w:eastAsia="zh-CN"/>
        </w:rPr>
        <w:br/>
      </w:r>
      <w:r>
        <w:rPr>
          <w:lang w:eastAsia="zh-CN"/>
        </w:rPr>
        <w:t>　　(3)创新方面</w:t>
      </w:r>
      <w:r>
        <w:rPr>
          <w:lang w:eastAsia="zh-CN"/>
        </w:rPr>
        <w:br/>
      </w:r>
      <w:r>
        <w:rPr>
          <w:lang w:eastAsia="zh-CN"/>
        </w:rPr>
        <w:t>　　生活部作为一个幕后部门，一直以来都是默默在背后为学院，为老师，为同学服务。在联合兄弟部门举办各类活动的时候的时候也大多是在不为同学们所知的后勤工作，广大同学在享受着生活部无微不至的服务的时候，却不一定能想到做这些工作的生活部，正因为如此，今年生活部计划联合部分兄弟部门开展一些由生活部主办的活动，在丰富同学业余生活的同时，也能对生活部做一个很好宣传和推广。</w:t>
      </w:r>
      <w:r>
        <w:rPr>
          <w:lang w:eastAsia="zh-CN"/>
        </w:rPr>
        <w:br/>
      </w:r>
      <w:r>
        <w:rPr>
          <w:lang w:eastAsia="zh-CN"/>
        </w:rPr>
        <w:t>　　以上就是本年度内生活部工作的大致计划，体现了生活部的工作特色和理念，工作的内容十分的丰富，要一一开展实施还需要学院相关领导老师的大力支持和兄弟部门的紧密协作。我们相信，新的一年将是我们生活部取得巨大发展的一年，也将是我院分团委学生会取得巨大发展的一年。</w:t>
      </w:r>
      <w:r>
        <w:rPr>
          <w:lang w:eastAsia="zh-CN"/>
        </w:rPr>
        <w:br/>
      </w:r>
      <w:r>
        <w:rPr>
          <w:lang w:eastAsia="zh-CN"/>
        </w:rPr>
        <w:t xml:space="preserve">    学生会生活部三月份工作计划 篇9 </w:t>
      </w:r>
      <w:r>
        <w:rPr>
          <w:lang w:eastAsia="zh-CN"/>
        </w:rPr>
        <w:br/>
      </w:r>
      <w:r>
        <w:rPr>
          <w:lang w:eastAsia="zh-CN"/>
        </w:rPr>
        <w:t>　　从今年3月份至今，新一届学生会已成立半年，在这半年时间里，学生会全体成员积极认真地完成学校安排的各项任务，并开展多项丰富同学业余生活的文化活动，积极组织进行各种体现专业特色、有助于提高同学们实践动手能力的大赛、讲座。新一届学生会在继承老学生会优良传统的基础上，开拓创新，踏实肯干，取得了一个又一个丰硕的成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新的一个学年已拉开帷幕，在这个学期里，我们的学生会面临着本科评估和多校区学生管理两个重要任务，这对每一名学生会成员都是一个巨大的考验，也是一次提高与锻炼的机遇。为更好的适应新学期学校、院系的发展要求，合理有效的规划进行执行各项工作任务，现就本学期的工作情况计划如下：</w:t>
      </w:r>
      <w:r>
        <w:rPr>
          <w:lang w:eastAsia="zh-CN"/>
        </w:rPr>
        <w:br/>
      </w:r>
      <w:r>
        <w:rPr>
          <w:lang w:eastAsia="zh-CN"/>
        </w:rPr>
        <w:t>　　[常规工作]</w:t>
      </w:r>
      <w:r>
        <w:rPr>
          <w:lang w:eastAsia="zh-CN"/>
        </w:rPr>
        <w:br/>
      </w:r>
      <w:r>
        <w:rPr>
          <w:lang w:eastAsia="zh-CN"/>
        </w:rPr>
        <w:t>　　一、生活卫生工作</w:t>
      </w:r>
      <w:r>
        <w:rPr>
          <w:lang w:eastAsia="zh-CN"/>
        </w:rPr>
        <w:br/>
      </w:r>
      <w:r>
        <w:rPr>
          <w:lang w:eastAsia="zh-CN"/>
        </w:rPr>
        <w:t>　　新学期将进一步完善已有的宿舍卫生管理规定，力争做到有奖有罚、奖罚分明。尤其是做好新生和毕业生的宿舍卫生工作，使我系全体学生宿舍都在监督检查的'范围内，让同学们在新学期伊始便养成清扫宿舍环境卫生的好习惯。争取在优秀文明宿舍的数量和达标率上都要比上学期有较大的提高。</w:t>
      </w:r>
      <w:r>
        <w:rPr>
          <w:lang w:eastAsia="zh-CN"/>
        </w:rPr>
        <w:br/>
      </w:r>
      <w:r>
        <w:rPr>
          <w:lang w:eastAsia="zh-CN"/>
        </w:rPr>
        <w:t>　　在生活上配合学校和院系的工作，做好新生贫困生备案工作，继续开展助学贷款及各项助学金发放工作，适时举行一些丰富同学业余生活的活动。</w:t>
      </w:r>
      <w:r>
        <w:rPr>
          <w:lang w:eastAsia="zh-CN"/>
        </w:rPr>
        <w:br/>
      </w:r>
      <w:r>
        <w:rPr>
          <w:lang w:eastAsia="zh-CN"/>
        </w:rPr>
        <w:t>　　同时积极配合校心理健康协会的工作，关注我院同学的心理状况，重点观察部分有心理疾病的学生，做好协会的宣传教育工作。</w:t>
      </w:r>
      <w:r>
        <w:rPr>
          <w:lang w:eastAsia="zh-CN"/>
        </w:rPr>
        <w:br/>
      </w:r>
      <w:r>
        <w:rPr>
          <w:lang w:eastAsia="zh-CN"/>
        </w:rPr>
        <w:t>　　二、纪检工作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上个学期我院纪检工作成绩斐然，各班能够保持较高的出勤率。本学期仍将继续努力。针对各班课程的变动及出现的新问题，将及时制定新的出勤检查人员名单表，每周对各班进行课堂出勤的抽查。同时在学期期中进行“期中纪检大普查”活动，向任课老师发放调查问卷，了解统计各班的上课出勤率及学生听课质量情况。同时，考虑评选“全勤班级”，并给与一定奖励。</w:t>
      </w:r>
      <w:r>
        <w:rPr>
          <w:lang w:eastAsia="zh-CN"/>
        </w:rPr>
        <w:br/>
      </w:r>
      <w:r>
        <w:rPr>
          <w:lang w:eastAsia="zh-CN"/>
        </w:rPr>
        <w:t>　　由于新生全部在明水新校区学习，计划通过与新校老师的配合，严格检查新生上课的到课率，使各班能够自查自纠，为培养优良的学风、班风打下坚实的基础。</w:t>
      </w:r>
      <w:r>
        <w:rPr>
          <w:lang w:eastAsia="zh-CN"/>
        </w:rPr>
        <w:br/>
      </w:r>
      <w:r>
        <w:rPr>
          <w:lang w:eastAsia="zh-CN"/>
        </w:rPr>
        <w:t>　　同时，进一步完善学生会及班委成员的考核制度与奖罚措施，做到以学生干部的工作成绩情况而加分有别。对参加各项活动、会议迟到、不到的情况加大检查力度。</w:t>
      </w:r>
      <w:r>
        <w:rPr>
          <w:lang w:eastAsia="zh-CN"/>
        </w:rPr>
        <w:br/>
      </w:r>
      <w:r>
        <w:rPr>
          <w:lang w:eastAsia="zh-CN"/>
        </w:rPr>
        <w:t>　　三、宣传工作</w:t>
      </w:r>
      <w:r>
        <w:rPr>
          <w:lang w:eastAsia="zh-CN"/>
        </w:rPr>
        <w:br/>
      </w:r>
      <w:r>
        <w:rPr>
          <w:lang w:eastAsia="zh-CN"/>
        </w:rPr>
        <w:t>　　从本学期起，一号教学楼四楼将成为我院宣传的重要阵地，因此，各种板报、喷绘、海报及其他宣传品要从质量和数量上都要有所提高。首先是做到黑板报的及时更新，能够配合当时举行的活动或社会热点问题制作板报；其次是丰富表现手法，多学习其他院系优秀作品，提高自身书画的水平，并在同学中间多发现、吸收人才，力争把四楼的平台建成我院宣传工作上的一道靓丽的风景线。</w:t>
      </w:r>
      <w:r>
        <w:rPr>
          <w:lang w:eastAsia="zh-CN"/>
        </w:rPr>
        <w:br/>
      </w:r>
      <w:r>
        <w:rPr>
          <w:lang w:eastAsia="zh-CN"/>
        </w:rPr>
        <w:t>　　上学期我院在山经青年及团讯中刊载的报道在全校各院系部中排第四位，较好地完成了对外宣传工作。本学期目标在发稿数量及院系排名上不低于上学期，并进一步提高稿件质量。同时在举办各项活动中重视宣传工作的开展，做到及时报道及时上传发表。另外提高对校报的关注，增加我院在校报上的发表篇数，动员学生会成员多动手多练笔，努力提高自身的写作水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网站建设方面，在学期初完成我院网站的改版工作，更换修改网站标题、链接及公告栏，并将“系”改为“学院”，使网站更加美观大方，力争在本学期进一步充实丰富网站内容，增加信息量。</w:t>
      </w:r>
      <w:r>
        <w:rPr>
          <w:lang w:eastAsia="zh-CN"/>
        </w:rPr>
        <w:br/>
      </w:r>
      <w:r>
        <w:rPr>
          <w:lang w:eastAsia="zh-CN"/>
        </w:rPr>
        <w:t>　　四、学习方面</w:t>
      </w:r>
      <w:r>
        <w:rPr>
          <w:lang w:eastAsia="zh-CN"/>
        </w:rPr>
        <w:br/>
      </w:r>
      <w:r>
        <w:rPr>
          <w:lang w:eastAsia="zh-CN"/>
        </w:rPr>
        <w:t>　　一是对学生会中成绩较差的同学进行批评教育，对于不及格科目过多的按照学生会管理规定辞退。</w:t>
      </w:r>
      <w:r>
        <w:rPr>
          <w:lang w:eastAsia="zh-CN"/>
        </w:rPr>
        <w:br/>
      </w:r>
      <w:r>
        <w:rPr>
          <w:lang w:eastAsia="zh-CN"/>
        </w:rPr>
        <w:t>　　二是做好新学期奖学金、优秀学生干部、优秀学生等奖项的评选，使奖学金的评选更加规范化。</w:t>
      </w:r>
      <w:r>
        <w:rPr>
          <w:lang w:eastAsia="zh-CN"/>
        </w:rPr>
        <w:br/>
      </w:r>
      <w:r>
        <w:rPr>
          <w:lang w:eastAsia="zh-CN"/>
        </w:rPr>
        <w:t>　　三是对“一帮一、结对子”活动中表现突出，确有成效的同学进行表彰，计划在评选奖学金之后两周内召开表彰大会，对学习有较大提高的帮扶对象及其帮扶人进行奖励，并继续开展新一轮的“一帮一，结对子”活动，形成我院一项有特色的制度。</w:t>
      </w:r>
      <w:r>
        <w:rPr>
          <w:lang w:eastAsia="zh-CN"/>
        </w:rPr>
        <w:br/>
      </w:r>
      <w:r>
        <w:rPr>
          <w:lang w:eastAsia="zh-CN"/>
        </w:rPr>
        <w:t>　　五、社会实践工作</w:t>
      </w:r>
      <w:r>
        <w:rPr>
          <w:lang w:eastAsia="zh-CN"/>
        </w:rPr>
        <w:br/>
      </w:r>
      <w:r>
        <w:rPr>
          <w:lang w:eastAsia="zh-CN"/>
        </w:rPr>
        <w:t>　　首先完成今年暑期社会实践活动的总结，并提交实践报告，制作社会实践展板，做好暑期社会实践的对外宣传。</w:t>
      </w:r>
      <w:r>
        <w:rPr>
          <w:lang w:eastAsia="zh-CN"/>
        </w:rPr>
        <w:br/>
      </w:r>
      <w:r>
        <w:rPr>
          <w:lang w:eastAsia="zh-CN"/>
        </w:rPr>
        <w:t>　　其次是本学期争取建立一个长期固定的学生社会实践基地，使我们的同学以志愿者的形式，走进社会，服务大众，真正得到锻炼。</w:t>
      </w:r>
      <w:r>
        <w:rPr>
          <w:lang w:eastAsia="zh-CN"/>
        </w:rPr>
        <w:br/>
      </w:r>
      <w:r>
        <w:rPr>
          <w:lang w:eastAsia="zh-CN"/>
        </w:rPr>
        <w:t>　　同时继续与济南红十字协会等合作单位保持联系，开展在社会中有一定影响的公益活动。计划举行一场慈善捐助活动，号召同学们将自己的闲旧衣物捐出来，献给灾区或贫</w:t>
      </w:r>
      <w:r>
        <w:rPr>
          <w:lang w:eastAsia="zh-CN"/>
        </w:rPr>
        <w:br/>
      </w:r>
      <w:r>
        <w:rPr>
          <w:lang w:eastAsia="zh-CN"/>
        </w:rPr>
        <w:t xml:space="preserve">    学生会生活部三月份工作计划 篇10 </w:t>
      </w:r>
      <w:r>
        <w:rPr>
          <w:lang w:eastAsia="zh-CN"/>
        </w:rPr>
        <w:br/>
      </w:r>
      <w:r>
        <w:rPr>
          <w:lang w:eastAsia="zh-CN"/>
        </w:rPr>
        <w:t>　　一、对宿舍的管理</w:t>
      </w:r>
      <w:r>
        <w:rPr>
          <w:lang w:eastAsia="zh-CN"/>
        </w:rPr>
        <w:br/>
      </w:r>
      <w:r>
        <w:rPr>
          <w:lang w:eastAsia="zh-CN"/>
        </w:rPr>
        <w:t>　　1)查寝管理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加大对宿舍的管理力度，定期或不定期地对宿舍进行查寝，同时做好对宿舍晚休迟归的登记，让同学们规范好自己的作息时间。还要狠抓宿舍不文明现象，协助舍监与翁拥军老师对做出不文明行为、影响校容的同学严惩不怠。</w:t>
      </w:r>
      <w:r>
        <w:rPr>
          <w:lang w:eastAsia="zh-CN"/>
        </w:rPr>
        <w:br/>
      </w:r>
      <w:r>
        <w:rPr>
          <w:lang w:eastAsia="zh-CN"/>
        </w:rPr>
        <w:t>　　2)安全管理</w:t>
      </w:r>
      <w:r>
        <w:rPr>
          <w:lang w:eastAsia="zh-CN"/>
        </w:rPr>
        <w:br/>
      </w:r>
      <w:r>
        <w:rPr>
          <w:lang w:eastAsia="zh-CN"/>
        </w:rPr>
        <w:t>　　1.制定宿舍财物安全的表，打印出来张贴寝室门口。</w:t>
      </w:r>
      <w:r>
        <w:rPr>
          <w:lang w:eastAsia="zh-CN"/>
        </w:rPr>
        <w:br/>
      </w:r>
      <w:r>
        <w:rPr>
          <w:lang w:eastAsia="zh-CN"/>
        </w:rPr>
        <w:t>　　2.查寝时对大家进行语言解说安全知识。</w:t>
      </w:r>
      <w:r>
        <w:rPr>
          <w:lang w:eastAsia="zh-CN"/>
        </w:rPr>
        <w:br/>
      </w:r>
      <w:r>
        <w:rPr>
          <w:lang w:eastAsia="zh-CN"/>
        </w:rPr>
        <w:t>　　二、在本学期的任务</w:t>
      </w:r>
      <w:r>
        <w:rPr>
          <w:lang w:eastAsia="zh-CN"/>
        </w:rPr>
        <w:br/>
      </w:r>
      <w:r>
        <w:rPr>
          <w:lang w:eastAsia="zh-CN"/>
        </w:rPr>
        <w:t>　　1.对本系的宣传版进行清洁和打扫</w:t>
      </w:r>
      <w:r>
        <w:rPr>
          <w:lang w:eastAsia="zh-CN"/>
        </w:rPr>
        <w:br/>
      </w:r>
      <w:r>
        <w:rPr>
          <w:lang w:eastAsia="zh-CN"/>
        </w:rPr>
        <w:t>　　2.分别对男寝和女寝的楼顶进行查看，是否有晒衣绳需要重牵，做到方便大家。</w:t>
      </w:r>
      <w:r>
        <w:rPr>
          <w:lang w:eastAsia="zh-CN"/>
        </w:rPr>
        <w:br/>
      </w:r>
      <w:r>
        <w:rPr>
          <w:lang w:eastAsia="zh-CN"/>
        </w:rPr>
        <w:t>　　3.茶花会的准备工作及策划。</w:t>
      </w:r>
      <w:r>
        <w:rPr>
          <w:lang w:eastAsia="zh-CN"/>
        </w:rPr>
        <w:br/>
      </w:r>
      <w:r>
        <w:rPr>
          <w:lang w:eastAsia="zh-CN"/>
        </w:rPr>
        <w:t>　　三、在本学期的工作制度</w:t>
      </w:r>
      <w:r>
        <w:rPr>
          <w:lang w:eastAsia="zh-CN"/>
        </w:rPr>
        <w:br/>
      </w:r>
      <w:r>
        <w:rPr>
          <w:lang w:eastAsia="zh-CN"/>
        </w:rPr>
        <w:t>　　1)遵守学校的各项规章制度，遵守学生会的章程及各项规章制度。</w:t>
      </w:r>
      <w:r>
        <w:rPr>
          <w:lang w:eastAsia="zh-CN"/>
        </w:rPr>
        <w:br/>
      </w:r>
      <w:r>
        <w:rPr>
          <w:lang w:eastAsia="zh-CN"/>
        </w:rPr>
        <w:t>　　2)生活部成员都要积极热心，吃苦耐劳，认真负责，如遇到重要事情不能参加工作，要提前请假。</w:t>
      </w:r>
      <w:r>
        <w:rPr>
          <w:lang w:eastAsia="zh-CN"/>
        </w:rPr>
        <w:br/>
      </w:r>
      <w:r>
        <w:rPr>
          <w:lang w:eastAsia="zh-CN"/>
        </w:rPr>
        <w:t>　　3)生活部成员都要积极主动，及时完成我系及本部门分配的任务。</w:t>
      </w:r>
      <w:r>
        <w:rPr>
          <w:lang w:eastAsia="zh-CN"/>
        </w:rPr>
        <w:br/>
      </w:r>
      <w:r>
        <w:rPr>
          <w:lang w:eastAsia="zh-CN"/>
        </w:rPr>
        <w:t>　　4)平时多联系同学，多发现问题，积极将问题反映给系。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5)生活部成员平时也要严格要求自己，无论是学习、工作还是生活，都要树立形象，不发生有损学院学生会及本部门名誉和形象的事件。</w:t>
      </w:r>
      <w:r>
        <w:rPr>
          <w:lang w:eastAsia="zh-CN"/>
        </w:rPr>
        <w:br/>
      </w:r>
      <w:r>
        <w:rPr>
          <w:lang w:eastAsia="zh-CN"/>
        </w:rPr>
        <w:t>　　明确工作思路，完善自身管理，在院学生会的指导下我们部门要根据自身的特点，优化自身机构，团结共进，使生活部的运作更规范更有效率。</w:t>
      </w:r>
      <w:r>
        <w:rPr>
          <w:lang w:eastAsia="zh-CN"/>
        </w:rPr>
        <w:br/>
      </w:r>
      <w:r>
        <w:rPr>
          <w:lang w:eastAsia="zh-CN"/>
        </w:rPr>
        <w:t>　　四、加强自身建设</w:t>
      </w:r>
      <w:r>
        <w:rPr>
          <w:lang w:eastAsia="zh-CN"/>
        </w:rPr>
        <w:br/>
      </w:r>
      <w:r>
        <w:rPr>
          <w:lang w:eastAsia="zh-CN"/>
        </w:rPr>
        <w:t>　　1.根据以前生活部的工作情况进行工作总结，继续组织生活部全体成员学习了解生活部的职能与工作特点。</w:t>
      </w:r>
      <w:r>
        <w:rPr>
          <w:lang w:eastAsia="zh-CN"/>
        </w:rPr>
        <w:br/>
      </w:r>
      <w:r>
        <w:rPr>
          <w:lang w:eastAsia="zh-CN"/>
        </w:rPr>
        <w:t>　　2.在实际工作中，实际分工负责与整体作战相结合，并加强各成员之间的沟通、协商，提高工作效率。</w:t>
      </w:r>
      <w:r>
        <w:rPr>
          <w:lang w:eastAsia="zh-CN"/>
        </w:rPr>
        <w:br/>
      </w:r>
      <w:r>
        <w:rPr>
          <w:lang w:eastAsia="zh-CN"/>
        </w:rPr>
        <w:t xml:space="preserve">    学生会生活部三月份工作计划 篇11 </w:t>
      </w:r>
      <w:r>
        <w:rPr>
          <w:lang w:eastAsia="zh-CN"/>
        </w:rPr>
        <w:br/>
      </w:r>
      <w:r>
        <w:rPr>
          <w:lang w:eastAsia="zh-CN"/>
        </w:rPr>
        <w:t>　　学生会生活部的宗旨是全面贯彻学校团委指导方针，大力维护同学们的基本权益，逐渐提高同学的生活质量，丰富同学课余生活。</w:t>
      </w:r>
      <w:r>
        <w:rPr>
          <w:lang w:eastAsia="zh-CN"/>
        </w:rPr>
        <w:br/>
      </w:r>
      <w:r>
        <w:rPr>
          <w:lang w:eastAsia="zh-CN"/>
        </w:rPr>
        <w:t>　　新的学年开始了，学生会生活部的工作计划如下：</w:t>
      </w:r>
      <w:r>
        <w:rPr>
          <w:lang w:eastAsia="zh-CN"/>
        </w:rPr>
        <w:br/>
      </w:r>
      <w:r>
        <w:rPr>
          <w:lang w:eastAsia="zh-CN"/>
        </w:rPr>
        <w:t>　　第一，学年开始前开展对于新手的`宿舍生活知识宣传工作。让全体新生动的生活、安全、卫生等诸多方面的知识，适当组织专人开展寝室交流活动。</w:t>
      </w:r>
      <w:r>
        <w:rPr>
          <w:lang w:eastAsia="zh-CN"/>
        </w:rPr>
        <w:br/>
      </w:r>
      <w:r>
        <w:rPr>
          <w:lang w:eastAsia="zh-CN"/>
        </w:rPr>
        <w:t>　　第二，每月定期开展班级生活会议，听取同学们的心声，了解同学实际生活困难，并且及时处理解决。</w:t>
      </w:r>
      <w:r>
        <w:rPr>
          <w:lang w:eastAsia="zh-CN"/>
        </w:rPr>
        <w:br/>
      </w:r>
      <w:r>
        <w:rPr>
          <w:lang w:eastAsia="zh-CN"/>
        </w:rPr>
        <w:t>　　第三，积极配合学校相关部门工作。学生会生活部要定期开展良好生活习惯宣传活动，弘扬健康积极向上生活作风。</w:t>
      </w:r>
      <w:r>
        <w:rPr>
          <w:lang w:eastAsia="zh-CN"/>
        </w:rPr>
        <w:br/>
      </w:r>
      <w:r>
        <w:rPr>
          <w:lang w:eastAsia="zh-CN"/>
        </w:rPr>
        <w:t>　　第四，定期开展生活安全知识讲座，宣传防火、防盗等生活安全知识。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第五，举办每学期一次的生活安全知识辩论会。</w:t>
      </w:r>
      <w:r>
        <w:rPr>
          <w:lang w:eastAsia="zh-CN"/>
        </w:rPr>
        <w:br/>
      </w:r>
      <w:r>
        <w:rPr>
          <w:lang w:eastAsia="zh-CN"/>
        </w:rPr>
        <w:t>　　以上就是本学年学生会生活部的工作计划，在实际工作过程当我们会不断完善计划，争取为广大学生营造美好校园生活。</w:t>
      </w:r>
      <w:r>
        <w:rPr>
          <w:lang w:eastAsia="zh-CN"/>
        </w:rPr>
        <w:br/>
      </w:r>
      <w:r>
        <w:rPr>
          <w:lang w:eastAsia="zh-CN"/>
        </w:rPr>
        <w:t xml:space="preserve">    学生会生活部三月份工作计划 篇12 </w:t>
      </w:r>
      <w:r>
        <w:rPr>
          <w:lang w:eastAsia="zh-CN"/>
        </w:rPr>
        <w:br/>
      </w:r>
      <w:r>
        <w:rPr>
          <w:lang w:eastAsia="zh-CN"/>
        </w:rPr>
        <w:t>　　一、人员的组织和选拔</w:t>
      </w:r>
      <w:r>
        <w:rPr>
          <w:lang w:eastAsia="zh-CN"/>
        </w:rPr>
        <w:br/>
      </w:r>
      <w:r>
        <w:rPr>
          <w:lang w:eastAsia="zh-CN"/>
        </w:rPr>
        <w:t>　　人才是一切工作得以开展的基础前提，这一点对生活部尤其重要。要搞好生活部这一年之中的活动，首先就是要选拔一批肯于吃苦，肯于工作，肯于奉献，而由有一定创新意识的部委成员。基于这一点，我部分管副主席和部长在选拔同学时要高度认真负责，争取为生活部选拔优秀的成员，组成一只优秀的团队。</w:t>
      </w:r>
      <w:r>
        <w:rPr>
          <w:lang w:eastAsia="zh-CN"/>
        </w:rPr>
        <w:br/>
      </w:r>
      <w:r>
        <w:rPr>
          <w:lang w:eastAsia="zh-CN"/>
        </w:rPr>
        <w:t>　　二、工作开展</w:t>
      </w:r>
      <w:r>
        <w:rPr>
          <w:lang w:eastAsia="zh-CN"/>
        </w:rPr>
        <w:br/>
      </w:r>
      <w:r>
        <w:rPr>
          <w:lang w:eastAsia="zh-CN"/>
        </w:rPr>
        <w:t>　　（1）基本工作的开展</w:t>
      </w:r>
      <w:r>
        <w:rPr>
          <w:lang w:eastAsia="zh-CN"/>
        </w:rPr>
        <w:br/>
      </w:r>
      <w:r>
        <w:rPr>
          <w:lang w:eastAsia="zh-CN"/>
        </w:rPr>
        <w:t>　　每年开学后新生由于刚刚进入大学生活，在生活，安全，卫生等诸多方面都会存在许多问题和隐患，诸如对大学生活不适应，对大学学习不适应，寝室的清洁卫生做不好，对学校各个地点不熟悉，缺乏社会经验容易受不法分子的欺骗迷惑等等，基于此，在新生入校报名作好接待工作同时发放相关教育学习材料。并联合兄弟部门举办专门针对大一新生的综合知识讲座。在适当时间组织专人前往新生寝室开展直接交流。使大一新生尽快溶入到大学生活之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生活部要继续作好学生同学校后勤方面的联系人，协调好二者之间的关系广泛收集同学们对学校饮食，安全方面的相关意见和建议，并及时传达给相关的部门。如个别食堂就餐难问题，基于此我们决定开展“自觉回收餐具”活动，提高大家就餐的环境和效率，同时积极于食堂方面沟通，提高其工作效率，从而解决这一问题。积极动员各班生活委员和寝室长，将其发展为生活部在各个班级的重要“基层组织”，并组织各班生活委员和寝室长每月定时开展寝室的全方位检查。</w:t>
      </w:r>
      <w:r>
        <w:rPr>
          <w:lang w:eastAsia="zh-CN"/>
        </w:rPr>
        <w:br/>
      </w:r>
      <w:r>
        <w:rPr>
          <w:lang w:eastAsia="zh-CN"/>
        </w:rPr>
        <w:t>　　争取形成传统。从整体提高我院学生寝室的水平，让全体同学在寝室之中找到家的感觉。针对社会上专对学生的不法活动十分突出的问题，我部决定从身边做起，积极关注与我校学生有关的安全方面的信息，协助学校相关部门做好安全通报工作，一有问题出现，及时将信息上报学校相关部门和老师，并及时传达给我院学生，做到有备无患，保证我院学生的安全，保持我院一直以来的优良形象。</w:t>
      </w:r>
      <w:r>
        <w:rPr>
          <w:lang w:eastAsia="zh-CN"/>
        </w:rPr>
        <w:br/>
      </w:r>
      <w:r>
        <w:rPr>
          <w:lang w:eastAsia="zh-CN"/>
        </w:rPr>
        <w:t>　　（2）配合学院和学生会兄弟部门的相关活动</w:t>
      </w:r>
      <w:r>
        <w:rPr>
          <w:lang w:eastAsia="zh-CN"/>
        </w:rPr>
        <w:br/>
      </w:r>
      <w:r>
        <w:rPr>
          <w:lang w:eastAsia="zh-CN"/>
        </w:rPr>
        <w:t>　　作为生活部在学生会工作的又一个重点工作，我部还要发扬上届生活部的优良传统，从整个学生会的大局出发，结合生活部的特点和优势，积极协作其他兄弟部门的工作。工作重点将放在生活部所负责的安全和后勤方面。总之，希望经过我们一年的努力能够在学生会内部树立“有困难，找生活部”的工作理念。</w:t>
      </w:r>
      <w:r>
        <w:rPr>
          <w:lang w:eastAsia="zh-CN"/>
        </w:rPr>
        <w:br/>
      </w:r>
      <w:r>
        <w:rPr>
          <w:lang w:eastAsia="zh-CN"/>
        </w:rPr>
        <w:t>　　（本版块的具体活动内容主要依据学院和兄弟部门的具体要求而定）</w:t>
      </w:r>
      <w:r>
        <w:rPr>
          <w:lang w:eastAsia="zh-CN"/>
        </w:rPr>
        <w:br/>
      </w:r>
      <w:r>
        <w:rPr>
          <w:lang w:eastAsia="zh-CN"/>
        </w:rPr>
        <w:t>　　（3）创新方面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生活部作为一个幕后部门，一直以来都是默默在背后为学院，为老师，为同学服务。在联合兄弟部门举办各类活动的时候的时候也大多是在不为同学们所知的后勤工作，广大同学在享受着生活部无微不至的服务的时候，却不一定能想到做这些工作的生活部，正因为如此，今年生活部计划联合部分兄弟部门开展一些由生活部主办的活动，在丰富同学业余生活的同时，也能对生活部做一个很好宣传和推广。寝室作为同学们生活居住的重要场所，安全、卫生、文化工作十分重要，为了做好我院学生寝室的卫生工作，搞好寝室安全教育，提高我院学生寝室文化品味.为全院学生创造一个良好的学习生活工作环境，促进全院学生的全面和谐发展，为我院的学生工作打下良好基础，我部计划举办“政管寝室风采大赛”。</w:t>
      </w:r>
      <w:r>
        <w:rPr>
          <w:lang w:eastAsia="zh-CN"/>
        </w:rPr>
        <w:br/>
      </w:r>
      <w:r>
        <w:rPr>
          <w:lang w:eastAsia="zh-CN"/>
        </w:rPr>
        <w:t>　　生活就是一种美，生活之中又充满了无穷的乐趣，我部计划联合兄弟院校的相关部门以及我院的相关部门开展以“趣味生活”为主题的活动，活动内容紧密联系生活，与同学的日常生活密切相关。使同学们在平时的生活之中能够保持一种审美的眼光和乐趣。促进同兄弟院系交流与和作，加强同兄弟的感情，又达到宣传我们系和学生会以及生活部的作用</w:t>
      </w:r>
      <w:r>
        <w:rPr>
          <w:lang w:eastAsia="zh-CN"/>
        </w:rPr>
        <w:br/>
      </w:r>
      <w:r>
        <w:rPr>
          <w:lang w:eastAsia="zh-CN"/>
        </w:rPr>
        <w:t xml:space="preserve">    学生会生活部三月份工作计划 篇13 </w:t>
      </w:r>
      <w:r>
        <w:rPr>
          <w:lang w:eastAsia="zh-CN"/>
        </w:rPr>
        <w:br/>
      </w:r>
      <w:r>
        <w:rPr>
          <w:lang w:eastAsia="zh-CN"/>
        </w:rPr>
        <w:t>　　一、活动内容：学们外出踏青，让大家在学习之余有机会放松一下。</w:t>
      </w:r>
      <w:r>
        <w:rPr>
          <w:lang w:eastAsia="zh-CN"/>
        </w:rPr>
        <w:br/>
      </w:r>
      <w:r>
        <w:rPr>
          <w:lang w:eastAsia="zh-CN"/>
        </w:rPr>
        <w:t>　　二、活动内容：宣传“自我保护意识”系列活动。举办这次活动的目的是，让大家掌握基本的自我防护知识，让大家尽量避免不必要的人身伤害。(设一次讲座)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三、活动内容：健康知识竞赛(使大家了解一些关于健康的知识;计入量化评比，以班级为单位)</w:t>
      </w:r>
      <w:r>
        <w:rPr>
          <w:lang w:eastAsia="zh-CN"/>
        </w:rPr>
        <w:br/>
      </w:r>
      <w:r>
        <w:rPr>
          <w:lang w:eastAsia="zh-CN"/>
        </w:rPr>
        <w:t>　　四、活动内容：美丽生活评比(计入量化评比，以班级为单位)</w:t>
      </w:r>
      <w:r>
        <w:rPr>
          <w:lang w:eastAsia="zh-CN"/>
        </w:rPr>
        <w:br/>
      </w:r>
      <w:r>
        <w:rPr>
          <w:lang w:eastAsia="zh-CN"/>
        </w:rPr>
        <w:t>　　五、活动内容：美丽教室评比(计入量化评比，以班级为单位)</w:t>
      </w:r>
      <w:r>
        <w:rPr>
          <w:lang w:eastAsia="zh-CN"/>
        </w:rPr>
        <w:br/>
      </w:r>
      <w:r>
        <w:rPr>
          <w:lang w:eastAsia="zh-CN"/>
        </w:rPr>
        <w:t>　　六、活动内容：劳动技能大赛(提高大家的自理能力，计入量化评比，以班级为单位)</w:t>
      </w:r>
      <w:r>
        <w:rPr>
          <w:lang w:eastAsia="zh-CN"/>
        </w:rPr>
        <w:br/>
      </w:r>
      <w:r>
        <w:rPr>
          <w:lang w:eastAsia="zh-CN"/>
        </w:rPr>
        <w:t>　　七、食堂的调查问卷。(12月28日)</w:t>
      </w:r>
      <w:r>
        <w:rPr>
          <w:lang w:eastAsia="zh-CN"/>
        </w:rPr>
        <w:br/>
      </w:r>
      <w:r>
        <w:rPr>
          <w:lang w:eastAsia="zh-CN"/>
        </w:rPr>
        <w:t>　　八、活动内容：“品味生活中的味”厨艺大赛活动，丰富同学们的课余生活，使同学们在娱乐中得到更多的知识，提高思想文化素质，使之健康发展。</w:t>
      </w:r>
      <w:r>
        <w:rPr>
          <w:lang w:eastAsia="zh-CN"/>
        </w:rPr>
        <w:br/>
      </w:r>
      <w:r>
        <w:rPr>
          <w:lang w:eastAsia="zh-CN"/>
        </w:rPr>
        <w:t>　　九、活动内容：慰问敬老院(学生干部组织到敬老院慰问孤寡老人。高中和初中同学同时向老人送去了爱心)</w:t>
      </w:r>
      <w:r>
        <w:rPr>
          <w:lang w:eastAsia="zh-CN"/>
        </w:rPr>
        <w:br/>
      </w:r>
      <w:r>
        <w:rPr>
          <w:lang w:eastAsia="zh-CN"/>
        </w:rPr>
        <w:t>　　十、迅速、及时的接收同学们的意见和建议。只要同学们在生活上出现棘手的问题，都可以向我们部门反映，我们会把信息传达给学校，及时解决当前问题。</w:t>
      </w:r>
      <w:r>
        <w:rPr>
          <w:lang w:eastAsia="zh-CN"/>
        </w:rPr>
        <w:br/>
      </w:r>
      <w:r>
        <w:rPr>
          <w:lang w:eastAsia="zh-CN"/>
        </w:rPr>
        <w:t xml:space="preserve">    学生会生活部三月份工作计划 篇14 </w:t>
      </w:r>
      <w:r>
        <w:rPr>
          <w:lang w:eastAsia="zh-CN"/>
        </w:rPr>
        <w:br/>
      </w:r>
      <w:r>
        <w:rPr>
          <w:lang w:eastAsia="zh-CN"/>
        </w:rPr>
        <w:t>　　十二月份，一年的最后一个月份，生活部初步打算，如果学生会的时间和精力允许，搞一个学生会的内部联欢。对一个组织，通过活动，可以调动大家的积极性，增进大家的感情。对日后的工作开展，有益而无害。人心所向，万事俱成。</w:t>
      </w:r>
      <w:r>
        <w:rPr>
          <w:lang w:eastAsia="zh-CN"/>
        </w:rPr>
        <w:br/>
      </w:r>
      <w:r>
        <w:rPr>
          <w:lang w:eastAsia="zh-CN"/>
        </w:rPr>
        <w:t>　　最后，元旦的游园将是一个收尾活动。传统活动中的经典项目可欲予保留，而在此基础上，又可以发掘一些新颖、操作简便的活动。我们会认真做好后备工作，保证整个活动的顺利进行。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生活部的宗旨，在原有的传统节目上，不断创新。尽量办一次活动，就有它的亮点。</w:t>
      </w:r>
      <w:r>
        <w:rPr>
          <w:lang w:eastAsia="zh-CN"/>
        </w:rPr>
        <w:br/>
      </w:r>
      <w:r>
        <w:rPr>
          <w:lang w:eastAsia="zh-CN"/>
        </w:rPr>
        <w:t>　　“一年之际在于春，一年之际在于晨。”在这春暖花开之际，年轻的生活部会用激情和智慧为校学生会的美好明天而奋斗。</w:t>
      </w:r>
      <w:r>
        <w:rPr>
          <w:lang w:eastAsia="zh-CN"/>
        </w:rPr>
        <w:br/>
      </w:r>
      <w:r>
        <w:rPr>
          <w:lang w:eastAsia="zh-CN"/>
        </w:rPr>
        <w:t>　　在新的年度中，生活部会全面贯彻团委的指导方针，大力维护同学们的基本权益，逐步提高同学们的生活质量，用创新的思维为同学们更好的服务。我们会谨记社会主义荣辱观，积极开展有益同学们身心健康发展的活动，以便丰富同学们的课余活动，为同学们的大学时光绚烂多姿。</w:t>
      </w:r>
      <w:r>
        <w:rPr>
          <w:lang w:eastAsia="zh-CN"/>
        </w:rPr>
        <w:br/>
      </w:r>
      <w:r>
        <w:rPr>
          <w:lang w:eastAsia="zh-CN"/>
        </w:rPr>
        <w:t>　　针对实际情况，生活部为本年度的计划做出了以下规划：</w:t>
      </w:r>
      <w:r>
        <w:rPr>
          <w:lang w:eastAsia="zh-CN"/>
        </w:rPr>
        <w:br/>
      </w:r>
      <w:r>
        <w:rPr>
          <w:lang w:eastAsia="zh-CN"/>
        </w:rPr>
        <w:t>　　1、宣传“自我保护意识”系列活动。举办这次活动的目的是，让大家掌握基本的自我防护知识，让大家尽量避免不必要的人身伤害。本活动，可与保卫部共同开展。</w:t>
      </w:r>
      <w:r>
        <w:rPr>
          <w:lang w:eastAsia="zh-CN"/>
        </w:rPr>
        <w:br/>
      </w:r>
      <w:r>
        <w:rPr>
          <w:lang w:eastAsia="zh-CN"/>
        </w:rPr>
        <w:t>　　2、建立伙食委员会。</w:t>
      </w:r>
      <w:r>
        <w:rPr>
          <w:lang w:eastAsia="zh-CN"/>
        </w:rPr>
        <w:br/>
      </w:r>
      <w:r>
        <w:rPr>
          <w:lang w:eastAsia="zh-CN"/>
        </w:rPr>
        <w:t>　　3、做有关食堂的调查问卷。</w:t>
      </w:r>
      <w:r>
        <w:rPr>
          <w:lang w:eastAsia="zh-CN"/>
        </w:rPr>
        <w:br/>
      </w:r>
      <w:r>
        <w:rPr>
          <w:lang w:eastAsia="zh-CN"/>
        </w:rPr>
        <w:t>　　4、开展以“可怜天下父母心”主题的孝敬活动。可利用母亲节父亲节来宣传。开展以“孝”为题的征文比赛，与学习部共同举办。</w:t>
      </w:r>
      <w:r>
        <w:rPr>
          <w:lang w:eastAsia="zh-CN"/>
        </w:rPr>
        <w:br/>
      </w:r>
      <w:r>
        <w:rPr>
          <w:lang w:eastAsia="zh-CN"/>
        </w:rPr>
        <w:t>　　5、办“周周经典”的看电影活动。可结合红军长征胜利70周年举办“看红，弘扬爱国主义精神”的主题活动，也可开展以“看电影，学英语”的系列活动。</w:t>
      </w:r>
      <w:r>
        <w:rPr>
          <w:lang w:eastAsia="zh-CN"/>
        </w:rPr>
        <w:br/>
      </w:r>
      <w:r>
        <w:rPr>
          <w:lang w:eastAsia="zh-CN"/>
        </w:rPr>
        <w:t>　　6、组织同学们外出踏青。让大家领略我们伟大祖国的美好风光，也可让大家在学习之余有机会放松一下。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7、召开第二十届学生会提案反馈会。</w:t>
      </w:r>
      <w:r>
        <w:rPr>
          <w:lang w:eastAsia="zh-CN"/>
        </w:rPr>
        <w:br/>
      </w:r>
      <w:r>
        <w:rPr>
          <w:lang w:eastAsia="zh-CN"/>
        </w:rPr>
        <w:t>　　8、举办新老生商品展销会。为即将离开学校的老生提供一个“处理”以后不需要物品的机会，给新生一个购买“超值”物品的机会！把bbs上的商品交流办到实际中来！</w:t>
      </w:r>
      <w:r>
        <w:rPr>
          <w:lang w:eastAsia="zh-CN"/>
        </w:rPr>
        <w:br/>
      </w:r>
      <w:r>
        <w:rPr>
          <w:lang w:eastAsia="zh-CN"/>
        </w:rPr>
        <w:t>　　我们计划会随着实际情况而做调整，以便更好的为同学们服务，让同学们更加支持学生会。</w:t>
      </w:r>
      <w:r>
        <w:rPr>
          <w:lang w:eastAsia="zh-CN"/>
        </w:rPr>
        <w:br/>
      </w:r>
      <w:r>
        <w:rPr>
          <w:lang w:eastAsia="zh-CN"/>
        </w:rPr>
        <w:t>　　在这一年度中，生活部会竭尽全力的工作，为同学们的生活增光添彩。我们的宗旨是“以服务同学为荣，以背离同学为耻”。</w:t>
      </w:r>
      <w:r>
        <w:rPr>
          <w:lang w:eastAsia="zh-CN"/>
        </w:rPr>
        <w:br/>
      </w:r>
      <w:r>
        <w:rPr>
          <w:lang w:eastAsia="zh-CN"/>
        </w:rPr>
        <w:t xml:space="preserve">    学生会生活部三月份工作计划 篇15 </w:t>
      </w:r>
      <w:r>
        <w:rPr>
          <w:lang w:eastAsia="zh-CN"/>
        </w:rPr>
        <w:br/>
      </w:r>
      <w:r>
        <w:rPr>
          <w:lang w:eastAsia="zh-CN"/>
        </w:rPr>
        <w:t>　　一、自身建设</w:t>
      </w:r>
      <w:r>
        <w:rPr>
          <w:lang w:eastAsia="zh-CN"/>
        </w:rPr>
        <w:br/>
      </w:r>
      <w:r>
        <w:rPr>
          <w:lang w:eastAsia="zh-CN"/>
        </w:rPr>
        <w:t>　　1、加强自身建设，明确工作思路，完善自身管理。</w:t>
      </w:r>
      <w:r>
        <w:rPr>
          <w:lang w:eastAsia="zh-CN"/>
        </w:rPr>
        <w:br/>
      </w:r>
      <w:r>
        <w:rPr>
          <w:lang w:eastAsia="zh-CN"/>
        </w:rPr>
        <w:t>　　在院领导和主席团的指导下，我部要根据自身的特点，优化自身机构，团结共进，使生活部的运作更规范更有效率。明确分工以及个人职责，让老师以及同学们看到的是一个有组织，有纪律的生活部。</w:t>
      </w:r>
      <w:r>
        <w:rPr>
          <w:lang w:eastAsia="zh-CN"/>
        </w:rPr>
        <w:br/>
      </w:r>
      <w:r>
        <w:rPr>
          <w:lang w:eastAsia="zh-CN"/>
        </w:rPr>
        <w:t>　　2、努力完成生活部的各项工作，认真学习各项规章制度，从部长到干事做到一切严格遵守纪律，服从组织安排。</w:t>
      </w:r>
      <w:r>
        <w:rPr>
          <w:lang w:eastAsia="zh-CN"/>
        </w:rPr>
        <w:br/>
      </w:r>
      <w:r>
        <w:rPr>
          <w:lang w:eastAsia="zh-CN"/>
        </w:rPr>
        <w:t>　　3、严格摆正工作，学习，生活三者关系。</w:t>
      </w:r>
      <w:r>
        <w:rPr>
          <w:lang w:eastAsia="zh-CN"/>
        </w:rPr>
        <w:br/>
      </w:r>
      <w:r>
        <w:rPr>
          <w:lang w:eastAsia="zh-CN"/>
        </w:rPr>
        <w:t>　　工作态度积极端正，做到任务落实到位，责任落实到人。工作中应当注重效率，质量和可操作性。在可操作性强，保证质量的同时，提高工作效率，少做“无用功”。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4、注意及时反馈信息，不论部长级或者是干事，在工作中遇到困难首先及时解决，自己难以解决的事情应及时向上级汇报，以免耽误工作。</w:t>
      </w:r>
      <w:r>
        <w:rPr>
          <w:lang w:eastAsia="zh-CN"/>
        </w:rPr>
        <w:br/>
      </w:r>
      <w:r>
        <w:rPr>
          <w:lang w:eastAsia="zh-CN"/>
        </w:rPr>
        <w:t>　　二、工作制度：</w:t>
      </w:r>
      <w:r>
        <w:rPr>
          <w:lang w:eastAsia="zh-CN"/>
        </w:rPr>
        <w:br/>
      </w:r>
      <w:r>
        <w:rPr>
          <w:lang w:eastAsia="zh-CN"/>
        </w:rPr>
        <w:t>　　1、遵守学校的各项规章制度，遵守学生会的章程及各项规章制度。</w:t>
      </w:r>
      <w:r>
        <w:rPr>
          <w:lang w:eastAsia="zh-CN"/>
        </w:rPr>
        <w:br/>
      </w:r>
      <w:r>
        <w:rPr>
          <w:lang w:eastAsia="zh-CN"/>
        </w:rPr>
        <w:t>　　2、本着“从同学中来，到同学中去，全心全意服务同学”的宗旨，为学院尽自己的努力。</w:t>
      </w:r>
      <w:r>
        <w:rPr>
          <w:lang w:eastAsia="zh-CN"/>
        </w:rPr>
        <w:br/>
      </w:r>
      <w:r>
        <w:rPr>
          <w:lang w:eastAsia="zh-CN"/>
        </w:rPr>
        <w:t>　　3、生活部的每位成员都要养成积极热心，吃苦耐劳，认真负责的工作作风。</w:t>
      </w:r>
      <w:r>
        <w:rPr>
          <w:lang w:eastAsia="zh-CN"/>
        </w:rPr>
        <w:br/>
      </w:r>
      <w:r>
        <w:rPr>
          <w:lang w:eastAsia="zh-CN"/>
        </w:rPr>
        <w:t>　　4、生活部要继续作好学生同学校后勤方面的联系人，协调好二者之间的关系，广泛收集同学们对学校饮食，安全等方面的相关意见和建议，并及时传达给相关的部门。</w:t>
      </w:r>
      <w:r>
        <w:rPr>
          <w:lang w:eastAsia="zh-CN"/>
        </w:rPr>
        <w:br/>
      </w:r>
      <w:r>
        <w:rPr>
          <w:lang w:eastAsia="zh-CN"/>
        </w:rPr>
        <w:t>　　5、维护同学们的基本利益，确保同学们生活惬意有序进行的基础上，努力使同学们的大学生活更为丰富多彩。</w:t>
      </w:r>
      <w:r>
        <w:rPr>
          <w:lang w:eastAsia="zh-CN"/>
        </w:rPr>
        <w:br/>
      </w:r>
      <w:r>
        <w:rPr>
          <w:lang w:eastAsia="zh-CN"/>
        </w:rPr>
        <w:t>　　6、生活部成员要严格要求自己，不论是在学习、工作，还是生活方面，时刻注意在同学们心目中的形象，不得做出有损学院学生会的事情，应争取在各个方面起到模范带头作用。</w:t>
      </w:r>
      <w:r>
        <w:rPr>
          <w:lang w:eastAsia="zh-CN"/>
        </w:rPr>
        <w:br/>
      </w:r>
      <w:r>
        <w:rPr>
          <w:lang w:eastAsia="zh-CN"/>
        </w:rPr>
        <w:t>　　7、因有特殊事情不能正常参加例会及工作时，应提前向部长请假。</w:t>
      </w:r>
      <w:r>
        <w:rPr>
          <w:lang w:eastAsia="zh-CN"/>
        </w:rPr>
        <w:br/>
      </w:r>
      <w:r>
        <w:rPr>
          <w:lang w:eastAsia="zh-CN"/>
        </w:rPr>
        <w:t>　　三、常规工作：</w:t>
      </w:r>
      <w:r>
        <w:rPr>
          <w:lang w:eastAsia="zh-CN"/>
        </w:rPr>
        <w:br/>
      </w:r>
      <w:r>
        <w:rPr>
          <w:lang w:eastAsia="zh-CN"/>
        </w:rPr>
        <w:t>　　1、食堂管理</w:t>
      </w:r>
      <w:r>
        <w:rPr>
          <w:lang w:eastAsia="zh-CN"/>
        </w:rPr>
        <w:br/>
      </w:r>
      <w:r>
        <w:rPr>
          <w:lang w:eastAsia="zh-CN"/>
        </w:rPr>
        <w:t>　　定期检查食堂卫生(每天中午11、50;下午5：30)。</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2、食堂卫生知识教育</w:t>
      </w:r>
      <w:r>
        <w:rPr>
          <w:lang w:eastAsia="zh-CN"/>
        </w:rPr>
        <w:br/>
      </w:r>
      <w:r>
        <w:rPr>
          <w:lang w:eastAsia="zh-CN"/>
        </w:rPr>
        <w:t>　　在换季的时候为大家提供一些预防疾病的知识，以海报的形式来宣传预防疾病的知识。</w:t>
      </w:r>
      <w:r>
        <w:rPr>
          <w:lang w:eastAsia="zh-CN"/>
        </w:rPr>
        <w:br/>
      </w:r>
      <w:r>
        <w:rPr>
          <w:lang w:eastAsia="zh-CN"/>
        </w:rPr>
        <w:t>　　3、开展内部活动，丰富课余生活。</w:t>
      </w:r>
      <w:r>
        <w:rPr>
          <w:lang w:eastAsia="zh-CN"/>
        </w:rPr>
        <w:br/>
      </w:r>
      <w:r>
        <w:rPr>
          <w:lang w:eastAsia="zh-CN"/>
        </w:rPr>
        <w:t>　　四、其他工作：</w:t>
      </w:r>
      <w:r>
        <w:rPr>
          <w:lang w:eastAsia="zh-CN"/>
        </w:rPr>
        <w:br/>
      </w:r>
      <w:r>
        <w:rPr>
          <w:lang w:eastAsia="zh-CN"/>
        </w:rPr>
        <w:t>　　1、积极配合学生会其他部门本学期的各项工作，在学生会内部树立“有困难，生活部帮忙”的工作理念。</w:t>
      </w:r>
      <w:r>
        <w:rPr>
          <w:lang w:eastAsia="zh-CN"/>
        </w:rPr>
        <w:br/>
      </w:r>
      <w:r>
        <w:rPr>
          <w:lang w:eastAsia="zh-CN"/>
        </w:rPr>
        <w:t>　　和各个部门紧密合作，共同为学院美好的明天贡献自己的一份力量。</w:t>
      </w:r>
      <w:r>
        <w:rPr>
          <w:lang w:eastAsia="zh-CN"/>
        </w:rPr>
        <w:br/>
      </w:r>
      <w:r>
        <w:rPr>
          <w:lang w:eastAsia="zh-CN"/>
        </w:rPr>
        <w:t>　　2、不定期召开生活部例会，重要会议时做必要的会议记录。</w:t>
      </w:r>
      <w:r>
        <w:rPr>
          <w:lang w:eastAsia="zh-CN"/>
        </w:rPr>
        <w:br/>
      </w:r>
      <w:r>
        <w:rPr>
          <w:lang w:eastAsia="zh-CN"/>
        </w:rPr>
        <w:t>　　五、现状分析</w:t>
      </w:r>
      <w:r>
        <w:rPr>
          <w:lang w:eastAsia="zh-CN"/>
        </w:rPr>
        <w:br/>
      </w:r>
      <w:r>
        <w:rPr>
          <w:lang w:eastAsia="zh-CN"/>
        </w:rPr>
        <w:t>　　生活部共七名成员，一位部长，六位干事。由分管主席台惯性指导。注：副部长职位空缺。</w:t>
      </w:r>
      <w:r>
        <w:rPr>
          <w:lang w:eastAsia="zh-CN"/>
        </w:rPr>
        <w:br/>
      </w:r>
      <w:r>
        <w:rPr>
          <w:lang w:eastAsia="zh-CN"/>
        </w:rPr>
        <w:t>　　六、部门工作职责</w:t>
      </w:r>
      <w:r>
        <w:rPr>
          <w:lang w:eastAsia="zh-CN"/>
        </w:rPr>
        <w:br/>
      </w:r>
      <w:r>
        <w:rPr>
          <w:lang w:eastAsia="zh-CN"/>
        </w:rPr>
        <w:t>　　1、收集同学生活上的意见和建议，并及时帮助协调解决，</w:t>
      </w:r>
      <w:r>
        <w:rPr>
          <w:lang w:eastAsia="zh-CN"/>
        </w:rPr>
        <w:br/>
      </w:r>
      <w:r>
        <w:rPr>
          <w:lang w:eastAsia="zh-CN"/>
        </w:rPr>
        <w:t>　　2、在新生教育期间，生活部要及时的举办活动，拉近同学们之间的距离，增强班级凝聚力，并让他们尽快适应大学生活，投入到大学学习与生活中。</w:t>
      </w:r>
      <w:r>
        <w:rPr>
          <w:lang w:eastAsia="zh-CN"/>
        </w:rPr>
        <w:br/>
      </w:r>
      <w:r>
        <w:rPr>
          <w:lang w:eastAsia="zh-CN"/>
        </w:rPr>
        <w:t>　　3、对学校食堂的卫生物价进行抽查，征求同学们的意见和建议，汇总后及时向后勤集团反映。</w:t>
      </w:r>
      <w:r>
        <w:rPr>
          <w:lang w:eastAsia="zh-CN"/>
        </w:rPr>
        <w:br/>
      </w:r>
      <w:r>
        <w:rPr>
          <w:lang w:eastAsia="zh-CN"/>
        </w:rPr>
        <w:t>　　4、协助学生会其他部门的各项工作，各个活动，保证其能够顺利完成。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5、在学院领导的正确引导和教育帮助下，尽全力完成好各项任务。</w:t>
      </w:r>
      <w:r>
        <w:rPr>
          <w:lang w:eastAsia="zh-CN"/>
        </w:rPr>
        <w:br/>
      </w:r>
      <w:r>
        <w:rPr>
          <w:lang w:eastAsia="zh-CN"/>
        </w:rPr>
        <w:t>　　七、活动“手工艺大赛”</w:t>
      </w:r>
      <w:r>
        <w:rPr>
          <w:lang w:eastAsia="zh-CN"/>
        </w:rPr>
        <w:br/>
      </w:r>
      <w:r>
        <w:rPr>
          <w:lang w:eastAsia="zh-CN"/>
        </w:rPr>
        <w:t>　　1、活动简介</w:t>
      </w:r>
      <w:r>
        <w:rPr>
          <w:lang w:eastAsia="zh-CN"/>
        </w:rPr>
        <w:br/>
      </w:r>
      <w:r>
        <w:rPr>
          <w:lang w:eastAsia="zh-CN"/>
        </w:rPr>
        <w:t>　　通过手工艺制作小玩意，充分展示，提高学生的动手能力，丰富大家的课余生活，增加生活情趣，提高同学们的动手动脑能力，充分调动同学们的积极性。通过学生制作的各种手工艺品，展现同学们多种多样的手工才艺，为学生提供一个良好的展示平台。</w:t>
      </w:r>
      <w:r>
        <w:rPr>
          <w:lang w:eastAsia="zh-CN"/>
        </w:rPr>
        <w:br/>
      </w:r>
      <w:r>
        <w:rPr>
          <w:lang w:eastAsia="zh-CN"/>
        </w:rPr>
        <w:t>　　2、活动时间：20__年10月中旬</w:t>
      </w:r>
      <w:r>
        <w:rPr>
          <w:lang w:eastAsia="zh-CN"/>
        </w:rPr>
        <w:br/>
      </w:r>
      <w:r>
        <w:rPr>
          <w:lang w:eastAsia="zh-CN"/>
        </w:rPr>
        <w:t>　　以上是生活部本学期的工作的初步计划，在实际工作当中我们将不断完善和发展我们的计划。在开展自己工作的同时将积极与兄弟部门密切合作，努力为广大同学服务。同时，我们将积极接受院领导及广大同学的监督，希望广大同学能够提出意见，我们将认真总结，以不断的改善自身工作，争取更好地服务大家！</w:t>
      </w:r>
      <w:r>
        <w:rPr>
          <w:lang w:eastAsia="zh-CN"/>
        </w:rPr>
        <w:br/>
      </w:r>
      <w:r>
        <w:rPr>
          <w:lang w:eastAsia="zh-CN"/>
        </w:rPr>
        <w:t xml:space="preserve">    学生会生活部三月份工作计划 篇16 </w:t>
      </w:r>
      <w:r>
        <w:rPr>
          <w:lang w:eastAsia="zh-CN"/>
        </w:rPr>
        <w:br/>
      </w:r>
      <w:r>
        <w:rPr>
          <w:lang w:eastAsia="zh-CN"/>
        </w:rPr>
        <w:t>　　随着新学期的脚步，在经历了迎新纳新等活动后，生活部吸收了新鲜血液，如何将本学期的工作又好又快地完成，是我们所面临的一大挑战。在继承我们部门一直以来的优良传统的同时，极力配合好其他部门工作，比如在“迎新晚会”期间，做好后勤工作，进行采购时，尽可能的挑选价廉物美的东西，为学生会节约资源。更重要的是要做好自身的本职工作，所以制定我们部门本学期的工作计划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一、延续以往的惯例</w:t>
      </w:r>
      <w:r>
        <w:rPr>
          <w:lang w:eastAsia="zh-CN"/>
        </w:rPr>
        <w:br/>
      </w:r>
      <w:r>
        <w:rPr>
          <w:lang w:eastAsia="zh-CN"/>
        </w:rPr>
        <w:t>　　认真做好每周的卫生检查工作，做到公平、公正。按时将检查的成绩汇总，并发布到校园网上以供大家查阅和监督。每月把卫生状况优秀的10个宿舍评为“文明宿舍”，颁发奖状，以资鼓励。并且在食堂门口贴出每月“文明宿舍海报”，展示优秀宿舍的风采。年度按照全年评分排名，评出10个“环境学院文明雅室”，并给与其宿舍成员绩点奖励。</w:t>
      </w:r>
      <w:r>
        <w:rPr>
          <w:lang w:eastAsia="zh-CN"/>
        </w:rPr>
        <w:br/>
      </w:r>
      <w:r>
        <w:rPr>
          <w:lang w:eastAsia="zh-CN"/>
        </w:rPr>
        <w:t>　　二、开展1次男女生互查卫生活动</w:t>
      </w:r>
      <w:r>
        <w:rPr>
          <w:lang w:eastAsia="zh-CN"/>
        </w:rPr>
        <w:br/>
      </w:r>
      <w:r>
        <w:rPr>
          <w:lang w:eastAsia="zh-CN"/>
        </w:rPr>
        <w:t>　　男女生互查卫生活动算是我们学校的一个传统，其它多个学院都有开展，这有利于加强男女生之间的联系，使其互相了解，也能使检查卫生的透明度、真实度大大提高。同时还可以互相督促，通过竞争的方式，使得大家更好地维持好自身的宿舍环境，提高生活质量，从而间接影响大家的学习态度。</w:t>
      </w:r>
      <w:r>
        <w:rPr>
          <w:lang w:eastAsia="zh-CN"/>
        </w:rPr>
        <w:br/>
      </w:r>
      <w:r>
        <w:rPr>
          <w:lang w:eastAsia="zh-CN"/>
        </w:rPr>
        <w:t>　　三、举办“寝室设计大赛”</w:t>
      </w:r>
      <w:r>
        <w:rPr>
          <w:lang w:eastAsia="zh-CN"/>
        </w:rPr>
        <w:br/>
      </w:r>
      <w:r>
        <w:rPr>
          <w:lang w:eastAsia="zh-CN"/>
        </w:rPr>
        <w:t>　　活动时间：11月底~12初。</w:t>
      </w:r>
      <w:r>
        <w:rPr>
          <w:lang w:eastAsia="zh-CN"/>
        </w:rPr>
        <w:br/>
      </w:r>
      <w:r>
        <w:rPr>
          <w:lang w:eastAsia="zh-CN"/>
        </w:rPr>
        <w:t>　　参赛方式：以宿舍为单位。</w:t>
      </w:r>
      <w:r>
        <w:rPr>
          <w:lang w:eastAsia="zh-CN"/>
        </w:rPr>
        <w:br/>
      </w:r>
      <w:r>
        <w:rPr>
          <w:lang w:eastAsia="zh-CN"/>
        </w:rPr>
        <w:t>　　活动目的：</w:t>
      </w:r>
      <w:r>
        <w:rPr>
          <w:lang w:eastAsia="zh-CN"/>
        </w:rPr>
        <w:br/>
      </w:r>
      <w:r>
        <w:rPr>
          <w:lang w:eastAsia="zh-CN"/>
        </w:rPr>
        <w:t>　　寝室文化包含着深刻的内涵、有着丰富的活动内容和多样的活动形式，对学生的思想修养、文化修养、综合能力等各方面有着积极的影响。通过本次活动的开展，希望学生会的同学们能在准备中增进彼此间的了解、深化相互的友谊，达到进一步融洽学校氛围的目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活动流程：</w:t>
      </w:r>
      <w:r>
        <w:rPr>
          <w:lang w:eastAsia="zh-CN"/>
        </w:rPr>
        <w:br/>
      </w:r>
      <w:r>
        <w:rPr>
          <w:lang w:eastAsia="zh-CN"/>
        </w:rPr>
        <w:t>　　1、创意宿舍之创意舍名：</w:t>
      </w:r>
      <w:r>
        <w:rPr>
          <w:lang w:eastAsia="zh-CN"/>
        </w:rPr>
        <w:br/>
      </w:r>
      <w:r>
        <w:rPr>
          <w:lang w:eastAsia="zh-CN"/>
        </w:rPr>
        <w:t>　　集体为自己的宿舍起一个个性的，温馨的特别的名字</w:t>
      </w:r>
      <w:r>
        <w:rPr>
          <w:lang w:eastAsia="zh-CN"/>
        </w:rPr>
        <w:br/>
      </w:r>
      <w:r>
        <w:rPr>
          <w:lang w:eastAsia="zh-CN"/>
        </w:rPr>
        <w:t>　　2、创意宿舍摄影展</w:t>
      </w:r>
      <w:r>
        <w:rPr>
          <w:lang w:eastAsia="zh-CN"/>
        </w:rPr>
        <w:br/>
      </w:r>
      <w:r>
        <w:rPr>
          <w:lang w:eastAsia="zh-CN"/>
        </w:rPr>
        <w:t>　　活动内容：</w:t>
      </w:r>
      <w:r>
        <w:rPr>
          <w:lang w:eastAsia="zh-CN"/>
        </w:rPr>
        <w:br/>
      </w:r>
      <w:r>
        <w:rPr>
          <w:lang w:eastAsia="zh-CN"/>
        </w:rPr>
        <w:t>　　①参赛作品形式为照片、书法、绘画等，题材不限。</w:t>
      </w:r>
      <w:r>
        <w:rPr>
          <w:lang w:eastAsia="zh-CN"/>
        </w:rPr>
        <w:br/>
      </w:r>
      <w:r>
        <w:rPr>
          <w:lang w:eastAsia="zh-CN"/>
        </w:rPr>
        <w:t>　　②照片或书画皆应反映我校学生积极向上的精神风貌，生动体现寝室同学的日常生活和学习状况。富有创意、新意、寓意。在宿舍，可照人，可照宿舍，可照人在宿舍。也可在宿舍拍微电影。</w:t>
      </w:r>
      <w:r>
        <w:rPr>
          <w:lang w:eastAsia="zh-CN"/>
        </w:rPr>
        <w:br/>
      </w:r>
      <w:r>
        <w:rPr>
          <w:lang w:eastAsia="zh-CN"/>
        </w:rPr>
        <w:t>　　③作品请注明作者姓名、性别、年龄、部门、寝室。</w:t>
      </w:r>
      <w:r>
        <w:rPr>
          <w:lang w:eastAsia="zh-CN"/>
        </w:rPr>
        <w:br/>
      </w:r>
      <w:r>
        <w:rPr>
          <w:lang w:eastAsia="zh-CN"/>
        </w:rPr>
        <w:t>　　④我们将评选出创意宿舍，并颁发奖品。</w:t>
      </w:r>
      <w:r>
        <w:rPr>
          <w:lang w:eastAsia="zh-CN"/>
        </w:rPr>
        <w:br/>
      </w:r>
      <w:r>
        <w:rPr>
          <w:lang w:eastAsia="zh-CN"/>
        </w:rPr>
        <w:t xml:space="preserve">    学生会生活部三月份工作计划 篇17 </w:t>
      </w:r>
      <w:r>
        <w:rPr>
          <w:lang w:eastAsia="zh-CN"/>
        </w:rPr>
        <w:br/>
      </w:r>
      <w:r>
        <w:rPr>
          <w:lang w:eastAsia="zh-CN"/>
        </w:rPr>
        <w:t>　　激情似火的六月带给我的是一个残酷的打击，久久的我不能走出阴霾，当我拿着一纸通知书，我知道我要面对新的生活，我对大学有着无限憧憬，当我走进校园眼前的一切让我惊呆了，我看到的是学长和学姐如花的微笑，在那一刻我庆幸我当初的选择。也是在那一刻我收获了感动。</w:t>
      </w:r>
      <w:r>
        <w:rPr>
          <w:lang w:eastAsia="zh-CN"/>
        </w:rPr>
        <w:br/>
      </w:r>
      <w:r>
        <w:rPr>
          <w:lang w:eastAsia="zh-CN"/>
        </w:rPr>
        <w:t>　　曾耳闻军训是艰苦而枯燥的，怀着一种畏惧感，我踏入训练场，但我进入训练场的那一刻，一切都变了，在短短的几天，我告别了曾经安逸的生活，在炎炎烈日下，我收获了坚强和忍耐。是军训给了我战胜困难的勇气，让我懂得了团结得力量，告诉了我要坚持不懈，同时也让我收获了友谊的珍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对我来说，最大的收获是我进入学生会，同时对我也是一种莫大的挑战，我没有一点工作经验，我也不知道能不能把它做好，我犹豫过也想退缩过，但是在我耳边始终有这样一句话，既然选择了就要坚持。谁都没有经历过未来，但不能没有经历过而让时间在此停止，鼓起勇气向前闯，在这里我收获了信念和坚定。</w:t>
      </w:r>
      <w:r>
        <w:rPr>
          <w:lang w:eastAsia="zh-CN"/>
        </w:rPr>
        <w:br/>
      </w:r>
      <w:r>
        <w:rPr>
          <w:lang w:eastAsia="zh-CN"/>
        </w:rPr>
        <w:t>　　作为生活部的一员，我很高兴也很荣幸，它给我一个锻炼自己的平台,虽然我不知道能不能做好但我会尽力。以下是工作计划：</w:t>
      </w:r>
      <w:r>
        <w:rPr>
          <w:lang w:eastAsia="zh-CN"/>
        </w:rPr>
        <w:br/>
      </w:r>
      <w:r>
        <w:rPr>
          <w:lang w:eastAsia="zh-CN"/>
        </w:rPr>
        <w:t>　　一：对于即将举办的`寝室文化节设计大赛，我会配合部长一切工作，积极宣传，提出自己的想法，让寝室文化节办的成功，让同学们在这个家里愉快生活学习。</w:t>
      </w:r>
      <w:r>
        <w:rPr>
          <w:lang w:eastAsia="zh-CN"/>
        </w:rPr>
        <w:br/>
      </w:r>
      <w:r>
        <w:rPr>
          <w:lang w:eastAsia="zh-CN"/>
        </w:rPr>
        <w:t>　　二：不因困难而放弃，积极主动去学习，克服自己自身的弱点，积极投入工作之</w:t>
      </w:r>
      <w:r>
        <w:rPr>
          <w:lang w:eastAsia="zh-CN"/>
        </w:rPr>
        <w:br/>
      </w:r>
      <w:r>
        <w:rPr>
          <w:lang w:eastAsia="zh-CN"/>
        </w:rPr>
        <w:t>　　中，用自己最微薄的力量为学生会赢得一份荣誉，让更多人领略我们系学生会的风采。</w:t>
      </w:r>
      <w:r>
        <w:rPr>
          <w:lang w:eastAsia="zh-CN"/>
        </w:rPr>
        <w:br/>
      </w:r>
      <w:r>
        <w:rPr>
          <w:lang w:eastAsia="zh-CN"/>
        </w:rPr>
        <w:t>　　三：认真完成布置的工作，在工作上一丝不苟，细心负责，不断提高自己充实自己，培养自己的创新独立精神。</w:t>
      </w:r>
      <w:r>
        <w:rPr>
          <w:lang w:eastAsia="zh-CN"/>
        </w:rPr>
        <w:br/>
      </w:r>
      <w:r>
        <w:rPr>
          <w:lang w:eastAsia="zh-CN"/>
        </w:rPr>
        <w:t>　　四：对于学生会举办的各种活动，我会积极主动参加，通过活动加深同学们之间的友谊，从而也使我们学生会这个大家庭得以繁荣。</w:t>
      </w:r>
      <w:r>
        <w:rPr>
          <w:lang w:eastAsia="zh-CN"/>
        </w:rPr>
        <w:br/>
      </w:r>
      <w:r>
        <w:rPr>
          <w:lang w:eastAsia="zh-CN"/>
        </w:rPr>
        <w:t>　　也许我的想法远远达不到要求，但我会在以后的工作中努力学习，也希望学长学姐帮助我，给我有一些建议，我不敢保证我做的最好但我回力求自己做的让大家满意，我会承担起这份责任。</w:t>
      </w:r>
      <w:r>
        <w:rPr>
          <w:lang w:eastAsia="zh-CN"/>
        </w:rPr>
        <w:br/>
      </w:r>
    </w:p>
    <w:p w:rsidR="001B1F19" w14:textId="27C3F48A">
      <w:pPr>
        <w:rPr>
          <w:rFonts w:hint="eastAsia"/>
          <w:lang w:eastAsia="zh-CN"/>
        </w:rPr>
      </w:pPr>
      <w:r>
        <w:rPr>
          <w:lang w:eastAsia="zh-CN"/>
        </w:rPr>
        <w:t>　　平凡的我，但我有一颗不甘平庸的心，既然选择了这里就义无反顾，在努力中坚持，在坚持中努力，不管前行的路上有多少泥泞，我都会将明天坚持到底，在追梦的旅途上尽情挥洒汗水，我相信明天会更好！外语系学生会的明天一定会更加辉煌。</w:t>
      </w:r>
      <w:r>
        <w:rPr>
          <w:lang w:eastAsia="zh-CN"/>
        </w:rPr>
        <w:br/>
      </w:r>
      <w:r>
        <w:rPr>
          <w:lang w:eastAsia="zh-CN"/>
        </w:rPr>
        <w:t>　　这个季节是我收获人生最宝贵东西的季节，也是我人生最难忘得季节，怀着这一份感动与信念，我会更坚定地走下去。</w:t>
      </w:r>
      <w:r>
        <w:rPr>
          <w:lang w:eastAsia="zh-CN"/>
        </w:rPr>
        <w:br/>
      </w:r>
      <w:r>
        <w:rPr>
          <w:lang w:eastAsia="zh-CN"/>
        </w:rPr>
        <w:t xml:space="preserve">    学生会生活部三月份工作计划 篇18 </w:t>
      </w:r>
      <w:r>
        <w:rPr>
          <w:lang w:eastAsia="zh-CN"/>
        </w:rPr>
        <w:br/>
      </w:r>
      <w:r>
        <w:rPr>
          <w:lang w:eastAsia="zh-CN"/>
        </w:rPr>
        <w:t>　　一、部门自身建设</w:t>
      </w:r>
      <w:r>
        <w:rPr>
          <w:lang w:eastAsia="zh-CN"/>
        </w:rPr>
        <w:br/>
      </w:r>
      <w:r>
        <w:rPr>
          <w:lang w:eastAsia="zh-CN"/>
        </w:rPr>
        <w:t>　　所谓“无规矩不成方圆”，学生会好比是一家公司，其中的各个部门就是其下属的各个机构。这些机构工作的好坏将直接影响到最后公司的年终收益。各个机构在接受公司的整体指挥管理的同时要积极根据自己的实际情况采取一些有效的手段进行自我管理。仿照正规公司内部利用工作条例管理员工的方式，本学年生活部将积极与各方商量讨论陆续制定一系列自我管理以及协助广大同学自己管理自己的条例。</w:t>
      </w:r>
      <w:r>
        <w:rPr>
          <w:lang w:eastAsia="zh-CN"/>
        </w:rPr>
        <w:br/>
      </w:r>
      <w:r>
        <w:rPr>
          <w:lang w:eastAsia="zh-CN"/>
        </w:rPr>
        <w:t>　　二、日常工作</w:t>
      </w:r>
      <w:r>
        <w:rPr>
          <w:lang w:eastAsia="zh-CN"/>
        </w:rPr>
        <w:br/>
      </w:r>
      <w:r>
        <w:rPr>
          <w:lang w:eastAsia="zh-CN"/>
        </w:rPr>
        <w:t>　　生活部的日常工作从大的方面而言可以分为三部分。</w:t>
      </w:r>
      <w:r>
        <w:rPr>
          <w:lang w:eastAsia="zh-CN"/>
        </w:rPr>
        <w:br/>
      </w:r>
      <w:r>
        <w:rPr>
          <w:lang w:eastAsia="zh-CN"/>
        </w:rPr>
        <w:t>　　1、宿舍卫生检查</w:t>
      </w:r>
      <w:r>
        <w:rPr>
          <w:lang w:eastAsia="zh-CN"/>
        </w:rPr>
        <w:br/>
      </w:r>
      <w:r>
        <w:rPr>
          <w:lang w:eastAsia="zh-CN"/>
        </w:rPr>
        <w:t>　　本学期将继续开展每周的宿舍例行检查以及与兄弟学院之间的相互检查工作。在条件允许的时候对宿舍卫生进行适当的抽查。希望能够通过这些工作来提醒同学们对自己居住的宿舍环境卫生加以重视。</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https://d.book118.com/965342210312011110</w:t>
        </w:r>
      </w:hyperlink>
    </w:p>
    <w:p w:rsidR="001B1F19">
      <w:pPr>
        <w:rPr>
          <w:rFonts w:hint="eastAsia"/>
          <w:lang w:eastAsia="zh-CN"/>
        </w:rPr>
      </w:pPr>
    </w:p>
    <w:sectPr>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6534221031201111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52</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