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2024年总经理年会致辞（30篇）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2024年总经理年会致辞（精选30篇）</w:t>
      </w:r>
      <w:r>
        <w:rPr>
          <w:lang w:eastAsia="zh-CN"/>
        </w:rPr>
        <w:br/>
      </w:r>
      <w:r>
        <w:rPr>
          <w:lang w:eastAsia="zh-CN"/>
        </w:rPr>
        <w:t xml:space="preserve">    2024年总经理年会致辞 篇1 </w:t>
      </w:r>
      <w:r>
        <w:rPr>
          <w:lang w:eastAsia="zh-CN"/>
        </w:rPr>
        <w:br/>
      </w:r>
      <w:r>
        <w:rPr>
          <w:lang w:eastAsia="zh-CN"/>
        </w:rPr>
        <w:t>　　尊敬的各位嘉宾、亲爱的同事：</w:t>
      </w:r>
      <w:r>
        <w:rPr>
          <w:lang w:eastAsia="zh-CN"/>
        </w:rPr>
        <w:br/>
      </w:r>
      <w:r>
        <w:rPr>
          <w:lang w:eastAsia="zh-CN"/>
        </w:rPr>
        <w:t>　　大家上午好！</w:t>
      </w:r>
      <w:r>
        <w:rPr>
          <w:lang w:eastAsia="zh-CN"/>
        </w:rPr>
        <w:br/>
      </w:r>
      <w:r>
        <w:rPr>
          <w:lang w:eastAsia="zh-CN"/>
        </w:rPr>
        <w:t>　　今天我们在这里召开201_年度大会，这是中联电力发展史上尤为重要的一次大会，是201_年度工作总结表彰大会，也是对201_年开展各项工作非常重要的动员大会。我们一起分享今天会议的主题词：“新起点、新发展”。中联电力从创业初期仅有几人、业务单一的地区性小公司，发展到今天覆盖北京、天津、太原和成都的全国性公司，凝聚了我们中联人的智慧与汗水。今天，对中联电力未来发展而言，我们又站在了新的起点；在公司未来的规划中，希望在座的同事们能适应公司新的发展形势，与时俱进、群策群力，和企业共同谋求新的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今天会议的主要任务是安排部署各公司201_年的年度经营目标，动员公司全体员工齐心协力，积极进取，奋力拼搏，推进中联电力以更快、更好的速度来获得更好的发展，努力实现公司产能翻番的宏伟目标。刚才，各中心的总经理分别阐述了201_年度经营目标计划，并签订了责任书，讲得非常好，很受鼓舞！下面，我根据会议的安排，就中联电力在201_年的发展战略谈几点意见。（张总发言顺序）</w:t>
      </w:r>
      <w:r>
        <w:rPr>
          <w:lang w:eastAsia="zh-CN"/>
        </w:rPr>
        <w:br/>
      </w:r>
      <w:r>
        <w:rPr>
          <w:lang w:eastAsia="zh-CN"/>
        </w:rPr>
        <w:t>　　一、正视现实，合理判断，理性看待和分析中联电力面临的现状和问题 中联电力如今是一家跨区域的电力服务企业，拥有北京总公司、天津和太原两家分公司、两家全资子公司和一家电力设备厂，同时，中联电力即将在201_年初在新三板上市，这也表明中联电力是一家准上市的电力互联网企业。</w:t>
      </w:r>
      <w:r>
        <w:rPr>
          <w:lang w:eastAsia="zh-CN"/>
        </w:rPr>
        <w:br/>
      </w:r>
      <w:r>
        <w:rPr>
          <w:lang w:eastAsia="zh-CN"/>
        </w:rPr>
        <w:t>　　作为规模较大的电力服务企业，中联电力具有自己独特的优势和长处，更有自己的劣势和短板。比如中联电力拥有电力行业最完善的组织架构，拥有最强的专业营销团队、拥有独立的市场部门和较强的科技创新研发团队等。这造就了中联电力拥有极强的战斗力与创新力，打下了响当当的中联电力品牌。但是，我们也有面临的困难和问题。电力服务市场容易受到宏观经济发展环境和政府出台政策的影响，同行业间不正当竞争环境的干扰，还有就是我们的队伍良莠不齐，各部门间协作有待提高等问题存在。</w:t>
      </w:r>
      <w:r>
        <w:rPr>
          <w:lang w:eastAsia="zh-CN"/>
        </w:rPr>
        <w:br/>
      </w:r>
      <w:r>
        <w:rPr>
          <w:lang w:eastAsia="zh-CN"/>
        </w:rPr>
        <w:t>　　这些因素的产生有客观环境的影响，也有主观认识的不足；有市场竞争的压力，也有内部机制的缺乏活力。所以，中联电力要努力克服和改造自身的不足，巩固和发扬已有的优势，顺应潮流，整合资源，变压力为动力，变风险为机会。在此基础上我们要明确公司的发展定位，确定201_年发展的方向与目标，共同为实现产能翻倍而努力。</w:t>
      </w:r>
      <w:r>
        <w:rPr>
          <w:lang w:eastAsia="zh-CN"/>
        </w:rPr>
        <w:br/>
      </w:r>
      <w:r>
        <w:rPr>
          <w:lang w:eastAsia="zh-CN"/>
        </w:rPr>
        <w:t>　　二、理清思路，认准方向，整合现有资源，全力加快发展速度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中联电力要想长远发展，做大做强，实现“跨越式发展”的目标，就必须将公司的各项业务，以市场为导向，以资金为纽带，整合资源，盘活资产，绑在一起，抱团发展，形成合力，打通上下游，形成自己的综合产业链，提升中联电力的核心竞争力，才能真正达到使企业迅速发展壮大的目的。中联电力201_年的主要工作方向可以分为以下几个方向：</w:t>
      </w:r>
      <w:r>
        <w:rPr>
          <w:lang w:eastAsia="zh-CN"/>
        </w:rPr>
        <w:br/>
      </w:r>
      <w:r>
        <w:rPr>
          <w:lang w:eastAsia="zh-CN"/>
        </w:rPr>
        <w:t>　　第一，加快实现新三板上市工作。上市之后将会解决阻碍公司快速发展的资金问题，充足的资金将会加快外省市分公司的建立、配电室值班机器人的销售、产品升级换代的速度。</w:t>
      </w:r>
      <w:r>
        <w:rPr>
          <w:lang w:eastAsia="zh-CN"/>
        </w:rPr>
        <w:br/>
      </w:r>
      <w:r>
        <w:rPr>
          <w:lang w:eastAsia="zh-CN"/>
        </w:rPr>
        <w:t>　　第二，201_年主要业务以电力工程、配电室值班机器人和智能化电力设备为主。目前，公司以及重新优化了团队，分别有不同的团队专门负责公司中小业务、新业务（配电室值班机器人）和电力工程的工作任务。</w:t>
      </w:r>
      <w:r>
        <w:rPr>
          <w:lang w:eastAsia="zh-CN"/>
        </w:rPr>
        <w:br/>
      </w:r>
      <w:r>
        <w:rPr>
          <w:lang w:eastAsia="zh-CN"/>
        </w:rPr>
        <w:t>　　第三，加快渠道合作、代理工作。北京和外埠市场的渠道、代理工作已经取得初步成果，北京地区的抢修网络基本搭建完成，将会极大促进配电室值班机器人业务销售推广。</w:t>
      </w:r>
      <w:r>
        <w:rPr>
          <w:lang w:eastAsia="zh-CN"/>
        </w:rPr>
        <w:br/>
      </w:r>
      <w:r>
        <w:rPr>
          <w:lang w:eastAsia="zh-CN"/>
        </w:rPr>
        <w:t>　　从这三个层面我们可以看出公司的近期和中远期产业发展方向，我们要加大产业资源的整合力度，在体制创新上下大功夫，改变以往单兵出击、各自为战的局面。公司要成为这三个层面业务之间的润滑剂和催化剂，充分发挥公司的组织协调作用，做好各团队之间的对接、整合工作，优势互补，取长补短，成为中联电力在新的起点上又好又快发展的加油站、接力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三、科学规划，准确定位，确保实现公司产能翻倍的发展目标</w:t>
      </w:r>
      <w:r>
        <w:rPr>
          <w:lang w:eastAsia="zh-CN"/>
        </w:rPr>
        <w:br/>
      </w:r>
      <w:r>
        <w:rPr>
          <w:lang w:eastAsia="zh-CN"/>
        </w:rPr>
        <w:t>　　公司的发展需要目标和方向，没有发展目标、明确定位的企业，就像是一艘驶入汪洋大海的轮船，如果没有指南针的指引，就会迷失方向，随波逐流。而目标的制定，要讲究科学合理，我们的一个原则就是“大胆创新，敢于试错”，中联电力具有良好的创新传统，在今后实现公司既定目标的工作中，我们要敢于创新，敢于试错。在做好充分准备和规范的绩效考核方案下，公司鼓励大家不断探索可行的工作方法，大胆尝试新的模式。</w:t>
      </w:r>
      <w:r>
        <w:rPr>
          <w:lang w:eastAsia="zh-CN"/>
        </w:rPr>
        <w:br/>
      </w:r>
      <w:r>
        <w:rPr>
          <w:lang w:eastAsia="zh-CN"/>
        </w:rPr>
        <w:t>　　各位同仁，我们的目标是宏大的，但是我们的脚步是踏实的，“千里之行，始于足下”，让我们从今天开始，从现在开始，充满信心，下定决心，上下一心，同德同心，拧成一股绳，一步一脚印，用我们的智慧，用我们的双手一起去创造“中联电力”美好的明天！去分享“中联电力”胜利的果实！</w:t>
      </w:r>
      <w:r>
        <w:rPr>
          <w:lang w:eastAsia="zh-CN"/>
        </w:rPr>
        <w:br/>
      </w:r>
      <w:r>
        <w:rPr>
          <w:lang w:eastAsia="zh-CN"/>
        </w:rPr>
        <w:t>　　谢谢大家！</w:t>
      </w:r>
      <w:r>
        <w:rPr>
          <w:lang w:eastAsia="zh-CN"/>
        </w:rPr>
        <w:br/>
      </w:r>
      <w:r>
        <w:rPr>
          <w:lang w:eastAsia="zh-CN"/>
        </w:rPr>
        <w:t>　　201_年1月20日</w:t>
      </w:r>
      <w:r>
        <w:rPr>
          <w:lang w:eastAsia="zh-CN"/>
        </w:rPr>
        <w:br/>
      </w:r>
      <w:r>
        <w:rPr>
          <w:lang w:eastAsia="zh-CN"/>
        </w:rPr>
        <w:t xml:space="preserve">    2024年总经理年会致辞 篇2 </w:t>
      </w:r>
      <w:r>
        <w:rPr>
          <w:lang w:eastAsia="zh-CN"/>
        </w:rPr>
        <w:br/>
      </w:r>
      <w:r>
        <w:rPr>
          <w:lang w:eastAsia="zh-CN"/>
        </w:rPr>
        <w:t>　　尊敬的会长、社长、各位嘉宾、各位同仁：</w:t>
      </w:r>
      <w:r>
        <w:rPr>
          <w:lang w:eastAsia="zh-CN"/>
        </w:rPr>
        <w:br/>
      </w:r>
      <w:r>
        <w:rPr>
          <w:lang w:eastAsia="zh-CN"/>
        </w:rPr>
        <w:t>　　大家下午好！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值此辞旧迎新之际，我代表全体_人向现场的嘉宾表示欢迎，欢迎你们为我们发展作见证；我代表公司向全体员工致敬，因为是你们承载了希望和更美好的明天；我也代表公司深深地感谢加盟店的朋友，因为是你们将品牌推向全国。同时，在这里我要向大家宣布一个振奋人心的好消息：在总经理的带领下，在全体_人的共同努力下，我们已超额完成20__年销售目标。</w:t>
      </w:r>
      <w:r>
        <w:rPr>
          <w:lang w:eastAsia="zh-CN"/>
        </w:rPr>
        <w:br/>
      </w:r>
      <w:r>
        <w:rPr>
          <w:lang w:eastAsia="zh-CN"/>
        </w:rPr>
        <w:t>　　20__年，我们连锁机构又走过了不平凡的一年。无论是在业绩方面，还是在团队建设方面，对我们_人来说，20__年是挑战自我、超越自我的一年，更是丰收的一年。</w:t>
      </w:r>
      <w:r>
        <w:rPr>
          <w:lang w:eastAsia="zh-CN"/>
        </w:rPr>
        <w:br/>
      </w:r>
      <w:r>
        <w:rPr>
          <w:lang w:eastAsia="zh-CN"/>
        </w:rPr>
        <w:t>　　20__年全体员工发挥“敢想、敢做、敢拼”和“坚持不懈”的优良作风，共同创造了优异的业绩。同20__年相比，20__年我们全年业绩增长率达到110。6%，月增长率达到165。8%。全年各店突破历史月业绩总计14次。尤其值得表扬的是_店和_店。__店长临危受命、勇挑重担，带领怡海新团队，在第一个月便以超出历史达6万元之多的业绩完成公司下达的目标任务。_店长王在怀有身孕的情况下，坚守在工作岗位，和团队成员一起拼搏，刷新了单月单店业绩。</w:t>
      </w:r>
      <w:r>
        <w:rPr>
          <w:lang w:eastAsia="zh-CN"/>
        </w:rPr>
        <w:br/>
      </w:r>
      <w:r>
        <w:rPr>
          <w:lang w:eastAsia="zh-CN"/>
        </w:rPr>
        <w:t>　　在团队建设方面，20__年我们团队不断壮大，员工人数增加的同时，团队战斗力都有了明显的提升。在团队的发展过程中，一批优秀员工脱颖而出，成为业务骨干和领头人。比如：、等员工，都从服务顾问、导师、师等岗位晋升为店长、副店长。而这些领头人也没有辜负公司和团队的期望，成功的经受住了考验，克服种种困难，带领新的团队，创造了不菲的成绩。_店长自10月份上任以来，带领全体员工，在三个月的时间里，完成了全年70%的业绩任务，并于</w:t>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12月15日刷新了我们单店单日业绩记录；_店长带领_店员工，在12月份再创西门店单月业绩；_店长带领_员工，克服地理位置等不利条件的影响，12月份以超过历史业绩75%的不俗表现刷新纪录。伴随着团队战斗力提升而来的，是我们服务品质的不断提升。20__年全年，我们多次受到家长的表扬，甚至有家长从特意发了表扬信，对等员工的热情服务表达了感谢。</w:t>
      </w:r>
      <w:r>
        <w:rPr>
          <w:lang w:eastAsia="zh-CN"/>
        </w:rPr>
        <w:br/>
      </w:r>
      <w:r>
        <w:rPr>
          <w:lang w:eastAsia="zh-CN"/>
        </w:rPr>
        <w:t>　　随着高业绩和高效团队而来的是，做出优秀贡献的员工，今年的个人收入也有了大幅度的增长。20__年，我们基层员工收入平均增加30%。同时，公司以业绩为主要依据，在20__年年初便制定了明确的奖励政策。凭借着这项政策，我们完成业绩要求的店长将得到_万元的奖励。</w:t>
      </w:r>
      <w:r>
        <w:rPr>
          <w:lang w:eastAsia="zh-CN"/>
        </w:rPr>
        <w:br/>
      </w:r>
      <w:r>
        <w:rPr>
          <w:lang w:eastAsia="zh-CN"/>
        </w:rPr>
        <w:t>　　“胜不骄、败不馁”是我们之所以能取得今天优异成绩的精神法宝。20__年我们各项工作都取得了历史性的突破，但我们决不能满足于此，我们必须认真总结经验，扬长避短。为实现20__年万的业绩目标，“全体员工有信心吗？”公司将坚持“人本”理念，在加强流程化和管理标准化建设的同时，狠抓团队建设。</w:t>
      </w:r>
      <w:r>
        <w:rPr>
          <w:lang w:eastAsia="zh-CN"/>
        </w:rPr>
        <w:br/>
      </w:r>
      <w:r>
        <w:rPr>
          <w:lang w:eastAsia="zh-CN"/>
        </w:rPr>
        <w:t>　　20__年，我们要坚持从成功的实践中选拔干部，坚持“猛将必发于卒伍，宰相必取于州郡”的理念，培养基层员工，通过培训提高员工业务素质，促使员工在工作岗位加速成长。我们的干部要严格要求自己，要聚焦于本职工作，深入基层，在发挥管理职能的同时，做好服务工作。我们也要从基层员工中选拔一些业务能力强、敢于坚持原则、善于领导团队的员工，通过后备队的培养、筛选，走上各级管理岗位。我们要充分发挥后备人才的选拔，使一些优秀的员工，找到更适合他们的岗位。我们的干部要坚持实事求是的工作作风，敢于讲真话，公平对待下属，避免简单粗暴的工作作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20__年的成绩已成为历史，20__年又是充满希望和美好的一年。我相信，只要我们大家众志成城，群策群力，我们的目标一定会实现。我相信，没有什么能阻挡我们前进的脚步，我们的目标一定会实现！</w:t>
      </w:r>
      <w:r>
        <w:rPr>
          <w:lang w:eastAsia="zh-CN"/>
        </w:rPr>
        <w:br/>
      </w:r>
      <w:r>
        <w:rPr>
          <w:lang w:eastAsia="zh-CN"/>
        </w:rPr>
        <w:t>　　谢谢大家！并提前祝大家新年愉快！身体健康！家庭幸福！万事如意！</w:t>
      </w:r>
      <w:r>
        <w:rPr>
          <w:lang w:eastAsia="zh-CN"/>
        </w:rPr>
        <w:br/>
      </w:r>
      <w:r>
        <w:rPr>
          <w:lang w:eastAsia="zh-CN"/>
        </w:rPr>
        <w:t xml:space="preserve">    2024年总经理年会致辞 篇3 </w:t>
      </w:r>
      <w:r>
        <w:rPr>
          <w:lang w:eastAsia="zh-CN"/>
        </w:rPr>
        <w:br/>
      </w:r>
      <w:r>
        <w:rPr>
          <w:lang w:eastAsia="zh-CN"/>
        </w:rPr>
        <w:t>　　同志们、员工朋友们：</w:t>
      </w:r>
      <w:r>
        <w:rPr>
          <w:lang w:eastAsia="zh-CN"/>
        </w:rPr>
        <w:br/>
      </w:r>
      <w:r>
        <w:rPr>
          <w:lang w:eastAsia="zh-CN"/>
        </w:rPr>
        <w:t>　　大家晚上好！</w:t>
      </w:r>
      <w:r>
        <w:rPr>
          <w:lang w:eastAsia="zh-CN"/>
        </w:rPr>
        <w:br/>
      </w:r>
      <w:r>
        <w:rPr>
          <w:lang w:eastAsia="zh-CN"/>
        </w:rPr>
        <w:t>　　再过几天就是_年春节了，值此新春佳节即将来临之际，我们欢聚一堂，隆重举行_集团首次年会。在此，我谨代表集团董监会向集团各级管理干部和全体员工、家属致以诚挚的问候和良好的祝愿！向应邀参加今天会议的各位领导、各位嘉宾表示热烈的欢迎和衷心的感谢！</w:t>
      </w:r>
      <w:r>
        <w:rPr>
          <w:lang w:eastAsia="zh-CN"/>
        </w:rPr>
        <w:br/>
      </w:r>
      <w:r>
        <w:rPr>
          <w:lang w:eastAsia="zh-CN"/>
        </w:rPr>
        <w:t>　　过去一年，是_集团的起步之年，也是两家公司逆势而上，直面挑战的一年，更是体现集团上下同心同德、众志成城、团结奋斗的一年！这一年，在全员的共同努力下，我们有效地化解了_公司的停产危机，积极应对_公司的市场挑战，狠抓安全生产，初步构建了集团管控模式，集团管控体系基本成型、集团意识日益增强、集团的地位和作用初步显现，集团各项工作及两家公司生产经营管理工作亮点纷呈、卓有成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年来，_公司面对国家调整及外部发展环境的双重挤压，我们坚持依法依规办事，按照国家安监总局62号令的要求，着力完善采矿工程施工承包、安全生产许可证等相关资质；我们调动各方面的力量，积极、主动争取有关主管部门的理解和支持，着力维护企业正常生产经营秩序，有效地排除了多方面的干扰和阻力，为公司的后续发展奠定了坚实的基础。一年来，我们继续坚持以四项指标考核为抓手，有效地调动了全员的生产积极性和主动性，在公司_停产三个月的情况下，仍然取得了较好的生产业绩。一年来，_公司按照生产创效益、销售保运营的指导方针，采取对选厂实施停产改造、对井采实行责任承包、调整露采作业时间、启动磷肥生产项目、开拓市场等手段，深入挖掘内部潜力，积极应对不断恶化的市场环境，使公司在市场的狭缝中得以顽强生存！特别是自三季度以来，公司已显现产、销两旺的良好势头，由此增强了我们战胜困难的信心和决心！同时，我们集中公司人力、物力、财力加大对马鞍岭矿边坡帷幕注浆堵水工程的力度，并着力完善相关证照，相继取得了井采和露采安全生产许可证、安全生产标准化三级企业、排放污染物许可证等生产资质，进一步夯实了公司生存发展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这些来之不易的成绩的背后，凝聚着集团各级管理干部和广大员工朋友的心血和汗水，也是与大家的理解和支持分不开的。我们高兴地看到，一年来，我们各级管理干部和广大员工都是蛮拚的！在此，我谨代表集团董监会向大家在过去不平凡的一年中所作出的努力、奉献和牺牲表示衷心的感谢！向从我们中间涌现出来的、今天即将受到表彰的所有先进集体和优秀个人表示热烈的祝贺并致以崇高的敬意！一年来，我们的各项工作得到了各级领导、各有关主管部门及社会各界朋友的鼎力支持和帮助，借此机会，我谨代表_集团董监会向来关心、支持_、_两家企业发展的各级领导、各界朋友表示诚挚的谢意！</w:t>
      </w:r>
      <w:r>
        <w:rPr>
          <w:lang w:eastAsia="zh-CN"/>
        </w:rPr>
        <w:br/>
      </w:r>
      <w:r>
        <w:rPr>
          <w:lang w:eastAsia="zh-CN"/>
        </w:rPr>
        <w:t>　　最后，衷心祝愿大家新春佳节愉快、兔年大吉、幸福安康、万事顺意！</w:t>
      </w:r>
      <w:r>
        <w:rPr>
          <w:lang w:eastAsia="zh-CN"/>
        </w:rPr>
        <w:br/>
      </w:r>
      <w:r>
        <w:rPr>
          <w:lang w:eastAsia="zh-CN"/>
        </w:rPr>
        <w:t>　　谢谢大家！</w:t>
      </w:r>
      <w:r>
        <w:rPr>
          <w:lang w:eastAsia="zh-CN"/>
        </w:rPr>
        <w:br/>
      </w:r>
      <w:r>
        <w:rPr>
          <w:lang w:eastAsia="zh-CN"/>
        </w:rPr>
        <w:t xml:space="preserve">    2024年总经理年会致辞 篇4 </w:t>
      </w:r>
      <w:r>
        <w:rPr>
          <w:lang w:eastAsia="zh-CN"/>
        </w:rPr>
        <w:br/>
      </w:r>
      <w:r>
        <w:rPr>
          <w:lang w:eastAsia="zh-CN"/>
        </w:rPr>
        <w:t>　　尊敬的各位领导、来宾，亲爱的各位同事：</w:t>
      </w:r>
      <w:r>
        <w:rPr>
          <w:lang w:eastAsia="zh-CN"/>
        </w:rPr>
        <w:br/>
      </w:r>
      <w:r>
        <w:rPr>
          <w:lang w:eastAsia="zh-CN"/>
        </w:rPr>
        <w:t>　　大家好!</w:t>
      </w:r>
      <w:r>
        <w:rPr>
          <w:lang w:eastAsia="zh-CN"/>
        </w:rPr>
        <w:br/>
      </w:r>
      <w:r>
        <w:rPr>
          <w:lang w:eastAsia="zh-CN"/>
        </w:rPr>
        <w:t>　　201_年是中公司落实“科学发展观”整改方案、实现公司“艰苦再创业、三年晋一级”宏伟蓝图至关重要的一年，经理办公会将20__年工作宗旨确定为“抓管理、促发展”，用这六字警句来指导公司全年的中心工作。抓管理，保住现有项目一项不丢失;促发展，提升一级企业管理系数0.15。</w:t>
      </w:r>
      <w:r>
        <w:rPr>
          <w:lang w:eastAsia="zh-CN"/>
        </w:rPr>
        <w:br/>
      </w:r>
      <w:r>
        <w:rPr>
          <w:lang w:eastAsia="zh-CN"/>
        </w:rPr>
        <w:t>　　中国人民是伟大的，是以孔老夫子两千多年前创立的儒学理念立国的民族，大悲无大忧，大喜不过妄，以中庸的礼学观念总结提炼走出来，迎接更大的挑战与发展。中广物业公司全体员工也是这样，我们是以全面超额完成董事会、股东单位下达的管理、经营、利润指标，以全面实现向产权单位、小区居民服务承诺的喜悦心情告别201_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公司善于将理想变成现实，因为她具备了如下条件，这些美好的具备同时是公司201_年新的希望。</w:t>
      </w:r>
      <w:r>
        <w:rPr>
          <w:lang w:eastAsia="zh-CN"/>
        </w:rPr>
        <w:t xml:space="preserve"> 员工们在宽松和谐的工作环境中，创造出优质高效的工作品质;</w:t>
      </w:r>
      <w:r>
        <w:rPr>
          <w:lang w:eastAsia="zh-CN"/>
        </w:rPr>
        <w:t xml:space="preserve"> 股东与日俱增的指导与帮助，为公司奠定了坚实的发展基础;</w:t>
      </w:r>
      <w:r>
        <w:rPr>
          <w:lang w:eastAsia="zh-CN"/>
        </w:rPr>
        <w:t xml:space="preserve"> 董事会的正确决策与引领，保障了公司在发展进程中的一帆风顺;</w:t>
      </w:r>
      <w:r>
        <w:rPr>
          <w:lang w:eastAsia="zh-CN"/>
        </w:rPr>
        <w:t xml:space="preserve"> 产权单位、小区居民的理解与宽容，是我们增强信心与努力工作的源泉;</w:t>
      </w:r>
      <w:r>
        <w:rPr>
          <w:lang w:eastAsia="zh-CN"/>
        </w:rPr>
        <w:t xml:space="preserve"> 百余家合作单位的信任与支持，是我们建立诚信与共赢经营理念的标尺;</w:t>
      </w:r>
      <w:r>
        <w:rPr>
          <w:lang w:eastAsia="zh-CN"/>
        </w:rPr>
        <w:t xml:space="preserve"> 全体员工亲属无微不至的支持、理解与分担，是我们义无反顾发展下去的永恒动力和航行中的港湾。</w:t>
      </w:r>
      <w:r>
        <w:rPr>
          <w:lang w:eastAsia="zh-CN"/>
        </w:rPr>
        <w:t xml:space="preserve"> 我们历史上的拥有和今天的希望，都说明我们这个集体是幸运的，我们全体员工是幸福的，因为我们工作生活的环境是十分美好的。</w:t>
      </w:r>
      <w:r>
        <w:rPr>
          <w:lang w:eastAsia="zh-CN"/>
        </w:rPr>
        <w:br/>
      </w:r>
      <w:r>
        <w:rPr>
          <w:lang w:eastAsia="zh-CN"/>
        </w:rPr>
        <w:t>　　展望未来，我们满怀期待!值此辞旧迎新之际，我代表公司经理办公会向公司全体员工及亲属，向董事会、股东单位所有的领导，向各产权单位的领导和职工，向住宅小区所有的居民，向与我们长期合作的所有单位领导和职工，向建设部、及各区建委、社区、公安、消防等政府部门，向各司局的领导和同志们致以新年的祝福： 祝大家在新的一年里心情愉快、工作顺利、家庭和睦、身体健康!</w:t>
      </w:r>
      <w:r>
        <w:rPr>
          <w:lang w:eastAsia="zh-CN"/>
        </w:rPr>
        <w:br/>
      </w:r>
      <w:r>
        <w:rPr>
          <w:lang w:eastAsia="zh-CN"/>
        </w:rPr>
        <w:t>　　谢谢大家</w:t>
      </w:r>
      <w:r>
        <w:rPr>
          <w:lang w:eastAsia="zh-CN"/>
        </w:rPr>
        <w:br/>
      </w:r>
      <w:r>
        <w:rPr>
          <w:lang w:eastAsia="zh-CN"/>
        </w:rPr>
        <w:t xml:space="preserve">    2024年总经理年会致辞 篇5 </w:t>
      </w:r>
      <w:r>
        <w:rPr>
          <w:lang w:eastAsia="zh-CN"/>
        </w:rPr>
        <w:br/>
      </w:r>
      <w:r>
        <w:rPr>
          <w:lang w:eastAsia="zh-CN"/>
        </w:rPr>
        <w:t>　　亲爱的同事们：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年会吗，每年都是好听的讲一大堆。我是昨天晚上才确定今年年会我要讲什么。好听的话赵老师孟总监都讲过了在这儿我不再重复。</w:t>
      </w:r>
      <w:r>
        <w:rPr>
          <w:lang w:eastAsia="zh-CN"/>
        </w:rPr>
        <w:br/>
      </w:r>
      <w:r>
        <w:rPr>
          <w:lang w:eastAsia="zh-CN"/>
        </w:rPr>
        <w:t>　　首先很高兴每年的年会上都能有这样的机会跟大家相聚。因为这是我们全家福是家人最全的盛会。</w:t>
      </w:r>
      <w:r>
        <w:rPr>
          <w:lang w:eastAsia="zh-CN"/>
        </w:rPr>
        <w:br/>
      </w:r>
      <w:r>
        <w:rPr>
          <w:lang w:eastAsia="zh-CN"/>
        </w:rPr>
        <w:t>　　说实话，过去一年对于我们来说是很尴尬的一年，6月份遭遇广场的违约给我们造成的直接经济损失近200万，精神层面以及客户美誉度层面的间接损失更无法用数字来统计。我对自己当初选择决策失误感到很痛心很懊恼。每天晚上内心都在经受煎熬。</w:t>
      </w:r>
      <w:r>
        <w:rPr>
          <w:lang w:eastAsia="zh-CN"/>
        </w:rPr>
        <w:br/>
      </w:r>
      <w:r>
        <w:rPr>
          <w:lang w:eastAsia="zh-CN"/>
        </w:rPr>
        <w:t>　　但是，我从没失去过信心。况且面对如此尴尬艰难的局面，我在大家身上在团队身上看到相互之间的鼓励和彼此之间的默默付出。</w:t>
      </w:r>
      <w:r>
        <w:rPr>
          <w:lang w:eastAsia="zh-CN"/>
        </w:rPr>
        <w:br/>
      </w:r>
      <w:r>
        <w:rPr>
          <w:lang w:eastAsia="zh-CN"/>
        </w:rPr>
        <w:t>　　我们更懂得了凝聚和信任，更深知经营的不易。</w:t>
      </w:r>
      <w:r>
        <w:rPr>
          <w:lang w:eastAsia="zh-CN"/>
        </w:rPr>
        <w:br/>
      </w:r>
      <w:r>
        <w:rPr>
          <w:lang w:eastAsia="zh-CN"/>
        </w:rPr>
        <w:t>　　挫折并没有让我们发展停滞，因为我们知道客户真正需要的什么，而我们应该做得又是什么，在面对市场上我们不敢有丝毫的停歇。</w:t>
      </w:r>
      <w:r>
        <w:rPr>
          <w:lang w:eastAsia="zh-CN"/>
        </w:rPr>
        <w:br/>
      </w:r>
      <w:r>
        <w:rPr>
          <w:lang w:eastAsia="zh-CN"/>
        </w:rPr>
        <w:t>　　说实在话，对于我来说已经过了半辈子了，我想我也只能做好一件事，那就是把照片拍好，把好照片卖个好价钱。这是我给自己的定位。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做到今天，我听太多的就是，你们做的挺好，挺大的，现在有多少家了等等。言外之意是还是做的比较成功的。每次听到这样的言论，我心虚得很。一个婚纱摄影公司的成功，不是今年做了多少业绩赚了多少开了多少家分店，而是你在这个市场上能存活多久，能否成为百年企业？在我们身边每年都有太多太多倒闭的店面。所以我今年经常跟自己的对话就是，怎样活不重要，活得久才是硬道理。</w:t>
      </w:r>
      <w:r>
        <w:rPr>
          <w:lang w:eastAsia="zh-CN"/>
        </w:rPr>
        <w:br/>
      </w:r>
      <w:r>
        <w:rPr>
          <w:lang w:eastAsia="zh-CN"/>
        </w:rPr>
        <w:t>　　我知道我的理想是做百年企业。一定要活上一百年。因为只有坚持这样的理想，我才能让这个企业持续发展。才有可能做好，做到百年企业。然而离百年我们仅仅迈出了十分之一的路程，所以怎么可以谈论成功二字呢？？？</w:t>
      </w:r>
      <w:r>
        <w:rPr>
          <w:lang w:eastAsia="zh-CN"/>
        </w:rPr>
        <w:br/>
      </w:r>
      <w:r>
        <w:rPr>
          <w:lang w:eastAsia="zh-CN"/>
        </w:rPr>
        <w:t>　　任何一个企业成功的筹码不是业绩不是扩张不是分店越来越多的建立。而是扎实的基础，和科学的管理。也就是说我们的基础一定要牢固，不盲目的扩张而是扎实的做好基础。一座大桥可以建成某国某省某某之最等称号。但是几年以后倒了。倒掉的是因为负重吗？使用不当吗？风吹雨打吗？一定不是。原因一定是基础不牢。一定是管理不善造成的蛀虫太多。所以我们在建造一座百年大桥的时候要做到是基础而不是什么所谓什么之最的美誉。要做到的是管理流程上的严谨和标准。</w:t>
      </w:r>
      <w:r>
        <w:rPr>
          <w:lang w:eastAsia="zh-CN"/>
        </w:rPr>
        <w:br/>
      </w:r>
      <w:r>
        <w:rPr>
          <w:lang w:eastAsia="zh-CN"/>
        </w:rPr>
        <w:t>　　20__年我们选择遭遇违约后来又不得不选择金岸，我们毅然决然从崂山偏远山区搬到离最经典的离拍爱情最美丽的海岸线这边来。为的就是面对客户，我们更敢坦荡荡的承诺我们只拍摄爱情。我们所选择的景点必须是是永远经久弥新的永远经得起历史沉淀的爱情圣地。因为拍摄爱情是我们要做百年婚纱摄影店的基础。选择金岸摄影中心作为我们的总部，更是为管理上的更为科学和流程上更为顺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公司发展在过去一年经历违约经历年底的业绩低潮，但是就公司未来发展及每个中高层的个人规划来讲，我信心满满。（对不起，我要在这跟大家深深鞠上一躬。因为在坐的大多数同仁你们是都是最付出的最努力的。但是我现在只能对大多数的同仁说抱歉，因为仅仅对于我个人目前来讲只能先照顾到中高层的未来规划，他们有今天也是付出的结果。所以我相信未来通过我们每个人的努力我们一定会更好的照顾好我们每一个家人。）</w:t>
      </w:r>
      <w:r>
        <w:rPr>
          <w:lang w:eastAsia="zh-CN"/>
        </w:rPr>
        <w:br/>
      </w:r>
      <w:r>
        <w:rPr>
          <w:lang w:eastAsia="zh-CN"/>
        </w:rPr>
        <w:t>　　在回顾前一年发展。在摄影上是多元化发展的一年，在股东人数上也是__人数增加最多一年。这一年有基础打造的很牢固的并对未来充满希冀的惟度摄影团队。有市场份额越来越大越来越有美誉度的的希区片厂团队。有正在挣扎边缘的色影写真团队。前几天徐老师曾经讽刺过我说，大家当然都愿意入股了，赚了分红，不赚也少分或不分，赔了是你自己韩晓辉一个人的，觉得不好可以随便退股，根本不用承担什么责任，吃亏永远是你一个人的事情这样的事情傻子才不干。我只是笑笑，从没认为过这是吃亏，我把这样的决定看做是一种担当，一份责任，我为自己做这样的决定而自豪。</w:t>
      </w:r>
      <w:r>
        <w:rPr>
          <w:lang w:eastAsia="zh-CN"/>
        </w:rPr>
        <w:br/>
      </w:r>
      <w:r>
        <w:rPr>
          <w:lang w:eastAsia="zh-CN"/>
        </w:rPr>
        <w:t>　　股东把资金信托与我，表示了大家对我的信任，这是我的责任和担当。我相信今年我们再开分店的时候，大家仍然愿意投资与我投资于。</w:t>
      </w:r>
      <w:r>
        <w:rPr>
          <w:lang w:eastAsia="zh-CN"/>
        </w:rPr>
        <w:br/>
      </w:r>
      <w:r>
        <w:rPr>
          <w:lang w:eastAsia="zh-CN"/>
        </w:rPr>
        <w:t>　　我想说我一直都是一个责任和担当的女人。</w:t>
      </w:r>
      <w:r>
        <w:rPr>
          <w:lang w:eastAsia="zh-CN"/>
        </w:rPr>
        <w:br/>
      </w:r>
      <w:r>
        <w:rPr>
          <w:lang w:eastAsia="zh-CN"/>
        </w:rPr>
        <w:t>　　如果我的努力已经向大家展示了我的这一面并获得了你们的认同，那就是我最大的回报。</w:t>
      </w:r>
      <w:r>
        <w:rPr>
          <w:lang w:eastAsia="zh-CN"/>
        </w:rPr>
        <w:br/>
      </w:r>
      <w:r>
        <w:rPr>
          <w:lang w:eastAsia="zh-CN"/>
        </w:rPr>
        <w:t>　　12年已经过去。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展望未来，我相信只要我们面对挑战努力不懈，只要我们面对客户如履薄冰只要我们面对品质不断创新，我们的前景一定会越来越好。</w:t>
      </w:r>
      <w:r>
        <w:rPr>
          <w:lang w:eastAsia="zh-CN"/>
        </w:rPr>
        <w:br/>
      </w:r>
      <w:r>
        <w:rPr>
          <w:lang w:eastAsia="zh-CN"/>
        </w:rPr>
        <w:t>　　我请今天在做的各位见证，在我未来的人生，我会更加付出与包容更加努力与坚持，为__人得富强而努力奋斗。我深信我，我们将会做到。并得到。</w:t>
      </w:r>
      <w:r>
        <w:rPr>
          <w:lang w:eastAsia="zh-CN"/>
        </w:rPr>
        <w:br/>
      </w:r>
      <w:r>
        <w:rPr>
          <w:lang w:eastAsia="zh-CN"/>
        </w:rPr>
        <w:t>　　未来我会在佛菩萨面前在每个祈祷的日子里并祝福家人及家人的家人平安喜悦健康。</w:t>
      </w:r>
      <w:r>
        <w:rPr>
          <w:lang w:eastAsia="zh-CN"/>
        </w:rPr>
        <w:br/>
      </w:r>
      <w:r>
        <w:rPr>
          <w:lang w:eastAsia="zh-CN"/>
        </w:rPr>
        <w:t>　　最后，祝大家玩的开心玩的快乐。玩的越happy越好。</w:t>
      </w:r>
      <w:r>
        <w:rPr>
          <w:lang w:eastAsia="zh-CN"/>
        </w:rPr>
        <w:br/>
      </w:r>
      <w:r>
        <w:rPr>
          <w:lang w:eastAsia="zh-CN"/>
        </w:rPr>
        <w:t>　　谢谢大家。</w:t>
      </w:r>
      <w:r>
        <w:rPr>
          <w:lang w:eastAsia="zh-CN"/>
        </w:rPr>
        <w:br/>
      </w:r>
      <w:r>
        <w:rPr>
          <w:lang w:eastAsia="zh-CN"/>
        </w:rPr>
        <w:t xml:space="preserve">    2024年总经理年会致辞 篇6 </w:t>
      </w:r>
      <w:r>
        <w:rPr>
          <w:lang w:eastAsia="zh-CN"/>
        </w:rPr>
        <w:br/>
      </w:r>
      <w:r>
        <w:rPr>
          <w:lang w:eastAsia="zh-CN"/>
        </w:rPr>
        <w:t>　　各位领导、各位同仁：</w:t>
      </w:r>
      <w:r>
        <w:rPr>
          <w:lang w:eastAsia="zh-CN"/>
        </w:rPr>
        <w:br/>
      </w:r>
      <w:r>
        <w:rPr>
          <w:lang w:eastAsia="zh-CN"/>
        </w:rPr>
        <w:t>　　大家好!转眼间，20__年又过去了，这一年，是公司在各方面不断完善、稳步发展的一年。在这一年里，我们各位员工都能融洽相处。工作上我们互相帮助、互相指点、共同探讨，愉快地开展了一项又一项的工作。</w:t>
      </w:r>
      <w:r>
        <w:rPr>
          <w:lang w:eastAsia="zh-CN"/>
        </w:rPr>
        <w:br/>
      </w:r>
      <w:r>
        <w:rPr>
          <w:lang w:eastAsia="zh-CN"/>
        </w:rPr>
        <w:t>　　我们曾为了完成共同的目标，而一起努力过，就像展销会期间，为了能让公司取得更优越的成绩，为了提高公司的对外形象，我们曾一起加班，财务部加班结数，办公室加班签合同，而销售部则加班为客户办理定购手续。与此同时，各位经理也陪伴着我们，同大家一起加班，一起吃饭，直到我们完成工作为止。那一刻是多么的温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当我们在工作上遇到困难时，总会团结一致，群策群力，解决难题。而遇到急于处理的问题时，其他同事都是不分彼此，主动地帮助做一些复英打英抄写或装钉等力所能及的工作。在我们的办事员出去办事时其他同事会帮他接听电话、接待客人、签订合同等等。我们就是在这样一个团结一致、互相帮助的氛围下完成了一项又一项的工作。在这一年里，公司组织过烧烤、户外生存挑战野炊、男、女蓝球联谊赛等文娱活动，公司还举办了英语培训班，激发了各位员工学习外语的兴趣，为各位员提高自身素质创造了机会。通过这些活动的开展，使我们各位员工的生活变得更丰富、更多姿多彩，同时增进了各位员工之间的友谊。公司时时刻刻都关心着我们的生活，关心我们的健康，为我们安排了体检，为我们统一购买预防感冒的药物，还安排食堂为我们煲凉茶等等，使大家觉得公司就象一个温暖的大家庭。</w:t>
      </w:r>
      <w:r>
        <w:rPr>
          <w:lang w:eastAsia="zh-CN"/>
        </w:rPr>
        <w:br/>
      </w:r>
      <w:r>
        <w:rPr>
          <w:lang w:eastAsia="zh-CN"/>
        </w:rPr>
        <w:t>　　一切的一切，都是与公司决策层的英明领导和全体员工的通力合作分不开的，在此，谨代表全体员工感谢总经理及各位经理，感谢公司。</w:t>
      </w:r>
      <w:r>
        <w:rPr>
          <w:lang w:eastAsia="zh-CN"/>
        </w:rPr>
        <w:br/>
      </w:r>
      <w:r>
        <w:rPr>
          <w:lang w:eastAsia="zh-CN"/>
        </w:rPr>
        <w:t>　　最后祝各位同事新年快乐，身体健康!</w:t>
      </w:r>
      <w:r>
        <w:rPr>
          <w:lang w:eastAsia="zh-CN"/>
        </w:rPr>
        <w:br/>
      </w:r>
      <w:r>
        <w:rPr>
          <w:lang w:eastAsia="zh-CN"/>
        </w:rPr>
        <w:t xml:space="preserve">    2024年总经理年会致辞 篇7 </w:t>
      </w:r>
      <w:r>
        <w:rPr>
          <w:lang w:eastAsia="zh-CN"/>
        </w:rPr>
        <w:br/>
      </w:r>
      <w:r>
        <w:rPr>
          <w:lang w:eastAsia="zh-CN"/>
        </w:rPr>
        <w:t>　　尊敬的各位来宾、同仁们:</w:t>
      </w:r>
      <w:r>
        <w:rPr>
          <w:lang w:eastAsia="zh-CN"/>
        </w:rPr>
        <w:br/>
      </w:r>
      <w:r>
        <w:rPr>
          <w:lang w:eastAsia="zh-CN"/>
        </w:rPr>
        <w:t>　　大家上午好!</w:t>
      </w:r>
      <w:r>
        <w:rPr>
          <w:lang w:eastAsia="zh-CN"/>
        </w:rPr>
        <w:br/>
      </w:r>
      <w:r>
        <w:rPr>
          <w:lang w:eastAsia="zh-CN"/>
        </w:rPr>
        <w:t>　　今天，我们欢聚一堂，热烈举行葫芦岛力天重工机械有限公司年会，共庆丰收的喜悦!首先我谨代表力天重工全体员工，向参加本次年会的各位来宾、同仁表示衷心的感谢与热烈的欢迎。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20__年已经过去，回首公司这7年来的发展历程和风风雨雨，我们有过挫折,也有过收获和喜悦。今天，我要感谢和公司一路走来的每一位员工，为了工作，很多员工主动放弃休息，加班加点，甚至通霄达旦的工作，使得我们公司实力得到了快速的发展!</w:t>
      </w:r>
      <w:r>
        <w:rPr>
          <w:lang w:eastAsia="zh-CN"/>
        </w:rPr>
        <w:br/>
      </w:r>
      <w:r>
        <w:rPr>
          <w:lang w:eastAsia="zh-CN"/>
        </w:rPr>
        <w:t>　　20__年我们公司的销售额大幅的增长，生产能力和产品质量也不断提高，员工队伍在不断壮大，售后服务网络在不断完善，总的来说是蒸蒸日上的大好局面啊!能取得今天这样的成就，我要感谢大家对公司的无私贡献。在此，我要借这个机会，向你们说一声:“谢谢你们!你们辛苦了!拥有你们，我感到非常地骄傲!</w:t>
      </w:r>
      <w:r>
        <w:rPr>
          <w:lang w:eastAsia="zh-CN"/>
        </w:rPr>
        <w:br/>
      </w:r>
      <w:r>
        <w:rPr>
          <w:lang w:eastAsia="zh-CN"/>
        </w:rPr>
        <w:t>　　谢谢大家!不过今天我们不能只谈取得的成就，也要敢于认识和发现不足，因为每一寸的不足正是我们公司能进步的空间!</w:t>
      </w:r>
      <w:r>
        <w:rPr>
          <w:lang w:eastAsia="zh-CN"/>
        </w:rPr>
        <w:br/>
      </w:r>
      <w:r>
        <w:rPr>
          <w:lang w:eastAsia="zh-CN"/>
        </w:rPr>
        <w:t>　　公司目前的各项管理都进入了流程化和制度化，主要的问题就是在各部门协同配合不太默契，屡次造成合同交货期延期。我认为这主要是由于当事人和各部门的大局意识薄弱造成的! 请各部门负责人和当事人注意，我们要牢固树立起以公司利益为重的大局意识，把公司各部门合作不默契这一问题彻底的解决，为更加辉煌的20__年打好基础!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们都知道力天重工是我们所有员工共同的家园，是我们每个员工生活工作和实现人生价值的依托。公司的兴衰关系每个人的切身利益，可以说，力天兴则员工兴，力天衰则员工困。说的简单点就是大河没水小河干。公司的利益和在座的每个员工都息息相关!所以我们要与公司利益保持高度一致，树立大局意识。任何时候、任何地方、任何情况下，都要以力天大局为重，精诚团结，密切协作!</w:t>
      </w:r>
      <w:r>
        <w:rPr>
          <w:lang w:eastAsia="zh-CN"/>
        </w:rPr>
        <w:br/>
      </w:r>
      <w:r>
        <w:rPr>
          <w:lang w:eastAsia="zh-CN"/>
        </w:rPr>
        <w:t>　　我们公司未来的目标是:力天重工在不远的将来能够成工程机械行业内的明星，要做中国的百年品牌! 这是一个战略性的目标，需要我们从方方面面、点点滴滴着手，循序渐进地去实施，更需要我们每个人立足岗位、扎实工作、创新拚搏来实现。需要我们创造一流的产品，一流的品牌，一流的效益，一流的企业形象，一流的发展速度，一流的员工队伍，一流的企业团队来实现。我们的一切工作都要向着这一目标而努力。</w:t>
      </w:r>
      <w:r>
        <w:rPr>
          <w:lang w:eastAsia="zh-CN"/>
        </w:rPr>
        <w:br/>
      </w:r>
      <w:r>
        <w:rPr>
          <w:lang w:eastAsia="zh-CN"/>
        </w:rPr>
        <w:t>　　最后祝各位来宾、各位同仁新年快乐，鼠年大吉!</w:t>
      </w:r>
      <w:r>
        <w:rPr>
          <w:lang w:eastAsia="zh-CN"/>
        </w:rPr>
        <w:br/>
      </w:r>
      <w:r>
        <w:rPr>
          <w:lang w:eastAsia="zh-CN"/>
        </w:rPr>
        <w:t>　　谢谢大家!</w:t>
      </w:r>
      <w:r>
        <w:rPr>
          <w:lang w:eastAsia="zh-CN"/>
        </w:rPr>
        <w:br/>
      </w:r>
      <w:r>
        <w:rPr>
          <w:lang w:eastAsia="zh-CN"/>
        </w:rPr>
        <w:t xml:space="preserve">    2024年总经理年会致辞 篇8 </w:t>
      </w:r>
      <w:r>
        <w:rPr>
          <w:lang w:eastAsia="zh-CN"/>
        </w:rPr>
        <w:br/>
      </w:r>
      <w:r>
        <w:rPr>
          <w:lang w:eastAsia="zh-CN"/>
        </w:rPr>
        <w:t>　　尊敬的各位领导、各位来宾、各位员工朋友：</w:t>
      </w:r>
      <w:r>
        <w:rPr>
          <w:lang w:eastAsia="zh-CN"/>
        </w:rPr>
        <w:br/>
      </w:r>
      <w:r>
        <w:rPr>
          <w:lang w:eastAsia="zh-CN"/>
        </w:rPr>
        <w:t>　　大家好！在这里，我衷心的祝福各位及家人：新春快乐，万事如意！</w:t>
      </w:r>
      <w:r>
        <w:rPr>
          <w:lang w:eastAsia="zh-CN"/>
        </w:rPr>
        <w:br/>
      </w:r>
      <w:r>
        <w:rPr>
          <w:lang w:eastAsia="zh-CN"/>
        </w:rPr>
        <w:t>　　首先感谢公司举行一个这么隆重的新年晚会，让大家有机会一起分享到这个盛会，也要感谢组织这次晚会的同事，是你们辛勤的付出，才让这个晚会更加有声有色！</w:t>
      </w:r>
      <w:r>
        <w:rPr>
          <w:lang w:eastAsia="zh-CN"/>
        </w:rPr>
        <w:br/>
      </w:r>
      <w:r>
        <w:rPr>
          <w:lang w:eastAsia="zh-CN"/>
        </w:rPr>
        <w:t>　　同时，我也要特别感谢吴先生，江小姐，让我有机会在20__年3月加入到这个大家庭，因为有你们的支持与信任，我才会走得顺顺当当，也非常感谢这么多年来所有同事们对我的包容、支持与鼓励！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_年已经过去了，无论我们有没有赶上这一年的大机会都已经不重要，重要的是20__年正在到来，如何能在新的一年有所作为，甚至引爆重生，才是我们大家必须关注的关键点。</w:t>
      </w:r>
      <w:r>
        <w:rPr>
          <w:lang w:eastAsia="zh-CN"/>
        </w:rPr>
        <w:br/>
      </w:r>
      <w:r>
        <w:rPr>
          <w:lang w:eastAsia="zh-CN"/>
        </w:rPr>
        <w:t>　　在点子红公司，我一直坚持用爱心来做事，用感恩的心来做人，_年让我们一起并肩走过了不平凡的一年，感谢各位同事的.支持与厚爱，使我们策划工程部门得到了成长！使我们收获了客户的信任，收获了家庭的幸福，收获了朋友们的羡慕！感恩这个平台成就了现在的我，更是点子红公司让我获得了今天满满的掌声！</w:t>
      </w:r>
      <w:r>
        <w:rPr>
          <w:lang w:eastAsia="zh-CN"/>
        </w:rPr>
        <w:br/>
      </w:r>
      <w:r>
        <w:rPr>
          <w:lang w:eastAsia="zh-CN"/>
        </w:rPr>
        <w:t>　　我由此而相信：“努力就有收获，人人都能成功！”愿公司成为让员工价值得到更好发挥的平台，让公司成为所有客户更加信赖的品牌。加油！</w:t>
      </w:r>
      <w:r>
        <w:rPr>
          <w:lang w:eastAsia="zh-CN"/>
        </w:rPr>
        <w:br/>
      </w:r>
      <w:r>
        <w:rPr>
          <w:lang w:eastAsia="zh-CN"/>
        </w:rPr>
        <w:t>　　励志是给人快乐，激励是给人痛苦的，点子红公司的一贯主题是：齐创业，同担当，共分享。展望_年，公司会继续坚持培养“一家人，一家亲”的企业文化，我相信公司！同时也感觉任重而道远！也更需要大家一起的努力！</w:t>
      </w:r>
      <w:r>
        <w:rPr>
          <w:lang w:eastAsia="zh-CN"/>
        </w:rPr>
        <w:br/>
      </w:r>
      <w:r>
        <w:rPr>
          <w:lang w:eastAsia="zh-CN"/>
        </w:rPr>
        <w:t>　　新的一年，我们将一如既往的肩负公司的使命和责任，同公司所有的同事们一起，的勇往直前，肩并肩，顶住风险和所有的困难，迎刃而上，希望得到各位同事的更多的支持，更希望公司的生意做得风生水起，虎虎生威！这样，我相信在不远的将来，我们能共同拥有更加美好的明天！</w:t>
      </w:r>
      <w:r>
        <w:rPr>
          <w:lang w:eastAsia="zh-CN"/>
        </w:rPr>
        <w:br/>
      </w:r>
      <w:r>
        <w:rPr>
          <w:lang w:eastAsia="zh-CN"/>
        </w:rPr>
        <w:t>　　谢谢大家！</w:t>
      </w:r>
      <w:r>
        <w:rPr>
          <w:lang w:eastAsia="zh-CN"/>
        </w:rPr>
        <w:br/>
      </w:r>
      <w:r>
        <w:rPr>
          <w:lang w:eastAsia="zh-CN"/>
        </w:rPr>
        <w:t xml:space="preserve">    2024年总经理年会致辞 篇9 </w:t>
      </w:r>
      <w:r>
        <w:rPr>
          <w:lang w:eastAsia="zh-CN"/>
        </w:rPr>
        <w:br/>
      </w:r>
      <w:r>
        <w:rPr>
          <w:lang w:eastAsia="zh-CN"/>
        </w:rPr>
        <w:t>　　亲爱的各位同仁，各位济丰家人：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大家早上好!</w:t>
      </w:r>
      <w:r>
        <w:rPr>
          <w:lang w:eastAsia="zh-CN"/>
        </w:rPr>
        <w:br/>
      </w:r>
      <w:r>
        <w:rPr>
          <w:lang w:eastAsia="zh-CN"/>
        </w:rPr>
        <w:t>　　吉祥兔年近在咫尺，万象更新春回大地。在这辞旧迎新的美好时刻，我满怀感恩之心，谨代表公司董事会，代表我和我的家人向多年以来支持公司发展，为公司发展付出智慧和汗水的各位总经理，各位同仁，表示最衷心的感谢和最诚挚的祝福!也向在背后默默支持你们，支持公司的家人表示感谢和问候，祝愿大家：兔年事业飞黄腾达，工作顺心如意，幸福源远流长!</w:t>
      </w:r>
      <w:r>
        <w:rPr>
          <w:lang w:eastAsia="zh-CN"/>
        </w:rPr>
        <w:br/>
      </w:r>
      <w:r>
        <w:rPr>
          <w:lang w:eastAsia="zh-CN"/>
        </w:rPr>
        <w:t>　　今天在座的各位，都是在工作多年，和我相识相交多年的知己好友，也是和我一起奋战多年的战友，一起经历过艰难困苦，也一起分享了发展的点点滴滴。此时此刻，回想我们一起走过的岁月，真是感慨万千，大家给予集团和我个人的一切都让我铭感于心。尤其是20__年，各医院面临严峻的市场挑战，引进新项目，开拓新市场，雄心勃勃、迎难而上，不仅在管理上求稳求新求突破，在市场推广上也积极尝试、勇于探索;在团队建设上吸纳新鲜血液，壮大队伍;在工作进程上只争朝夕，在成本控制上斤斤计较，在医疗安全上未雨绸缪，对确保我们工作的稳步发展，快速发展做出了卓越的贡献。尤其是一些优秀总经理和优秀员工的合作敬业精神、以公司兴衰为己任、忘我工作的精神让我感动，我从内心深处为公司的发展而骄傲，为公司拥有你们这样的人才而自豪，为拥有你们这样的战友、朋友而感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知恩投报是中华民族的'传统美德，也是我们企业文化之一，我们感恩社会，感恩父母，感恩员工，用这颗感恩之心去经营人心，经营企业，经营我们的事业，我也希望我们在座的各位精英们能将这颗感恩之心传递到每一个基层员工的心里，让所有__人能怀有感恩之心去工作，去为患者服务，在日常工作中创造更多的感动!只要有这样的感恩之心，我们的企业就能感动人、凝聚人、用真心换真心，创造出独一无二的企业文化和品牌效益。演讲稿</w:t>
      </w:r>
      <w:r>
        <w:rPr>
          <w:lang w:eastAsia="zh-CN"/>
        </w:rPr>
        <w:br/>
      </w:r>
      <w:r>
        <w:rPr>
          <w:lang w:eastAsia="zh-CN"/>
        </w:rPr>
        <w:t>　　多年以来，在座的每位同仁仁，都和__集团一起实现了自我的成长，学习，进步，这一点让我非常欣慰。同时也有部分员工，在集团成长壮大的过程中不能适应市场变化，跟不上集团发展脚步，而最终淘汰出局。市场竞争残酷无情只争朝夕，任何时候都不容我们在昨日的成绩上安睡休憩，挑战和危机每日都在，竞争对手比我们多学习一点，早行动一天，快行动一步，都有可能使我们的企业陷入困境，战胜对手唯一的方式就是不断学习提升自我，打造精英团队，比对手有更智慧的决策，更早的行动，更快的行动。</w:t>
      </w:r>
      <w:r>
        <w:rPr>
          <w:lang w:eastAsia="zh-CN"/>
        </w:rPr>
        <w:br/>
      </w:r>
      <w:r>
        <w:rPr>
          <w:lang w:eastAsia="zh-CN"/>
        </w:rPr>
        <w:t>　　新年伊始，我怀着兔年必胜的信心，希望大家在新的一年里继续支持集团发展，全力以赴，用我们的智慧和汗水创造辉煌的明天，踏上人生的另一番天地!</w:t>
      </w:r>
      <w:r>
        <w:rPr>
          <w:lang w:eastAsia="zh-CN"/>
        </w:rPr>
        <w:br/>
      </w:r>
      <w:r>
        <w:rPr>
          <w:lang w:eastAsia="zh-CN"/>
        </w:rPr>
        <w:t>　　最后，再次感谢大家多年的支持，感谢大家的光临，让我们共同预祝年会圆满成功，预祝大家在这里度过美好的，有意义的一天!</w:t>
      </w:r>
      <w:r>
        <w:rPr>
          <w:lang w:eastAsia="zh-CN"/>
        </w:rPr>
        <w:br/>
      </w:r>
      <w:r>
        <w:rPr>
          <w:lang w:eastAsia="zh-CN"/>
        </w:rPr>
        <w:t>　　谢谢!</w:t>
      </w:r>
      <w:r>
        <w:rPr>
          <w:lang w:eastAsia="zh-CN"/>
        </w:rPr>
        <w:br/>
      </w:r>
      <w:r>
        <w:rPr>
          <w:lang w:eastAsia="zh-CN"/>
        </w:rPr>
        <w:t xml:space="preserve">    2024年总经理年会致辞 篇10 </w:t>
      </w:r>
      <w:r>
        <w:rPr>
          <w:lang w:eastAsia="zh-CN"/>
        </w:rPr>
        <w:br/>
      </w:r>
      <w:r>
        <w:rPr>
          <w:lang w:eastAsia="zh-CN"/>
        </w:rPr>
        <w:t>　　各位来宾、全体员工及家属挚友们：</w:t>
      </w:r>
      <w:r>
        <w:rPr>
          <w:lang w:eastAsia="zh-CN"/>
        </w:rPr>
        <w:br/>
      </w:r>
      <w:r>
        <w:rPr>
          <w:lang w:eastAsia="zh-CN"/>
        </w:rPr>
        <w:t>　　大家晚上好！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今晚我们在这里团聚一堂，共庆20__年元旦佳节。在这辞旧迎新之际，我谨代表单位党委及我本人的名义，向各位领导的到来表示热情的欢迎！向单位全体职工及其家属同志们致以节日的问候，并祝大家新年好！</w:t>
      </w:r>
      <w:r>
        <w:rPr>
          <w:lang w:eastAsia="zh-CN"/>
        </w:rPr>
        <w:br/>
      </w:r>
      <w:r>
        <w:rPr>
          <w:lang w:eastAsia="zh-CN"/>
        </w:rPr>
        <w:t>　　即将过去的一年是不平凡的一年，在这一年里公司干部职工团结进取、奋力拼搏，单位的各项工作均取得了令人瞩目的成果。成果的取得，得益于市委、市府、上级主管部门和市有关部门的正确领导，得益于公司干部职工的奋力拼搏，也得益于职工家属的大力支持。借此机会，我代表单位党委向各位领导、公司干部职工及其家属，表示诚心的感谢！ 充溢希望的20__年即将到来。新的一年里，机遇与挑战并存，希望与困难同在，摆在我们面前的任务仍旧非常艰难。让我们同心同德、艰苦奋斗，我信任，我们的'明天肯定会更加美妙！最终，预祝晚会圆满胜利！</w:t>
      </w:r>
      <w:r>
        <w:rPr>
          <w:lang w:eastAsia="zh-CN"/>
        </w:rPr>
        <w:br/>
      </w:r>
      <w:r>
        <w:rPr>
          <w:lang w:eastAsia="zh-CN"/>
        </w:rPr>
        <w:t>　　踏着20__的脚步，我们迎来了万象更新的20__年。值此辞旧迎新、继往开来的特别时刻，我谨代表总公司的领导、__项目部的领导班子，向艰苦奋战在__项目第一线的工程技术人员、广阔工人同志们、管理人员以及你们的家人，致以最亲切的问候和最真诚的祝愿！在这里，祝大家新年欢乐，工作顺当，身体健康，万事如意，合家华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大家都知道，在即将过去的20__，我们经过了公司的飞跃发展，也是我们__项目部确定施工的第一年。回顾20__的历程，我感到很欣慰，也很骄傲，通过不断的努力，经受住重重考验，克服了种种困难，以超前的策划、务实的拼搏，使各项工作稳步地向前推动，成功地完成了全年安排。在此，我再次向大家说声，辛苦了~！</w:t>
      </w:r>
      <w:r>
        <w:rPr>
          <w:lang w:eastAsia="zh-CN"/>
        </w:rPr>
        <w:t xml:space="preserve"> 今日，在庆祝中华民族的传统节日——元旦节，借着今晚的活动，我们团聚一堂，共话今昔，欢声笑语，喜迎新春。凯歌辞旧岁，瑞雪迎新年，满怀对过去一年辛勤耕耘的丰收喜悦，我们更加坚决了迈向新征程的豪迈步伐。希望在即将来临的20__年里，我们__人接着发扬敢为人先、迎难而上的精神，秉承“奋起、争先、严谨、实干”的企业精神，再接再厉，接着开拓，为实现目标而奋斗，为事业的发展做出更大的贡献，创建出新的奇迹！</w:t>
      </w:r>
      <w:r>
        <w:rPr>
          <w:lang w:eastAsia="zh-CN"/>
        </w:rPr>
        <w:br/>
      </w:r>
      <w:r>
        <w:rPr>
          <w:lang w:eastAsia="zh-CN"/>
        </w:rPr>
        <w:t>　　最终，在新年钟声即将敲响之际，让我们带着在新的一年里的美妙祝福，大家尽情欢歌，尽情快乐吧！ 感谢大家！</w:t>
      </w:r>
      <w:r>
        <w:rPr>
          <w:lang w:eastAsia="zh-CN"/>
        </w:rPr>
        <w:br/>
      </w:r>
      <w:r>
        <w:rPr>
          <w:lang w:eastAsia="zh-CN"/>
        </w:rPr>
        <w:t xml:space="preserve">    2024年总经理年会致辞 篇11 </w:t>
      </w:r>
      <w:r>
        <w:rPr>
          <w:lang w:eastAsia="zh-CN"/>
        </w:rPr>
        <w:br/>
      </w:r>
      <w:r>
        <w:rPr>
          <w:lang w:eastAsia="zh-CN"/>
        </w:rPr>
        <w:t>　　尊敬的各位来宾、位各同仁：</w:t>
      </w:r>
      <w:r>
        <w:rPr>
          <w:lang w:eastAsia="zh-CN"/>
        </w:rPr>
        <w:br/>
      </w:r>
      <w:r>
        <w:rPr>
          <w:lang w:eastAsia="zh-CN"/>
        </w:rPr>
        <w:t>　　大家好！</w:t>
      </w:r>
      <w:r>
        <w:rPr>
          <w:lang w:eastAsia="zh-CN"/>
        </w:rPr>
        <w:br/>
      </w:r>
      <w:r>
        <w:rPr>
          <w:lang w:eastAsia="zh-CN"/>
        </w:rPr>
        <w:t>　　今天，我们欢聚一堂，共庆丰收的喜悦！首先我谨代表__公司的全体同仁，向参加年会的各位来宾表示衷心的感谢与热烈的欢迎！正是因为您们的大力支持和帮助，才会有我们的今天；同时向敢争敢拼、锐意进取的全体同仁、及长期在幕后为我们的发展事业默默奉献的所有家属致以崇高的敬意和由衷的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回顾20__年，对于我们公司来说，是疾风骤雨的一年，是惊心动魄的一年，古人云“路漫漫其修远兮，吾将上下而求索”，我们不怕挫折，但是我们最怕遇难而退，沧海横流方显英雄本色，跨越困难证明我们是一支同心同德、能征善战、优秀的队伍，我相信，今天的挫折必将成为未来更加辉煌的基础，我们公司在这种形式下顶风冒雨，怀着一股豪情，披荆斩棘，坚定地迈过了20__年。</w:t>
      </w:r>
      <w:r>
        <w:rPr>
          <w:lang w:eastAsia="zh-CN"/>
        </w:rPr>
        <w:br/>
      </w:r>
      <w:r>
        <w:rPr>
          <w:lang w:eastAsia="zh-CN"/>
        </w:rPr>
        <w:t>　　因此我在这里，怀着感恩的心，衷心的感谢给我们雪中送炭、大力支持的朋友们，感谢全体同仁们，是你们的不离不弃，才有企业的今天。将来我们无论做到多么强大，我们都不会忘记一路相随的全体员工和各位朋友们。</w:t>
      </w:r>
      <w:r>
        <w:rPr>
          <w:lang w:eastAsia="zh-CN"/>
        </w:rPr>
        <w:br/>
      </w:r>
      <w:r>
        <w:rPr>
          <w:lang w:eastAsia="zh-CN"/>
        </w:rPr>
        <w:t>　　人生难免有冬天，“祸兮福之所倚，福兮祸之所伏”，失意的时候不必过于悲观，得意的时候也不必过于张扬，冬天会不会来临并不重要，重要的是我们有没有准备好棉袄和食物，只有“未雨绸缪”，做好过冬粮食和棉袄的准备，这才是最重要的，才不至于被动，危机里面有挑战，更有机遇。</w:t>
      </w:r>
      <w:r>
        <w:rPr>
          <w:lang w:eastAsia="zh-CN"/>
        </w:rPr>
        <w:br/>
      </w:r>
      <w:r>
        <w:rPr>
          <w:lang w:eastAsia="zh-CN"/>
        </w:rPr>
        <w:t>　　20__年来临了，在冬天里，对春天的向往也渐渐清晰起来，要从重重风险迷雾中看到其中给我们蕴藏的机遇，战略性转折机会，抓住它并利用它，危机与机遇是同行的。让我们在新的一年里，紧紧抓住盛世良机，顺应市场经济发展的大潮，以海纳百川的气魄，风雨同舟，一路前行，创造更加辉煌的明天！</w:t>
      </w:r>
      <w:r>
        <w:rPr>
          <w:lang w:eastAsia="zh-CN"/>
        </w:rPr>
        <w:br/>
      </w:r>
      <w:r>
        <w:rPr>
          <w:lang w:eastAsia="zh-CN"/>
        </w:rPr>
        <w:t>　　最后，在春节即将来临之际，借此机会给大家拜个早年，衷心祝愿各位朋友、同仁和家属们一切顺利、身体健康、合家幸福、！祝愿我们的明天更加美好！！谢谢大家！</w:t>
      </w:r>
      <w:r>
        <w:rPr>
          <w:lang w:eastAsia="zh-CN"/>
        </w:rPr>
        <w:br/>
      </w:r>
      <w:r>
        <w:rPr>
          <w:lang w:eastAsia="zh-CN"/>
        </w:rPr>
        <w:t xml:space="preserve">    2024年总经理年会致辞 篇12 </w:t>
      </w:r>
      <w:r>
        <w:rPr>
          <w:lang w:eastAsia="zh-CN"/>
        </w:rPr>
        <w:br/>
      </w:r>
      <w:r>
        <w:rPr>
          <w:lang w:eastAsia="zh-CN"/>
        </w:rPr>
        <w:t>　　各位唐人同仁：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大家晚上好!</w:t>
      </w:r>
      <w:r>
        <w:rPr>
          <w:lang w:eastAsia="zh-CN"/>
        </w:rPr>
        <w:br/>
      </w:r>
      <w:r>
        <w:rPr>
          <w:lang w:eastAsia="zh-CN"/>
        </w:rPr>
        <w:t>　　今天，站在这里，灯光闪亮，人声鼎沸，人人喜气洋洋，处处欢声笑语，这是我们唐人集团辞旧迎新的新春酒会。20__年，正好是21世纪的头十年，我们亲自见证了世纪的前十年，也见证了唐人集团十年发展，积累下来</w:t>
      </w:r>
      <w:r>
        <w:rPr>
          <w:lang w:eastAsia="zh-CN"/>
        </w:rPr>
        <w:br/>
      </w:r>
      <w:r>
        <w:rPr>
          <w:lang w:eastAsia="zh-CN"/>
        </w:rPr>
        <w:t>　　的今日之硕果。十年前，我们刚刚起程，十年后，唐人品牌，享誉业内，我们已经发展成为一个医疗行业内著名的企业!</w:t>
      </w:r>
      <w:r>
        <w:rPr>
          <w:lang w:eastAsia="zh-CN"/>
        </w:rPr>
        <w:br/>
      </w:r>
      <w:r>
        <w:rPr>
          <w:lang w:eastAsia="zh-CN"/>
        </w:rPr>
        <w:t>　　丰收的时刻，不忘过去辛勤洒下的汗水，庆功的当下，我们放眼明天的美景!集团能够取得这样的成就，与大家的努力是分不开的。过去的一年，集团在各项业务上均取得了可喜的成绩，各个分公司都有不小的进步。这一年，我们又喜添新丁，宜昌和平医院、武汉生生医院，成为我们这个大家族的新生力量。新的一年，将会有更多的.新生力量加入，我们唐人集团的队伍将会越来越壮大!</w:t>
      </w:r>
      <w:r>
        <w:rPr>
          <w:lang w:eastAsia="zh-CN"/>
        </w:rPr>
        <w:br/>
      </w:r>
      <w:r>
        <w:rPr>
          <w:lang w:eastAsia="zh-CN"/>
        </w:rPr>
        <w:t>　　新的国家政策，开放了民营医疗行业广阔的发展空间，这意味着我们将拥有更广阔的市场，抓住机遇、抢占市场、超速发展，将我们唐人的事业推向下一个巅峰!</w:t>
      </w:r>
      <w:r>
        <w:rPr>
          <w:lang w:eastAsia="zh-CN"/>
        </w:rPr>
        <w:br/>
      </w:r>
      <w:r>
        <w:rPr>
          <w:lang w:eastAsia="zh-CN"/>
        </w:rPr>
        <w:t>　　今夜把酒庆功，明朝征战沙场，我预祝大家新的一年事业更上一层楼，也祝我们唐人集团新的一年再谱新的乐章!</w:t>
      </w:r>
      <w:r>
        <w:rPr>
          <w:lang w:eastAsia="zh-CN"/>
        </w:rPr>
        <w:br/>
      </w:r>
      <w:r>
        <w:rPr>
          <w:lang w:eastAsia="zh-CN"/>
        </w:rPr>
        <w:t>　　谢谢大家!</w:t>
      </w:r>
      <w:r>
        <w:rPr>
          <w:lang w:eastAsia="zh-CN"/>
        </w:rPr>
        <w:br/>
      </w:r>
      <w:r>
        <w:rPr>
          <w:lang w:eastAsia="zh-CN"/>
        </w:rPr>
        <w:t xml:space="preserve">    2024年总经理年会致辞 篇13 </w:t>
      </w:r>
      <w:r>
        <w:rPr>
          <w:lang w:eastAsia="zh-CN"/>
        </w:rPr>
        <w:br/>
      </w:r>
      <w:r>
        <w:rPr>
          <w:lang w:eastAsia="zh-CN"/>
        </w:rPr>
        <w:t>　　尊敬的各位领导、各位老师：</w:t>
      </w:r>
      <w:r>
        <w:rPr>
          <w:lang w:eastAsia="zh-CN"/>
        </w:rPr>
        <w:br/>
      </w:r>
      <w:r>
        <w:rPr>
          <w:lang w:eastAsia="zh-CN"/>
        </w:rPr>
        <w:t>　　下午好!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首先感谢学校给予我这次发言的机会。</w:t>
      </w:r>
      <w:r>
        <w:rPr>
          <w:lang w:eastAsia="zh-CN"/>
        </w:rPr>
        <w:br/>
      </w:r>
      <w:r>
        <w:rPr>
          <w:lang w:eastAsia="zh-CN"/>
        </w:rPr>
        <w:t>　　20__年，我院毕业生就业工作在学校领导的关怀下，在招生就业处的正确指导下，在我院各位班主任及任课老师的大力配合下，克服种种困难，使20__届毕业生签约率达79.75%，就业率达95.25%，超额完成了学校制定的工作目标。下面向大家汇报一下我在就业工作中的一些体会：</w:t>
      </w:r>
      <w:r>
        <w:rPr>
          <w:lang w:eastAsia="zh-CN"/>
        </w:rPr>
        <w:br/>
      </w:r>
      <w:r>
        <w:rPr>
          <w:lang w:eastAsia="zh-CN"/>
        </w:rPr>
        <w:t>　　一、建立主任书记、辅导员和班主任三级管理模式，成效显著</w:t>
      </w:r>
      <w:r>
        <w:rPr>
          <w:lang w:eastAsia="zh-CN"/>
        </w:rPr>
        <w:br/>
      </w:r>
      <w:r>
        <w:rPr>
          <w:lang w:eastAsia="zh-CN"/>
        </w:rPr>
        <w:t>　　我院一向将毕业生就业工作作为日常工作的一个重要方面，在思想上、行动上高度重视这项艰巨的工作。为了做好20__级毕业生的就业工作，贯彻学校的就业指导方针，我院专门成立了20__级毕业生就业工作领导小组，确立了主任书记统筹指挥，辅导员和班主任层层落实的工作模式。在每周的学院例会上，由辅导员汇报系部整体就业状况，然后班主任针对本班的就业状况分析原因，提出下一步工作办法，为此，已经调到信息中心工作的_老师每周都克服困难，按时参加会议，对她带的_班同学逐个落实就业，取得了签约率96.43%，就业率100%的`喜人成绩。</w:t>
      </w:r>
      <w:r>
        <w:rPr>
          <w:lang w:eastAsia="zh-CN"/>
        </w:rPr>
        <w:br/>
      </w:r>
      <w:r>
        <w:rPr>
          <w:lang w:eastAsia="zh-CN"/>
        </w:rPr>
        <w:t>　　二、热情周到的做好毕业生思想教育和就业指导工作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针对专科毕业生在择业时出现的眼高手低、心高气盛等现象，我院把就业教育和创业教育作为加强思想教育的重要资料，帮忙毕业生树立正确的择业观，动员毕业生到基层和艰苦的地区就业，鼓励毕业生到民营企业和中小型企业就业。使毕业生树立“先就业、再择业、后创业”的就业思想。同时，我们主动了解每个毕业生的需要，有针对性地开展就业指导和服务，像对待自己的孩子一样，设身处地地帮忙毕业生尽量达成他们的就业愿望。</w:t>
      </w:r>
      <w:r>
        <w:rPr>
          <w:lang w:eastAsia="zh-CN"/>
        </w:rPr>
        <w:br/>
      </w:r>
      <w:r>
        <w:rPr>
          <w:lang w:eastAsia="zh-CN"/>
        </w:rPr>
        <w:t>　　针对专业女生比较多的状况，我作为班主任，先对每个学生进行了摸底调查，对家里能安排工作的，劝其听从父母安排，及早参加顶岗实习。对于其他同学，我一方面做她们的思想工作，打消他们必须到电力单位就业的念头，鼓励她们积极参加各种招聘会，另一方面主动向用人单位推荐，尽可能帮忙她们就业。最终实现了我所带的_班签约率到达90.57%，就业率100%。</w:t>
      </w:r>
      <w:r>
        <w:rPr>
          <w:lang w:eastAsia="zh-CN"/>
        </w:rPr>
        <w:br/>
      </w:r>
      <w:r>
        <w:rPr>
          <w:lang w:eastAsia="zh-CN"/>
        </w:rPr>
        <w:t>　　三、提前入手，主动开拓新企业，增加学生就业机会</w:t>
      </w:r>
      <w:r>
        <w:rPr>
          <w:lang w:eastAsia="zh-CN"/>
        </w:rPr>
        <w:br/>
      </w:r>
      <w:r>
        <w:rPr>
          <w:lang w:eastAsia="zh-CN"/>
        </w:rPr>
        <w:t>　　由于我院三个强电专业都是08年开设的新专业，20__年是我院第一届毕业生。应对这个实际状况，我院在20__年春季学期就开始着手联系就业单位，例如我们主动和浙江九天科技有限公司、苏州小蜜蜂电子科技有限公司、嘉兴市恒欣电力建设有限公司等单位取得联系，推荐优秀毕业生到这些单位就业。其中仅_有限公司就接收高压输配电线路专业等16名学生，目前大部分学生仍在该单位工作。</w:t>
      </w:r>
      <w:r>
        <w:rPr>
          <w:lang w:eastAsia="zh-CN"/>
        </w:rPr>
        <w:br/>
      </w:r>
      <w:r>
        <w:rPr>
          <w:lang w:eastAsia="zh-CN"/>
        </w:rPr>
        <w:t>　　四、利用网络优势，加强信息服务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鼓励学生积极参加各种形式的招聘会我们要求每个班级都建立QQ群、飞信群，及时的将信息发送到毕业生的QQ和手机里，让同学们快速的了解各种通知信息。积极组织学生参加招生就业处开展的各种招聘活动。同时利用我校的地理优势，鼓励学生积极参加__大学和__职业技术学院的各种招聘会，让学生亲身感受到招聘现场激烈的竞争气氛和用人单位对毕业生专业、技能和素质全方位需求的状况。例如在__大学的招聘现场供用电专业的等2名学生和电网签约，高压输配电专业的等5名学生和电力公司签约。</w:t>
      </w:r>
      <w:r>
        <w:rPr>
          <w:lang w:eastAsia="zh-CN"/>
        </w:rPr>
        <w:br/>
      </w:r>
      <w:r>
        <w:rPr>
          <w:lang w:eastAsia="zh-CN"/>
        </w:rPr>
        <w:t>　　五、利用寒假时间，鼓励学生主动在家乡寻找就业机会</w:t>
      </w:r>
      <w:r>
        <w:rPr>
          <w:lang w:eastAsia="zh-CN"/>
        </w:rPr>
        <w:br/>
      </w:r>
      <w:r>
        <w:rPr>
          <w:lang w:eastAsia="zh-CN"/>
        </w:rPr>
        <w:t>　　根据我院学生生源分布广的特点，我们鼓励学生在寒假期间，主动在家乡寻找就业机会，这样学生既回报了家乡，也增加的就业稳定性。高压输配电2班的__同学，透过自荐到沈阳电力工程有限公司工作，经过两个月的实习，该公司认为__同学不但动手潜力强，又吃苦耐劳，主动提出让推荐我系学生到该公司就业。目前，等12名同学仍然在该公司工作，同时也已经晋升为__项目部检修维护中心经理。</w:t>
      </w:r>
      <w:r>
        <w:rPr>
          <w:lang w:eastAsia="zh-CN"/>
        </w:rPr>
        <w:br/>
      </w:r>
      <w:r>
        <w:rPr>
          <w:lang w:eastAsia="zh-CN"/>
        </w:rPr>
        <w:t>　　六、建立毕业生跟踪制度，做好已就业学生的稳定工作</w:t>
      </w:r>
      <w:r>
        <w:rPr>
          <w:lang w:eastAsia="zh-CN"/>
        </w:rPr>
        <w:br/>
      </w:r>
      <w:r>
        <w:rPr>
          <w:lang w:eastAsia="zh-CN"/>
        </w:rPr>
        <w:t>　　在就业工作开展过程中，我们把每一批出去顶岗实习的学生信息都保存起来，并和他们及时沟通。同时向用人单位了解毕业生状况，协助他们做好学生的稳定工作。对工作中遇到困惑的学生及时疏导，鼓励他们在工作中努力展示自己。例如，我们了解到__班的_同学，到了中铁电气化局工作后，利用自己对变电所二次图纸比较精通的优势，主动在变电所维修了三台加热回路故障的真空断路器，很快得到了安全技术科领导的重视，毕业后，_同学直接被派到安全技术科担任供电工程师，而这个职位是很多本科生都不能担任的。我们利用这些好的事例，在对毕业生做思想工作时起到了很好的效果，也使我院大部分毕业生都能在生产一线稳定下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各位领导、老师们，20__届毕业生就业工作已经结束，20__届毕业生的就业工作已经开始。随着就业形势的多元化，毕业生就业指导工作任重而道远，我们将在学校党委、行政的领导下，克服困难，开拓进取，努力实现我院毕业生的充分就业，保质保量的完成学校制定的就业工作目标。</w:t>
      </w:r>
      <w:r>
        <w:rPr>
          <w:lang w:eastAsia="zh-CN"/>
        </w:rPr>
        <w:br/>
      </w:r>
      <w:r>
        <w:rPr>
          <w:lang w:eastAsia="zh-CN"/>
        </w:rPr>
        <w:t>　　我的汇报就到那里，谢谢大家!</w:t>
      </w:r>
      <w:r>
        <w:rPr>
          <w:lang w:eastAsia="zh-CN"/>
        </w:rPr>
        <w:br/>
      </w:r>
      <w:r>
        <w:rPr>
          <w:lang w:eastAsia="zh-CN"/>
        </w:rPr>
        <w:t xml:space="preserve">    2024年总经理年会致辞 篇14 </w:t>
      </w:r>
      <w:r>
        <w:rPr>
          <w:lang w:eastAsia="zh-CN"/>
        </w:rPr>
        <w:br/>
      </w:r>
      <w:r>
        <w:rPr>
          <w:lang w:eastAsia="zh-CN"/>
        </w:rPr>
        <w:t>　　尊敬的各位来宾、位各同仁：</w:t>
      </w:r>
      <w:r>
        <w:rPr>
          <w:lang w:eastAsia="zh-CN"/>
        </w:rPr>
        <w:br/>
      </w:r>
      <w:r>
        <w:rPr>
          <w:lang w:eastAsia="zh-CN"/>
        </w:rPr>
        <w:t>　　大家好!</w:t>
      </w:r>
      <w:r>
        <w:rPr>
          <w:lang w:eastAsia="zh-CN"/>
        </w:rPr>
        <w:br/>
      </w:r>
      <w:r>
        <w:rPr>
          <w:lang w:eastAsia="zh-CN"/>
        </w:rPr>
        <w:t>　　律回春晖渐，万象始更新，今天我们欢聚在这里，共同迎接兔年新春的到来。值此岁序更迭、辞旧迎新之际，我谨代表公司董事会和管理层向_全体同仁及亲友同志致以最诚挚的祝福和最衷心的感谢!</w:t>
      </w:r>
      <w:r>
        <w:rPr>
          <w:lang w:eastAsia="zh-CN"/>
        </w:rPr>
        <w:br/>
      </w:r>
      <w:r>
        <w:rPr>
          <w:lang w:eastAsia="zh-CN"/>
        </w:rPr>
        <w:t>　　对于_来说，刚刚过去的20_年是充满挑战的一年，也是蓬勃发展的一年。在董事会的正确决策指引下，在公司全体员工的共同努力下，_充分利用自身在品牌、资金、核心技术等多方面的优势，成功打造“资本+产业”的创新营销模式，仪器与试剂相互带动，最终圆满完成了年初制定的销售任务。与往年相比，公司生产经营策略更加科学，产品结构更加合理，企业综合竞争力不断增强。</w:t>
      </w:r>
      <w:r>
        <w:rPr>
          <w:lang w:eastAsia="zh-CN"/>
        </w:rPr>
        <w:br/>
      </w:r>
      <w:r>
        <w:rPr>
          <w:lang w:eastAsia="zh-CN"/>
        </w:rPr>
        <w:t>　　作为中国ivd产业的龙头企业，_坚持以最优质的产品和服务回馈客户，始终保持行业领先地位。20_年，_先后荣获了“中国中小型企业创新100强”、“_民营制造业企业50强”、“_生物医药十强企业”等多项荣誉，_品牌得到了国内业界的广泛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这些骄人成绩的取得，无不凝聚着_全体员工的无私付出和深切期盼。我为每一位_员工感到骄傲，并向所有兢兢业业的_人致以最衷心的感谢。</w:t>
      </w:r>
      <w:r>
        <w:rPr>
          <w:lang w:eastAsia="zh-CN"/>
        </w:rPr>
        <w:br/>
      </w:r>
      <w:r>
        <w:rPr>
          <w:lang w:eastAsia="zh-CN"/>
        </w:rPr>
        <w:t xml:space="preserve">    2024年总经理年会致辞 篇15 </w:t>
      </w:r>
      <w:r>
        <w:rPr>
          <w:lang w:eastAsia="zh-CN"/>
        </w:rPr>
        <w:br/>
      </w:r>
      <w:r>
        <w:rPr>
          <w:lang w:eastAsia="zh-CN"/>
        </w:rPr>
        <w:t>　　尊敬的各界朋友、广大消费者：</w:t>
      </w:r>
      <w:r>
        <w:rPr>
          <w:lang w:eastAsia="zh-CN"/>
        </w:rPr>
        <w:br/>
      </w:r>
      <w:r>
        <w:rPr>
          <w:lang w:eastAsia="zh-CN"/>
        </w:rPr>
        <w:t>　　欢迎您访问金桥汽贸五菱4s店的网站，与大家一起走进金桥，了解金桥，共同分享企业成功与发展的喜悦。</w:t>
      </w:r>
      <w:r>
        <w:rPr>
          <w:lang w:eastAsia="zh-CN"/>
        </w:rPr>
        <w:br/>
      </w:r>
      <w:r>
        <w:rPr>
          <w:lang w:eastAsia="zh-CN"/>
        </w:rPr>
        <w:t>　　多年来，我们始终紧跟时代发展的大潮，以汽车销售服务为主业，积极与社会各界开展广泛的交流与合作，在短短几年内，企业从小到大，从弱到强，一跃成为邹平汽车行业的领头羊，走出了一条不平凡的跨越式发展之路。在当前我国汽车行业快速发展的今天，我们不仅承载着广大消费者的信任与厚望，而且寄托着众多汽车生产企业的嘱托与期盼，我们将始终沿着“创一流汽车销售服务平台”的目标，大力弘扬“追求卓越，永争第一，齐心协力，共创辉煌”的企业精神，不断阔步前进，为企业的持续、健康、快速发展而努力奋斗，为不断满足广大消费者的需求而奋力拼搏，为邹平汽车行业的成长与进步做出更大的贡献!</w:t>
      </w:r>
      <w:r>
        <w:rPr>
          <w:lang w:eastAsia="zh-CN"/>
        </w:rPr>
        <w:br/>
      </w:r>
      <w:r>
        <w:rPr>
          <w:lang w:eastAsia="zh-CN"/>
        </w:rPr>
        <w:t>　　随着信息技术的快速发展，网络已成为加强交流和对外宣传的重要载体，我们希望通过公司网站的开通，更加拉近各界朋友和广大消费者的距离，让更多的朋友了解金桥。</w:t>
      </w:r>
      <w:r>
        <w:rPr>
          <w:lang w:eastAsia="zh-CN"/>
        </w:rPr>
        <w:br/>
      </w:r>
    </w:p>
    <w:p w:rsidR="001B1F19" w14:textId="27C3F48A">
      <w:pPr>
        <w:rPr>
          <w:rFonts w:hint="eastAsia"/>
          <w:lang w:eastAsia="zh-CN"/>
        </w:rPr>
      </w:pPr>
      <w:r>
        <w:rPr>
          <w:lang w:eastAsia="zh-CN"/>
        </w:rPr>
        <w:t>　　一握金桥手，永远是朋友。我们真诚希望与社会各界广泛合作，并欢迎有识之士加盟我们的团队，在企业发展的道路上，乘风破浪，扬帆远航，共同编织更加宏伟美好的蓝图!</w:t>
      </w:r>
      <w:r>
        <w:rPr>
          <w:lang w:eastAsia="zh-CN"/>
        </w:rPr>
        <w:br/>
      </w:r>
      <w:r>
        <w:rPr>
          <w:lang w:eastAsia="zh-CN"/>
        </w:rPr>
        <w:t xml:space="preserve">    2024年总经理年会致辞 篇16 </w:t>
      </w:r>
      <w:r>
        <w:rPr>
          <w:lang w:eastAsia="zh-CN"/>
        </w:rPr>
        <w:br/>
      </w:r>
      <w:r>
        <w:rPr>
          <w:lang w:eastAsia="zh-CN"/>
        </w:rPr>
        <w:t>　　尊敬的各位同事：</w:t>
      </w:r>
      <w:r>
        <w:rPr>
          <w:lang w:eastAsia="zh-CN"/>
        </w:rPr>
        <w:br/>
      </w:r>
      <w:r>
        <w:rPr>
          <w:lang w:eastAsia="zh-CN"/>
        </w:rPr>
        <w:t>　　大家好！</w:t>
      </w:r>
      <w:r>
        <w:rPr>
          <w:lang w:eastAsia="zh-CN"/>
        </w:rPr>
        <w:br/>
      </w:r>
      <w:r>
        <w:rPr>
          <w:lang w:eastAsia="zh-CN"/>
        </w:rPr>
        <w:t>　　光阴似箭，转眼间20__年已伴随着时光老人的脚步离我们远去，过去的一年，我们全体人在酒店董事会的领导下，团结一致，迎难而上，不但没有受到危机的影响，反而创造了辉煌的业绩。</w:t>
      </w:r>
      <w:r>
        <w:rPr>
          <w:lang w:eastAsia="zh-CN"/>
        </w:rPr>
        <w:br/>
      </w:r>
      <w:r>
        <w:rPr>
          <w:lang w:eastAsia="zh-CN"/>
        </w:rPr>
        <w:t>　　冬去春归，新春将至，在此，我也代表__酒店董事会，向酒店全体员工及其家属表示深深的感谢，向所有曾经在奋斗过、现在仍奋斗在一线的干部和员工们，拜个早年！祝大家在新的一年里工作顺利，学习进步，身体健康，生活幸福，万事如意！</w:t>
      </w:r>
      <w:r>
        <w:rPr>
          <w:lang w:eastAsia="zh-CN"/>
        </w:rPr>
        <w:br/>
      </w:r>
      <w:r>
        <w:rPr>
          <w:lang w:eastAsia="zh-CN"/>
        </w:rPr>
        <w:t>　　一年来，我们酒店与时俱进、开拓创新，顺利实现了酒店内部改革，使酒店发展迈入了一个新的历史阶段；</w:t>
      </w:r>
      <w:r>
        <w:rPr>
          <w:lang w:eastAsia="zh-CN"/>
        </w:rPr>
        <w:br/>
      </w:r>
      <w:r>
        <w:rPr>
          <w:lang w:eastAsia="zh-CN"/>
        </w:rPr>
        <w:t>　　我们在竞争异常激烈、条件异常艰苦的形势下，克服了种种困难，圆满完成了董事会下达的各项既定发展任务；</w:t>
      </w:r>
      <w:r>
        <w:rPr>
          <w:lang w:eastAsia="zh-CN"/>
        </w:rPr>
        <w:br/>
      </w:r>
      <w:r>
        <w:rPr>
          <w:lang w:eastAsia="zh-CN"/>
        </w:rPr>
        <w:t>　　酒店各项改革创新不断深入，管理标准不断提高，管理水平不断提升，在业内创造了一个令人刮目相看的奇迹！这些成绩来之不易，我们深感骄傲和自豪。</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https://d.book118.com/966050041201010043</w:t>
        </w:r>
      </w:hyperlink>
    </w:p>
    <w:p w:rsidR="001B1F19">
      <w:pPr>
        <w:rPr>
          <w:rFonts w:hint="eastAsia"/>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66050041201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