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  <w:jc w:val="center"/>
      </w:pPr>
      <w:r>
        <w:rPr>
          <w:rFonts w:ascii="宋体" w:eastAsia="宋体" w:hAnsi="宋体"/>
          <w:sz w:val="36"/>
        </w:rPr>
        <w:t>激励人的名人名言（经典9篇）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能激励人的箴言警句篇一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1、耕耘者的汗水是哺育种子成长的乳汁。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2、善待你的爱好，别让它们为学习让路，要让它们替学习服务。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3、没有风浪，便没有敢的弄潮儿；没有荆棘，也没有不屈的开拓者。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4、世上所有美好的感情加在一起，也抵不上一桩高尚的行动。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5、奋斗的双脚在踏碎自己的温床时，却开拓了一条创造之路。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6、当一个人真正觉悟的一刻，他放弃追寻外在世界的财富，而开始追寻他内心世界的真正财富。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7、只有不想做的，没有做不到的。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8、对自己不满是任何真正有才能的人的根本特征之一、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9、希望是生命的源泉，失去它生命就会枯萎。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11、每个人的一生都有许多梦想，但如果其中一个不断搅扰着你，剩下的就仅仅是行动了。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12、自己选择的路，跪着也要把它走完。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13、缺乏明确的目标，一生将庸庸碌碌。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14、年轻是我们唯一拥有权利去编织梦想的时光。</w:t>
      </w:r>
    </w:p>
    <w:p>
      <w:pPr>
        <w:spacing w:before="100" w:after="200" w:line="360" w:lineRule="auto"/>
        <w:ind w:firstLine="576"/>
        <w:jc w:val="left"/>
        <w:sectPr w:rsidSect="00034616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宋体" w:eastAsia="宋体" w:hAnsi="宋体"/>
          <w:sz w:val="28"/>
        </w:rPr>
        <w:t>15、觉得自己做得到和做不到，其实只在一念之间。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16、要想成为强乾，决不能绕过挡道的荆棘也不能回避风雨的冲刷。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17、人的一生，可以有所作为的时机只有一次，那就是现在。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18、行动不一定带来快乐，而无行动则决无快乐。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19、绝大多数人，在绝大多数时候，都只能靠自己。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20、爬上最高的境界，你会陡然发现：那里的景色竟然是你司空见惯的。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21、回避现实的人，未来将更不理想。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22、给自已标价越高，自已的价值实现就越大。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23、永不言败，是成功者的最佳品格。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24、只有想不到的事，没有做不到的事。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25、松驰的琴弦，永远奏不出时代的强音。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26、千万人的失败，都有是失败在做事不彻底，往往做到离成功只差一步就终止不做了。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27、信念是一把无坚不摧的利刃。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28、不去耕耘，不去播种，再肥的沃土也长不出庄稼，不去奋斗，不去创造，再美的青春也结不出硕果。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29、让珊瑚远离惊涛骇浪的侵蚀吗？那无异是将它们的美丽葬送。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30、再好的种子，不播种下去，也结不出丰硕的果实。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31、少一点预设的期待，那份对人的关怀会更自在。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2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32、生命力的意义在于拼搏，因为世界本身就是一个竞技场。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33、不登高山不知天之高也，不临深溪不知地之厚也。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34、上帝从不埋怨人们的愚昧，人们却埋怨上帝的不公平。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35、高峰只对攀登它而不是仰望它的人来说才有真正意义。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36、我为你今天的表现感到骄傲。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37、站在巨人的肩上是为了超过巨人。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38、泉水，奋斗之路越曲折，心灵越纯洁。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39、用最少的悔恨面对过去，用最少的浪费面对现在，用最多的信心面对未来。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40、站在巨人的肩上是为了超过巨人。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41、当你感到悲哀痛苦时，最好是去学些什么东西。学习会使你永远立于不败之地。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42、人生舞台的大幕随时都可能拉开，关键是你愿意表演，还是选择躲避。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43、实现梦想比睡在床上的梦想更灿烂。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44、你在学习上这种尝试精神很可贵。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45、通过云端的道路，只亲吻攀登者的足迹。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46、积极向上的人总是把苦难化为积极向上的动力。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47、热情和欲望可以突破一切难关。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48、相信你行，你就活力无穷。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3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49、你要决心成功就要做自己的国王。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50、知识给人重量，成就给人光彩，大多数人只是看到了光彩，而不去称量重量。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51、我们这个世界，从不会给一个伤心的落伍者颁发奖牌。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52、人类最大的灾难就是自已瞧不起自已。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53、健康的身体是实目标的基石。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54、目标再远大，终离不开信念去支撑。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55、如果你很聪明，为什么不富有呢？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56、炫耀是需要观众的，而炫耀恰恰让我们失去观众。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57、每一个成功者都有一个开始。勇于开始，才能找到成功的路。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58、吃别人吃不了的苦，忍别人受不了的气，付出比别人更多的，才会享受的比别人更多。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59、昨天下了雨，今天刮了风，明天太阳就出来了。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60、不会生气的人是愚者，不生气的人乃真正的智者。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61、如果缺少破土面出并与风雪拼搏的气，种子的前途并不比落叶美妙一分。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62、不要让追求之舟停泊在幻想的港湾，而应扬起奋斗的风帆，驶向现实生活的大海。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63、每一发奋努力的背后，必有加倍的赏赐。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4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64、不要让追求之舟停泊在幻想的港湾，而应扬起奋斗的风帆，驶向现实生活的大海。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65、思想如钻子，必须集中在一点钻下去才有力量。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66、最精美的宝石，受匠人琢磨的时间最长。最贵重的雕刻，受凿的打击最多。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67、困难越大，荣耀也越大。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68、能克服困难的人，可使困难化为良机。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69、如果你受苦了，感谢生活，那是它给你的一份感觉；如果你受苦了，感谢上帝，说明你还活着。人们的灾祸往往成为他们的学问。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70、在灾难面前不屈服，而应更加勇敢地去正视它。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71、不敲几下，你不可能知道一个人或一个西瓜的好坏。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72、诚信总会给你带来成功，但可能是下一站。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73、当你对自己诚实的时候，世界上就没有人能够欺骗得了你。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74、人生的上半场打不好没关系，还有下半场，只要努力。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75、不经巨大的困难，不会有伟大的事业。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76、驾驭命运的舵是奋斗。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77、不抱有一丝幻想，不放弃一点机会，不停止一日努力。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78、即使道路坎坷不平，车轮也要前进；即使江河波涛汹涌，船只也航行。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79、只有创造，才是真正的享受，只有拼搏，才是充实的生活。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5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80、敢于向黑暗宣战的人，心里必须充满光明。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81、崇高的理想就象生长在高山上的鲜花。如果要搞下它，勤奋才能是攀登的绳索。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82、种子牢记着雨滴献身的叮嘱，增强了冒尖的气。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83、自然界没有风风雨雨，大地就不会春华秋实。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84、只会幻想而不行动的人，永远也体会不到收获果实时的喜悦。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85、勤奋是你生命的密码，能译出你一部壮丽的史诗。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86、对于攀登者来说，失掉往昔的足迹并不可惜，迷失了继续前时的方向却很危险。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87、奋斗者在汗水汇集的江河里，将事业之舟驶到了理想的彼岸。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88、忙于采集的蜜蜂，无暇在人前高谈阔论。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89、骏马是跑出来的，强兵是打出来的。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90、假如我不能，我一定要；假如我一定要，我就一定能。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91、成功者绝不放弃，放弃者绝不成功。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92、训练决定习惯，习惯决定性格，性格决定命运。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93、不管多么险峻的高山，总是为不畏艰难的人留下一条攀登的路。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94、稗子享受着禾苗一样的待遇，结出的却不是谷穗。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95、骄傲是断了引线的风筝稍纵即逝。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96、自卑是剪了双翼的飞鸟，难上青天，这两者都是成才的大忌。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6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97、盆景秀木正因为被人溺爱，才破灭了成为栋梁之材的梦。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98、如果把才华比作剑，那么勤奋就是磨刀石。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99、过去不等于未来。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100、没有失败，只有暂时停止的成功。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激励人心的名言警句篇二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1、没什么可以阻挡你想做的事情，只有你自己的心。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2、不平凡的人，一定有过不平凡的经历！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3、把尽力而为变成竭尽全力。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4、种一棵树最好的时间是十年之前，其次，是现在。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5、鸟儿站在树上从不害怕树枝会断，它相信的不是大树，而是自己的翅膀。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6、我害怕的不是失败，而是没有勇敢的去尝试。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7、我宁愿坚强得让人妒忌，也不会懦弱得让人可怜。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8、你可以平凡，但不能平庸。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9、这辈子你只管努力就行，剩下的交给命运。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10、不是因为有了希望才去坚持，而是坚持了才会有希望！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11、你想要的未来，是一步步走出来的。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12、白日莫闲过，青春不再来。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13、辉煌肯定有，就看你怎么走。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7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14、你想成为一个什么样的人最终靠自己决定。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15、瀑布是河水走投无路的奇迹。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16、身无饥寒，父母不曾亏我，人无长进，我何以对父母。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17、没人扶你的时候，自己站直，路还长，背景要美。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18、身后还有那么多期许的目光，怎么可以轻易放弃。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19、每一天都是一个新的开始，深呼吸，从头再来！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20、你凭什么认为你一努力就能超过别人，这样岂不是对那些一直努力的人来说很不公平。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21、唯有埋头，才能出头。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22、当我们在抱怨没有鞋子，却发现有些人没有脚。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23、不求胜过别人，但求超越自己。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24、同是风华正茂，怎甘他人之下。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25、改变之所以难，是因为内心推动力不够。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26、只要今天比昨天好，就是前行路上最大的幸运。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27、如果你不把时间用在实现梦想上，别人就会占用你的时间，帮助他们自己实现梦想。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28、心若向阳，哪里都会是晴天。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29、你所烦恼的原因在于你读书不多而想的太多。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30、把努力变成一种习惯，而不是一时热血。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8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1、懒于学习的人，实际是在选择落后，实际是在选择离开。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2、假如今天，篮球之神迈克尔乔丹遇到同样的状况，他会不会放弃？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3、有志者，事竟成；破釜沉舟，百二秦关终属楚；苦心人，天不负；卧薪尝胆，三千越甲可吞吴。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4、凡是领导者，他一定以身作则；他用行动管理，他不用口头管理；他领导使命，他不只是领导目标；他领导团队目标大于个人目标。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5、古今中外有学问的人，有成就的人，总是十分注意积累的。知识就是积累起来的，经验也是积累起来的。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6、团队的目标大于个人的目标，团队的利益大于私人的利益，国家的目标大于公司的目标，国家的利益大于公司的利益。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7、一定要把团队精神团队目标的概念，输入到每一个员工身上，让他凡事以团队的利益团队的目标为第一优先考量。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8、懒于学习的人，实际是在选择落后，实际是在选择离开。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9、耕耘者最信得过自己的汗水，每一滴都孕育着一颗希望的种子。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春蚕到死丝方尽，人至期颐亦不休。一息尚存须努力，留作青年好范畴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社会犹如一条船，每个人都要有掌舵的准备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芸芸众生，孰不爱生？爱生之极，进而爱群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过去属于死神，未来属于你自己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自私自利之心，是立人达人之障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9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骏马是跑出来的，强兵是打出来的。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懦弱的人只会裹足不前，莽撞的人只能引为烧身，只有真正勇敢的人才能所向披靡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敢于向黑暗宣战的人，心里必须充满光明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对于攀登者来说，失掉往昔的足迹并不可惜，迷失了继续前时的方向却很危险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人不光是靠他生来就拥有一切，而是靠他从学习中所得到的一切来造就自己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当你还不能对自己说今天学到了什么东西时，你就不要去睡觉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学到很多东西的诀窍，就是一下子不要学很多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求学的三个条件是：多观察、多吃苦、多研究。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谁给我一滴水，我便回报他整个大海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时间会刺破青春表面的彩饰，会在美人的额上掘深沟浅槽；会吃掉稀世之珍！天生丽质，什么都逃不过他那横扫的镰刀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两个人交谈，一个人可以洗耳恭听。但是，三个人则无法互谈这人世最严肃而应深究的事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社会犹如一条船，每个人都要有掌舵的准备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1、读书破万卷，下笔如有神。杜甫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2、读万卷书，行万里路。，顾炎武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3、学而时习之，不亦悦乎！，孔丘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0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4、倘能生存，我当然仍要学习。鲁迅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5、热爱书吧，这是知识的泉源！，高尔基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6、理想的书籍，是智慧的钥匙。，列·托尔斯泰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7、书是人类进步的阶梯。，高尔基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8、读一本好书，就是和许多高尚的人谈话。，歌德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9、书籍是人类知识的总结。书籍是全世界的营养品。，莎士比亚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10、立身以立学为先，立学以读书为本，欧阳修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11、好的书籍是最贵重的珍宝。，别林斯基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12、了解一页书，胜于匆促地阅读一卷书。，麦考利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13、读书而不回想，犹如食物而不消化。，伯克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14、读书而不能运用，则所读书等于废纸。，华盛顿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15、读书越多，越感到腹中空虚。，雪莱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16、读书有三到，谓心到，眼到，口到。朱熹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17、黑发不知勤学早，白发方悔读书迟。颜真卿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18、书卷多情似故人，晨昏忧乐每相亲。于谦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19、读书之法，在循序渐进，熟读而精思。，朱煮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20、读书对于智慧，也象体操对于身体一样。，艾迪生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21、读书之法无他，惟是笃志虚心，反复详玩，为有功耳。，朱熹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22、书犹药也，善读之可以医愚。，刘向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1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23、读书破万卷，胸中无适主，便如暴富儿，颇为用钱苦。，郑板桥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24、知古不知今，谓之落沉。知今不知古，谓之盲瞽。，王充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25、举一纲而万目张，解一卷而众篇明。，郑玄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26、知识，主要是靠主动“抓”出来的，不是靠“教”出来的。，钱三强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27、学而不厌，诲人不倦。，孔丘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28、欲速是读书第一大病，功夫中在绵密不间断，不在不速也。，陆珑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29、不积跬步，无以至千里；不积小流，无以成江海。，荀况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30、读书务在循序渐进；一书已熟，方读一书，勿得卤莽躐等，虽多无益。，胡居仁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31、读书是学习，摘抄是整理，写作是创造。，吴晗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32、读书而不思考，等于吃饭而不消化。，波尔克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33、喜欢读书，就等于把生活中寂寞的辰光换成巨大享受的时刻。，孟德斯鸠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34、如果我阅读得和别人一样多，我就知道得和别人一样少。，霍伯斯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35、书籍使一些人博学多识，但也使一些食而不化的人疯疯颠颠。，彼特拉克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36、生活在我们这个世界里，不读书就完全不可能了解人。，高尔基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37、我一生的嗜好，除了革命之外，就是读书。我一天不读书，就不能够生活。孙中山</w:t>
      </w: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https://d.book118.com/967115041131006053</w:t>
        </w:r>
      </w:hyperlink>
    </w:p>
    <w:p>
      <w:pPr>
        <w:spacing w:before="100" w:after="200" w:line="360" w:lineRule="auto"/>
        <w:ind w:firstLine="576"/>
        <w:jc w:val="left"/>
      </w:pPr>
    </w:p>
    <w:sectPr w:rsidSect="00034616">
      <w:type w:val="nextPage"/>
      <w:pgSz w:w="11906" w:h="16838"/>
      <w:pgMar w:top="1440" w:right="1440" w:bottom="1440" w:left="1440" w:header="720" w:footer="720" w:gutter="0"/>
      <w:pgNumType w:start="12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967115041131006053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