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我有两星期没来过夜了</w:t>
        <w:br/>
        <w:t>I</w:t>
      </w:r>
      <w:r>
        <w:t xml:space="preserve"> haven't</w:t>
      </w:r>
      <w:r>
        <w:t xml:space="preserve"> spent</w:t>
      </w:r>
      <w:r>
        <w:t xml:space="preserve"> the</w:t>
      </w:r>
      <w:r>
        <w:t xml:space="preserve"> night</w:t>
      </w:r>
      <w:r>
        <w:t xml:space="preserve"> in</w:t>
      </w:r>
      <w:r>
        <w:t xml:space="preserve"> a</w:t>
      </w:r>
      <w:r>
        <w:t xml:space="preserve"> couple</w:t>
      </w:r>
      <w:r>
        <w:t xml:space="preserve"> of</w:t>
      </w:r>
      <w:r>
        <w:t xml:space="preserve"> weeks.</w:t>
      </w:r>
      <w:r>
        <w:t xml:space="preserve"> </w:t>
        <w:br/>
        <w:t>买&amp;hearts;&amp;hearts;了一瓶马尔贝克</w:t>
        <w:br/>
        <w:t>Brought</w:t>
      </w:r>
      <w:r>
        <w:t xml:space="preserve"> a</w:t>
      </w:r>
      <w:r>
        <w:t xml:space="preserve"> malbec.</w:t>
        <w:br/>
        <w:t>希望你可以用西语念给我听</w:t>
        <w:br/>
        <w:t>I</w:t>
      </w:r>
      <w:r>
        <w:t xml:space="preserve"> was</w:t>
      </w:r>
      <w:r>
        <w:t xml:space="preserve"> hoping</w:t>
      </w:r>
      <w:r>
        <w:t xml:space="preserve"> you</w:t>
      </w:r>
      <w:r>
        <w:t xml:space="preserve"> could</w:t>
      </w:r>
      <w:r>
        <w:t xml:space="preserve"> read</w:t>
      </w:r>
      <w:r>
        <w:t xml:space="preserve"> the</w:t>
      </w:r>
      <w:r>
        <w:t xml:space="preserve"> label</w:t>
      </w:r>
      <w:r>
        <w:t xml:space="preserve"> to</w:t>
      </w:r>
      <w:r>
        <w:t xml:space="preserve"> me</w:t>
      </w:r>
      <w:r>
        <w:t xml:space="preserve"> in</w:t>
      </w:r>
      <w:r>
        <w:t xml:space="preserve"> Spanish.</w:t>
        <w:br/>
        <w:t>好</w:t>
      </w:r>
      <w:r>
        <w:t xml:space="preserve"> 我到厨房&amp;hearts;了</w:t>
      </w:r>
      <w:r>
        <w:t xml:space="preserve"> 先挂电&amp;hearts;话&amp;hearts;了</w:t>
        <w:br/>
        <w:t>Uh,</w:t>
      </w:r>
      <w:r>
        <w:t xml:space="preserve"> okay,</w:t>
      </w:r>
      <w:r>
        <w:t xml:space="preserve"> I'm</w:t>
      </w:r>
      <w:r>
        <w:t xml:space="preserve"> in</w:t>
      </w:r>
      <w:r>
        <w:t xml:space="preserve"> your</w:t>
      </w:r>
      <w:r>
        <w:t xml:space="preserve"> kitchen</w:t>
      </w:r>
      <w:r>
        <w:t xml:space="preserve"> now,</w:t>
      </w:r>
      <w:r>
        <w:t xml:space="preserve"> so</w:t>
      </w:r>
      <w:r>
        <w:t xml:space="preserve"> I'm</w:t>
      </w:r>
      <w:r>
        <w:t xml:space="preserve"> gonna</w:t>
      </w:r>
      <w:r>
        <w:t xml:space="preserve"> hang</w:t>
      </w:r>
      <w:r>
        <w:t xml:space="preserve"> up.</w:t>
        <w:br/>
        <w:t>嘿</w:t>
      </w:r>
      <w:r>
        <w:t xml:space="preserve"> Sam</w:t>
      </w:r>
      <w:r>
        <w:t xml:space="preserve"> 你在楼上吗?</w:t>
        <w:br/>
        <w:t>Hey,</w:t>
      </w:r>
      <w:r>
        <w:t xml:space="preserve"> Sam,</w:t>
      </w:r>
      <w:r>
        <w:t xml:space="preserve"> you</w:t>
      </w:r>
      <w:r>
        <w:t xml:space="preserve"> upstairs?</w:t>
        <w:br/>
        <w:t>我以为你在楼上</w:t>
        <w:br/>
        <w:t>I</w:t>
      </w:r>
      <w:r>
        <w:t xml:space="preserve"> thought</w:t>
      </w:r>
      <w:r>
        <w:t xml:space="preserve"> you</w:t>
      </w:r>
      <w:r>
        <w:t xml:space="preserve"> were</w:t>
      </w:r>
      <w:r>
        <w:t xml:space="preserve"> upstairs.</w:t>
      </w:r>
      <w:r>
        <w:t xml:space="preserve"> </w:t>
        <w:br/>
        <w:t>Marlo几小时前上门来</w:t>
        <w:br/>
        <w:t>Uh,</w:t>
      </w:r>
      <w:r>
        <w:t xml:space="preserve"> Marlo</w:t>
      </w:r>
      <w:r>
        <w:t xml:space="preserve"> showed</w:t>
      </w:r>
      <w:r>
        <w:t xml:space="preserve"> up</w:t>
      </w:r>
      <w:r>
        <w:t xml:space="preserve"> a</w:t>
      </w:r>
      <w:r>
        <w:t xml:space="preserve"> few</w:t>
      </w:r>
      <w:r>
        <w:t xml:space="preserve"> hours</w:t>
      </w:r>
      <w:r>
        <w:t xml:space="preserve"> ago.</w:t>
        <w:br/>
        <w:t>她累坏了</w:t>
        <w:br/>
        <w:t>She's</w:t>
      </w:r>
      <w:r>
        <w:t xml:space="preserve"> completely</w:t>
      </w:r>
      <w:r>
        <w:t xml:space="preserve"> exhausted.</w:t>
        <w:br/>
        <w:t>这小东西一直</w:t>
      </w:r>
      <w:r>
        <w:t xml:space="preserve"> 整天哭闹</w:t>
        <w:br/>
        <w:t>This</w:t>
      </w:r>
      <w:r>
        <w:t xml:space="preserve"> little</w:t>
      </w:r>
      <w:r>
        <w:t xml:space="preserve"> frog</w:t>
      </w:r>
      <w:r>
        <w:t xml:space="preserve"> has</w:t>
      </w:r>
      <w:r>
        <w:t xml:space="preserve"> been,</w:t>
      </w:r>
      <w:r>
        <w:t xml:space="preserve"> you</w:t>
      </w:r>
      <w:r>
        <w:t xml:space="preserve"> know,</w:t>
      </w:r>
      <w:r>
        <w:t xml:space="preserve"> crying</w:t>
      </w:r>
      <w:r>
        <w:t xml:space="preserve"> all</w:t>
      </w:r>
      <w:r>
        <w:t xml:space="preserve"> day</w:t>
      </w:r>
      <w:r>
        <w:t xml:space="preserve"> long,</w:t>
        <w:br/>
        <w:t>所以我就在街上绕圈</w:t>
        <w:br/>
        <w:t>so</w:t>
      </w:r>
      <w:r>
        <w:t xml:space="preserve"> I've</w:t>
      </w:r>
      <w:r>
        <w:t xml:space="preserve"> been</w:t>
      </w:r>
      <w:r>
        <w:t xml:space="preserve"> doing</w:t>
      </w:r>
      <w:r>
        <w:t xml:space="preserve"> laps</w:t>
      </w:r>
      <w:r>
        <w:t xml:space="preserve"> around</w:t>
      </w:r>
      <w:r>
        <w:t xml:space="preserve"> the</w:t>
      </w:r>
      <w:r>
        <w:t xml:space="preserve"> block</w:t>
      </w:r>
      <w:r>
        <w:t xml:space="preserve"> </w:t>
        <w:br/>
        <w:t>想安抚她</w:t>
        <w:br/>
        <w:t>to</w:t>
      </w:r>
      <w:r>
        <w:t xml:space="preserve"> try</w:t>
      </w:r>
      <w:r>
        <w:t xml:space="preserve"> to</w:t>
      </w:r>
      <w:r>
        <w:t xml:space="preserve"> calm</w:t>
      </w:r>
      <w:r>
        <w:t xml:space="preserve"> her</w:t>
      </w:r>
      <w:r>
        <w:t xml:space="preserve"> down.</w:t>
        <w:br/>
        <w:t>我有先打给你的</w:t>
        <w:br/>
        <w:t>I</w:t>
      </w:r>
      <w:r>
        <w:t xml:space="preserve"> tried</w:t>
      </w:r>
      <w:r>
        <w:t xml:space="preserve"> to</w:t>
      </w:r>
      <w:r>
        <w:t xml:space="preserve"> call</w:t>
      </w:r>
      <w:r>
        <w:t xml:space="preserve"> you</w:t>
      </w:r>
      <w:r>
        <w:t xml:space="preserve"> first.</w:t>
        <w:br/>
        <w:t>今天周四</w:t>
        <w:br/>
        <w:t>It's</w:t>
      </w:r>
      <w:r>
        <w:t xml:space="preserve"> Thursday.</w:t>
        <w:br/>
        <w:t>我...我完全给忘了</w:t>
        <w:br/>
        <w:t>Uh...</w:t>
      </w:r>
      <w:r>
        <w:t xml:space="preserve"> I-I</w:t>
      </w:r>
      <w:r>
        <w:t xml:space="preserve"> completely</w:t>
      </w:r>
      <w:r>
        <w:t xml:space="preserve"> lost</w:t>
      </w:r>
      <w:r>
        <w:t xml:space="preserve"> track.</w:t>
        <w:br/>
        <w:t>没关系</w:t>
      </w:r>
      <w:r>
        <w:t xml:space="preserve"> 知道吗</w:t>
      </w:r>
      <w:r>
        <w:t xml:space="preserve"> 你现在事儿这么多</w:t>
        <w:br/>
        <w:t>It's</w:t>
      </w:r>
      <w:r>
        <w:t xml:space="preserve"> okay.</w:t>
      </w:r>
      <w:r>
        <w:t xml:space="preserve"> You</w:t>
      </w:r>
      <w:r>
        <w:t xml:space="preserve"> know</w:t>
      </w:r>
      <w:r>
        <w:t xml:space="preserve"> what?</w:t>
      </w:r>
      <w:r>
        <w:t xml:space="preserve"> You</w:t>
      </w:r>
      <w:r>
        <w:t xml:space="preserve"> got</w:t>
      </w:r>
      <w:r>
        <w:t xml:space="preserve"> a</w:t>
      </w:r>
      <w:r>
        <w:t xml:space="preserve"> lot</w:t>
      </w:r>
      <w:r>
        <w:t xml:space="preserve"> on</w:t>
      </w:r>
      <w:r>
        <w:t xml:space="preserve"> your</w:t>
      </w:r>
      <w:r>
        <w:t xml:space="preserve"> plate</w:t>
      </w:r>
      <w:r>
        <w:t xml:space="preserve"> right</w:t>
      </w:r>
      <w:r>
        <w:t xml:space="preserve"> now.</w:t>
        <w:br/>
        <w:t>或许等Marlo醒了</w:t>
      </w:r>
      <w:r>
        <w:t xml:space="preserve"> 你可以跟她一起喝这个</w:t>
        <w:br/>
        <w:t>Maybe</w:t>
      </w:r>
      <w:r>
        <w:t xml:space="preserve"> you</w:t>
      </w:r>
      <w:r>
        <w:t xml:space="preserve"> can</w:t>
      </w:r>
      <w:r>
        <w:t xml:space="preserve"> share</w:t>
      </w:r>
      <w:r>
        <w:t xml:space="preserve"> this</w:t>
      </w:r>
      <w:r>
        <w:t xml:space="preserve"> with</w:t>
      </w:r>
      <w:r>
        <w:t xml:space="preserve"> Marlo</w:t>
      </w:r>
      <w:r>
        <w:t xml:space="preserve"> when</w:t>
      </w:r>
      <w:r>
        <w:t xml:space="preserve"> she</w:t>
      </w:r>
      <w:r>
        <w:t xml:space="preserve"> wakes</w:t>
      </w:r>
      <w:r>
        <w:t xml:space="preserve"> up.</w:t>
      </w:r>
      <w:r>
        <w:t xml:space="preserve"> </w:t>
        <w:br/>
        <w:t>挺好的</w:t>
        <w:br/>
        <w:t>That</w:t>
      </w:r>
      <w:r>
        <w:t xml:space="preserve"> would</w:t>
      </w:r>
      <w:r>
        <w:t xml:space="preserve"> be</w:t>
      </w:r>
      <w:r>
        <w:t xml:space="preserve"> nice.</w:t>
        <w:br/>
        <w:t>她带着孩子没地方去</w:t>
        <w:br/>
        <w:t>She</w:t>
      </w:r>
      <w:r>
        <w:t xml:space="preserve"> had</w:t>
      </w:r>
      <w:r>
        <w:t xml:space="preserve"> no</w:t>
      </w:r>
      <w:r>
        <w:t xml:space="preserve"> place</w:t>
      </w:r>
      <w:r>
        <w:t xml:space="preserve"> else</w:t>
      </w:r>
      <w:r>
        <w:t xml:space="preserve"> to</w:t>
      </w:r>
      <w:r>
        <w:t xml:space="preserve"> take</w:t>
      </w:r>
      <w:r>
        <w:t xml:space="preserve"> the</w:t>
      </w:r>
      <w:r>
        <w:t xml:space="preserve"> baby.</w:t>
      </w:r>
      <w:r>
        <w:t xml:space="preserve"> </w:t>
        <w:br/>
        <w:t>她需要休息</w:t>
      </w:r>
      <w:r>
        <w:t xml:space="preserve"> 好吗?</w:t>
        <w:br/>
        <w:t>She's</w:t>
      </w:r>
      <w:r>
        <w:t xml:space="preserve"> got</w:t>
      </w:r>
      <w:r>
        <w:t xml:space="preserve"> to</w:t>
      </w:r>
      <w:r>
        <w:t xml:space="preserve"> get</w:t>
      </w:r>
      <w:r>
        <w:t xml:space="preserve"> some</w:t>
      </w:r>
      <w:r>
        <w:t xml:space="preserve"> sleep,</w:t>
      </w:r>
      <w:r>
        <w:t xml:space="preserve"> okay?</w:t>
        <w:br/>
        <w:t>我们不希望她没觉睡</w:t>
        <w:br/>
        <w:t>So,</w:t>
      </w:r>
      <w:r>
        <w:t xml:space="preserve"> you</w:t>
      </w:r>
      <w:r>
        <w:t xml:space="preserve"> know,</w:t>
      </w:r>
      <w:r>
        <w:t xml:space="preserve"> we</w:t>
      </w:r>
      <w:r>
        <w:t xml:space="preserve"> don't</w:t>
      </w:r>
      <w:r>
        <w:t xml:space="preserve"> want</w:t>
      </w:r>
      <w:r>
        <w:t xml:space="preserve"> her</w:t>
      </w:r>
      <w:r>
        <w:t xml:space="preserve"> to</w:t>
      </w:r>
      <w:r>
        <w:t xml:space="preserve"> not</w:t>
      </w:r>
      <w:r>
        <w:t xml:space="preserve"> sleep.</w:t>
        <w:br/>
        <w:t>我们在一起想办法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记得吗?</w:t>
        <w:br/>
        <w:t>We're</w:t>
      </w:r>
      <w:r>
        <w:t xml:space="preserve"> all</w:t>
      </w:r>
      <w:r>
        <w:t xml:space="preserve"> trying</w:t>
      </w:r>
      <w:r>
        <w:t xml:space="preserve"> to</w:t>
      </w:r>
      <w:r>
        <w:t xml:space="preserve"> figure</w:t>
      </w:r>
      <w:r>
        <w:t xml:space="preserve"> this</w:t>
      </w:r>
      <w:r>
        <w:t xml:space="preserve"> out</w:t>
      </w:r>
      <w:r>
        <w:t xml:space="preserve"> together,</w:t>
      </w:r>
      <w:r>
        <w:t xml:space="preserve"> remember?</w:t>
        <w:br/>
        <w:t>是啊是啊</w:t>
      </w:r>
      <w:r>
        <w:t xml:space="preserve"> 怎么忘得了</w:t>
        <w:br/>
        <w:t>Yeah.</w:t>
      </w:r>
      <w:r>
        <w:t xml:space="preserve"> Yeah.</w:t>
      </w:r>
      <w:r>
        <w:t xml:space="preserve"> How</w:t>
      </w:r>
      <w:r>
        <w:t xml:space="preserve"> could</w:t>
      </w:r>
      <w:r>
        <w:t xml:space="preserve"> I</w:t>
      </w:r>
      <w:r>
        <w:t xml:space="preserve"> forget?</w:t>
        <w:br/>
        <w:t>Andy</w:t>
      </w:r>
      <w:r>
        <w:t xml:space="preserve"> </w:t>
      </w:r>
      <w:r>
        <w:t xml:space="preserve"> Andy</w:t>
      </w:r>
      <w:r>
        <w:t xml:space="preserve"> 别这样</w:t>
      </w:r>
      <w:r>
        <w:t xml:space="preserve"> 抱歉</w:t>
        <w:br/>
        <w:t>Andy.</w:t>
      </w:r>
      <w:r>
        <w:t xml:space="preserve"> Andy,</w:t>
      </w:r>
      <w:r>
        <w:t xml:space="preserve"> come</w:t>
      </w:r>
      <w:r>
        <w:t xml:space="preserve"> on.</w:t>
      </w:r>
      <w:r>
        <w:t xml:space="preserve"> I'm</w:t>
      </w:r>
      <w:r>
        <w:t xml:space="preserve"> sorry.</w:t>
        <w:br/>
        <w:t>晚安</w:t>
        <w:br/>
        <w:t>Good</w:t>
      </w:r>
      <w:r>
        <w:t xml:space="preserve"> night.</w:t>
      </w:r>
      <w:r>
        <w:t xml:space="preserve"> </w:t>
        <w:br/>
        <w:t>别这样</w:t>
        <w:br/>
        <w:t>Please.</w:t>
        <w:br/>
        <w:t>我本来想说</w:t>
      </w:r>
      <w:r>
        <w:t xml:space="preserve"> "我就喝跟她一样的"</w:t>
        <w:br/>
        <w:t>I</w:t>
      </w:r>
      <w:r>
        <w:t xml:space="preserve"> was</w:t>
      </w:r>
      <w:r>
        <w:t xml:space="preserve"> gonna</w:t>
      </w:r>
      <w:r>
        <w:t xml:space="preserve"> say,</w:t>
      </w:r>
      <w:r>
        <w:t xml:space="preserve"> "I'll</w:t>
      </w:r>
      <w:r>
        <w:t xml:space="preserve"> have</w:t>
      </w:r>
      <w:r>
        <w:t xml:space="preserve"> what</w:t>
      </w:r>
      <w:r>
        <w:t xml:space="preserve"> she's</w:t>
      </w:r>
      <w:r>
        <w:t xml:space="preserve"> having,"</w:t>
      </w:r>
      <w:r>
        <w:t xml:space="preserve"> </w:t>
        <w:br/>
        <w:t>但现在重新考虑了</w:t>
        <w:br/>
        <w:t>but</w:t>
      </w:r>
      <w:r>
        <w:t xml:space="preserve"> now</w:t>
      </w:r>
      <w:r>
        <w:t xml:space="preserve"> I'm</w:t>
      </w:r>
      <w:r>
        <w:t xml:space="preserve"> reconsidering.</w:t>
        <w:br/>
        <w:t>打扰一下</w:t>
      </w:r>
      <w:r>
        <w:t xml:space="preserve"> 给我瓶啤酒?</w:t>
        <w:br/>
        <w:t>Excuse</w:t>
      </w:r>
      <w:r>
        <w:t xml:space="preserve"> me.</w:t>
      </w:r>
      <w:r>
        <w:t xml:space="preserve"> Can</w:t>
      </w:r>
      <w:r>
        <w:t xml:space="preserve"> I</w:t>
      </w:r>
      <w:r>
        <w:t xml:space="preserve"> grab</w:t>
      </w:r>
      <w:r>
        <w:t xml:space="preserve"> a</w:t>
      </w:r>
      <w:r>
        <w:t xml:space="preserve"> beer?</w:t>
        <w:br/>
        <w:t>你不是应该在温哥华吗</w:t>
        <w:br/>
        <w:t>I</w:t>
      </w:r>
      <w:r>
        <w:t xml:space="preserve"> thought</w:t>
      </w:r>
      <w:r>
        <w:t xml:space="preserve"> you</w:t>
      </w:r>
      <w:r>
        <w:t xml:space="preserve"> were</w:t>
      </w:r>
      <w:r>
        <w:t xml:space="preserve"> supposed</w:t>
      </w:r>
      <w:r>
        <w:t xml:space="preserve"> to</w:t>
      </w:r>
      <w:r>
        <w:t xml:space="preserve"> be</w:t>
      </w:r>
      <w:r>
        <w:t xml:space="preserve"> in</w:t>
      </w:r>
      <w:r>
        <w:t xml:space="preserve"> Vancouver.</w:t>
      </w:r>
      <w:r>
        <w:t xml:space="preserve"> </w:t>
        <w:br/>
        <w:t>明天才去</w:t>
        <w:br/>
        <w:t>Not</w:t>
      </w:r>
      <w:r>
        <w:t xml:space="preserve"> till</w:t>
      </w:r>
      <w:r>
        <w:t xml:space="preserve"> tomorrow.</w:t>
        <w:br/>
        <w:t>Steve</w:t>
      </w:r>
      <w:r>
        <w:t xml:space="preserve"> Peck的听证会我要作证</w:t>
        <w:br/>
        <w:t>I</w:t>
      </w:r>
      <w:r>
        <w:t xml:space="preserve"> have</w:t>
      </w:r>
      <w:r>
        <w:t xml:space="preserve"> to</w:t>
      </w:r>
      <w:r>
        <w:t xml:space="preserve"> testify</w:t>
      </w:r>
      <w:r>
        <w:t xml:space="preserve"> at</w:t>
      </w:r>
      <w:r>
        <w:t xml:space="preserve"> Steve</w:t>
      </w:r>
      <w:r>
        <w:t xml:space="preserve"> peck's</w:t>
      </w:r>
      <w:r>
        <w:t xml:space="preserve"> hearing.</w:t>
      </w:r>
      <w:r>
        <w:t xml:space="preserve"> </w:t>
        <w:br/>
        <w:t>真幸运</w:t>
      </w:r>
      <w:r>
        <w:t xml:space="preserve"> 可以躲过这场闹剧</w:t>
        <w:br/>
        <w:t>Lucky</w:t>
      </w:r>
      <w:r>
        <w:t xml:space="preserve"> you...</w:t>
      </w:r>
      <w:r>
        <w:t xml:space="preserve"> get</w:t>
      </w:r>
      <w:r>
        <w:t xml:space="preserve"> away</w:t>
      </w:r>
      <w:r>
        <w:t xml:space="preserve"> from</w:t>
      </w:r>
      <w:r>
        <w:t xml:space="preserve"> all</w:t>
      </w:r>
      <w:r>
        <w:t xml:space="preserve"> this</w:t>
      </w:r>
      <w:r>
        <w:t xml:space="preserve"> drama.</w:t>
        <w:br/>
        <w:t>Andy</w:t>
      </w:r>
      <w:r>
        <w:t xml:space="preserve"> 你应该再也不会见到我了</w:t>
        <w:br/>
        <w:t>You</w:t>
      </w:r>
      <w:r>
        <w:t xml:space="preserve"> know,</w:t>
      </w:r>
      <w:r>
        <w:t xml:space="preserve"> Andy,</w:t>
      </w:r>
      <w:r>
        <w:t xml:space="preserve"> you're</w:t>
      </w:r>
      <w:r>
        <w:t xml:space="preserve"> probably</w:t>
      </w:r>
      <w:r>
        <w:t xml:space="preserve"> never</w:t>
      </w:r>
      <w:r>
        <w:t xml:space="preserve"> gonna</w:t>
      </w:r>
      <w:r>
        <w:t xml:space="preserve"> see</w:t>
      </w:r>
      <w:r>
        <w:t xml:space="preserve"> me</w:t>
      </w:r>
      <w:r>
        <w:t xml:space="preserve"> again...</w:t>
        <w:br/>
        <w:t>所以</w:t>
      </w:r>
      <w:r>
        <w:t xml:space="preserve"> 谢谢你</w:t>
      </w:r>
      <w:r>
        <w:t xml:space="preserve"> 我是说</w:t>
        <w:br/>
        <w:t>So,</w:t>
      </w:r>
      <w:r>
        <w:t xml:space="preserve"> thank</w:t>
      </w:r>
      <w:r>
        <w:t xml:space="preserve"> you...I</w:t>
      </w:r>
      <w:r>
        <w:t xml:space="preserve"> mean</w:t>
        <w:br/>
        <w:t>如果你愿意聊聊</w:t>
        <w:br/>
        <w:t>if</w:t>
      </w:r>
      <w:r>
        <w:t xml:space="preserve"> you</w:t>
      </w:r>
      <w:r>
        <w:t xml:space="preserve"> want</w:t>
      </w:r>
      <w:r>
        <w:t xml:space="preserve"> to</w:t>
      </w:r>
      <w:r>
        <w:t xml:space="preserve"> talk...</w:t>
        <w:br/>
        <w:t>我们有计划的</w:t>
      </w:r>
      <w:r>
        <w:t xml:space="preserve"> Sam和我</w:t>
        <w:br/>
        <w:t>We</w:t>
      </w:r>
      <w:r>
        <w:t xml:space="preserve"> had</w:t>
      </w:r>
      <w:r>
        <w:t xml:space="preserve"> plans...</w:t>
      </w:r>
      <w:r>
        <w:t xml:space="preserve"> Sam</w:t>
      </w:r>
      <w:r>
        <w:t xml:space="preserve"> and</w:t>
      </w:r>
      <w:r>
        <w:t xml:space="preserve"> I.</w:t>
        <w:br/>
        <w:t>不只是今晚</w:t>
      </w:r>
      <w:r>
        <w:t xml:space="preserve"> 我是说我们的人生</w:t>
        <w:br/>
        <w:t>Not...</w:t>
      </w:r>
      <w:r>
        <w:t xml:space="preserve"> not</w:t>
      </w:r>
      <w:r>
        <w:t xml:space="preserve"> just</w:t>
      </w:r>
      <w:r>
        <w:t xml:space="preserve"> for</w:t>
      </w:r>
      <w:r>
        <w:t xml:space="preserve"> tonight.</w:t>
      </w:r>
      <w:r>
        <w:t xml:space="preserve"> I</w:t>
      </w:r>
      <w:r>
        <w:t xml:space="preserve"> mean</w:t>
      </w:r>
      <w:r>
        <w:t xml:space="preserve"> for</w:t>
      </w:r>
      <w:r>
        <w:t xml:space="preserve"> our</w:t>
      </w:r>
      <w:r>
        <w:t xml:space="preserve"> life.</w:t>
        <w:br/>
        <w:t>我们要结婚了</w:t>
        <w:br/>
        <w:t>We're</w:t>
      </w:r>
      <w:r>
        <w:t xml:space="preserve"> getting</w:t>
      </w:r>
      <w:r>
        <w:t xml:space="preserve"> married.</w:t>
        <w:br/>
        <w:t>眼下这种情况我怎么能嫁给他?</w:t>
        <w:br/>
        <w:t>How</w:t>
      </w:r>
      <w:r>
        <w:t xml:space="preserve"> am</w:t>
      </w:r>
      <w:r>
        <w:t xml:space="preserve"> I</w:t>
      </w:r>
      <w:r>
        <w:t xml:space="preserve"> supposed</w:t>
      </w:r>
      <w:r>
        <w:t xml:space="preserve"> to</w:t>
      </w:r>
      <w:r>
        <w:t xml:space="preserve"> marry</w:t>
      </w:r>
      <w:r>
        <w:t xml:space="preserve"> him</w:t>
      </w:r>
      <w:r>
        <w:t xml:space="preserve"> in</w:t>
      </w:r>
      <w:r>
        <w:t xml:space="preserve"> the</w:t>
      </w:r>
      <w:r>
        <w:t xml:space="preserve"> middle</w:t>
      </w:r>
      <w:r>
        <w:t xml:space="preserve"> of</w:t>
      </w:r>
      <w:r>
        <w:t xml:space="preserve"> all</w:t>
      </w:r>
      <w:r>
        <w:t xml:space="preserve"> this?</w:t>
        <w:br/>
        <w:t>还有让我搞不懂的是Marlo</w:t>
        <w:br/>
        <w:t>A-another</w:t>
      </w:r>
      <w:r>
        <w:t xml:space="preserve"> thing</w:t>
      </w:r>
      <w:r>
        <w:t xml:space="preserve"> I'm</w:t>
      </w:r>
      <w:r>
        <w:t xml:space="preserve"> really</w:t>
      </w:r>
      <w:r>
        <w:t xml:space="preserve"> confused</w:t>
      </w:r>
      <w:r>
        <w:t xml:space="preserve"> about</w:t>
      </w:r>
      <w:r>
        <w:t xml:space="preserve"> is</w:t>
      </w:r>
      <w:r>
        <w:t xml:space="preserve"> Marlo.</w:t>
        <w:br/>
        <w:t>比如</w:t>
      </w:r>
      <w:r>
        <w:t xml:space="preserve"> 从一开始</w:t>
      </w:r>
      <w:r>
        <w:t xml:space="preserve"> 她就打算一个人扛了</w:t>
        <w:br/>
        <w:t>Like,</w:t>
      </w:r>
      <w:r>
        <w:t xml:space="preserve"> right</w:t>
      </w:r>
      <w:r>
        <w:t xml:space="preserve"> from</w:t>
      </w:r>
      <w:r>
        <w:t xml:space="preserve"> the</w:t>
      </w:r>
      <w:r>
        <w:t xml:space="preserve"> beginning,</w:t>
      </w:r>
      <w:r>
        <w:t xml:space="preserve"> she</w:t>
      </w:r>
      <w:r>
        <w:t xml:space="preserve"> had</w:t>
      </w:r>
      <w:r>
        <w:t xml:space="preserve"> planned</w:t>
      </w:r>
      <w:r>
        <w:t xml:space="preserve"> to</w:t>
      </w:r>
      <w:r>
        <w:t xml:space="preserve"> do</w:t>
      </w:r>
      <w:r>
        <w:t xml:space="preserve"> this</w:t>
      </w:r>
      <w:r>
        <w:t xml:space="preserve"> on</w:t>
      </w:r>
      <w:r>
        <w:t xml:space="preserve"> her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own.</w:t>
        <w:br/>
        <w:t>所以怎样</w:t>
      </w:r>
      <w:r>
        <w:t xml:space="preserve"> 除了Sam她是找不到别人了么</w:t>
        <w:br/>
        <w:t>So,</w:t>
      </w:r>
      <w:r>
        <w:t xml:space="preserve"> what,</w:t>
      </w:r>
      <w:r>
        <w:t xml:space="preserve"> she</w:t>
      </w:r>
      <w:r>
        <w:t xml:space="preserve"> has</w:t>
      </w:r>
      <w:r>
        <w:t xml:space="preserve"> no</w:t>
      </w:r>
      <w:r>
        <w:t xml:space="preserve"> other</w:t>
      </w:r>
      <w:r>
        <w:t xml:space="preserve"> backup</w:t>
      </w:r>
      <w:r>
        <w:t xml:space="preserve"> plan</w:t>
      </w:r>
      <w:r>
        <w:t xml:space="preserve"> other</w:t>
      </w:r>
      <w:r>
        <w:t xml:space="preserve"> than</w:t>
      </w:r>
      <w:r>
        <w:t xml:space="preserve"> Sam?</w:t>
        <w:br/>
        <w:t>麻烦你</w:t>
      </w:r>
      <w:r>
        <w:t xml:space="preserve"> 给她加酒</w:t>
        <w:br/>
        <w:t>Excuse</w:t>
      </w:r>
      <w:r>
        <w:t xml:space="preserve"> me.</w:t>
      </w:r>
      <w:r>
        <w:t xml:space="preserve"> Can</w:t>
      </w:r>
      <w:r>
        <w:t xml:space="preserve"> you</w:t>
      </w:r>
      <w:r>
        <w:t xml:space="preserve"> top</w:t>
      </w:r>
      <w:r>
        <w:t xml:space="preserve"> her</w:t>
      </w:r>
      <w:r>
        <w:t xml:space="preserve"> up?</w:t>
        <w:br/>
        <w:t>你有跟Sam聊过吗</w:t>
        <w:br/>
        <w:t>Well,</w:t>
      </w:r>
      <w:r>
        <w:t xml:space="preserve"> have</w:t>
      </w:r>
      <w:r>
        <w:t xml:space="preserve"> you</w:t>
      </w:r>
      <w:r>
        <w:t xml:space="preserve"> talked</w:t>
      </w:r>
      <w:r>
        <w:t xml:space="preserve"> to</w:t>
      </w:r>
      <w:r>
        <w:t xml:space="preserve"> Sam</w:t>
      </w:r>
      <w:r>
        <w:t xml:space="preserve"> about</w:t>
      </w:r>
      <w:r>
        <w:t xml:space="preserve"> it?</w:t>
      </w:r>
      <w:r>
        <w:t xml:space="preserve"> </w:t>
        <w:br/>
        <w:t>说什么?</w:t>
        <w:br/>
        <w:t>And</w:t>
      </w:r>
      <w:r>
        <w:t xml:space="preserve"> say</w:t>
      </w:r>
      <w:r>
        <w:t xml:space="preserve"> what?</w:t>
        <w:br/>
        <w:t>他能怎么做?</w:t>
        <w:br/>
        <w:t>What</w:t>
      </w:r>
      <w:r>
        <w:t xml:space="preserve"> can</w:t>
      </w:r>
      <w:r>
        <w:t xml:space="preserve"> he</w:t>
      </w:r>
      <w:r>
        <w:t xml:space="preserve"> do?</w:t>
        <w:br/>
        <w:t>我只希望能快进</w:t>
      </w:r>
      <w:r>
        <w:t xml:space="preserve"> 明白吗?</w:t>
        <w:br/>
        <w:t>I</w:t>
      </w:r>
      <w:r>
        <w:t xml:space="preserve"> just</w:t>
      </w:r>
      <w:r>
        <w:t xml:space="preserve"> wish</w:t>
      </w:r>
      <w:r>
        <w:t xml:space="preserve"> I</w:t>
      </w:r>
      <w:r>
        <w:t xml:space="preserve"> could</w:t>
      </w:r>
      <w:r>
        <w:t xml:space="preserve"> fast-forward</w:t>
      </w:r>
      <w:r>
        <w:t xml:space="preserve"> through</w:t>
      </w:r>
      <w:r>
        <w:t xml:space="preserve"> all</w:t>
      </w:r>
      <w:r>
        <w:t xml:space="preserve"> this,</w:t>
      </w:r>
      <w:r>
        <w:t xml:space="preserve"> you</w:t>
      </w:r>
      <w:r>
        <w:t xml:space="preserve"> know?</w:t>
        <w:br/>
        <w:t>Andy</w:t>
      </w:r>
      <w:r>
        <w:t xml:space="preserve"> 我要在温哥华组织一个新的卧底行动</w:t>
        <w:br/>
        <w:t>YOU</w:t>
      </w:r>
      <w:r>
        <w:t xml:space="preserve"> KNOW,</w:t>
      </w:r>
      <w:r>
        <w:t xml:space="preserve"> ANDYI'm</w:t>
      </w:r>
      <w:r>
        <w:t xml:space="preserve"> organizing</w:t>
      </w:r>
      <w:r>
        <w:t xml:space="preserve"> a</w:t>
      </w:r>
      <w:r>
        <w:t xml:space="preserve"> new</w:t>
      </w:r>
      <w:r>
        <w:t xml:space="preserve"> U.C.</w:t>
      </w:r>
      <w:r>
        <w:t xml:space="preserve"> Operation</w:t>
      </w:r>
      <w:r>
        <w:t xml:space="preserve"> in</w:t>
      </w:r>
      <w:r>
        <w:t xml:space="preserve"> Vancouver.</w:t>
        <w:br/>
        <w:t>五个月</w:t>
      </w:r>
      <w:r>
        <w:t xml:space="preserve"> 需要生面孔来当卧底</w:t>
        <w:br/>
        <w:t>It's</w:t>
      </w:r>
      <w:r>
        <w:t xml:space="preserve"> five</w:t>
      </w:r>
      <w:r>
        <w:t xml:space="preserve"> months,</w:t>
      </w:r>
      <w:r>
        <w:t xml:space="preserve"> and</w:t>
      </w:r>
      <w:r>
        <w:t xml:space="preserve"> I</w:t>
      </w:r>
      <w:r>
        <w:t xml:space="preserve"> could</w:t>
      </w:r>
      <w:r>
        <w:t xml:space="preserve"> use</w:t>
      </w:r>
      <w:r>
        <w:t xml:space="preserve"> an</w:t>
      </w:r>
      <w:r>
        <w:t xml:space="preserve"> operative</w:t>
      </w:r>
      <w:r>
        <w:t xml:space="preserve"> that's</w:t>
      </w:r>
      <w:r>
        <w:t xml:space="preserve"> unknown</w:t>
      </w:r>
      <w:r>
        <w:t xml:space="preserve"> in</w:t>
      </w:r>
      <w:r>
        <w:t xml:space="preserve"> the</w:t>
      </w:r>
      <w:r>
        <w:t xml:space="preserve"> city.</w:t>
        <w:br/>
        <w:t>是啊</w:t>
      </w:r>
      <w:r>
        <w:t xml:space="preserve"> 可我答应Sam会陪着他的</w:t>
        <w:br/>
        <w:t>Yeah,</w:t>
      </w:r>
      <w:r>
        <w:t xml:space="preserve"> well,</w:t>
      </w:r>
      <w:r>
        <w:t xml:space="preserve"> I</w:t>
      </w:r>
      <w:r>
        <w:t xml:space="preserve"> promised</w:t>
      </w:r>
      <w:r>
        <w:t xml:space="preserve"> Sam</w:t>
      </w:r>
      <w:r>
        <w:t xml:space="preserve"> that</w:t>
      </w:r>
      <w:r>
        <w:t xml:space="preserve"> I</w:t>
      </w:r>
      <w:r>
        <w:t xml:space="preserve"> would</w:t>
      </w:r>
      <w:r>
        <w:t xml:space="preserve"> stick</w:t>
      </w:r>
      <w:r>
        <w:t xml:space="preserve"> by</w:t>
      </w:r>
      <w:r>
        <w:t xml:space="preserve"> him.</w:t>
        <w:br/>
        <w:t>当作是尘埃落定前的暂停</w:t>
        <w:br/>
        <w:t>Think</w:t>
      </w:r>
      <w:r>
        <w:t xml:space="preserve"> of</w:t>
      </w:r>
      <w:r>
        <w:t xml:space="preserve"> it</w:t>
      </w:r>
      <w:r>
        <w:t xml:space="preserve"> as</w:t>
      </w:r>
      <w:r>
        <w:t xml:space="preserve"> hitting</w:t>
      </w:r>
      <w:r>
        <w:t xml:space="preserve"> pause</w:t>
      </w:r>
      <w:r>
        <w:t xml:space="preserve"> till</w:t>
      </w:r>
      <w:r>
        <w:t xml:space="preserve"> the</w:t>
      </w:r>
      <w:r>
        <w:t xml:space="preserve"> dust</w:t>
      </w:r>
      <w:r>
        <w:t xml:space="preserve"> settles.</w:t>
        <w:br/>
        <w:t>说不定有好处呢</w:t>
      </w:r>
      <w:r>
        <w:t xml:space="preserve"> 考虑一下</w:t>
        <w:br/>
        <w:t>It</w:t>
      </w:r>
      <w:r>
        <w:t xml:space="preserve"> might</w:t>
      </w:r>
      <w:r>
        <w:t xml:space="preserve"> be</w:t>
      </w:r>
      <w:r>
        <w:t xml:space="preserve"> good.</w:t>
      </w:r>
      <w:r>
        <w:t xml:space="preserve"> Think</w:t>
      </w:r>
      <w:r>
        <w:t xml:space="preserve"> about</w:t>
      </w:r>
      <w:r>
        <w:t xml:space="preserve"> it.</w:t>
        <w:br/>
        <w:t>我这身打扮表达了什么?</w:t>
        <w:br/>
        <w:t>What</w:t>
      </w:r>
      <w:r>
        <w:t xml:space="preserve"> does</w:t>
      </w:r>
      <w:r>
        <w:t xml:space="preserve"> my</w:t>
      </w:r>
      <w:r>
        <w:t xml:space="preserve"> outfit</w:t>
      </w:r>
      <w:r>
        <w:t xml:space="preserve"> say</w:t>
      </w:r>
      <w:r>
        <w:t xml:space="preserve"> to</w:t>
      </w:r>
      <w:r>
        <w:t xml:space="preserve"> you?</w:t>
        <w:br/>
        <w:t>"我穿着衣服"</w:t>
        <w:br/>
        <w:t>"I'm</w:t>
      </w:r>
      <w:r>
        <w:t xml:space="preserve"> wearing</w:t>
      </w:r>
      <w:r>
        <w:t xml:space="preserve"> clothes."</w:t>
      </w:r>
      <w:r>
        <w:t xml:space="preserve"> </w:t>
        <w:br/>
        <w:t>是说"我哥是好人</w:t>
        <w:br/>
        <w:t>Does</w:t>
      </w:r>
      <w:r>
        <w:t xml:space="preserve"> it</w:t>
      </w:r>
      <w:r>
        <w:t xml:space="preserve"> say</w:t>
      </w:r>
      <w:r>
        <w:t xml:space="preserve"> that,</w:t>
      </w:r>
      <w:r>
        <w:t xml:space="preserve"> "my</w:t>
      </w:r>
      <w:r>
        <w:t xml:space="preserve"> brother</w:t>
      </w:r>
      <w:r>
        <w:t xml:space="preserve"> is</w:t>
      </w:r>
      <w:r>
        <w:t xml:space="preserve"> a</w:t>
      </w:r>
      <w:r>
        <w:t xml:space="preserve"> good</w:t>
      </w:r>
      <w:r>
        <w:t xml:space="preserve"> guy,</w:t>
        <w:br/>
        <w:t>请不要送他进监狱"</w:t>
        <w:br/>
        <w:t>so</w:t>
      </w:r>
      <w:r>
        <w:t xml:space="preserve"> please</w:t>
      </w:r>
      <w:r>
        <w:t xml:space="preserve"> don't</w:t>
      </w:r>
      <w:r>
        <w:t xml:space="preserve"> send</w:t>
      </w:r>
      <w:r>
        <w:t xml:space="preserve"> him</w:t>
      </w:r>
      <w:r>
        <w:t xml:space="preserve"> to</w:t>
      </w:r>
      <w:r>
        <w:t xml:space="preserve"> prison"</w:t>
      </w:r>
      <w:r>
        <w:t xml:space="preserve"> </w:t>
        <w:br/>
        <w:t>还是"我是个不可靠的证人</w:t>
        <w:br/>
        <w:t>or</w:t>
      </w:r>
      <w:r>
        <w:t xml:space="preserve"> that,</w:t>
      </w:r>
      <w:r>
        <w:t xml:space="preserve"> "I'm</w:t>
      </w:r>
      <w:r>
        <w:t xml:space="preserve"> an</w:t>
      </w:r>
      <w:r>
        <w:t xml:space="preserve"> unreliable</w:t>
      </w:r>
      <w:r>
        <w:t xml:space="preserve"> witness,</w:t>
        <w:br/>
        <w:t>所以请送他上电椅?"</w:t>
        <w:br/>
        <w:t>so</w:t>
      </w:r>
      <w:r>
        <w:t xml:space="preserve"> please</w:t>
      </w:r>
      <w:r>
        <w:t xml:space="preserve"> send</w:t>
      </w:r>
      <w:r>
        <w:t xml:space="preserve"> him</w:t>
      </w:r>
      <w:r>
        <w:t xml:space="preserve"> to</w:t>
      </w:r>
      <w:r>
        <w:t xml:space="preserve"> the</w:t>
      </w:r>
      <w:r>
        <w:t xml:space="preserve"> electric</w:t>
      </w:r>
      <w:r>
        <w:t xml:space="preserve"> chair"?</w:t>
        <w:br/>
        <w:t>过来</w:t>
        <w:br/>
        <w:t>Bring</w:t>
      </w:r>
      <w:r>
        <w:t xml:space="preserve"> it</w:t>
      </w:r>
      <w:r>
        <w:t xml:space="preserve"> in.</w:t>
        <w:br/>
        <w:t>好吗</w:t>
        <w:br/>
        <w:t>Okay?</w:t>
        <w:br/>
        <w:t>你要走进去</w:t>
      </w:r>
      <w:r>
        <w:t xml:space="preserve"> 说出真&amp;hearts;相&amp;hearts;</w:t>
        <w:br/>
        <w:t>You're</w:t>
      </w:r>
      <w:r>
        <w:t xml:space="preserve"> gonna</w:t>
      </w:r>
      <w:r>
        <w:t xml:space="preserve"> go</w:t>
      </w:r>
      <w:r>
        <w:t xml:space="preserve"> in</w:t>
      </w:r>
      <w:r>
        <w:t xml:space="preserve"> there.</w:t>
      </w:r>
      <w:r>
        <w:t xml:space="preserve"> You're</w:t>
      </w:r>
      <w:r>
        <w:t xml:space="preserve"> gonna</w:t>
      </w:r>
      <w:r>
        <w:t xml:space="preserve"> tell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truth.</w:t>
        <w:br/>
        <w:t>其他一切就交给法官</w:t>
        <w:br/>
        <w:t>Everything</w:t>
      </w:r>
      <w:r>
        <w:t xml:space="preserve"> else</w:t>
      </w:r>
      <w:r>
        <w:t xml:space="preserve"> is</w:t>
      </w:r>
      <w:r>
        <w:t xml:space="preserve"> up</w:t>
      </w:r>
      <w:r>
        <w:t xml:space="preserve"> to</w:t>
      </w:r>
      <w:r>
        <w:t xml:space="preserve"> the</w:t>
      </w:r>
      <w:r>
        <w:t xml:space="preserve"> judge.</w:t>
        <w:br/>
        <w:t>我不愿承认</w:t>
        <w:br/>
        <w:t>I</w:t>
      </w:r>
      <w:r>
        <w:t xml:space="preserve"> hate</w:t>
      </w:r>
      <w:r>
        <w:t xml:space="preserve"> to</w:t>
      </w:r>
      <w:r>
        <w:t xml:space="preserve"> admit</w:t>
      </w:r>
      <w:r>
        <w:t xml:space="preserve"> this,</w:t>
      </w:r>
      <w:r>
        <w:t xml:space="preserve"> </w:t>
        <w:br/>
        <w:t>但我真不知道没有你可怎么办</w:t>
        <w:br/>
        <w:t>but</w:t>
      </w:r>
      <w:r>
        <w:t xml:space="preserve"> I</w:t>
      </w:r>
      <w:r>
        <w:t xml:space="preserve"> really</w:t>
      </w:r>
      <w:r>
        <w:t xml:space="preserve"> don't</w:t>
      </w:r>
      <w:r>
        <w:t xml:space="preserve"> know</w:t>
      </w:r>
      <w:r>
        <w:t xml:space="preserve"> what</w:t>
      </w:r>
      <w:r>
        <w:t xml:space="preserve"> I</w:t>
      </w:r>
      <w:r>
        <w:t xml:space="preserve"> would</w:t>
      </w:r>
      <w:r>
        <w:t xml:space="preserve"> do</w:t>
      </w:r>
      <w:r>
        <w:t xml:space="preserve"> without</w:t>
      </w:r>
      <w:r>
        <w:t xml:space="preserve"> you.</w:t>
        <w:br/>
        <w:t>出来之后马上打给我</w:t>
        <w:br/>
        <w:t>Call</w:t>
      </w:r>
      <w:r>
        <w:t xml:space="preserve"> me</w:t>
      </w:r>
      <w:r>
        <w:t xml:space="preserve"> as</w:t>
      </w:r>
      <w:r>
        <w:t xml:space="preserve"> soon</w:t>
      </w:r>
      <w:r>
        <w:t xml:space="preserve"> as</w:t>
      </w:r>
      <w:r>
        <w:t xml:space="preserve"> you're</w:t>
      </w:r>
      <w:r>
        <w:t xml:space="preserve"> out</w:t>
      </w:r>
      <w:r>
        <w:t xml:space="preserve"> of</w:t>
      </w:r>
      <w:r>
        <w:t xml:space="preserve"> court.</w:t>
        <w:br/>
        <w:t>督查</w:t>
        <w:br/>
        <w:t>Inspector.</w:t>
        <w:br/>
        <w:t>爸爸</w:t>
        <w:br/>
        <w:t>Dad.</w:t>
      </w:r>
      <w:r>
        <w:t xml:space="preserve"> </w:t>
        <w:br/>
        <w:t>Chris</w:t>
        <w:br/>
        <w:t>Chris.</w:t>
        <w:br/>
        <w:t>你今天很精神</w:t>
        <w:br/>
        <w:t>You</w:t>
      </w:r>
      <w:r>
        <w:t xml:space="preserve"> look</w:t>
      </w:r>
      <w:r>
        <w:t xml:space="preserve"> nice</w:t>
      </w:r>
      <w:r>
        <w:t xml:space="preserve"> today.</w:t>
        <w:br/>
        <w:t>谢谢</w:t>
      </w:r>
      <w:r>
        <w:t xml:space="preserve"> 你也是</w:t>
        <w:br/>
        <w:t>Oh.</w:t>
      </w:r>
      <w:r>
        <w:t xml:space="preserve"> Thank</w:t>
      </w:r>
      <w:r>
        <w:t xml:space="preserve"> you.</w:t>
      </w:r>
      <w:r>
        <w:t xml:space="preserve"> You</w:t>
      </w:r>
      <w:r>
        <w:t xml:space="preserve"> too.</w:t>
        <w:br/>
        <w:t>你知道是哪间法庭吗?</w:t>
        <w:br/>
        <w:t>So,</w:t>
      </w:r>
      <w:r>
        <w:t xml:space="preserve"> do</w:t>
      </w:r>
      <w:r>
        <w:t xml:space="preserve"> you</w:t>
      </w:r>
      <w:r>
        <w:t xml:space="preserve"> know</w:t>
      </w:r>
      <w:r>
        <w:t xml:space="preserve"> which</w:t>
      </w:r>
      <w:r>
        <w:t xml:space="preserve"> courtroom</w:t>
      </w:r>
      <w:r>
        <w:t xml:space="preserve"> it</w:t>
      </w:r>
      <w:r>
        <w:t xml:space="preserve"> is?</w:t>
        <w:br/>
        <w:t>是</w:t>
      </w:r>
      <w:r>
        <w:t xml:space="preserve"> Gail</w:t>
      </w:r>
      <w:r>
        <w:t xml:space="preserve"> 我知道</w:t>
      </w:r>
      <w:r>
        <w:t xml:space="preserve"> 不过我们先坐一下</w:t>
        <w:br/>
        <w:t>Yeah,</w:t>
      </w:r>
      <w:r>
        <w:t xml:space="preserve"> Gail,</w:t>
      </w:r>
      <w:r>
        <w:t xml:space="preserve"> I</w:t>
      </w:r>
      <w:r>
        <w:t xml:space="preserve"> do,</w:t>
      </w:r>
      <w:r>
        <w:t xml:space="preserve"> but</w:t>
      </w:r>
      <w:r>
        <w:t xml:space="preserve"> let's</w:t>
      </w:r>
      <w:r>
        <w:t xml:space="preserve"> have</w:t>
      </w:r>
      <w:r>
        <w:t xml:space="preserve"> a</w:t>
      </w:r>
      <w:r>
        <w:t xml:space="preserve"> seat</w:t>
      </w:r>
      <w:r>
        <w:t xml:space="preserve"> </w:t>
        <w:br/>
        <w:t>聊一下你今天要跟法官怎么说</w:t>
        <w:br/>
        <w:t>and</w:t>
      </w:r>
      <w:r>
        <w:t xml:space="preserve"> talk</w:t>
      </w:r>
      <w:r>
        <w:t xml:space="preserve"> about</w:t>
      </w:r>
      <w:r>
        <w:t xml:space="preserve"> what</w:t>
      </w:r>
      <w:r>
        <w:t xml:space="preserve"> you're</w:t>
      </w:r>
      <w:r>
        <w:t xml:space="preserve"> planning</w:t>
      </w:r>
      <w:r>
        <w:t xml:space="preserve"> on</w:t>
      </w:r>
      <w:r>
        <w:t xml:space="preserve"> telling</w:t>
      </w:r>
      <w:r>
        <w:t xml:space="preserve"> the</w:t>
      </w:r>
      <w:r>
        <w:t xml:space="preserve"> judge</w:t>
      </w:r>
      <w:r>
        <w:t xml:space="preserve"> today.</w:t>
        <w:br/>
        <w:t>爆&amp;hearts;炸&amp;hearts;发生前1小时</w:t>
      </w:r>
      <w:r>
        <w:t xml:space="preserve"> 我跟Steve在休息室</w:t>
        <w:br/>
        <w:t>I</w:t>
      </w:r>
      <w:r>
        <w:t xml:space="preserve"> was</w:t>
      </w:r>
      <w:r>
        <w:t xml:space="preserve"> in</w:t>
      </w:r>
      <w:r>
        <w:t xml:space="preserve"> the</w:t>
      </w:r>
      <w:r>
        <w:t xml:space="preserve"> lounge</w:t>
      </w:r>
      <w:r>
        <w:t xml:space="preserve"> with</w:t>
      </w:r>
      <w:r>
        <w:t xml:space="preserve"> Steve</w:t>
      </w:r>
      <w:r>
        <w:t xml:space="preserve"> an</w:t>
      </w:r>
      <w:r>
        <w:t xml:space="preserve"> hour</w:t>
      </w:r>
      <w:r>
        <w:t xml:space="preserve"> before</w:t>
      </w:r>
      <w:r>
        <w:t xml:space="preserve"> the</w:t>
      </w:r>
      <w:r>
        <w:t xml:space="preserve"> bomb</w:t>
      </w:r>
      <w:r>
        <w:t xml:space="preserve"> went</w:t>
      </w:r>
      <w:r>
        <w:t xml:space="preserve"> off.</w:t>
        <w:br/>
        <w:t>他需要更有力的不在场证明</w:t>
        <w:br/>
        <w:t>He's</w:t>
      </w:r>
      <w:r>
        <w:t xml:space="preserve"> gonna</w:t>
      </w:r>
      <w:r>
        <w:t xml:space="preserve"> need</w:t>
      </w:r>
      <w:r>
        <w:t xml:space="preserve"> a</w:t>
      </w:r>
      <w:r>
        <w:t xml:space="preserve"> better</w:t>
      </w:r>
      <w:r>
        <w:t xml:space="preserve"> alibi</w:t>
      </w:r>
      <w:r>
        <w:t xml:space="preserve"> than</w:t>
      </w:r>
      <w:r>
        <w:t xml:space="preserve"> that.</w:t>
        <w:br/>
        <w:t>你是想我撒谎</w:t>
        <w:br/>
        <w:t>Do</w:t>
      </w:r>
      <w:r>
        <w:t xml:space="preserve"> you</w:t>
      </w:r>
      <w:r>
        <w:t xml:space="preserve"> want</w:t>
      </w:r>
      <w:r>
        <w:t xml:space="preserve"> me</w:t>
      </w:r>
      <w:r>
        <w:t xml:space="preserve"> to</w:t>
      </w:r>
      <w:r>
        <w:t xml:space="preserve"> lie</w:t>
      </w:r>
      <w:r>
        <w:t xml:space="preserve"> </w:t>
        <w:br/>
        <w:t>说我跟Steve在他办公室里喝咖啡</w:t>
        <w:br/>
        <w:t>and</w:t>
      </w:r>
      <w:r>
        <w:t xml:space="preserve"> say</w:t>
      </w:r>
      <w:r>
        <w:t xml:space="preserve"> that</w:t>
      </w:r>
      <w:r>
        <w:t xml:space="preserve"> I</w:t>
      </w:r>
      <w:r>
        <w:t xml:space="preserve"> was</w:t>
      </w:r>
      <w:r>
        <w:t xml:space="preserve"> with</w:t>
      </w:r>
      <w:r>
        <w:t xml:space="preserve"> Steve</w:t>
      </w:r>
      <w:r>
        <w:t xml:space="preserve"> in</w:t>
      </w:r>
      <w:r>
        <w:t xml:space="preserve"> his</w:t>
      </w:r>
      <w:r>
        <w:t xml:space="preserve"> office</w:t>
      </w:r>
      <w:r>
        <w:t xml:space="preserve"> drinking</w:t>
      </w:r>
      <w:r>
        <w:t xml:space="preserve"> coffee</w:t>
      </w:r>
      <w:r>
        <w:t xml:space="preserve"> </w:t>
        <w:br/>
        <w:t>当爆&amp;hearts;炸&amp;hearts;发生的时候？</w:t>
        <w:br/>
        <w:t>when</w:t>
      </w:r>
      <w:r>
        <w:t xml:space="preserve"> the</w:t>
      </w:r>
      <w:r>
        <w:t xml:space="preserve"> bomb</w:t>
      </w:r>
      <w:r>
        <w:t xml:space="preserve"> went</w:t>
      </w:r>
      <w:r>
        <w:t xml:space="preserve"> off?</w:t>
      </w:r>
      <w:r>
        <w:t xml:space="preserve"> </w:t>
        <w:br/>
        <w:t>是</w:t>
        <w:br/>
        <w:t>Yeah.</w:t>
        <w:br/>
        <w:t>这样有用</w:t>
        <w:br/>
        <w:t>That</w:t>
      </w:r>
      <w:r>
        <w:t xml:space="preserve"> would</w:t>
      </w:r>
      <w:r>
        <w:t xml:space="preserve"> work.</w:t>
        <w:br/>
        <w:t>只要你5点到6点间</w:t>
      </w:r>
      <w:r>
        <w:t xml:space="preserve"> 跟他在一起</w:t>
        <w:br/>
        <w:t>As</w:t>
      </w:r>
      <w:r>
        <w:t xml:space="preserve"> long</w:t>
      </w:r>
      <w:r>
        <w:t xml:space="preserve"> as</w:t>
      </w:r>
      <w:r>
        <w:t xml:space="preserve"> you</w:t>
      </w:r>
      <w:r>
        <w:t xml:space="preserve"> were</w:t>
      </w:r>
      <w:r>
        <w:t xml:space="preserve"> with</w:t>
      </w:r>
      <w:r>
        <w:t xml:space="preserve"> him</w:t>
      </w:r>
      <w:r>
        <w:t xml:space="preserve"> between</w:t>
      </w:r>
      <w:r>
        <w:t xml:space="preserve"> 5:00</w:t>
      </w:r>
      <w:r>
        <w:t xml:space="preserve"> and</w:t>
      </w:r>
      <w:r>
        <w:t xml:space="preserve"> 6:00.</w:t>
        <w:br/>
        <w:t>听我说</w:t>
        <w:br/>
        <w:t>Now,</w:t>
      </w:r>
      <w:r>
        <w:t xml:space="preserve"> you</w:t>
      </w:r>
      <w:r>
        <w:t xml:space="preserve"> listen</w:t>
      </w:r>
      <w:r>
        <w:t xml:space="preserve"> to</w:t>
      </w:r>
      <w:r>
        <w:t xml:space="preserve"> me.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</w:t>
        <w:br/>
        <w:t>你哥是缉枪打黑组的警探</w:t>
        <w:br/>
        <w:t>Your</w:t>
      </w:r>
      <w:r>
        <w:t xml:space="preserve"> brother</w:t>
      </w:r>
      <w:r>
        <w:t xml:space="preserve"> was</w:t>
      </w:r>
      <w:r>
        <w:t xml:space="preserve"> a</w:t>
      </w:r>
      <w:r>
        <w:t xml:space="preserve"> guns-and-gangs</w:t>
      </w:r>
      <w:r>
        <w:t xml:space="preserve"> detective.</w:t>
        <w:br/>
        <w:t>你认为他在监狱里能撑多久?</w:t>
        <w:br/>
        <w:t>How</w:t>
      </w:r>
      <w:r>
        <w:t xml:space="preserve"> long</w:t>
      </w:r>
      <w:r>
        <w:t xml:space="preserve"> do</w:t>
      </w:r>
      <w:r>
        <w:t xml:space="preserve"> you</w:t>
      </w:r>
      <w:r>
        <w:t xml:space="preserve"> think</w:t>
      </w:r>
      <w:r>
        <w:t xml:space="preserve"> he'd</w:t>
      </w:r>
      <w:r>
        <w:t xml:space="preserve"> last</w:t>
      </w:r>
      <w:r>
        <w:t xml:space="preserve"> in</w:t>
      </w:r>
      <w:r>
        <w:t xml:space="preserve"> prison?</w:t>
        <w:br/>
        <w:t>我挺喜欢的</w:t>
        <w:br/>
        <w:t>I'd</w:t>
      </w:r>
      <w:r>
        <w:t xml:space="preserve"> like</w:t>
      </w:r>
      <w:r>
        <w:t xml:space="preserve"> that,</w:t>
      </w:r>
      <w:r>
        <w:t xml:space="preserve"> actually.</w:t>
      </w:r>
      <w:r>
        <w:t xml:space="preserve"> Yes.</w:t>
        <w:br/>
        <w:t>嘿</w:t>
      </w:r>
      <w:r>
        <w:t xml:space="preserve"> 看看</w:t>
        <w:br/>
        <w:t>HEY</w:t>
      </w:r>
      <w:r>
        <w:t xml:space="preserve"> CHECK</w:t>
      </w:r>
      <w:r>
        <w:t xml:space="preserve"> IT</w:t>
      </w:r>
      <w:r>
        <w:t xml:space="preserve"> OUT</w:t>
      </w:r>
      <w:r>
        <w:t xml:space="preserve"> </w:t>
        <w:br/>
        <w:t>新的开始</w:t>
      </w:r>
      <w:r>
        <w:t xml:space="preserve"> 新的我</w:t>
      </w:r>
      <w:r>
        <w:t xml:space="preserve"> 越来越瘦</w:t>
      </w:r>
      <w:r>
        <w:t xml:space="preserve"> 越来越老练</w:t>
        <w:br/>
        <w:t>New</w:t>
      </w:r>
      <w:r>
        <w:t xml:space="preserve"> leaf,</w:t>
      </w:r>
      <w:r>
        <w:t xml:space="preserve"> new</w:t>
      </w:r>
      <w:r>
        <w:t xml:space="preserve"> me.</w:t>
      </w:r>
      <w:r>
        <w:t xml:space="preserve"> I'm</w:t>
      </w:r>
      <w:r>
        <w:t xml:space="preserve"> leaner,</w:t>
      </w:r>
      <w:r>
        <w:t xml:space="preserve"> I'm</w:t>
      </w:r>
      <w:r>
        <w:t xml:space="preserve"> meaner...</w:t>
        <w:br/>
        <w:t>现在还是睡眠模式</w:t>
        <w:br/>
        <w:t>And</w:t>
      </w:r>
      <w:r>
        <w:t xml:space="preserve"> it's</w:t>
      </w:r>
      <w:r>
        <w:t xml:space="preserve"> still</w:t>
      </w:r>
      <w:r>
        <w:t xml:space="preserve"> on</w:t>
      </w:r>
      <w:r>
        <w:t xml:space="preserve"> sleep</w:t>
      </w:r>
      <w:r>
        <w:t xml:space="preserve"> mode!</w:t>
        <w:br/>
        <w:t>好吧</w:t>
      </w:r>
      <w:r>
        <w:t xml:space="preserve"> 我满足你</w:t>
      </w:r>
      <w:r>
        <w:t xml:space="preserve"> 为什么是新的开始</w:t>
        <w:br/>
        <w:t>All</w:t>
      </w:r>
      <w:r>
        <w:t xml:space="preserve"> right,</w:t>
      </w:r>
      <w:r>
        <w:t xml:space="preserve"> I'll</w:t>
      </w:r>
      <w:r>
        <w:t xml:space="preserve"> bite.</w:t>
      </w:r>
      <w:r>
        <w:t xml:space="preserve"> Why</w:t>
      </w:r>
      <w:r>
        <w:t xml:space="preserve"> the</w:t>
      </w:r>
      <w:r>
        <w:t xml:space="preserve"> new</w:t>
      </w:r>
      <w:r>
        <w:t xml:space="preserve"> leaf?</w:t>
        <w:br/>
        <w:t>就是我继父的事儿</w:t>
        <w:br/>
        <w:t>Oh,</w:t>
      </w:r>
      <w:r>
        <w:t xml:space="preserve"> you</w:t>
      </w:r>
      <w:r>
        <w:t xml:space="preserve"> know,</w:t>
      </w:r>
      <w:r>
        <w:t xml:space="preserve"> just</w:t>
      </w:r>
      <w:r>
        <w:t xml:space="preserve"> everything</w:t>
      </w:r>
      <w:r>
        <w:t xml:space="preserve"> going</w:t>
      </w:r>
      <w:r>
        <w:t xml:space="preserve"> on</w:t>
      </w:r>
      <w:r>
        <w:t xml:space="preserve"> with</w:t>
      </w:r>
      <w:r>
        <w:t xml:space="preserve"> my</w:t>
      </w:r>
      <w:r>
        <w:t xml:space="preserve"> step</w:t>
      </w:r>
      <w:r>
        <w:t xml:space="preserve"> dad</w:t>
      </w:r>
      <w:r>
        <w:t xml:space="preserve"> </w:t>
        <w:br/>
        <w:t>还有上庭</w:t>
        <w:br/>
        <w:t>and</w:t>
      </w:r>
      <w:r>
        <w:t xml:space="preserve"> the</w:t>
      </w:r>
      <w:r>
        <w:t xml:space="preserve"> trial,</w:t>
      </w:r>
      <w:r>
        <w:t xml:space="preserve"> you</w:t>
      </w:r>
      <w:r>
        <w:t xml:space="preserve"> know.</w:t>
        <w:br/>
        <w:t>但我要集中精神</w:t>
      </w:r>
      <w:r>
        <w:t xml:space="preserve"> </w:t>
      </w:r>
      <w:r>
        <w:t xml:space="preserve"> 提高警惕</w:t>
        <w:br/>
        <w:t>It's...</w:t>
      </w:r>
      <w:r>
        <w:t xml:space="preserve"> but</w:t>
      </w:r>
      <w:r>
        <w:t xml:space="preserve"> I-I</w:t>
      </w:r>
      <w:r>
        <w:t xml:space="preserve"> got</w:t>
      </w:r>
      <w:r>
        <w:t xml:space="preserve"> to</w:t>
      </w:r>
      <w:r>
        <w:t xml:space="preserve"> stay</w:t>
      </w:r>
      <w:r>
        <w:t xml:space="preserve"> focused,</w:t>
      </w:r>
      <w:r>
        <w:t xml:space="preserve"> keep</w:t>
      </w:r>
      <w:r>
        <w:t xml:space="preserve"> my</w:t>
      </w:r>
      <w:r>
        <w:t xml:space="preserve"> eyes</w:t>
      </w:r>
      <w:r>
        <w:t xml:space="preserve"> on</w:t>
      </w:r>
      <w:r>
        <w:t xml:space="preserve"> the</w:t>
      </w:r>
      <w:r>
        <w:t xml:space="preserve"> ball,</w:t>
      </w:r>
      <w:r>
        <w:t xml:space="preserve"> </w:t>
        <w:br/>
        <w:t>明白吗?</w:t>
        <w:br/>
        <w:t>you</w:t>
      </w:r>
      <w:r>
        <w:t xml:space="preserve"> know?</w:t>
        <w:br/>
        <w:t>而且我也不想别人把我跟他联&amp;hearts;系&amp;hearts;在一起</w:t>
        <w:br/>
        <w:t>You</w:t>
      </w:r>
      <w:r>
        <w:t xml:space="preserve"> know,</w:t>
      </w:r>
      <w:r>
        <w:t xml:space="preserve"> plus,</w:t>
      </w:r>
      <w:r>
        <w:t xml:space="preserve"> I</w:t>
      </w:r>
      <w:r>
        <w:t xml:space="preserve"> don't...</w:t>
      </w:r>
      <w:r>
        <w:t xml:space="preserve"> I</w:t>
      </w:r>
      <w:r>
        <w:t xml:space="preserve"> don't</w:t>
      </w:r>
      <w:r>
        <w:t xml:space="preserve"> want</w:t>
      </w:r>
      <w:r>
        <w:t xml:space="preserve"> people</w:t>
      </w:r>
      <w:r>
        <w:t xml:space="preserve"> to</w:t>
      </w:r>
      <w:r>
        <w:t xml:space="preserve"> associate</w:t>
      </w:r>
      <w:r>
        <w:t xml:space="preserve"> me</w:t>
      </w:r>
      <w:r>
        <w:t xml:space="preserve"> with</w:t>
      </w:r>
      <w:r>
        <w:t xml:space="preserve"> what</w:t>
      </w:r>
      <w:r>
        <w:t xml:space="preserve"> he</w:t>
      </w:r>
      <w:r>
        <w:t xml:space="preserve"> did,</w:t>
      </w:r>
      <w:r>
        <w:t xml:space="preserve"> </w:t>
        <w:br/>
        <w:t>你懂的</w:t>
      </w:r>
      <w:r>
        <w:t xml:space="preserve"> 所以...</w:t>
        <w:br/>
        <w:t>you</w:t>
      </w:r>
      <w:r>
        <w:t xml:space="preserve"> know,</w:t>
      </w:r>
      <w:r>
        <w:t xml:space="preserve"> so...</w:t>
        <w:br/>
        <w:t>不过</w:t>
      </w:r>
      <w:r>
        <w:t xml:space="preserve"> 嘿</w:t>
      </w:r>
      <w:r>
        <w:t xml:space="preserve"> 不管发生什么</w:t>
        <w:br/>
        <w:t>But,</w:t>
      </w:r>
      <w:r>
        <w:t xml:space="preserve"> I</w:t>
      </w:r>
      <w:r>
        <w:t xml:space="preserve"> mean,</w:t>
      </w:r>
      <w:r>
        <w:t xml:space="preserve"> hey,</w:t>
      </w:r>
      <w:r>
        <w:t xml:space="preserve"> whatever</w:t>
      </w:r>
      <w:r>
        <w:t xml:space="preserve"> happens,</w:t>
        <w:br/>
        <w:t>我还有你们</w:t>
      </w:r>
      <w:r>
        <w:t xml:space="preserve"> 对吧</w:t>
        <w:br/>
        <w:t>I</w:t>
      </w:r>
      <w:r>
        <w:t xml:space="preserve"> still</w:t>
      </w:r>
      <w:r>
        <w:t xml:space="preserve"> got</w:t>
      </w:r>
      <w:r>
        <w:t xml:space="preserve"> you</w:t>
      </w:r>
      <w:r>
        <w:t xml:space="preserve"> guys,</w:t>
      </w:r>
      <w:r>
        <w:t xml:space="preserve"> right?</w:t>
        <w:br/>
        <w:t>看来你的除臭剂也是睡眠模式呢</w:t>
        <w:br/>
        <w:t>It</w:t>
      </w:r>
      <w:r>
        <w:t xml:space="preserve"> turns</w:t>
      </w:r>
      <w:r>
        <w:t xml:space="preserve"> out</w:t>
      </w:r>
      <w:r>
        <w:t xml:space="preserve"> your</w:t>
      </w:r>
      <w:r>
        <w:t xml:space="preserve"> deodorant's</w:t>
      </w:r>
      <w:r>
        <w:t xml:space="preserve"> on</w:t>
      </w:r>
      <w:r>
        <w:t xml:space="preserve"> sleep</w:t>
      </w:r>
      <w:r>
        <w:t xml:space="preserve"> mode,</w:t>
      </w:r>
      <w:r>
        <w:t xml:space="preserve"> too.</w:t>
        <w:br/>
        <w:t>嘿</w:t>
      </w:r>
      <w:r>
        <w:t xml:space="preserve"> 换好衣服</w:t>
      </w:r>
      <w:r>
        <w:t xml:space="preserve"> Jarvis要我们到集&amp;hearts;合&amp;hearts;厅</w:t>
        <w:br/>
        <w:t>Hey.</w:t>
      </w:r>
      <w:r>
        <w:t xml:space="preserve"> Gear</w:t>
      </w:r>
      <w:r>
        <w:t xml:space="preserve"> up.</w:t>
        <w:br/>
        <w:t>感谢各位</w:t>
        <w:br/>
        <w:t>Jarvis</w:t>
      </w:r>
      <w:r>
        <w:t xml:space="preserve"> wants</w:t>
      </w:r>
      <w:r>
        <w:t xml:space="preserve"> us</w:t>
      </w:r>
      <w:r>
        <w:t xml:space="preserve"> in</w:t>
      </w:r>
      <w:r>
        <w:t xml:space="preserve"> the</w:t>
      </w:r>
      <w:r>
        <w:t xml:space="preserve"> squad</w:t>
      </w:r>
      <w:r>
        <w:t xml:space="preserve"> room.</w:t>
      </w:r>
      <w:r>
        <w:t xml:space="preserve"> Thank</w:t>
      </w:r>
      <w:r>
        <w:t xml:space="preserve"> you</w:t>
      </w:r>
      <w:r>
        <w:t xml:space="preserve"> for</w:t>
      </w:r>
      <w:r>
        <w:t xml:space="preserve"> attention.</w:t>
        <w:br/>
        <w:t>鉴于警队受到了腐&amp;hearts;败&amp;hearts;丑闻的影响</w:t>
        <w:br/>
        <w:t>In</w:t>
      </w:r>
      <w:r>
        <w:t xml:space="preserve"> the</w:t>
      </w:r>
      <w:r>
        <w:t xml:space="preserve"> wake</w:t>
      </w:r>
      <w:r>
        <w:t xml:space="preserve"> of</w:t>
      </w:r>
      <w:r>
        <w:t xml:space="preserve"> the</w:t>
      </w:r>
      <w:r>
        <w:t xml:space="preserve"> corruptions</w:t>
      </w:r>
      <w:r>
        <w:t xml:space="preserve"> scandal</w:t>
      </w:r>
      <w:r>
        <w:t xml:space="preserve"> that</w:t>
      </w:r>
      <w:r>
        <w:t xml:space="preserve"> rocked</w:t>
      </w:r>
      <w:r>
        <w:t xml:space="preserve"> this</w:t>
      </w:r>
      <w:r>
        <w:t xml:space="preserve"> police</w:t>
      </w:r>
      <w:r>
        <w:t xml:space="preserve"> service,</w:t>
        <w:br/>
        <w:t>城中每个分局都要重新调整</w:t>
        <w:br/>
        <w:t>every</w:t>
      </w:r>
      <w:r>
        <w:t xml:space="preserve"> division</w:t>
      </w:r>
      <w:r>
        <w:t xml:space="preserve"> in</w:t>
      </w:r>
      <w:r>
        <w:t xml:space="preserve"> the</w:t>
      </w:r>
      <w:r>
        <w:t xml:space="preserve"> city</w:t>
      </w:r>
      <w:r>
        <w:t xml:space="preserve"> is</w:t>
      </w:r>
      <w:r>
        <w:t xml:space="preserve"> being</w:t>
      </w:r>
      <w:r>
        <w:t xml:space="preserve"> restructured.</w:t>
        <w:br/>
        <w:t>或许你会被调职</w:t>
      </w:r>
      <w:r>
        <w:t xml:space="preserve"> 升职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换到不同的大队</w:t>
        <w:br/>
        <w:t>Many</w:t>
      </w:r>
      <w:r>
        <w:t xml:space="preserve"> of</w:t>
      </w:r>
      <w:r>
        <w:t xml:space="preserve"> you</w:t>
      </w:r>
      <w:r>
        <w:t xml:space="preserve"> will</w:t>
      </w:r>
      <w:r>
        <w:t xml:space="preserve"> be</w:t>
      </w:r>
      <w:r>
        <w:t xml:space="preserve"> transferred,</w:t>
      </w:r>
      <w:r>
        <w:t xml:space="preserve"> promoted,</w:t>
      </w:r>
      <w:r>
        <w:t xml:space="preserve"> or</w:t>
      </w:r>
      <w:r>
        <w:t xml:space="preserve"> shuffled</w:t>
      </w:r>
      <w:r>
        <w:t xml:space="preserve"> to</w:t>
      </w:r>
      <w:r>
        <w:t xml:space="preserve"> different</w:t>
      </w:r>
      <w:r>
        <w:t xml:space="preserve"> platoons.</w:t>
        <w:br/>
        <w:t>什么?</w:t>
        <w:br/>
        <w:t>What?</w:t>
      </w:r>
      <w:r>
        <w:t xml:space="preserve"> </w:t>
        <w:br/>
        <w:t>什么?</w:t>
        <w:br/>
        <w:t>What?</w:t>
        <w:br/>
        <w:t>长官</w:t>
      </w:r>
      <w:r>
        <w:t xml:space="preserve"> 我们...对于自己的工作和去向有发言权吗</w:t>
        <w:br/>
        <w:t>Um,</w:t>
      </w:r>
      <w:r>
        <w:t xml:space="preserve"> sir,</w:t>
      </w:r>
      <w:r>
        <w:t xml:space="preserve"> do</w:t>
      </w:r>
      <w:r>
        <w:t xml:space="preserve"> we,</w:t>
      </w:r>
      <w:r>
        <w:t xml:space="preserve"> uh...</w:t>
      </w:r>
      <w:r>
        <w:t xml:space="preserve"> do</w:t>
      </w:r>
      <w:r>
        <w:t xml:space="preserve"> we</w:t>
      </w:r>
      <w:r>
        <w:t xml:space="preserve"> get</w:t>
      </w:r>
      <w:r>
        <w:t xml:space="preserve"> a</w:t>
      </w:r>
      <w:r>
        <w:t xml:space="preserve"> say</w:t>
      </w:r>
      <w:r>
        <w:t xml:space="preserve"> in</w:t>
      </w:r>
      <w:r>
        <w:t xml:space="preserve"> where</w:t>
      </w:r>
      <w:r>
        <w:t xml:space="preserve"> we</w:t>
      </w:r>
      <w:r>
        <w:t xml:space="preserve"> end</w:t>
      </w:r>
      <w:r>
        <w:t xml:space="preserve"> up,</w:t>
      </w:r>
      <w:r>
        <w:t xml:space="preserve"> where</w:t>
      </w:r>
      <w:r>
        <w:t xml:space="preserve"> we</w:t>
      </w:r>
      <w:r>
        <w:t xml:space="preserve"> go?</w:t>
        <w:br/>
        <w:t>不</w:t>
      </w:r>
      <w:r>
        <w:t xml:space="preserve"> 没有</w:t>
        <w:br/>
        <w:t>No,</w:t>
      </w:r>
      <w:r>
        <w:t xml:space="preserve"> you</w:t>
      </w:r>
      <w:r>
        <w:t xml:space="preserve"> don't.</w:t>
      </w:r>
      <w:r>
        <w:t xml:space="preserve"> </w:t>
        <w:br/>
        <w:t>把我们分开怎么会让分局更好?</w:t>
        <w:br/>
        <w:t>How</w:t>
      </w:r>
      <w:r>
        <w:t xml:space="preserve"> is</w:t>
      </w:r>
      <w:r>
        <w:t xml:space="preserve"> splitting</w:t>
      </w:r>
      <w:r>
        <w:t xml:space="preserve"> us</w:t>
      </w:r>
      <w:r>
        <w:t xml:space="preserve"> up</w:t>
      </w:r>
      <w:r>
        <w:t xml:space="preserve"> gonna</w:t>
      </w:r>
      <w:r>
        <w:t xml:space="preserve"> make</w:t>
      </w:r>
      <w:r>
        <w:t xml:space="preserve"> this</w:t>
      </w:r>
      <w:r>
        <w:t xml:space="preserve"> division</w:t>
      </w:r>
      <w:r>
        <w:t xml:space="preserve"> better?</w:t>
        <w:br/>
        <w:t>在这件事上</w:t>
      </w:r>
      <w:r>
        <w:t xml:space="preserve"> 不重要</w:t>
        <w:br/>
        <w:t>Well,</w:t>
      </w:r>
      <w:r>
        <w:t xml:space="preserve"> in</w:t>
      </w:r>
      <w:r>
        <w:t xml:space="preserve"> this</w:t>
      </w:r>
      <w:r>
        <w:t xml:space="preserve"> case,</w:t>
      </w:r>
      <w:r>
        <w:t xml:space="preserve"> it</w:t>
      </w:r>
      <w:r>
        <w:t xml:space="preserve"> doesn't</w:t>
      </w:r>
      <w:r>
        <w:t xml:space="preserve"> matter.</w:t>
        <w:br/>
        <w:t>局长要求大改革</w:t>
        <w:br/>
        <w:t>The</w:t>
      </w:r>
      <w:r>
        <w:t xml:space="preserve"> chief</w:t>
      </w:r>
      <w:r>
        <w:t xml:space="preserve"> is</w:t>
      </w:r>
      <w:r>
        <w:t xml:space="preserve"> demanding</w:t>
      </w:r>
      <w:r>
        <w:t xml:space="preserve"> a</w:t>
      </w:r>
      <w:r>
        <w:t xml:space="preserve"> shake-up,</w:t>
      </w:r>
      <w:r>
        <w:t xml:space="preserve"> </w:t>
        <w:br/>
        <w:t>所以就要奉命行事</w:t>
      </w:r>
      <w:r>
        <w:t xml:space="preserve"> Shaw</w:t>
        <w:br/>
        <w:t>so</w:t>
      </w:r>
      <w:r>
        <w:t xml:space="preserve"> that's</w:t>
      </w:r>
      <w:r>
        <w:t xml:space="preserve"> what</w:t>
      </w:r>
      <w:r>
        <w:t xml:space="preserve"> he's</w:t>
      </w:r>
      <w:r>
        <w:t xml:space="preserve"> getting.</w:t>
      </w:r>
      <w:r>
        <w:t xml:space="preserve"> Shaw.</w:t>
        <w:br/>
        <w:t>他不是认真的吧</w:t>
        <w:br/>
        <w:t>He</w:t>
      </w:r>
      <w:r>
        <w:t xml:space="preserve"> cannot</w:t>
      </w:r>
      <w:r>
        <w:t xml:space="preserve"> be</w:t>
      </w:r>
      <w:r>
        <w:t xml:space="preserve"> serious</w:t>
      </w:r>
      <w:r>
        <w:t xml:space="preserve"> right</w:t>
      </w:r>
      <w:r>
        <w:t xml:space="preserve"> now.</w:t>
        <w:br/>
        <w:t>等有进一步消息我会通知大家的</w:t>
        <w:br/>
        <w:t>I</w:t>
      </w:r>
      <w:r>
        <w:t xml:space="preserve"> will</w:t>
      </w:r>
      <w:r>
        <w:t xml:space="preserve"> give</w:t>
      </w:r>
      <w:r>
        <w:t xml:space="preserve"> you</w:t>
      </w:r>
      <w:r>
        <w:t xml:space="preserve"> more</w:t>
      </w:r>
      <w:r>
        <w:t xml:space="preserve"> information</w:t>
      </w:r>
      <w:r>
        <w:t xml:space="preserve"> when</w:t>
      </w:r>
      <w:r>
        <w:t xml:space="preserve"> I</w:t>
      </w:r>
      <w:r>
        <w:t xml:space="preserve"> have</w:t>
      </w:r>
      <w:r>
        <w:t xml:space="preserve"> it.</w:t>
        <w:br/>
        <w:t>Shaw警官会给你们分配工作</w:t>
        <w:br/>
        <w:t>Officer</w:t>
      </w:r>
      <w:r>
        <w:t xml:space="preserve"> Shaw</w:t>
      </w:r>
      <w:r>
        <w:t xml:space="preserve"> will</w:t>
      </w:r>
      <w:r>
        <w:t xml:space="preserve"> give</w:t>
      </w:r>
      <w:r>
        <w:t xml:space="preserve"> out</w:t>
      </w:r>
      <w:r>
        <w:t xml:space="preserve"> your</w:t>
      </w:r>
      <w:r>
        <w:t xml:space="preserve"> assignments.</w:t>
      </w:r>
      <w:r>
        <w:t xml:space="preserve"> </w:t>
        <w:br/>
        <w:t>我不要回去27分局</w:t>
        <w:br/>
        <w:t>I'm</w:t>
      </w:r>
      <w:r>
        <w:t xml:space="preserve"> not</w:t>
      </w:r>
      <w:r>
        <w:t xml:space="preserve"> going</w:t>
      </w:r>
      <w:r>
        <w:t xml:space="preserve"> back</w:t>
      </w:r>
      <w:r>
        <w:t xml:space="preserve"> to</w:t>
      </w:r>
      <w:r>
        <w:t xml:space="preserve"> 27.</w:t>
        <w:br/>
        <w:t>她不要回去27分局</w:t>
        <w:br/>
        <w:t>She's</w:t>
      </w:r>
      <w:r>
        <w:t xml:space="preserve"> not</w:t>
      </w:r>
      <w:r>
        <w:t xml:space="preserve"> going</w:t>
      </w:r>
      <w:r>
        <w:t xml:space="preserve"> back</w:t>
      </w:r>
      <w:r>
        <w:t xml:space="preserve"> to</w:t>
      </w:r>
      <w:r>
        <w:t xml:space="preserve"> 27.</w:t>
        <w:br/>
        <w:t>好</w:t>
      </w:r>
      <w:r>
        <w:t xml:space="preserve"> 把这当作是突破自己的机会吧</w:t>
        <w:br/>
        <w:t>Right,</w:t>
      </w:r>
      <w:r>
        <w:t xml:space="preserve"> well,</w:t>
      </w:r>
      <w:r>
        <w:t xml:space="preserve"> think</w:t>
      </w:r>
      <w:r>
        <w:t xml:space="preserve"> of</w:t>
      </w:r>
      <w:r>
        <w:t xml:space="preserve"> it</w:t>
      </w:r>
      <w:r>
        <w:t xml:space="preserve"> as</w:t>
      </w:r>
      <w:r>
        <w:t xml:space="preserve"> an</w:t>
      </w:r>
      <w:r>
        <w:t xml:space="preserve"> opportunity</w:t>
      </w:r>
      <w:r>
        <w:t xml:space="preserve"> to</w:t>
      </w:r>
      <w:r>
        <w:t xml:space="preserve"> step</w:t>
      </w:r>
      <w:r>
        <w:t xml:space="preserve"> outside</w:t>
      </w:r>
      <w:r>
        <w:t xml:space="preserve"> your</w:t>
      </w:r>
      <w:r>
        <w:t xml:space="preserve"> comfort</w:t>
      </w:r>
      <w:r>
        <w:t xml:space="preserve"> zone...</w:t>
        <w:br/>
        <w:t>怎么说呢</w:t>
      </w:r>
      <w:r>
        <w:t xml:space="preserve"> 新的尝试</w:t>
        <w:br/>
        <w:t>I</w:t>
      </w:r>
      <w:r>
        <w:t xml:space="preserve"> don't</w:t>
      </w:r>
      <w:r>
        <w:t xml:space="preserve"> know...</w:t>
      </w:r>
      <w:r>
        <w:t xml:space="preserve"> try</w:t>
      </w:r>
      <w:r>
        <w:t xml:space="preserve"> something</w:t>
      </w:r>
      <w:r>
        <w:t xml:space="preserve"> new.</w:t>
      </w:r>
      <w:r>
        <w:t xml:space="preserve"> </w:t>
        <w:br/>
        <w:t>我要是想的话</w:t>
      </w:r>
      <w:r>
        <w:t xml:space="preserve"> 就去学尊巴舞了</w:t>
        <w:br/>
        <w:t>If</w:t>
      </w:r>
      <w:r>
        <w:t xml:space="preserve"> I</w:t>
      </w:r>
      <w:r>
        <w:t xml:space="preserve"> want</w:t>
      </w:r>
      <w:r>
        <w:t xml:space="preserve"> that,</w:t>
      </w:r>
      <w:r>
        <w:t xml:space="preserve"> I'll</w:t>
      </w:r>
      <w:r>
        <w:t xml:space="preserve"> go</w:t>
      </w:r>
      <w:r>
        <w:t xml:space="preserve"> to</w:t>
      </w:r>
      <w:r>
        <w:t xml:space="preserve"> zumba.</w:t>
        <w:br/>
        <w:t>瞧</w:t>
      </w:r>
      <w:r>
        <w:t xml:space="preserve"> 就是要这态度</w:t>
      </w:r>
      <w:r>
        <w:t xml:space="preserve"> Nash</w:t>
      </w:r>
      <w:r>
        <w:t xml:space="preserve"> 先干今天的活儿吧</w:t>
        <w:br/>
        <w:t>See?</w:t>
      </w:r>
      <w:r>
        <w:t xml:space="preserve"> That's</w:t>
      </w:r>
      <w:r>
        <w:t xml:space="preserve"> the</w:t>
      </w:r>
      <w:r>
        <w:t xml:space="preserve"> spirit,</w:t>
      </w:r>
      <w:r>
        <w:t xml:space="preserve"> Nash.</w:t>
      </w:r>
      <w:r>
        <w:t xml:space="preserve"> Um,</w:t>
      </w:r>
      <w:r>
        <w:t xml:space="preserve"> let's</w:t>
      </w:r>
      <w:r>
        <w:t xml:space="preserve"> deal</w:t>
      </w:r>
      <w:r>
        <w:t xml:space="preserve"> with</w:t>
      </w:r>
      <w:r>
        <w:t xml:space="preserve"> today.</w:t>
        <w:br/>
        <w:t>Moore</w:t>
      </w:r>
      <w:r>
        <w:t xml:space="preserve"> 你负责前台</w:t>
        <w:br/>
        <w:t>Uh,</w:t>
      </w:r>
      <w:r>
        <w:t xml:space="preserve"> Moore,</w:t>
      </w:r>
      <w:r>
        <w:t xml:space="preserve"> you're</w:t>
      </w:r>
      <w:r>
        <w:t xml:space="preserve"> on</w:t>
      </w:r>
      <w:r>
        <w:t xml:space="preserve"> the</w:t>
      </w:r>
      <w:r>
        <w:t xml:space="preserve"> front</w:t>
      </w:r>
      <w:r>
        <w:t xml:space="preserve"> desk.</w:t>
        <w:br/>
        <w:t>McStein</w:t>
      </w:r>
      <w:r>
        <w:t xml:space="preserve"> 你去城景音乐节</w:t>
        <w:br/>
        <w:t>McStein,</w:t>
      </w:r>
      <w:r>
        <w:t xml:space="preserve"> you</w:t>
      </w:r>
      <w:r>
        <w:t xml:space="preserve"> got</w:t>
      </w:r>
      <w:r>
        <w:t xml:space="preserve"> to</w:t>
      </w:r>
      <w:r>
        <w:t xml:space="preserve"> get</w:t>
      </w:r>
      <w:r>
        <w:t xml:space="preserve"> over</w:t>
      </w:r>
      <w:r>
        <w:t xml:space="preserve"> to</w:t>
      </w:r>
      <w:r>
        <w:t xml:space="preserve"> city</w:t>
      </w:r>
      <w:r>
        <w:t xml:space="preserve"> view</w:t>
      </w:r>
      <w:r>
        <w:t xml:space="preserve"> music</w:t>
      </w:r>
      <w:r>
        <w:t xml:space="preserve"> festival.</w:t>
        <w:br/>
        <w:t>有几个黄牛在纠缠孩子们</w:t>
        <w:br/>
        <w:t>Some</w:t>
      </w:r>
      <w:r>
        <w:t xml:space="preserve"> scalpers</w:t>
      </w:r>
      <w:r>
        <w:t xml:space="preserve"> are</w:t>
      </w:r>
      <w:r>
        <w:t xml:space="preserve"> bugging</w:t>
      </w:r>
      <w:r>
        <w:t xml:space="preserve"> kids.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</w:t>
        <w:br/>
        <w:t>什么?</w:t>
        <w:br/>
        <w:t>What?</w:t>
        <w:br/>
        <w:t>"Dice"</w:t>
      </w:r>
      <w:r>
        <w:t xml:space="preserve"> 你去巡逻</w:t>
        <w:br/>
        <w:t>"Dice,"</w:t>
      </w:r>
      <w:r>
        <w:t xml:space="preserve"> you're</w:t>
      </w:r>
      <w:r>
        <w:t xml:space="preserve"> on</w:t>
      </w:r>
      <w:r>
        <w:t xml:space="preserve"> patrol.</w:t>
        <w:br/>
        <w:t>我们是"dice"?</w:t>
        <w:br/>
        <w:t>Are</w:t>
      </w:r>
      <w:r>
        <w:t xml:space="preserve"> we</w:t>
      </w:r>
      <w:r>
        <w:t xml:space="preserve"> "dice"?</w:t>
      </w:r>
      <w:r>
        <w:t xml:space="preserve"> </w:t>
        <w:br/>
        <w:t>对</w:t>
      </w:r>
      <w:r>
        <w:t xml:space="preserve"> 抱歉</w:t>
        <w:br/>
        <w:t>Yeah,</w:t>
      </w:r>
      <w:r>
        <w:t xml:space="preserve"> I'm</w:t>
      </w:r>
      <w:r>
        <w:t xml:space="preserve"> sorry.</w:t>
        <w:br/>
        <w:t>不是每个名字都能配对儿的</w:t>
        <w:br/>
        <w:t>Not</w:t>
      </w:r>
      <w:r>
        <w:t xml:space="preserve"> every</w:t>
      </w:r>
      <w:r>
        <w:t xml:space="preserve"> one</w:t>
      </w:r>
      <w:r>
        <w:t xml:space="preserve"> of</w:t>
      </w:r>
      <w:r>
        <w:t xml:space="preserve"> these</w:t>
      </w:r>
      <w:r>
        <w:t xml:space="preserve"> names</w:t>
      </w:r>
      <w:r>
        <w:t xml:space="preserve"> can</w:t>
      </w:r>
      <w:r>
        <w:t xml:space="preserve"> be</w:t>
      </w:r>
      <w:r>
        <w:t xml:space="preserve"> a</w:t>
      </w:r>
      <w:r>
        <w:t xml:space="preserve"> winner.</w:t>
        <w:br/>
        <w:t>Collins</w:t>
      </w:r>
      <w:r>
        <w:t xml:space="preserve"> 你负责登记</w:t>
      </w:r>
      <w:r>
        <w:t xml:space="preserve"> 跟我一组</w:t>
        <w:br/>
        <w:t>Collins,</w:t>
      </w:r>
      <w:r>
        <w:t xml:space="preserve"> uh,</w:t>
      </w:r>
      <w:r>
        <w:t xml:space="preserve"> you're</w:t>
      </w:r>
      <w:r>
        <w:t xml:space="preserve"> in</w:t>
      </w:r>
      <w:r>
        <w:t xml:space="preserve"> booking.</w:t>
      </w:r>
      <w:r>
        <w:t xml:space="preserve"> You're</w:t>
      </w:r>
      <w:r>
        <w:t xml:space="preserve"> with</w:t>
      </w:r>
      <w:r>
        <w:t xml:space="preserve"> me.</w:t>
      </w:r>
      <w:r>
        <w:t xml:space="preserve"> Right.</w:t>
        <w:br/>
        <w:t>好了</w:t>
      </w:r>
      <w:r>
        <w:t xml:space="preserve"> 大家都有工作</w:t>
      </w:r>
      <w:r>
        <w:t xml:space="preserve"> 各位</w:t>
      </w:r>
      <w:r>
        <w:t xml:space="preserve"> 开工吧</w:t>
        <w:br/>
        <w:t>We</w:t>
      </w:r>
      <w:r>
        <w:t xml:space="preserve"> got</w:t>
      </w:r>
      <w:r>
        <w:t xml:space="preserve"> a</w:t>
      </w:r>
      <w:r>
        <w:t xml:space="preserve"> job</w:t>
      </w:r>
      <w:r>
        <w:t xml:space="preserve"> to</w:t>
      </w:r>
      <w:r>
        <w:t xml:space="preserve"> do,</w:t>
      </w:r>
      <w:r>
        <w:t xml:space="preserve"> folks.</w:t>
      </w:r>
      <w:r>
        <w:t xml:space="preserve"> Let's</w:t>
      </w:r>
      <w:r>
        <w:t xml:space="preserve"> go</w:t>
      </w:r>
      <w:r>
        <w:t xml:space="preserve"> do</w:t>
      </w:r>
      <w:r>
        <w:t xml:space="preserve"> it.</w:t>
        <w:br/>
        <w:br/>
        <w:t>别担心</w:t>
      </w:r>
      <w:r>
        <w:t xml:space="preserve"> 我只是要去工作</w:t>
        <w:br/>
        <w:t>DON'T</w:t>
      </w:r>
      <w:r>
        <w:t xml:space="preserve"> WORRYI'm</w:t>
      </w:r>
      <w:r>
        <w:t xml:space="preserve"> just</w:t>
      </w:r>
      <w:r>
        <w:t xml:space="preserve"> taking</w:t>
      </w:r>
      <w:r>
        <w:t xml:space="preserve"> it</w:t>
      </w:r>
      <w:r>
        <w:t xml:space="preserve"> off</w:t>
      </w:r>
      <w:r>
        <w:t xml:space="preserve"> for</w:t>
      </w:r>
      <w:r>
        <w:t xml:space="preserve"> work.</w:t>
      </w:r>
      <w:r>
        <w:t xml:space="preserve"> </w:t>
        <w:br/>
        <w:t>好</w:t>
      </w:r>
      <w:r>
        <w:t xml:space="preserve"> 你好吗?</w:t>
        <w:br/>
        <w:t>Okay.</w:t>
      </w:r>
      <w:r>
        <w:t xml:space="preserve"> How</w:t>
      </w:r>
      <w:r>
        <w:t xml:space="preserve"> are</w:t>
      </w:r>
      <w:r>
        <w:t xml:space="preserve"> you?</w:t>
        <w:br/>
        <w:t>除了Jarvis丢给我们的那颗炸&amp;hearts;弹&amp;hearts;</w:t>
        <w:br/>
        <w:t>Other</w:t>
      </w:r>
      <w:r>
        <w:t xml:space="preserve"> than</w:t>
      </w:r>
      <w:r>
        <w:t xml:space="preserve"> the</w:t>
      </w:r>
      <w:r>
        <w:t xml:space="preserve"> bomb</w:t>
      </w:r>
      <w:r>
        <w:t xml:space="preserve"> that</w:t>
      </w:r>
      <w:r>
        <w:t xml:space="preserve"> Jarvis</w:t>
      </w:r>
      <w:r>
        <w:t xml:space="preserve"> dropped</w:t>
      </w:r>
      <w:r>
        <w:t xml:space="preserve"> on</w:t>
      </w:r>
      <w:r>
        <w:t xml:space="preserve"> us,</w:t>
        <w:br/>
        <w:t>我想我很好</w:t>
        <w:br/>
        <w:t>I</w:t>
      </w:r>
      <w:r>
        <w:t xml:space="preserve"> guess</w:t>
      </w:r>
      <w:r>
        <w:t xml:space="preserve"> I'm</w:t>
      </w:r>
      <w:r>
        <w:t xml:space="preserve"> doing</w:t>
      </w:r>
      <w:r>
        <w:t xml:space="preserve"> pretty</w:t>
      </w:r>
      <w:r>
        <w:t xml:space="preserve"> great.</w:t>
        <w:br/>
        <w:t>是啊</w:t>
      </w:r>
      <w:r>
        <w:t xml:space="preserve"> Oliver打给我了</w:t>
      </w:r>
      <w:r>
        <w:t xml:space="preserve"> 他今天负责登记</w:t>
        <w:br/>
        <w:t>Yeah,</w:t>
      </w:r>
      <w:r>
        <w:t xml:space="preserve"> Oliver</w:t>
      </w:r>
      <w:r>
        <w:t xml:space="preserve"> called</w:t>
      </w:r>
      <w:r>
        <w:t xml:space="preserve"> me.</w:t>
      </w:r>
      <w:r>
        <w:t xml:space="preserve"> He's,</w:t>
      </w:r>
      <w:r>
        <w:t xml:space="preserve"> uh,</w:t>
      </w:r>
      <w:r>
        <w:t xml:space="preserve"> working</w:t>
      </w:r>
      <w:r>
        <w:t xml:space="preserve"> booking</w:t>
      </w:r>
      <w:r>
        <w:t xml:space="preserve"> today.</w:t>
        <w:br/>
        <w:t>他很久没干过了</w:t>
        <w:br/>
        <w:t>He</w:t>
      </w:r>
      <w:r>
        <w:t xml:space="preserve"> hasn't</w:t>
      </w:r>
      <w:r>
        <w:t xml:space="preserve"> worked</w:t>
      </w:r>
      <w:r>
        <w:t xml:space="preserve"> booking</w:t>
      </w:r>
      <w:r>
        <w:t xml:space="preserve"> </w:t>
        <w:br/>
        <w:t>从...我留长头发和胡子开始</w:t>
        <w:br/>
        <w:t>since,</w:t>
      </w:r>
      <w:r>
        <w:t xml:space="preserve"> uh,</w:t>
      </w:r>
      <w:r>
        <w:t xml:space="preserve"> I</w:t>
      </w:r>
      <w:r>
        <w:t xml:space="preserve"> had</w:t>
      </w:r>
      <w:r>
        <w:t xml:space="preserve"> long</w:t>
      </w:r>
      <w:r>
        <w:t xml:space="preserve"> hair</w:t>
      </w:r>
      <w:r>
        <w:t xml:space="preserve"> and</w:t>
      </w:r>
      <w:r>
        <w:t xml:space="preserve"> a</w:t>
      </w:r>
      <w:r>
        <w:t xml:space="preserve"> mustache.</w:t>
        <w:br/>
        <w:t>昨晚我真的很抱歉</w:t>
      </w:r>
      <w:r>
        <w:t xml:space="preserve"> 好吗</w:t>
        <w:br/>
        <w:t>I'm...</w:t>
      </w:r>
      <w:r>
        <w:t xml:space="preserve"> I'm</w:t>
      </w:r>
      <w:r>
        <w:t xml:space="preserve"> really</w:t>
      </w:r>
      <w:r>
        <w:t xml:space="preserve"> sorry</w:t>
      </w:r>
      <w:r>
        <w:t xml:space="preserve"> about</w:t>
      </w:r>
      <w:r>
        <w:t xml:space="preserve"> last</w:t>
      </w:r>
      <w:r>
        <w:t xml:space="preserve"> night,</w:t>
      </w:r>
      <w:r>
        <w:t xml:space="preserve"> okay?</w:t>
        <w:br/>
        <w:t>当时晚了</w:t>
      </w:r>
      <w:r>
        <w:t xml:space="preserve"> 我很累</w:t>
      </w:r>
      <w:r>
        <w:t xml:space="preserve"> 没动脑子</w:t>
        <w:br/>
        <w:t>It</w:t>
      </w:r>
      <w:r>
        <w:t xml:space="preserve"> was</w:t>
      </w:r>
      <w:r>
        <w:t xml:space="preserve"> late.</w:t>
      </w:r>
      <w:r>
        <w:t xml:space="preserve"> I</w:t>
      </w:r>
      <w:r>
        <w:t xml:space="preserve"> was</w:t>
      </w:r>
      <w:r>
        <w:t xml:space="preserve"> tired.</w:t>
      </w:r>
      <w:r>
        <w:t xml:space="preserve"> I</w:t>
      </w:r>
      <w:r>
        <w:t xml:space="preserve"> wasn't</w:t>
      </w:r>
      <w:r>
        <w:t xml:space="preserve"> thinking.</w:t>
      </w:r>
      <w:r>
        <w:t xml:space="preserve"> </w:t>
        <w:br/>
        <w:t>我知道</w:t>
      </w:r>
      <w:r>
        <w:t xml:space="preserve"> 我知道</w:t>
        <w:br/>
        <w:t>Oh,</w:t>
      </w:r>
      <w:r>
        <w:t xml:space="preserve"> I</w:t>
      </w:r>
      <w:r>
        <w:t xml:space="preserve"> know.</w:t>
      </w:r>
      <w:r>
        <w:t xml:space="preserve"> I</w:t>
      </w:r>
      <w:r>
        <w:t xml:space="preserve"> know.</w:t>
        <w:br/>
        <w:t>我知道的</w:t>
        <w:br/>
        <w:t>I</w:t>
      </w:r>
      <w:r>
        <w:t xml:space="preserve"> know.</w:t>
        <w:br/>
        <w:t>不只是表面的那样</w:t>
        <w:br/>
        <w:t>It's</w:t>
      </w:r>
      <w:r>
        <w:t xml:space="preserve"> much</w:t>
      </w:r>
      <w:r>
        <w:t xml:space="preserve"> deeper</w:t>
      </w:r>
      <w:r>
        <w:t xml:space="preserve"> than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that.</w:t>
        <w:br/>
        <w:t>好</w:t>
        <w:br/>
        <w:t>Okay.</w:t>
        <w:br/>
        <w:t>昨晚</w:t>
      </w:r>
      <w:r>
        <w:t xml:space="preserve"> 我过去</w:t>
        <w:br/>
        <w:t>Last</w:t>
      </w:r>
      <w:r>
        <w:t xml:space="preserve"> night,</w:t>
      </w:r>
      <w:r>
        <w:t xml:space="preserve"> I</w:t>
      </w:r>
      <w:r>
        <w:t xml:space="preserve"> came</w:t>
      </w:r>
      <w:r>
        <w:t xml:space="preserve"> over...</w:t>
        <w:br/>
        <w:t>我打扰了一家人</w:t>
        <w:br/>
        <w:t>And</w:t>
      </w:r>
      <w:r>
        <w:t xml:space="preserve"> I</w:t>
      </w:r>
      <w:r>
        <w:t xml:space="preserve"> interrupted</w:t>
      </w:r>
      <w:r>
        <w:t xml:space="preserve"> a</w:t>
      </w:r>
      <w:r>
        <w:t xml:space="preserve"> family...</w:t>
        <w:br/>
        <w:t>不属于我的家庭</w:t>
        <w:br/>
        <w:t>one</w:t>
      </w:r>
      <w:r>
        <w:t xml:space="preserve"> that</w:t>
      </w:r>
      <w:r>
        <w:t xml:space="preserve"> I</w:t>
      </w:r>
      <w:r>
        <w:t xml:space="preserve"> have</w:t>
      </w:r>
      <w:r>
        <w:t xml:space="preserve"> no</w:t>
      </w:r>
      <w:r>
        <w:t xml:space="preserve"> part</w:t>
      </w:r>
      <w:r>
        <w:t xml:space="preserve"> of.</w:t>
        <w:br/>
        <w:t>事实上</w:t>
      </w:r>
      <w:r>
        <w:t xml:space="preserve"> Sam</w:t>
      </w:r>
      <w:r>
        <w:t xml:space="preserve"> 我想和你一起的人生</w:t>
        <w:br/>
        <w:t>The</w:t>
      </w:r>
      <w:r>
        <w:t xml:space="preserve"> fact</w:t>
      </w:r>
      <w:r>
        <w:t xml:space="preserve"> is,</w:t>
      </w:r>
      <w:r>
        <w:t xml:space="preserve"> Sam,</w:t>
      </w:r>
      <w:r>
        <w:t xml:space="preserve"> the</w:t>
      </w:r>
      <w:r>
        <w:t xml:space="preserve"> life</w:t>
      </w:r>
      <w:r>
        <w:t xml:space="preserve"> that</w:t>
      </w:r>
      <w:r>
        <w:t xml:space="preserve"> I</w:t>
      </w:r>
      <w:r>
        <w:t xml:space="preserve"> wanted</w:t>
      </w:r>
      <w:r>
        <w:t xml:space="preserve"> with</w:t>
      </w:r>
      <w:r>
        <w:t xml:space="preserve"> you,</w:t>
        <w:br/>
        <w:t>其实你在和别人享受着</w:t>
        <w:br/>
        <w:t>you're</w:t>
      </w:r>
      <w:r>
        <w:t xml:space="preserve"> actually</w:t>
      </w:r>
      <w:r>
        <w:t xml:space="preserve"> having</w:t>
      </w:r>
      <w:r>
        <w:t xml:space="preserve"> with</w:t>
      </w:r>
      <w:r>
        <w:t xml:space="preserve"> somebody</w:t>
      </w:r>
      <w:r>
        <w:t xml:space="preserve"> else.</w:t>
        <w:br/>
        <w:t>而我无能为力</w:t>
        <w:br/>
        <w:t>And</w:t>
      </w:r>
      <w:r>
        <w:t xml:space="preserve"> there's</w:t>
      </w:r>
      <w:r>
        <w:t xml:space="preserve"> nothing</w:t>
      </w:r>
      <w:r>
        <w:t xml:space="preserve"> I</w:t>
      </w:r>
      <w:r>
        <w:t xml:space="preserve"> can</w:t>
      </w:r>
      <w:r>
        <w:t xml:space="preserve"> do</w:t>
      </w:r>
      <w:r>
        <w:t xml:space="preserve"> about</w:t>
      </w:r>
      <w:r>
        <w:t xml:space="preserve"> it.</w:t>
      </w:r>
      <w:r>
        <w:t xml:space="preserve"> </w:t>
        <w:br/>
        <w:t>我不这么想</w:t>
        <w:br/>
        <w:t>Uh,</w:t>
      </w:r>
      <w:r>
        <w:t xml:space="preserve"> I</w:t>
      </w:r>
      <w:r>
        <w:t xml:space="preserve"> don't</w:t>
      </w:r>
      <w:r>
        <w:t xml:space="preserve"> think</w:t>
      </w:r>
      <w:r>
        <w:t xml:space="preserve"> that's</w:t>
      </w:r>
      <w:r>
        <w:t xml:space="preserve"> right.</w:t>
        <w:br/>
        <w:t>你和我想要的生活</w:t>
        <w:br/>
        <w:t>Uh,</w:t>
      </w:r>
      <w:r>
        <w:t xml:space="preserve"> the</w:t>
      </w:r>
      <w:r>
        <w:t xml:space="preserve"> life</w:t>
      </w:r>
      <w:r>
        <w:t xml:space="preserve"> that</w:t>
      </w:r>
      <w:r>
        <w:t xml:space="preserve"> you</w:t>
      </w:r>
      <w:r>
        <w:t xml:space="preserve"> and</w:t>
      </w:r>
      <w:r>
        <w:t xml:space="preserve"> I</w:t>
      </w:r>
      <w:r>
        <w:t xml:space="preserve"> want,</w:t>
      </w:r>
      <w:r>
        <w:t xml:space="preserve"> </w:t>
        <w:br/>
        <w:t>我不会跟别人拥有的</w:t>
      </w:r>
      <w:r>
        <w:t xml:space="preserve"> 好吗?</w:t>
        <w:br/>
        <w:t>I-I'm</w:t>
      </w:r>
      <w:r>
        <w:t xml:space="preserve"> not</w:t>
      </w:r>
      <w:r>
        <w:t xml:space="preserve"> having</w:t>
      </w:r>
      <w:r>
        <w:t xml:space="preserve"> with</w:t>
      </w:r>
      <w:r>
        <w:t xml:space="preserve"> anyone</w:t>
      </w:r>
      <w:r>
        <w:t xml:space="preserve"> else,</w:t>
      </w:r>
      <w:r>
        <w:t xml:space="preserve"> okay?</w:t>
        <w:br/>
        <w:t>但感觉是的</w:t>
        <w:br/>
        <w:t>Well,</w:t>
      </w:r>
      <w:r>
        <w:t xml:space="preserve"> it</w:t>
      </w:r>
      <w:r>
        <w:t xml:space="preserve"> feels</w:t>
      </w:r>
      <w:r>
        <w:t xml:space="preserve"> like</w:t>
      </w:r>
      <w:r>
        <w:t xml:space="preserve"> it.</w:t>
        <w:br/>
        <w:t>我们会拥有我们想要的生活的</w:t>
        <w:br/>
        <w:t>You</w:t>
      </w:r>
      <w:r>
        <w:t xml:space="preserve"> and</w:t>
      </w:r>
      <w:r>
        <w:t xml:space="preserve"> I</w:t>
      </w:r>
      <w:r>
        <w:t xml:space="preserve"> are</w:t>
      </w:r>
      <w:r>
        <w:t xml:space="preserve"> gonna</w:t>
      </w:r>
      <w:r>
        <w:t xml:space="preserve"> have</w:t>
      </w:r>
      <w:r>
        <w:t xml:space="preserve"> the</w:t>
      </w:r>
      <w:r>
        <w:t xml:space="preserve"> life</w:t>
      </w:r>
      <w:r>
        <w:t xml:space="preserve"> that</w:t>
      </w:r>
      <w:r>
        <w:t xml:space="preserve"> we</w:t>
      </w:r>
      <w:r>
        <w:t xml:space="preserve"> want</w:t>
      </w:r>
      <w:r>
        <w:t xml:space="preserve"> together.</w:t>
        <w:br/>
        <w:t>我们会得到的</w:t>
      </w:r>
      <w:r>
        <w:t xml:space="preserve"> 但我们要互相扶持</w:t>
        <w:br/>
        <w:t>We</w:t>
      </w:r>
      <w:r>
        <w:t xml:space="preserve"> will</w:t>
      </w:r>
      <w:r>
        <w:t xml:space="preserve"> have</w:t>
      </w:r>
      <w:r>
        <w:t xml:space="preserve"> that,</w:t>
      </w:r>
      <w:r>
        <w:t xml:space="preserve"> but</w:t>
      </w:r>
      <w:r>
        <w:t xml:space="preserve"> we</w:t>
      </w:r>
      <w:r>
        <w:t xml:space="preserve"> got</w:t>
      </w:r>
      <w:r>
        <w:t xml:space="preserve"> to</w:t>
      </w:r>
      <w:r>
        <w:t xml:space="preserve"> stick</w:t>
      </w:r>
      <w:r>
        <w:t xml:space="preserve"> together</w:t>
        <w:br/>
        <w:t>想清楚</w:t>
      </w:r>
      <w:r>
        <w:t xml:space="preserve"> 就像我们说好的</w:t>
        <w:br/>
        <w:t>and</w:t>
      </w:r>
      <w:r>
        <w:t xml:space="preserve"> figure</w:t>
      </w:r>
      <w:r>
        <w:t xml:space="preserve"> it</w:t>
      </w:r>
      <w:r>
        <w:t xml:space="preserve"> out,</w:t>
      </w:r>
      <w:r>
        <w:t xml:space="preserve"> like</w:t>
      </w:r>
      <w:r>
        <w:t xml:space="preserve"> we</w:t>
      </w:r>
      <w:r>
        <w:t xml:space="preserve"> promised.</w:t>
        <w:br/>
        <w:t>想什么啊</w:t>
        <w:br/>
        <w:t>Figure</w:t>
      </w:r>
      <w:r>
        <w:t xml:space="preserve"> what...</w:t>
        <w:br/>
        <w:t>你到底有多想那么做啊</w:t>
      </w:r>
      <w:r>
        <w:t xml:space="preserve"> 实际上</w:t>
        <w:br/>
        <w:t>How</w:t>
      </w:r>
      <w:r>
        <w:t xml:space="preserve"> do</w:t>
      </w:r>
      <w:r>
        <w:t xml:space="preserve"> you</w:t>
      </w:r>
      <w:r>
        <w:t xml:space="preserve"> want</w:t>
      </w:r>
      <w:r>
        <w:t xml:space="preserve"> to</w:t>
      </w:r>
      <w:r>
        <w:t xml:space="preserve"> actually</w:t>
      </w:r>
      <w:r>
        <w:t xml:space="preserve"> do</w:t>
      </w:r>
      <w:r>
        <w:t xml:space="preserve"> that,</w:t>
      </w:r>
      <w:r>
        <w:t xml:space="preserve"> practically?</w:t>
        <w:br/>
        <w:t>不知道</w:t>
      </w:r>
      <w:r>
        <w:t xml:space="preserve"> 可现实如此</w:t>
      </w:r>
      <w:r>
        <w:t xml:space="preserve"> 我们走到这一步了</w:t>
        <w:br/>
        <w:t>I</w:t>
      </w:r>
      <w:r>
        <w:t xml:space="preserve"> don't</w:t>
      </w:r>
      <w:r>
        <w:t xml:space="preserve"> know,</w:t>
      </w:r>
      <w:r>
        <w:t xml:space="preserve"> but</w:t>
      </w:r>
      <w:r>
        <w:t xml:space="preserve"> this</w:t>
      </w:r>
      <w:r>
        <w:t xml:space="preserve"> is</w:t>
      </w:r>
      <w:r>
        <w:t xml:space="preserve"> it.</w:t>
      </w:r>
      <w:r>
        <w:t xml:space="preserve"> Here</w:t>
      </w:r>
      <w:r>
        <w:t xml:space="preserve"> we</w:t>
      </w:r>
      <w:r>
        <w:t xml:space="preserve"> are,</w:t>
      </w:r>
      <w:r>
        <w:t xml:space="preserve"> </w:t>
        <w:br/>
        <w:t>我们...要解决这个难题</w:t>
        <w:br/>
        <w:t>we...</w:t>
      </w:r>
      <w:r>
        <w:t xml:space="preserve"> we're</w:t>
      </w:r>
      <w:r>
        <w:t xml:space="preserve"> working</w:t>
      </w:r>
      <w:r>
        <w:t xml:space="preserve"> it</w:t>
      </w:r>
      <w:r>
        <w:t xml:space="preserve"> out.</w:t>
        <w:br/>
        <w:t>是</w:t>
      </w:r>
      <w:r>
        <w:t xml:space="preserve"> 但我们不会解决的</w:t>
        <w:br/>
        <w:t>Yeah,</w:t>
      </w:r>
      <w:r>
        <w:t xml:space="preserve"> but</w:t>
      </w:r>
      <w:r>
        <w:t xml:space="preserve"> we're</w:t>
      </w:r>
      <w:r>
        <w:t xml:space="preserve"> not</w:t>
      </w:r>
      <w:r>
        <w:t xml:space="preserve"> working</w:t>
      </w:r>
      <w:r>
        <w:t xml:space="preserve"> it</w:t>
      </w:r>
      <w:r>
        <w:t xml:space="preserve"> out</w:t>
      </w:r>
      <w:r>
        <w:t xml:space="preserve"> </w:t>
        <w:br/>
        <w:t>因为我...不愿意</w:t>
        <w:br/>
        <w:t>'cause</w:t>
      </w:r>
      <w:r>
        <w:t xml:space="preserve"> it's</w:t>
      </w:r>
      <w:r>
        <w:t xml:space="preserve"> not</w:t>
      </w:r>
      <w:r>
        <w:t xml:space="preserve"> working...</w:t>
      </w:r>
      <w:r>
        <w:t xml:space="preserve"> for</w:t>
      </w:r>
      <w:r>
        <w:t xml:space="preserve"> me.</w:t>
        <w:br/>
        <w:t>好吧</w:t>
      </w:r>
      <w:r>
        <w:t xml:space="preserve"> 那怎么做你才愿意?</w:t>
        <w:br/>
        <w:t>Okay,</w:t>
      </w:r>
      <w:r>
        <w:t xml:space="preserve"> then</w:t>
      </w:r>
      <w:r>
        <w:t xml:space="preserve"> how</w:t>
      </w:r>
      <w:r>
        <w:t xml:space="preserve"> can</w:t>
      </w:r>
      <w:r>
        <w:t xml:space="preserve"> we</w:t>
      </w:r>
      <w:r>
        <w:t xml:space="preserve"> make</w:t>
      </w:r>
      <w:r>
        <w:t xml:space="preserve"> it</w:t>
      </w:r>
      <w:r>
        <w:t xml:space="preserve"> work</w:t>
      </w:r>
      <w:r>
        <w:t xml:space="preserve"> for</w:t>
      </w:r>
      <w:r>
        <w:t xml:space="preserve"> you?</w:t>
        <w:br/>
        <w:t>听着</w:t>
      </w:r>
      <w:r>
        <w:t xml:space="preserve"> Sam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我有个机会</w:t>
        <w:br/>
        <w:t>LOOK</w:t>
      </w:r>
      <w:r>
        <w:t xml:space="preserve"> SAM</w:t>
      </w:r>
      <w:r>
        <w:t xml:space="preserve"> I</w:t>
      </w:r>
      <w:r>
        <w:t xml:space="preserve"> HAVE</w:t>
      </w:r>
      <w:r>
        <w:t xml:space="preserve"> AN</w:t>
      </w:r>
      <w:r>
        <w:t xml:space="preserve"> OPPORTUNITY</w:t>
        <w:br/>
        <w:t>Juliet邀请我去温哥华当卧底</w:t>
        <w:br/>
        <w:t>WHAT</w:t>
      </w:r>
      <w:r>
        <w:t xml:space="preserve"> Juliet</w:t>
      </w:r>
      <w:r>
        <w:t xml:space="preserve"> offered</w:t>
      </w:r>
      <w:r>
        <w:t xml:space="preserve"> me</w:t>
      </w:r>
      <w:r>
        <w:t xml:space="preserve"> a</w:t>
      </w:r>
      <w:r>
        <w:t xml:space="preserve"> U.C.</w:t>
      </w:r>
      <w:r>
        <w:t xml:space="preserve"> gig</w:t>
      </w:r>
      <w:r>
        <w:t xml:space="preserve"> in</w:t>
      </w:r>
      <w:r>
        <w:t xml:space="preserve"> Vancouver.</w:t>
        <w:br/>
        <w:t>只要大概5个月</w:t>
        <w:br/>
        <w:t>Only</w:t>
      </w:r>
      <w:r>
        <w:t xml:space="preserve"> be</w:t>
      </w:r>
      <w:r>
        <w:t xml:space="preserve"> about</w:t>
      </w:r>
      <w:r>
        <w:t xml:space="preserve"> five</w:t>
      </w:r>
      <w:r>
        <w:t xml:space="preserve"> months.</w:t>
        <w:br/>
        <w:t>或许我应该去</w:t>
        <w:br/>
        <w:t>You</w:t>
      </w:r>
      <w:r>
        <w:t xml:space="preserve"> know,</w:t>
      </w:r>
      <w:r>
        <w:t xml:space="preserve"> maybe</w:t>
      </w:r>
      <w:r>
        <w:t xml:space="preserve"> I</w:t>
      </w:r>
      <w:r>
        <w:t xml:space="preserve"> should</w:t>
      </w:r>
      <w:r>
        <w:t xml:space="preserve"> take</w:t>
      </w:r>
      <w:r>
        <w:t xml:space="preserve"> off</w:t>
      </w:r>
      <w:r>
        <w:t xml:space="preserve"> </w:t>
        <w:br/>
        <w:t>让这件事暂缓一下</w:t>
        <w:br/>
        <w:t>and,</w:t>
      </w:r>
      <w:r>
        <w:t xml:space="preserve"> uh,</w:t>
      </w:r>
      <w:r>
        <w:t xml:space="preserve"> just</w:t>
      </w:r>
      <w:r>
        <w:t xml:space="preserve"> press</w:t>
      </w:r>
      <w:r>
        <w:t xml:space="preserve"> pause</w:t>
      </w:r>
      <w:r>
        <w:t xml:space="preserve"> on</w:t>
      </w:r>
      <w:r>
        <w:t xml:space="preserve"> this</w:t>
      </w:r>
      <w:r>
        <w:t xml:space="preserve"> for</w:t>
      </w:r>
      <w:r>
        <w:t xml:space="preserve"> a</w:t>
      </w:r>
      <w:r>
        <w:t xml:space="preserve"> little</w:t>
      </w:r>
      <w:r>
        <w:t xml:space="preserve"> bit.</w:t>
        <w:br/>
        <w:t>你说过</w:t>
      </w:r>
      <w:r>
        <w:t xml:space="preserve"> 你答应过不会再那么做了</w:t>
        <w:br/>
        <w:t>You</w:t>
      </w:r>
      <w:r>
        <w:t xml:space="preserve"> said...</w:t>
      </w:r>
      <w:r>
        <w:t xml:space="preserve"> you</w:t>
      </w:r>
      <w:r>
        <w:t xml:space="preserve"> promised</w:t>
      </w:r>
      <w:r>
        <w:t xml:space="preserve"> you</w:t>
      </w:r>
      <w:r>
        <w:t xml:space="preserve"> weren't</w:t>
      </w:r>
      <w:r>
        <w:t xml:space="preserve"> gonna</w:t>
      </w:r>
      <w:r>
        <w:t xml:space="preserve"> do</w:t>
      </w:r>
      <w:r>
        <w:t xml:space="preserve"> that</w:t>
      </w:r>
      <w:r>
        <w:t xml:space="preserve"> anymore.</w:t>
        <w:br/>
        <w:t>我会提这件事</w:t>
      </w:r>
      <w:r>
        <w:t xml:space="preserve"> 是因为我觉得...</w:t>
        <w:br/>
        <w:t>I'm</w:t>
      </w:r>
      <w:r>
        <w:t xml:space="preserve"> only</w:t>
      </w:r>
      <w:r>
        <w:t xml:space="preserve"> bringing</w:t>
      </w:r>
      <w:r>
        <w:t xml:space="preserve"> this</w:t>
      </w:r>
      <w:r>
        <w:t xml:space="preserve"> up</w:t>
      </w:r>
      <w:r>
        <w:t xml:space="preserve"> because</w:t>
      </w:r>
      <w:r>
        <w:t xml:space="preserve"> I</w:t>
      </w:r>
      <w:r>
        <w:t xml:space="preserve"> feel</w:t>
      </w:r>
      <w:r>
        <w:t xml:space="preserve"> like...</w:t>
        <w:br/>
        <w:t>你或许可以去学着当一个新手爸爸</w:t>
        <w:br/>
        <w:t>You</w:t>
      </w:r>
      <w:r>
        <w:t xml:space="preserve"> might</w:t>
      </w:r>
      <w:r>
        <w:t xml:space="preserve"> be</w:t>
      </w:r>
      <w:r>
        <w:t xml:space="preserve"> able</w:t>
      </w:r>
      <w:r>
        <w:t xml:space="preserve"> to</w:t>
      </w:r>
      <w:r>
        <w:t xml:space="preserve"> get</w:t>
      </w:r>
      <w:r>
        <w:t xml:space="preserve"> a</w:t>
      </w:r>
      <w:r>
        <w:t xml:space="preserve"> handle</w:t>
      </w:r>
      <w:r>
        <w:t xml:space="preserve"> on</w:t>
      </w:r>
      <w:r>
        <w:t xml:space="preserve"> being</w:t>
      </w:r>
      <w:r>
        <w:t xml:space="preserve"> a</w:t>
      </w:r>
      <w:r>
        <w:t xml:space="preserve"> new</w:t>
      </w:r>
      <w:r>
        <w:t xml:space="preserve"> father,</w:t>
        <w:br/>
        <w:t>而我也有空间理清头绪</w:t>
        <w:br/>
        <w:t>and</w:t>
      </w:r>
      <w:r>
        <w:t xml:space="preserve"> I</w:t>
      </w:r>
      <w:r>
        <w:t xml:space="preserve"> would</w:t>
      </w:r>
      <w:r>
        <w:t xml:space="preserve"> have</w:t>
      </w:r>
      <w:r>
        <w:t xml:space="preserve"> space</w:t>
      </w:r>
      <w:r>
        <w:t xml:space="preserve"> to</w:t>
      </w:r>
      <w:r>
        <w:t xml:space="preserve"> clear</w:t>
      </w:r>
      <w:r>
        <w:t xml:space="preserve"> my</w:t>
      </w:r>
      <w:r>
        <w:t xml:space="preserve"> head.</w:t>
        <w:br/>
        <w:t>随你怎么说</w:t>
      </w:r>
      <w:r>
        <w:t xml:space="preserve"> 事实并不是如此</w:t>
        <w:br/>
        <w:t>Call</w:t>
      </w:r>
      <w:r>
        <w:t xml:space="preserve"> it</w:t>
      </w:r>
      <w:r>
        <w:t xml:space="preserve"> what</w:t>
      </w:r>
      <w:r>
        <w:t xml:space="preserve"> you</w:t>
      </w:r>
      <w:r>
        <w:t xml:space="preserve"> want.</w:t>
      </w:r>
      <w:r>
        <w:t xml:space="preserve"> That's</w:t>
      </w:r>
      <w:r>
        <w:t xml:space="preserve"> not</w:t>
      </w:r>
      <w:r>
        <w:t xml:space="preserve"> what</w:t>
      </w:r>
      <w:r>
        <w:t xml:space="preserve"> this</w:t>
      </w:r>
      <w:r>
        <w:t xml:space="preserve"> is.</w:t>
        <w:br/>
        <w:t>这是Andy</w:t>
      </w:r>
      <w:r>
        <w:t xml:space="preserve"> McNally再一次选择落跑</w:t>
        <w:br/>
        <w:t>This</w:t>
      </w:r>
      <w:r>
        <w:t xml:space="preserve"> is</w:t>
      </w:r>
      <w:r>
        <w:t xml:space="preserve"> Andy</w:t>
      </w:r>
      <w:r>
        <w:t xml:space="preserve"> McNally</w:t>
      </w:r>
      <w:r>
        <w:t xml:space="preserve"> running</w:t>
      </w:r>
      <w:r>
        <w:t xml:space="preserve"> away</w:t>
      </w:r>
      <w:r>
        <w:t xml:space="preserve"> one</w:t>
      </w:r>
      <w:r>
        <w:t xml:space="preserve"> more</w:t>
      </w:r>
      <w:r>
        <w:t xml:space="preserve"> time.</w:t>
        <w:br/>
        <w:t>我没有</w:t>
        <w:br/>
        <w:t>I'm</w:t>
      </w:r>
      <w:r>
        <w:t xml:space="preserve"> not</w:t>
      </w:r>
      <w:r>
        <w:t xml:space="preserve"> running.</w:t>
      </w:r>
      <w:r>
        <w:t xml:space="preserve"> </w:t>
        <w:br/>
        <w:t>我应该早就料到的</w:t>
      </w:r>
      <w:r>
        <w:t xml:space="preserve"> 对吧?</w:t>
        <w:br/>
        <w:t>I</w:t>
      </w:r>
      <w:r>
        <w:t xml:space="preserve"> guess</w:t>
      </w:r>
      <w:r>
        <w:t xml:space="preserve"> I</w:t>
      </w:r>
      <w:r>
        <w:t xml:space="preserve"> should</w:t>
      </w:r>
      <w:r>
        <w:t xml:space="preserve"> have</w:t>
      </w:r>
      <w:r>
        <w:t xml:space="preserve"> seen</w:t>
      </w:r>
      <w:r>
        <w:t xml:space="preserve"> that</w:t>
      </w:r>
      <w:r>
        <w:t xml:space="preserve"> coming,</w:t>
      </w:r>
      <w:r>
        <w:t xml:space="preserve"> right?</w:t>
        <w:br/>
        <w:t>我应该料到吗?</w:t>
        <w:br/>
        <w:t>Should</w:t>
      </w:r>
      <w:r>
        <w:t xml:space="preserve"> I</w:t>
      </w:r>
      <w:r>
        <w:t xml:space="preserve"> have</w:t>
      </w:r>
      <w:r>
        <w:t xml:space="preserve"> seen</w:t>
      </w:r>
      <w:r>
        <w:t xml:space="preserve"> that</w:t>
      </w:r>
      <w:r>
        <w:t xml:space="preserve"> coming?</w:t>
        <w:br/>
        <w:t>好了</w:t>
      </w:r>
      <w:r>
        <w:t xml:space="preserve"> 我还要干活</w:t>
        <w:br/>
        <w:t>All</w:t>
      </w:r>
      <w:r>
        <w:t xml:space="preserve"> right,</w:t>
      </w:r>
      <w:r>
        <w:t xml:space="preserve"> I've</w:t>
      </w:r>
      <w:r>
        <w:t xml:space="preserve"> got</w:t>
      </w:r>
      <w:r>
        <w:t xml:space="preserve"> some</w:t>
      </w:r>
      <w:r>
        <w:t xml:space="preserve"> work</w:t>
      </w:r>
      <w:r>
        <w:t xml:space="preserve"> to</w:t>
      </w:r>
      <w:r>
        <w:t xml:space="preserve"> do,</w:t>
      </w:r>
      <w:r>
        <w:t xml:space="preserve"> </w:t>
        <w:br/>
        <w:t>所以我就要去干活了</w:t>
      </w:r>
      <w:r>
        <w:t xml:space="preserve"> 好吗</w:t>
        <w:br/>
        <w:t>so</w:t>
      </w:r>
      <w:r>
        <w:t xml:space="preserve"> I'm</w:t>
      </w:r>
      <w:r>
        <w:t xml:space="preserve"> just</w:t>
      </w:r>
      <w:r>
        <w:t xml:space="preserve"> gonna</w:t>
      </w:r>
      <w:r>
        <w:t xml:space="preserve"> go</w:t>
      </w:r>
      <w:r>
        <w:t xml:space="preserve"> and</w:t>
      </w:r>
      <w:r>
        <w:t xml:space="preserve"> do</w:t>
      </w:r>
      <w:r>
        <w:t xml:space="preserve"> that,</w:t>
      </w:r>
      <w:r>
        <w:t xml:space="preserve"> okay?</w:t>
        <w:br/>
        <w:t>是</w:t>
      </w:r>
      <w:r>
        <w:t xml:space="preserve"> 你该去干活了</w:t>
        <w:br/>
        <w:t>Yeah,</w:t>
      </w:r>
      <w:r>
        <w:t xml:space="preserve"> you</w:t>
      </w:r>
      <w:r>
        <w:t xml:space="preserve"> should</w:t>
      </w:r>
      <w:r>
        <w:t xml:space="preserve"> go</w:t>
      </w:r>
      <w:r>
        <w:t xml:space="preserve"> do</w:t>
      </w:r>
      <w:r>
        <w:t xml:space="preserve"> it.</w:t>
        <w:br/>
        <w:t>Nick!</w:t>
        <w:br/>
        <w:t>Nick!</w:t>
        <w:br/>
        <w:t>两份奶</w:t>
      </w:r>
      <w:r>
        <w:t xml:space="preserve"> 1份半糖?</w:t>
        <w:br/>
        <w:t>2</w:t>
      </w:r>
      <w:r>
        <w:t xml:space="preserve"> milk,</w:t>
      </w:r>
      <w:r>
        <w:t xml:space="preserve"> 1</w:t>
      </w:r>
      <w:r>
        <w:t xml:space="preserve"> 1/2</w:t>
      </w:r>
      <w:r>
        <w:t xml:space="preserve"> sugar?</w:t>
        <w:br/>
        <w:t>对</w:t>
        <w:br/>
        <w:t>Yeah.</w:t>
        <w:br/>
        <w:t>多那半份奶真的很不同</w:t>
        <w:br/>
        <w:t>and</w:t>
      </w:r>
      <w:r>
        <w:t xml:space="preserve"> that</w:t>
      </w:r>
      <w:r>
        <w:t xml:space="preserve"> extra</w:t>
      </w:r>
      <w:r>
        <w:t xml:space="preserve"> half</w:t>
      </w:r>
      <w:r>
        <w:t xml:space="preserve"> sugar</w:t>
      </w:r>
      <w:r>
        <w:t xml:space="preserve"> really</w:t>
      </w:r>
      <w:r>
        <w:t xml:space="preserve"> makes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difference.</w:t>
        <w:br/>
        <w:t>收拾东西呢?</w:t>
        <w:br/>
        <w:t>Packing</w:t>
      </w:r>
      <w:r>
        <w:t xml:space="preserve"> up?</w:t>
        <w:br/>
        <w:t>是</w:t>
      </w:r>
      <w:r>
        <w:t xml:space="preserve"> 我今晚走</w:t>
        <w:br/>
        <w:t>Yeah,</w:t>
      </w:r>
      <w:r>
        <w:t xml:space="preserve"> yeah,</w:t>
      </w:r>
      <w:r>
        <w:t xml:space="preserve"> I,</w:t>
      </w:r>
      <w:r>
        <w:t xml:space="preserve"> uh...</w:t>
      </w:r>
      <w:r>
        <w:t xml:space="preserve"> I</w:t>
      </w:r>
      <w:r>
        <w:t xml:space="preserve"> leave</w:t>
      </w:r>
      <w:r>
        <w:t xml:space="preserve"> tonight.</w:t>
        <w:br/>
        <w:t>那我应该说点什么</w:t>
        <w:br/>
        <w:t>Wow,</w:t>
      </w:r>
      <w:r>
        <w:t xml:space="preserve"> well,</w:t>
      </w:r>
      <w:r>
        <w:t xml:space="preserve"> I</w:t>
      </w:r>
      <w:r>
        <w:t xml:space="preserve"> guess</w:t>
      </w:r>
      <w:r>
        <w:t xml:space="preserve"> I</w:t>
      </w:r>
      <w:r>
        <w:t xml:space="preserve"> should</w:t>
      </w:r>
      <w:r>
        <w:t xml:space="preserve"> say</w:t>
      </w:r>
      <w:r>
        <w:t xml:space="preserve"> something</w:t>
      </w:r>
      <w:r>
        <w:t xml:space="preserve"> then.</w:t>
        <w:br/>
        <w:t>只是不知道该说什么</w:t>
        <w:br/>
        <w:t>I</w:t>
      </w:r>
      <w:r>
        <w:t xml:space="preserve"> just</w:t>
      </w:r>
      <w:r>
        <w:t xml:space="preserve"> don't</w:t>
      </w:r>
      <w:r>
        <w:t xml:space="preserve"> know</w:t>
      </w:r>
      <w:r>
        <w:t xml:space="preserve"> what</w:t>
      </w:r>
      <w:r>
        <w:t xml:space="preserve"> that</w:t>
      </w:r>
      <w:r>
        <w:t xml:space="preserve"> would</w:t>
      </w:r>
      <w:r>
        <w:t xml:space="preserve"> be.</w:t>
      </w:r>
      <w:r>
        <w:t xml:space="preserve"> </w:t>
        <w:br/>
        <w:t>那可以让我说吗</w:t>
        <w:br/>
        <w:t>Well,</w:t>
      </w:r>
      <w:r>
        <w:t xml:space="preserve"> look,</w:t>
      </w:r>
      <w:r>
        <w:t xml:space="preserve"> then</w:t>
      </w:r>
      <w:r>
        <w:t xml:space="preserve"> can</w:t>
      </w:r>
      <w:r>
        <w:t xml:space="preserve"> I</w:t>
      </w:r>
      <w:r>
        <w:t xml:space="preserve"> talk?</w:t>
        <w:br/>
        <w:t>我真的很抱歉</w:t>
        <w:br/>
        <w:t>I'm</w:t>
      </w:r>
      <w:r>
        <w:t xml:space="preserve"> really</w:t>
      </w:r>
      <w:r>
        <w:t xml:space="preserve"> sorry...</w:t>
        <w:br/>
        <w:t>第100次</w:t>
        <w:br/>
        <w:t>For</w:t>
      </w:r>
      <w:r>
        <w:t xml:space="preserve"> the</w:t>
      </w:r>
      <w:r>
        <w:t xml:space="preserve"> 100th</w:t>
      </w:r>
      <w:r>
        <w:t xml:space="preserve"> time.</w:t>
        <w:br/>
        <w:t>对不起</w:t>
        <w:br/>
        <w:t>I'm</w:t>
      </w:r>
      <w:r>
        <w:t xml:space="preserve"> sorry.</w:t>
        <w:br/>
        <w:t>这是101次了</w:t>
        <w:br/>
        <w:t>I</w:t>
      </w:r>
      <w:r>
        <w:t xml:space="preserve"> mean,</w:t>
      </w:r>
      <w:r>
        <w:t xml:space="preserve"> that's</w:t>
      </w:r>
      <w:r>
        <w:t xml:space="preserve"> 101.</w:t>
      </w:r>
      <w:r>
        <w:t xml:space="preserve"> </w:t>
        <w:br/>
        <w:t>我也很抱歉</w:t>
        <w:br/>
        <w:t>I'm</w:t>
      </w:r>
      <w:r>
        <w:t xml:space="preserve"> sorry,</w:t>
      </w:r>
      <w:r>
        <w:t xml:space="preserve"> too.</w:t>
        <w:br/>
        <w:t>我必须要说</w:t>
      </w:r>
      <w:r>
        <w:t xml:space="preserve"> 刚来这里时</w:t>
        <w:br/>
        <w:t>And</w:t>
      </w:r>
      <w:r>
        <w:t xml:space="preserve"> for</w:t>
      </w:r>
      <w:r>
        <w:t xml:space="preserve"> the</w:t>
      </w:r>
      <w:r>
        <w:t xml:space="preserve"> record,</w:t>
      </w:r>
      <w:r>
        <w:t xml:space="preserve"> you</w:t>
      </w:r>
      <w:r>
        <w:t xml:space="preserve"> know,</w:t>
      </w:r>
      <w:r>
        <w:t xml:space="preserve"> I</w:t>
      </w:r>
      <w:r>
        <w:t xml:space="preserve"> tried</w:t>
      </w:r>
      <w:r>
        <w:t xml:space="preserve"> to</w:t>
      </w:r>
      <w:r>
        <w:t xml:space="preserve"> keep</w:t>
      </w:r>
      <w:r>
        <w:t xml:space="preserve"> my</w:t>
      </w:r>
      <w:r>
        <w:t xml:space="preserve"> distance</w:t>
      </w:r>
      <w:r>
        <w:t xml:space="preserve"> </w:t>
        <w:br/>
        <w:t>我有努力保持距离的</w:t>
        <w:br/>
        <w:t>when</w:t>
      </w:r>
      <w:r>
        <w:t xml:space="preserve"> I</w:t>
      </w:r>
      <w:r>
        <w:t xml:space="preserve"> first</w:t>
      </w:r>
      <w:r>
        <w:t xml:space="preserve"> got</w:t>
      </w:r>
      <w:r>
        <w:t xml:space="preserve"> here.</w:t>
        <w:br/>
        <w:t>是啊</w:t>
      </w:r>
      <w:r>
        <w:t xml:space="preserve"> 但你没有</w:t>
      </w:r>
      <w:r>
        <w:t xml:space="preserve"> 我以为我了解你</w:t>
        <w:br/>
        <w:t>Yeah,</w:t>
      </w:r>
      <w:r>
        <w:t xml:space="preserve"> but</w:t>
      </w:r>
      <w:r>
        <w:t xml:space="preserve"> you</w:t>
      </w:r>
      <w:r>
        <w:t xml:space="preserve"> didn't.</w:t>
      </w:r>
      <w:r>
        <w:t xml:space="preserve"> Look,</w:t>
      </w:r>
      <w:r>
        <w:t xml:space="preserve"> I</w:t>
      </w:r>
      <w:r>
        <w:t xml:space="preserve"> thought</w:t>
      </w:r>
      <w:r>
        <w:t xml:space="preserve"> I</w:t>
      </w:r>
      <w:r>
        <w:t xml:space="preserve"> knew</w:t>
      </w:r>
      <w:r>
        <w:t xml:space="preserve"> you.</w:t>
        <w:br/>
        <w:t>你可以眼睛不眨地隐藏一切</w:t>
        <w:br/>
        <w:t>The</w:t>
      </w:r>
      <w:r>
        <w:t xml:space="preserve"> fact</w:t>
      </w:r>
      <w:r>
        <w:t xml:space="preserve"> you</w:t>
      </w:r>
      <w:r>
        <w:t xml:space="preserve"> could</w:t>
      </w:r>
      <w:r>
        <w:t xml:space="preserve"> keep</w:t>
      </w:r>
      <w:r>
        <w:t xml:space="preserve"> all</w:t>
      </w:r>
      <w:r>
        <w:t xml:space="preserve"> that</w:t>
      </w:r>
      <w:r>
        <w:t xml:space="preserve"> hidden</w:t>
      </w:r>
      <w:r>
        <w:t xml:space="preserve"> without</w:t>
      </w:r>
      <w:r>
        <w:t xml:space="preserve"> even</w:t>
      </w:r>
      <w:r>
        <w:t xml:space="preserve"> batting</w:t>
      </w:r>
      <w:r>
        <w:t xml:space="preserve"> an</w:t>
      </w:r>
      <w:r>
        <w:t xml:space="preserve"> eye...</w:t>
        <w:br/>
        <w:t>我真的以为你要说的是别的</w:t>
        <w:br/>
        <w:t>I</w:t>
      </w:r>
      <w:r>
        <w:t xml:space="preserve"> really</w:t>
      </w:r>
      <w:r>
        <w:t xml:space="preserve"> thought</w:t>
      </w:r>
      <w:r>
        <w:t xml:space="preserve"> that</w:t>
      </w:r>
      <w:r>
        <w:t xml:space="preserve"> you</w:t>
      </w:r>
      <w:r>
        <w:t xml:space="preserve"> were</w:t>
      </w:r>
      <w:r>
        <w:t xml:space="preserve"> gonna</w:t>
      </w:r>
      <w:r>
        <w:t xml:space="preserve"> say</w:t>
      </w:r>
      <w:r>
        <w:t xml:space="preserve"> something</w:t>
      </w:r>
      <w:r>
        <w:t xml:space="preserve"> else.</w:t>
        <w:br/>
        <w:t>是啊</w:t>
      </w:r>
      <w:r>
        <w:t xml:space="preserve"> 我也是</w:t>
        <w:br/>
        <w:t>Yeah,</w:t>
      </w:r>
      <w:r>
        <w:t xml:space="preserve"> well,</w:t>
      </w:r>
      <w:r>
        <w:t xml:space="preserve"> me</w:t>
      </w:r>
      <w:r>
        <w:t xml:space="preserve"> too.</w:t>
        <w:br/>
        <w:t>你想过</w:t>
      </w:r>
      <w:r>
        <w:t xml:space="preserve"> 如果可以选择</w:t>
      </w:r>
      <w:r>
        <w:t xml:space="preserve"> 你会去哪里吗?</w:t>
        <w:br/>
        <w:t>You</w:t>
      </w:r>
      <w:r>
        <w:t xml:space="preserve"> thought</w:t>
      </w:r>
      <w:r>
        <w:t xml:space="preserve"> about</w:t>
      </w:r>
      <w:r>
        <w:t xml:space="preserve"> where</w:t>
      </w:r>
      <w:r>
        <w:t xml:space="preserve"> you'd</w:t>
      </w:r>
      <w:r>
        <w:t xml:space="preserve"> go</w:t>
      </w:r>
      <w:r>
        <w:t xml:space="preserve"> if</w:t>
      </w:r>
      <w:r>
        <w:t xml:space="preserve"> you</w:t>
      </w:r>
      <w:r>
        <w:t xml:space="preserve"> had</w:t>
      </w:r>
      <w:r>
        <w:t xml:space="preserve"> a</w:t>
      </w:r>
      <w:r>
        <w:t xml:space="preserve"> choice?</w:t>
        <w:br/>
        <w:t>有</w:t>
      </w:r>
      <w:r>
        <w:t xml:space="preserve"> 回到9个半月前</w:t>
        <w:br/>
        <w:t>Yeah,</w:t>
      </w:r>
      <w:r>
        <w:t xml:space="preserve"> back</w:t>
      </w:r>
      <w:r>
        <w:t xml:space="preserve"> in</w:t>
      </w:r>
      <w:r>
        <w:t xml:space="preserve"> time</w:t>
      </w:r>
      <w:r>
        <w:t xml:space="preserve"> 9</w:t>
      </w:r>
      <w:r>
        <w:t xml:space="preserve"> 1/2</w:t>
      </w:r>
      <w:r>
        <w:t xml:space="preserve"> months.</w:t>
        <w:br/>
        <w:t>你呢?</w:t>
        <w:br/>
        <w:t>You?</w:t>
      </w:r>
      <w:r>
        <w:t xml:space="preserve"> </w:t>
        <w:br/>
        <w:t>不知道</w:t>
        <w:br/>
        <w:t>I</w:t>
      </w:r>
      <w:r>
        <w:t xml:space="preserve"> don't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know.</w:t>
        <w:br/>
        <w:t>我还挺喜欢跟Marlo在情报科的</w:t>
        <w:br/>
        <w:t>I</w:t>
      </w:r>
      <w:r>
        <w:t xml:space="preserve"> kind</w:t>
      </w:r>
      <w:r>
        <w:t xml:space="preserve"> of</w:t>
      </w:r>
      <w:r>
        <w:t xml:space="preserve"> liked</w:t>
      </w:r>
      <w:r>
        <w:t xml:space="preserve"> working</w:t>
      </w:r>
      <w:r>
        <w:t xml:space="preserve"> intelligence</w:t>
      </w:r>
      <w:r>
        <w:t xml:space="preserve"> with</w:t>
      </w:r>
      <w:r>
        <w:t xml:space="preserve"> Marlo.</w:t>
        <w:br/>
        <w:t>抱歉提起她了</w:t>
        <w:br/>
        <w:t>Sorry</w:t>
      </w:r>
      <w:r>
        <w:t xml:space="preserve"> to</w:t>
      </w:r>
      <w:r>
        <w:t xml:space="preserve"> bring</w:t>
      </w:r>
      <w:r>
        <w:t xml:space="preserve"> her</w:t>
      </w:r>
      <w:r>
        <w:t xml:space="preserve"> up.</w:t>
      </w:r>
      <w:r>
        <w:t xml:space="preserve"> </w:t>
        <w:br/>
        <w:t>没事儿</w:t>
        <w:br/>
        <w:t>It's</w:t>
      </w:r>
      <w:r>
        <w:t xml:space="preserve"> fine.</w:t>
        <w:br/>
        <w:t>你想聊聊吗</w:t>
        <w:br/>
        <w:t>You</w:t>
      </w:r>
      <w:r>
        <w:t xml:space="preserve"> want</w:t>
      </w:r>
      <w:r>
        <w:t xml:space="preserve"> to</w:t>
      </w:r>
      <w:r>
        <w:t xml:space="preserve"> talk</w:t>
      </w:r>
      <w:r>
        <w:t xml:space="preserve"> about</w:t>
      </w:r>
      <w:r>
        <w:t xml:space="preserve"> it?</w:t>
      </w:r>
      <w:r>
        <w:t xml:space="preserve"> </w:t>
        <w:br/>
        <w:t>不</w:t>
      </w:r>
      <w:r>
        <w:t xml:space="preserve"> 真不想</w:t>
      </w:r>
      <w:r>
        <w:t xml:space="preserve"> 我就想专心工作</w:t>
        <w:br/>
        <w:t>No,</w:t>
      </w:r>
      <w:r>
        <w:t xml:space="preserve"> I</w:t>
      </w:r>
      <w:r>
        <w:t xml:space="preserve"> really</w:t>
      </w:r>
      <w:r>
        <w:t xml:space="preserve"> don't.</w:t>
      </w:r>
      <w:r>
        <w:t xml:space="preserve"> I</w:t>
      </w:r>
      <w:r>
        <w:t xml:space="preserve"> just</w:t>
      </w:r>
      <w:r>
        <w:t xml:space="preserve"> want</w:t>
      </w:r>
      <w:r>
        <w:t xml:space="preserve"> to</w:t>
      </w:r>
      <w:r>
        <w:t xml:space="preserve"> work.</w:t>
        <w:br/>
        <w:t>没看到有黄牛啊</w:t>
        <w:br/>
        <w:t>Well,</w:t>
      </w:r>
      <w:r>
        <w:t xml:space="preserve"> I</w:t>
      </w:r>
      <w:r>
        <w:t xml:space="preserve"> don't</w:t>
      </w:r>
      <w:r>
        <w:t xml:space="preserve"> see</w:t>
      </w:r>
      <w:r>
        <w:t xml:space="preserve"> any</w:t>
      </w:r>
      <w:r>
        <w:t xml:space="preserve"> scalpers.</w:t>
        <w:br/>
        <w:t>倒是看到一个喝醉的女孩儿</w:t>
        <w:br/>
        <w:t>I</w:t>
      </w:r>
      <w:r>
        <w:t xml:space="preserve"> do</w:t>
      </w:r>
      <w:r>
        <w:t xml:space="preserve"> see</w:t>
      </w:r>
      <w:r>
        <w:t xml:space="preserve"> a</w:t>
      </w:r>
      <w:r>
        <w:t xml:space="preserve"> drunk</w:t>
      </w:r>
      <w:r>
        <w:t xml:space="preserve"> girl.</w:t>
        <w:br/>
        <w:t>来吧</w:t>
      </w:r>
      <w:r>
        <w:t xml:space="preserve"> Tammy</w:t>
      </w:r>
      <w:r>
        <w:t xml:space="preserve"> 这边</w:t>
        <w:br/>
        <w:t>Come</w:t>
      </w:r>
      <w:r>
        <w:t xml:space="preserve"> on,</w:t>
      </w:r>
      <w:r>
        <w:t xml:space="preserve"> Tammy.</w:t>
      </w:r>
      <w:r>
        <w:t xml:space="preserve"> This</w:t>
      </w:r>
      <w:r>
        <w:t xml:space="preserve"> way.</w:t>
        <w:br/>
        <w:t>嘿</w:t>
      </w:r>
      <w:r>
        <w:t xml:space="preserve"> 她没事吧?</w:t>
        <w:br/>
        <w:t>Hey,</w:t>
      </w:r>
      <w:r>
        <w:t xml:space="preserve"> is</w:t>
      </w:r>
      <w:r>
        <w:t xml:space="preserve"> she</w:t>
      </w:r>
      <w:r>
        <w:t xml:space="preserve"> okay?</w:t>
      </w:r>
      <w:r>
        <w:t xml:space="preserve"> </w:t>
        <w:br/>
        <w:t>嗯</w:t>
      </w:r>
      <w:r>
        <w:t xml:space="preserve"> 抱歉</w:t>
      </w:r>
      <w:r>
        <w:t xml:space="preserve"> 警官...们</w:t>
        <w:br/>
        <w:t>Uh,</w:t>
      </w:r>
      <w:r>
        <w:t xml:space="preserve"> yeah,</w:t>
      </w:r>
      <w:r>
        <w:t xml:space="preserve"> I'm</w:t>
      </w:r>
      <w:r>
        <w:t xml:space="preserve"> sorry,</w:t>
      </w:r>
      <w:r>
        <w:t xml:space="preserve"> officer...</w:t>
      </w:r>
      <w:r>
        <w:t xml:space="preserve"> s.</w:t>
        <w:br/>
        <w:t>她有点醉</w:t>
        <w:br/>
        <w:t>Uh,</w:t>
      </w:r>
      <w:r>
        <w:t xml:space="preserve"> she's</w:t>
      </w:r>
      <w:r>
        <w:t xml:space="preserve"> just</w:t>
      </w:r>
      <w:r>
        <w:t xml:space="preserve"> a</w:t>
      </w:r>
      <w:r>
        <w:t xml:space="preserve"> little</w:t>
      </w:r>
      <w:r>
        <w:t xml:space="preserve"> drunk.</w:t>
      </w:r>
      <w:r>
        <w:t xml:space="preserve"> </w:t>
        <w:br/>
        <w:t>我得回家了</w:t>
        <w:br/>
        <w:t>I</w:t>
      </w:r>
      <w:r>
        <w:t xml:space="preserve"> need</w:t>
      </w:r>
      <w:r>
        <w:t xml:space="preserve"> to</w:t>
      </w:r>
      <w:r>
        <w:t xml:space="preserve"> go</w:t>
      </w:r>
      <w:r>
        <w:t xml:space="preserve"> home.</w:t>
        <w:br/>
        <w:t>不</w:t>
      </w:r>
      <w:r>
        <w:t xml:space="preserve"> 我知道</w:t>
      </w:r>
      <w:r>
        <w:t xml:space="preserve"> 我知道</w:t>
      </w:r>
      <w:r>
        <w:t xml:space="preserve"> 我们这就走</w:t>
        <w:br/>
        <w:t>No,</w:t>
      </w:r>
      <w:r>
        <w:t xml:space="preserve"> I</w:t>
      </w:r>
      <w:r>
        <w:t xml:space="preserve"> know.</w:t>
      </w:r>
      <w:r>
        <w:t xml:space="preserve"> I</w:t>
      </w:r>
      <w:r>
        <w:t xml:space="preserve"> know.</w:t>
      </w:r>
      <w:r>
        <w:t xml:space="preserve"> We're</w:t>
      </w:r>
      <w:r>
        <w:t xml:space="preserve"> leaving.</w:t>
      </w:r>
      <w:r>
        <w:t xml:space="preserve"> </w:t>
        <w:br/>
        <w:t>我们去等大巴</w:t>
      </w:r>
      <w:r>
        <w:t xml:space="preserve"> 好吗?</w:t>
        <w:br/>
        <w:t>Uh,</w:t>
      </w:r>
      <w:r>
        <w:t xml:space="preserve"> we're</w:t>
      </w:r>
      <w:r>
        <w:t xml:space="preserve"> just</w:t>
      </w:r>
      <w:r>
        <w:t xml:space="preserve"> gonna</w:t>
      </w:r>
      <w:r>
        <w:t xml:space="preserve"> go</w:t>
      </w:r>
      <w:r>
        <w:t xml:space="preserve"> wait</w:t>
      </w:r>
      <w:r>
        <w:t xml:space="preserve"> for</w:t>
      </w:r>
      <w:r>
        <w:t xml:space="preserve"> the</w:t>
      </w:r>
      <w:r>
        <w:t xml:space="preserve"> bus,</w:t>
      </w:r>
      <w:r>
        <w:t xml:space="preserve"> okay?</w:t>
        <w:br/>
        <w:t>无线电很安静</w:t>
        <w:br/>
        <w:t>Radio's</w:t>
      </w:r>
      <w:r>
        <w:t xml:space="preserve"> quiet.</w:t>
        <w:br/>
        <w:t>你瞧</w:t>
      </w:r>
      <w:r>
        <w:t xml:space="preserve"> 我们载你一程</w:t>
        <w:br/>
        <w:t>You</w:t>
      </w:r>
      <w:r>
        <w:t xml:space="preserve"> know</w:t>
      </w:r>
      <w:r>
        <w:t xml:space="preserve"> what?</w:t>
      </w:r>
      <w:r>
        <w:t xml:space="preserve"> We'll</w:t>
      </w:r>
      <w:r>
        <w:t xml:space="preserve"> give</w:t>
      </w:r>
      <w:r>
        <w:t xml:space="preserve"> you</w:t>
      </w:r>
      <w:r>
        <w:t xml:space="preserve"> a</w:t>
      </w:r>
      <w:r>
        <w:t xml:space="preserve"> ride.</w:t>
        <w:br/>
        <w:t>车子在这边</w:t>
        <w:br/>
        <w:t>Car's</w:t>
      </w:r>
      <w:r>
        <w:t xml:space="preserve"> over</w:t>
      </w:r>
      <w:r>
        <w:t xml:space="preserve"> here.</w:t>
        <w:br/>
        <w:t>多谢啊</w:t>
      </w:r>
      <w:r>
        <w:t xml:space="preserve"> 我没有车</w:t>
        <w:br/>
        <w:t>Wow.</w:t>
      </w:r>
      <w:r>
        <w:t xml:space="preserve"> Thanks.</w:t>
      </w:r>
      <w:r>
        <w:t xml:space="preserve"> Uh,</w:t>
      </w:r>
      <w:r>
        <w:t xml:space="preserve"> I</w:t>
      </w:r>
      <w:r>
        <w:t xml:space="preserve"> don't</w:t>
      </w:r>
      <w:r>
        <w:t xml:space="preserve"> have</w:t>
      </w:r>
      <w:r>
        <w:t xml:space="preserve"> a</w:t>
      </w:r>
      <w:r>
        <w:t xml:space="preserve"> car</w:t>
        <w:br/>
        <w:t>因为我们在攒钱给自己找地方住</w:t>
        <w:br/>
        <w:t>'cause,</w:t>
      </w:r>
      <w:r>
        <w:t xml:space="preserve"> uh,</w:t>
      </w:r>
      <w:r>
        <w:t xml:space="preserve"> we're</w:t>
      </w:r>
      <w:r>
        <w:t xml:space="preserve"> saving</w:t>
      </w:r>
      <w:r>
        <w:t xml:space="preserve"> up</w:t>
      </w:r>
      <w:r>
        <w:t xml:space="preserve"> for</w:t>
      </w:r>
      <w:r>
        <w:t xml:space="preserve"> our</w:t>
      </w:r>
      <w:r>
        <w:t xml:space="preserve"> own</w:t>
      </w:r>
      <w:r>
        <w:t xml:space="preserve"> place.</w:t>
        <w:br/>
        <w:t>还有一条狗</w:t>
      </w:r>
      <w:r>
        <w:t xml:space="preserve"> 猎狗</w:t>
      </w:r>
      <w:r>
        <w:t xml:space="preserve"> Tammy就是姓Springer的</w:t>
        <w:br/>
        <w:t>And</w:t>
      </w:r>
      <w:r>
        <w:t xml:space="preserve"> a</w:t>
      </w:r>
      <w:r>
        <w:t xml:space="preserve"> dog...</w:t>
      </w:r>
      <w:r>
        <w:t xml:space="preserve"> a</w:t>
      </w:r>
      <w:r>
        <w:t xml:space="preserve"> springer.</w:t>
      </w:r>
      <w:r>
        <w:t xml:space="preserve"> That's</w:t>
      </w:r>
      <w:r>
        <w:t xml:space="preserve"> Tammy's</w:t>
      </w:r>
      <w:r>
        <w:t xml:space="preserve"> last</w:t>
      </w:r>
      <w:r>
        <w:t xml:space="preserve"> name.</w:t>
        <w:br/>
        <w:t>很酷</w:t>
      </w:r>
      <w:r>
        <w:t xml:space="preserve"> 我喜欢狗</w:t>
      </w:r>
      <w:r>
        <w:t xml:space="preserve"> Tammy</w:t>
      </w:r>
      <w:r>
        <w:t xml:space="preserve"> 拜托不要在车里吐</w:t>
        <w:br/>
        <w:t>Very</w:t>
      </w:r>
      <w:r>
        <w:t xml:space="preserve"> cool.</w:t>
      </w:r>
      <w:r>
        <w:t xml:space="preserve"> I</w:t>
      </w:r>
      <w:r>
        <w:t xml:space="preserve"> love</w:t>
      </w:r>
      <w:r>
        <w:t xml:space="preserve"> dogs.</w:t>
      </w:r>
      <w:r>
        <w:t xml:space="preserve"> Tammy,</w:t>
      </w:r>
      <w:r>
        <w:t xml:space="preserve"> don't</w:t>
      </w:r>
      <w:r>
        <w:t xml:space="preserve"> throw</w:t>
      </w:r>
      <w:r>
        <w:t xml:space="preserve"> up</w:t>
      </w:r>
      <w:r>
        <w:t xml:space="preserve"> in</w:t>
      </w:r>
      <w:r>
        <w:t xml:space="preserve"> the</w:t>
      </w:r>
      <w:r>
        <w:t xml:space="preserve"> car,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please.</w:t>
        <w:br/>
        <w:t>我的包</w:t>
        <w:br/>
        <w:t>Oh,</w:t>
      </w:r>
      <w:r>
        <w:t xml:space="preserve"> my</w:t>
      </w:r>
      <w:r>
        <w:t xml:space="preserve"> purse.</w:t>
        <w:br/>
        <w:t>我的包...</w:t>
      </w:r>
      <w:r>
        <w:t xml:space="preserve"> 我留在急救帐篷里了</w:t>
      </w:r>
      <w:r>
        <w:t xml:space="preserve"> 我得...</w:t>
        <w:br/>
        <w:t>My</w:t>
      </w:r>
      <w:r>
        <w:t xml:space="preserve"> purse...</w:t>
      </w:r>
      <w:r>
        <w:t xml:space="preserve"> I</w:t>
      </w:r>
      <w:r>
        <w:t xml:space="preserve"> left</w:t>
      </w:r>
      <w:r>
        <w:t xml:space="preserve"> it</w:t>
      </w:r>
      <w:r>
        <w:t xml:space="preserve"> in</w:t>
      </w:r>
      <w:r>
        <w:t xml:space="preserve"> the</w:t>
      </w:r>
      <w:r>
        <w:t xml:space="preserve"> medical</w:t>
      </w:r>
      <w:r>
        <w:t xml:space="preserve"> tent.</w:t>
      </w:r>
      <w:r>
        <w:t xml:space="preserve"> I</w:t>
      </w:r>
      <w:r>
        <w:t xml:space="preserve"> need...YEAH</w:t>
        <w:br/>
        <w:t>好</w:t>
      </w:r>
      <w:r>
        <w:t xml:space="preserve"> 我回去拿</w:t>
        <w:br/>
        <w:t>Okay,</w:t>
      </w:r>
      <w:r>
        <w:t xml:space="preserve"> I'll</w:t>
      </w:r>
      <w:r>
        <w:t xml:space="preserve"> come</w:t>
      </w:r>
      <w:r>
        <w:t xml:space="preserve"> back</w:t>
      </w:r>
      <w:r>
        <w:t xml:space="preserve"> and</w:t>
      </w:r>
      <w:r>
        <w:t xml:space="preserve"> get</w:t>
      </w:r>
      <w:r>
        <w:t xml:space="preserve"> it.</w:t>
      </w:r>
      <w:r>
        <w:t xml:space="preserve"> </w:t>
        <w:br/>
        <w:t>是我妈妈的</w:t>
        <w:br/>
        <w:t>It's</w:t>
      </w:r>
      <w:r>
        <w:t xml:space="preserve"> my</w:t>
      </w:r>
      <w:r>
        <w:t xml:space="preserve"> mom's.</w:t>
        <w:br/>
        <w:t>等你平安到家了</w:t>
      </w:r>
      <w:r>
        <w:t xml:space="preserve"> 我会回来拿</w:t>
      </w:r>
      <w:r>
        <w:t xml:space="preserve"> 好吗</w:t>
        <w:br/>
        <w:t>I'll</w:t>
      </w:r>
      <w:r>
        <w:t xml:space="preserve"> come</w:t>
      </w:r>
      <w:r>
        <w:t xml:space="preserve"> back</w:t>
      </w:r>
      <w:r>
        <w:t xml:space="preserve"> and</w:t>
      </w:r>
      <w:r>
        <w:t xml:space="preserve"> get</w:t>
      </w:r>
      <w:r>
        <w:t xml:space="preserve"> it</w:t>
      </w:r>
      <w:r>
        <w:t xml:space="preserve"> when</w:t>
      </w:r>
      <w:r>
        <w:t xml:space="preserve"> you're</w:t>
      </w:r>
      <w:r>
        <w:t xml:space="preserve"> home</w:t>
      </w:r>
      <w:r>
        <w:t xml:space="preserve"> safe,</w:t>
      </w:r>
      <w:r>
        <w:t xml:space="preserve"> okay?</w:t>
        <w:br/>
        <w:t>Tammy?</w:t>
      </w:r>
      <w:r>
        <w:t xml:space="preserve"> Tammy?</w:t>
        <w:br/>
        <w:t>Tammy?</w:t>
      </w:r>
      <w:r>
        <w:t xml:space="preserve"> Tammy?</w:t>
        <w:br/>
        <w:t>Dov?</w:t>
        <w:br/>
        <w:t>Dov?</w:t>
        <w:br/>
        <w:t>嘿</w:t>
      </w:r>
      <w:r>
        <w:t xml:space="preserve"> 她的脉搏跳很快</w:t>
        <w:br/>
        <w:t>Hey,</w:t>
      </w:r>
      <w:r>
        <w:t xml:space="preserve"> her</w:t>
      </w:r>
      <w:r>
        <w:t xml:space="preserve"> pulse</w:t>
      </w:r>
      <w:r>
        <w:t xml:space="preserve"> is</w:t>
      </w:r>
      <w:r>
        <w:t xml:space="preserve"> racing.</w:t>
        <w:br/>
        <w:t>这里是1511</w:t>
        <w:br/>
        <w:t>This</w:t>
      </w:r>
      <w:r>
        <w:t xml:space="preserve"> is</w:t>
      </w:r>
      <w:r>
        <w:t xml:space="preserve"> 1511.</w:t>
      </w:r>
      <w:r>
        <w:t xml:space="preserve"> </w:t>
        <w:br/>
        <w:t>把外套给我</w:t>
        <w:br/>
        <w:t>Give</w:t>
      </w:r>
      <w:r>
        <w:t xml:space="preserve"> me</w:t>
      </w:r>
      <w:r>
        <w:t xml:space="preserve"> your</w:t>
      </w:r>
      <w:r>
        <w:t xml:space="preserve"> sweater.</w:t>
        <w:br/>
        <w:t>城景音乐节这边需要急救人员</w:t>
        <w:br/>
        <w:t>We</w:t>
      </w:r>
      <w:r>
        <w:t xml:space="preserve"> need</w:t>
      </w:r>
      <w:r>
        <w:t xml:space="preserve"> EMS</w:t>
      </w:r>
      <w:r>
        <w:t xml:space="preserve"> to</w:t>
      </w:r>
      <w:r>
        <w:t xml:space="preserve"> the</w:t>
      </w:r>
      <w:r>
        <w:t xml:space="preserve"> city</w:t>
      </w:r>
      <w:r>
        <w:t xml:space="preserve"> view</w:t>
      </w:r>
      <w:r>
        <w:t xml:space="preserve"> music</w:t>
      </w:r>
      <w:r>
        <w:t xml:space="preserve"> festival.</w:t>
        <w:br/>
        <w:t>我们在后台</w:t>
      </w:r>
      <w:r>
        <w:t xml:space="preserve"> 等候区附近</w:t>
        <w:br/>
        <w:t>We're</w:t>
      </w:r>
      <w:r>
        <w:t xml:space="preserve"> backstage,</w:t>
      </w:r>
      <w:r>
        <w:t xml:space="preserve"> near</w:t>
      </w:r>
      <w:r>
        <w:t xml:space="preserve"> the</w:t>
      </w:r>
      <w:r>
        <w:t xml:space="preserve"> holding</w:t>
      </w:r>
      <w:r>
        <w:t xml:space="preserve"> area.</w:t>
      </w:r>
      <w:r>
        <w:t xml:space="preserve"> </w:t>
        <w:br/>
        <w:t>放在他头下</w:t>
        <w:br/>
        <w:t>Put</w:t>
      </w:r>
      <w:r>
        <w:t xml:space="preserve"> it</w:t>
      </w:r>
      <w:r>
        <w:t xml:space="preserve"> under</w:t>
      </w:r>
      <w:r>
        <w:t xml:space="preserve"> her</w:t>
      </w:r>
      <w:r>
        <w:t xml:space="preserve"> head.</w:t>
        <w:br/>
        <w:t>收到</w:t>
      </w:r>
      <w:r>
        <w:t xml:space="preserve"> 1504</w:t>
        <w:br/>
        <w:t>Copy</w:t>
      </w:r>
      <w:r>
        <w:t xml:space="preserve"> that.</w:t>
      </w:r>
      <w:r>
        <w:t xml:space="preserve"> 1504.</w:t>
      </w:r>
      <w:r>
        <w:t xml:space="preserve"> </w:t>
        <w:br/>
        <w:t>好</w:t>
        <w:br/>
        <w:t>Okay.</w:t>
        <w:br/>
        <w:t>现在派急救人员过去</w:t>
        <w:br/>
        <w:t>We're</w:t>
      </w:r>
      <w:r>
        <w:t xml:space="preserve"> dispatching</w:t>
      </w:r>
      <w:r>
        <w:t xml:space="preserve"> EMS...</w:t>
      </w:r>
      <w:r>
        <w:t xml:space="preserve"> </w:t>
        <w:br/>
        <w:t>她会没事吧?</w:t>
        <w:br/>
        <w:t>Is</w:t>
      </w:r>
      <w:r>
        <w:t xml:space="preserve"> she</w:t>
      </w:r>
      <w:r>
        <w:t xml:space="preserve"> gonna</w:t>
      </w:r>
      <w:r>
        <w:t xml:space="preserve"> be</w:t>
      </w:r>
      <w:r>
        <w:t xml:space="preserve"> okay?</w:t>
        <w:br/>
        <w:t>Sam</w:t>
        <w:br/>
        <w:t>Sam.</w:t>
        <w:br/>
        <w:t>Sam!</w:t>
        <w:br/>
        <w:t>Sam!</w:t>
        <w:br/>
        <w:t>你要对这宝贝儿温柔一点</w:t>
      </w:r>
      <w:r>
        <w:t xml:space="preserve"> 好吗</w:t>
        <w:br/>
        <w:t>You</w:t>
      </w:r>
      <w:r>
        <w:t xml:space="preserve"> got</w:t>
      </w:r>
      <w:r>
        <w:t xml:space="preserve"> to</w:t>
      </w:r>
      <w:r>
        <w:t xml:space="preserve"> go</w:t>
      </w:r>
      <w:r>
        <w:t xml:space="preserve"> easy</w:t>
      </w:r>
      <w:r>
        <w:t xml:space="preserve"> on</w:t>
      </w:r>
      <w:r>
        <w:t xml:space="preserve"> this</w:t>
      </w:r>
      <w:r>
        <w:t xml:space="preserve"> baby,</w:t>
      </w:r>
      <w:r>
        <w:t xml:space="preserve"> all</w:t>
      </w:r>
      <w:r>
        <w:t xml:space="preserve"> right?</w:t>
        <w:br/>
        <w:t>我是个讲理的人</w:t>
      </w:r>
      <w:r>
        <w:t xml:space="preserve"> 我不是吗</w:t>
        <w:br/>
        <w:t>I'm</w:t>
      </w:r>
      <w:r>
        <w:t xml:space="preserve"> a</w:t>
      </w:r>
      <w:r>
        <w:t xml:space="preserve"> reasonable</w:t>
      </w:r>
      <w:r>
        <w:t xml:space="preserve"> man.</w:t>
      </w:r>
      <w:r>
        <w:t xml:space="preserve"> Am</w:t>
      </w:r>
      <w:r>
        <w:t xml:space="preserve"> I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not?</w:t>
        <w:br/>
        <w:t>我跟他们说"Sam</w:t>
      </w:r>
      <w:r>
        <w:t xml:space="preserve"> Swarek</w:t>
      </w:r>
      <w:r>
        <w:t xml:space="preserve"> 他喜欢吃盐醋味儿的"</w:t>
        <w:br/>
        <w:t>I</w:t>
      </w:r>
      <w:r>
        <w:t xml:space="preserve"> tell</w:t>
      </w:r>
      <w:r>
        <w:t xml:space="preserve"> them,</w:t>
      </w:r>
      <w:r>
        <w:t xml:space="preserve"> "Sam</w:t>
      </w:r>
      <w:r>
        <w:t xml:space="preserve"> Swarek,</w:t>
      </w:r>
      <w:r>
        <w:t xml:space="preserve"> he</w:t>
      </w:r>
      <w:r>
        <w:t xml:space="preserve"> loves</w:t>
      </w:r>
      <w:r>
        <w:t xml:space="preserve"> his</w:t>
      </w:r>
      <w:r>
        <w:t xml:space="preserve"> salt</w:t>
      </w:r>
      <w:r>
        <w:t xml:space="preserve"> and</w:t>
      </w:r>
      <w:r>
        <w:t xml:space="preserve"> vinegar.</w:t>
        <w:br/>
        <w:t>"你们得多补货</w:t>
      </w:r>
      <w:r>
        <w:t xml:space="preserve"> 起码两排"</w:t>
        <w:br/>
        <w:t>"You</w:t>
      </w:r>
      <w:r>
        <w:t xml:space="preserve"> got</w:t>
      </w:r>
      <w:r>
        <w:t xml:space="preserve"> to</w:t>
      </w:r>
      <w:r>
        <w:t xml:space="preserve"> go</w:t>
      </w:r>
      <w:r>
        <w:t xml:space="preserve"> heavy</w:t>
      </w:r>
      <w:r>
        <w:t xml:space="preserve"> on</w:t>
      </w:r>
      <w:r>
        <w:t xml:space="preserve"> those</w:t>
      </w:r>
      <w:r>
        <w:t xml:space="preserve"> things.</w:t>
      </w:r>
      <w:r>
        <w:t xml:space="preserve"> You</w:t>
      </w:r>
      <w:r>
        <w:t xml:space="preserve"> know,</w:t>
      </w:r>
      <w:r>
        <w:t xml:space="preserve"> two</w:t>
      </w:r>
      <w:r>
        <w:t xml:space="preserve"> rows</w:t>
      </w:r>
      <w:r>
        <w:t xml:space="preserve"> at</w:t>
      </w:r>
      <w:r>
        <w:t xml:space="preserve"> least."</w:t>
        <w:br/>
        <w:t>即便是艰难时候</w:t>
      </w:r>
      <w:r>
        <w:t xml:space="preserve"> 都要坚持在一起</w:t>
      </w:r>
      <w:r>
        <w:t xml:space="preserve"> 对吗</w:t>
        <w:br/>
        <w:t>You</w:t>
      </w:r>
      <w:r>
        <w:t xml:space="preserve"> stick</w:t>
      </w:r>
      <w:r>
        <w:t xml:space="preserve"> together</w:t>
      </w:r>
      <w:r>
        <w:t xml:space="preserve"> even</w:t>
      </w:r>
      <w:r>
        <w:t xml:space="preserve"> through</w:t>
      </w:r>
      <w:r>
        <w:t xml:space="preserve"> the</w:t>
      </w:r>
      <w:r>
        <w:t xml:space="preserve"> difficult</w:t>
      </w:r>
      <w:r>
        <w:t xml:space="preserve"> times,</w:t>
      </w:r>
      <w:r>
        <w:t xml:space="preserve"> right?</w:t>
        <w:br/>
        <w:t>是啊</w:t>
        <w:br/>
        <w:t>Yes.</w:t>
      </w:r>
      <w:r>
        <w:t xml:space="preserve"> Yeah.</w:t>
        <w:br/>
        <w:t>计划是这样</w:t>
      </w:r>
      <w:r>
        <w:t xml:space="preserve"> 对</w:t>
      </w:r>
      <w:r>
        <w:t xml:space="preserve"> 理论上</w:t>
        <w:br/>
        <w:t>That's...</w:t>
      </w:r>
      <w:r>
        <w:t xml:space="preserve"> that's</w:t>
      </w:r>
      <w:r>
        <w:t xml:space="preserve"> the</w:t>
      </w:r>
      <w:r>
        <w:t xml:space="preserve"> plan,</w:t>
      </w:r>
      <w:r>
        <w:t xml:space="preserve"> right,</w:t>
      </w:r>
      <w:r>
        <w:t xml:space="preserve"> in</w:t>
      </w:r>
      <w:r>
        <w:t xml:space="preserve"> theory,</w:t>
        <w:br/>
        <w:t>但是会有...会有人调职</w:t>
        <w:br/>
        <w:t>but</w:t>
      </w:r>
      <w:r>
        <w:t xml:space="preserve"> there's</w:t>
      </w:r>
      <w:r>
        <w:t xml:space="preserve"> gonna</w:t>
      </w:r>
      <w:r>
        <w:t xml:space="preserve"> be...</w:t>
      </w:r>
      <w:r>
        <w:t xml:space="preserve"> there's</w:t>
      </w:r>
      <w:r>
        <w:t xml:space="preserve"> gonna</w:t>
      </w:r>
      <w:r>
        <w:t xml:space="preserve"> be</w:t>
      </w:r>
      <w:r>
        <w:t xml:space="preserve"> transfers.</w:t>
        <w:br/>
        <w:t>会有多余的新部门</w:t>
      </w:r>
      <w:r>
        <w:t xml:space="preserve"> 新队伍</w:t>
        <w:br/>
        <w:t>There's</w:t>
      </w:r>
      <w:r>
        <w:t xml:space="preserve"> gonna</w:t>
      </w:r>
      <w:r>
        <w:t xml:space="preserve"> be</w:t>
      </w:r>
      <w:r>
        <w:t xml:space="preserve"> the</w:t>
      </w:r>
      <w:r>
        <w:t xml:space="preserve"> odd</w:t>
      </w:r>
      <w:r>
        <w:t xml:space="preserve"> new</w:t>
      </w:r>
      <w:r>
        <w:t xml:space="preserve"> division,</w:t>
      </w:r>
      <w:r>
        <w:t xml:space="preserve"> new</w:t>
      </w:r>
      <w:r>
        <w:t xml:space="preserve"> platoons.</w:t>
        <w:br/>
        <w:t>我...我一直跟自己说</w:t>
        <w:br/>
        <w:t>You</w:t>
      </w:r>
      <w:r>
        <w:t xml:space="preserve"> know,</w:t>
      </w:r>
      <w:r>
        <w:t xml:space="preserve"> I</w:t>
      </w:r>
      <w:r>
        <w:t xml:space="preserve"> just...</w:t>
      </w:r>
      <w:r>
        <w:t xml:space="preserve"> I</w:t>
      </w:r>
      <w:r>
        <w:t xml:space="preserve"> keep</w:t>
      </w:r>
      <w:r>
        <w:t xml:space="preserve"> telling</w:t>
      </w:r>
      <w:r>
        <w:t xml:space="preserve"> myself,</w:t>
        <w:br/>
        <w:t>"我们的Penny会一直在"</w:t>
        <w:br/>
        <w:t>"we'll</w:t>
      </w:r>
      <w:r>
        <w:t xml:space="preserve"> always</w:t>
      </w:r>
      <w:r>
        <w:t xml:space="preserve"> have</w:t>
      </w:r>
      <w:r>
        <w:t xml:space="preserve"> the</w:t>
      </w:r>
      <w:r>
        <w:t xml:space="preserve"> Penny."</w:t>
        <w:br/>
        <w:t>你要是去温哥华工作</w:t>
      </w:r>
      <w:r>
        <w:t xml:space="preserve"> 就不会出现在Penny了</w:t>
        <w:br/>
        <w:t>Well,</w:t>
      </w:r>
      <w:r>
        <w:t xml:space="preserve"> you</w:t>
      </w:r>
      <w:r>
        <w:t xml:space="preserve"> can't</w:t>
      </w:r>
      <w:r>
        <w:t xml:space="preserve"> show</w:t>
      </w:r>
      <w:r>
        <w:t xml:space="preserve"> up</w:t>
      </w:r>
      <w:r>
        <w:t xml:space="preserve"> at</w:t>
      </w:r>
      <w:r>
        <w:t xml:space="preserve"> the</w:t>
      </w:r>
      <w:r>
        <w:t xml:space="preserve"> Penny</w:t>
      </w:r>
      <w:r>
        <w:t xml:space="preserve"> if</w:t>
      </w:r>
      <w:r>
        <w:t xml:space="preserve"> you're</w:t>
      </w:r>
      <w:r>
        <w:t xml:space="preserve"> working</w:t>
      </w:r>
      <w:r>
        <w:t xml:space="preserve"> in</w:t>
      </w:r>
      <w:r>
        <w:t xml:space="preserve"> Vancouver.</w:t>
        <w:br/>
        <w:t>我们不会有人去温哥华的</w:t>
        <w:br/>
        <w:t>None</w:t>
      </w:r>
      <w:r>
        <w:t xml:space="preserve"> of</w:t>
      </w:r>
      <w:r>
        <w:t xml:space="preserve"> us</w:t>
      </w:r>
      <w:r>
        <w:t xml:space="preserve"> are</w:t>
      </w:r>
      <w:r>
        <w:t xml:space="preserve"> going</w:t>
      </w:r>
      <w:r>
        <w:t xml:space="preserve"> to</w:t>
      </w:r>
      <w:r>
        <w:t xml:space="preserve"> Vancouver.</w:t>
      </w:r>
      <w:r>
        <w:t xml:space="preserve"> </w:t>
        <w:br/>
        <w:t>不是我们</w:t>
        <w:br/>
        <w:t>Not</w:t>
      </w:r>
      <w:r>
        <w:t xml:space="preserve"> us.</w:t>
        <w:br/>
        <w:t>McNally</w:t>
        <w:br/>
        <w:t>McNally.</w:t>
        <w:br/>
        <w:t>Ward请她去当卧底</w:t>
        <w:br/>
        <w:t>Ward</w:t>
      </w:r>
      <w:r>
        <w:t xml:space="preserve"> offered</w:t>
      </w:r>
      <w:r>
        <w:t xml:space="preserve"> her</w:t>
      </w:r>
      <w:r>
        <w:t xml:space="preserve"> a</w:t>
      </w:r>
      <w:r>
        <w:t xml:space="preserve"> U.C.</w:t>
      </w:r>
      <w:r>
        <w:t xml:space="preserve"> gig.</w:t>
        <w:br/>
        <w:br/>
        <w:t>在温哥华?</w:t>
        <w:br/>
        <w:t>In</w:t>
      </w:r>
      <w:r>
        <w:t xml:space="preserve"> Vancouver?</w:t>
        <w:br/>
        <w:t>你们...你们聊过了吗?</w:t>
        <w:br/>
        <w:t>Have</w:t>
      </w:r>
      <w:r>
        <w:t xml:space="preserve"> you...</w:t>
      </w:r>
      <w:r>
        <w:t xml:space="preserve"> you</w:t>
      </w:r>
      <w:r>
        <w:t xml:space="preserve"> guys</w:t>
      </w:r>
      <w:r>
        <w:t xml:space="preserve"> talked</w:t>
      </w:r>
      <w:r>
        <w:t xml:space="preserve"> about</w:t>
      </w:r>
      <w:r>
        <w:t xml:space="preserve"> this?</w:t>
        <w:br/>
        <w:t>是啊</w:t>
        <w:br/>
        <w:t>Yes.</w:t>
      </w:r>
      <w:r>
        <w:t xml:space="preserve"> </w:t>
        <w:br/>
        <w:t>是认真地聊吗?</w:t>
        <w:br/>
        <w:t>Like</w:t>
      </w:r>
      <w:r>
        <w:t xml:space="preserve"> really</w:t>
      </w:r>
      <w:r>
        <w:t xml:space="preserve"> talked</w:t>
      </w:r>
      <w:r>
        <w:t xml:space="preserve"> about</w:t>
      </w:r>
      <w:r>
        <w:t xml:space="preserve"> it?</w:t>
        <w:br/>
        <w:t>是</w:t>
      </w:r>
      <w:r>
        <w:t xml:space="preserve"> 我跟她聊过了</w:t>
      </w:r>
      <w:r>
        <w:t xml:space="preserve"> 好吗</w:t>
        <w:br/>
        <w:t>Yeah,</w:t>
      </w:r>
      <w:r>
        <w:t xml:space="preserve"> I-I</w:t>
      </w:r>
      <w:r>
        <w:t xml:space="preserve"> talked</w:t>
      </w:r>
      <w:r>
        <w:t xml:space="preserve"> with</w:t>
      </w:r>
      <w:r>
        <w:t xml:space="preserve"> her,</w:t>
      </w:r>
      <w:r>
        <w:t xml:space="preserve"> okay?</w:t>
        <w:br/>
        <w:t>好吧</w:t>
      </w:r>
      <w:r>
        <w:t xml:space="preserve"> 然后?</w:t>
        <w:br/>
        <w:t>Okay,</w:t>
      </w:r>
      <w:r>
        <w:t xml:space="preserve"> and?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</w:t>
        <w:br/>
        <w:t>没用</w:t>
        <w:br/>
        <w:t>And</w:t>
      </w:r>
      <w:r>
        <w:t xml:space="preserve"> it</w:t>
      </w:r>
      <w:r>
        <w:t xml:space="preserve"> didn't</w:t>
      </w:r>
      <w:r>
        <w:t xml:space="preserve"> make</w:t>
      </w:r>
      <w:r>
        <w:t xml:space="preserve"> any</w:t>
      </w:r>
      <w:r>
        <w:t xml:space="preserve"> difference.</w:t>
        <w:br/>
        <w:t>她对于"Marlo和宝宝"的事真的很抵触</w:t>
        <w:br/>
        <w:t>She</w:t>
      </w:r>
      <w:r>
        <w:t xml:space="preserve"> is</w:t>
      </w:r>
      <w:r>
        <w:t xml:space="preserve"> really,</w:t>
      </w:r>
      <w:r>
        <w:t xml:space="preserve"> really</w:t>
      </w:r>
      <w:r>
        <w:t xml:space="preserve"> upset</w:t>
      </w:r>
      <w:r>
        <w:t xml:space="preserve"> about</w:t>
      </w:r>
      <w:r>
        <w:t xml:space="preserve"> the</w:t>
      </w:r>
      <w:r>
        <w:t xml:space="preserve"> whole</w:t>
      </w:r>
      <w:r>
        <w:t xml:space="preserve"> "Marlo</w:t>
      </w:r>
      <w:r>
        <w:t xml:space="preserve"> and</w:t>
      </w:r>
      <w:r>
        <w:t xml:space="preserve"> the</w:t>
      </w:r>
      <w:r>
        <w:t xml:space="preserve"> baby"</w:t>
      </w:r>
      <w:r>
        <w:t xml:space="preserve"> thing,</w:t>
        <w:br/>
        <w:t>显然</w:t>
      </w:r>
      <w:r>
        <w:t xml:space="preserve"> 我没注意到她有多不开心</w:t>
        <w:br/>
        <w:t>and</w:t>
      </w:r>
      <w:r>
        <w:t xml:space="preserve"> apparently,</w:t>
      </w:r>
      <w:r>
        <w:t xml:space="preserve"> I've</w:t>
      </w:r>
      <w:r>
        <w:t xml:space="preserve"> missed</w:t>
      </w:r>
      <w:r>
        <w:t xml:space="preserve"> how</w:t>
      </w:r>
      <w:r>
        <w:t xml:space="preserve"> upset</w:t>
      </w:r>
      <w:r>
        <w:t xml:space="preserve"> she</w:t>
      </w:r>
      <w:r>
        <w:t xml:space="preserve"> is.</w:t>
        <w:br/>
        <w:t>等下</w:t>
      </w:r>
      <w:r>
        <w:t xml:space="preserve"> 好吧</w:t>
      </w:r>
      <w:r>
        <w:t xml:space="preserve"> 听我说</w:t>
        <w:br/>
        <w:t>Wait.</w:t>
      </w:r>
      <w:r>
        <w:t xml:space="preserve"> Okay.</w:t>
      </w:r>
      <w:r>
        <w:t xml:space="preserve"> Listen,</w:t>
      </w:r>
      <w:r>
        <w:t xml:space="preserve"> buddy.</w:t>
        <w:br/>
        <w:t>我的孩子出示时</w:t>
      </w:r>
      <w:r>
        <w:t xml:space="preserve"> 前几个礼拜</w:t>
        <w:br/>
        <w:t>When</w:t>
      </w:r>
      <w:r>
        <w:t xml:space="preserve"> my</w:t>
      </w:r>
      <w:r>
        <w:t xml:space="preserve"> kids</w:t>
      </w:r>
      <w:r>
        <w:t xml:space="preserve"> were</w:t>
      </w:r>
      <w:r>
        <w:t xml:space="preserve"> born,</w:t>
      </w:r>
      <w:r>
        <w:t xml:space="preserve"> first</w:t>
      </w:r>
      <w:r>
        <w:t xml:space="preserve"> few</w:t>
      </w:r>
      <w:r>
        <w:t xml:space="preserve"> weeks,</w:t>
        <w:br/>
        <w:t>我不...我都不知道自己有没有穿裤子</w:t>
        <w:br/>
        <w:t>I</w:t>
      </w:r>
      <w:r>
        <w:t xml:space="preserve"> didn't...</w:t>
      </w:r>
      <w:r>
        <w:t xml:space="preserve"> I-I</w:t>
      </w:r>
      <w:r>
        <w:t xml:space="preserve"> barely</w:t>
      </w:r>
      <w:r>
        <w:t xml:space="preserve"> noticed</w:t>
      </w:r>
      <w:r>
        <w:t xml:space="preserve"> if</w:t>
      </w:r>
      <w:r>
        <w:t xml:space="preserve"> I</w:t>
      </w:r>
      <w:r>
        <w:t xml:space="preserve"> was</w:t>
      </w:r>
      <w:r>
        <w:t xml:space="preserve"> wearing</w:t>
      </w:r>
      <w:r>
        <w:t xml:space="preserve"> pants.</w:t>
        <w:br/>
        <w:t>好吗</w:t>
      </w:r>
      <w:r>
        <w:t xml:space="preserve"> 就这么乱</w:t>
        <w:br/>
        <w:t>Okay,</w:t>
      </w:r>
      <w:r>
        <w:t xml:space="preserve"> that</w:t>
      </w:r>
      <w:r>
        <w:t xml:space="preserve"> stuff...</w:t>
        <w:br/>
        <w:t>Andy</w:t>
      </w:r>
      <w:r>
        <w:t xml:space="preserve"> McNally爱你的</w:t>
        <w:br/>
        <w:t>Andy</w:t>
      </w:r>
      <w:r>
        <w:t xml:space="preserve"> McNally</w:t>
      </w:r>
      <w:r>
        <w:t xml:space="preserve"> loves</w:t>
      </w:r>
      <w:r>
        <w:t xml:space="preserve"> you.</w:t>
        <w:br/>
        <w:t>如果她去了</w:t>
      </w:r>
      <w:r>
        <w:t xml:space="preserve"> 你们...</w:t>
        <w:br/>
        <w:t>And</w:t>
      </w:r>
      <w:r>
        <w:t xml:space="preserve"> if</w:t>
      </w:r>
      <w:r>
        <w:t xml:space="preserve"> she</w:t>
      </w:r>
      <w:r>
        <w:t xml:space="preserve"> goes...</w:t>
      </w:r>
      <w:r>
        <w:t xml:space="preserve"> You</w:t>
      </w:r>
      <w:r>
        <w:t xml:space="preserve"> guys...</w:t>
        <w:br/>
        <w:t>你...她...你可以...</w:t>
        <w:br/>
        <w:t>the...</w:t>
      </w:r>
      <w:r>
        <w:t xml:space="preserve"> you...</w:t>
      </w:r>
      <w:r>
        <w:t xml:space="preserve"> she...</w:t>
      </w:r>
      <w:r>
        <w:t xml:space="preserve"> you</w:t>
      </w:r>
      <w:r>
        <w:t xml:space="preserve"> can,</w:t>
      </w:r>
      <w:r>
        <w:t xml:space="preserve"> um...</w:t>
        <w:br/>
        <w:t>我不...我不知道</w:t>
      </w:r>
      <w:r>
        <w:t xml:space="preserve"> 我不知道</w:t>
        <w:br/>
        <w:t>I</w:t>
      </w:r>
      <w:r>
        <w:t xml:space="preserve"> don't...</w:t>
      </w:r>
      <w:r>
        <w:t xml:space="preserve"> I</w:t>
      </w:r>
      <w:r>
        <w:t xml:space="preserve"> don't</w:t>
      </w:r>
      <w:r>
        <w:t xml:space="preserve"> know.</w:t>
      </w:r>
      <w:r>
        <w:t xml:space="preserve"> I</w:t>
      </w:r>
      <w:r>
        <w:t xml:space="preserve"> don't</w:t>
      </w:r>
      <w:r>
        <w:t xml:space="preserve"> know.</w:t>
        <w:br/>
        <w:t>就这样?</w:t>
        <w:br/>
        <w:t>That's</w:t>
      </w:r>
      <w:r>
        <w:t xml:space="preserve"> it?</w:t>
        <w:br/>
        <w:t>好</w:t>
      </w:r>
      <w:r>
        <w:t xml:space="preserve"> 多谢</w:t>
      </w:r>
      <w:r>
        <w:t xml:space="preserve"> 兄弟</w:t>
      </w:r>
      <w:r>
        <w:t xml:space="preserve"> 多谢你的开导</w:t>
        <w:br/>
        <w:t>Okay,</w:t>
      </w:r>
      <w:r>
        <w:t xml:space="preserve"> thanks,</w:t>
      </w:r>
      <w:r>
        <w:t xml:space="preserve"> pal.</w:t>
      </w:r>
      <w:r>
        <w:t xml:space="preserve"> Thanks</w:t>
      </w:r>
      <w:r>
        <w:t xml:space="preserve"> for</w:t>
      </w:r>
      <w:r>
        <w:t xml:space="preserve"> the</w:t>
      </w:r>
      <w:r>
        <w:t xml:space="preserve"> good</w:t>
      </w:r>
      <w:r>
        <w:t xml:space="preserve"> talk.</w:t>
        <w:br/>
        <w:t>我想她是落在这儿了</w:t>
        <w:br/>
        <w:t>It...</w:t>
      </w:r>
      <w:r>
        <w:t xml:space="preserve"> I</w:t>
      </w:r>
      <w:r>
        <w:t xml:space="preserve"> think</w:t>
      </w:r>
      <w:r>
        <w:t xml:space="preserve"> she</w:t>
      </w:r>
      <w:r>
        <w:t xml:space="preserve"> left</w:t>
      </w:r>
      <w:r>
        <w:t xml:space="preserve"> it</w:t>
      </w:r>
      <w:r>
        <w:t xml:space="preserve"> over</w:t>
      </w:r>
      <w:r>
        <w:t xml:space="preserve"> there.</w:t>
        <w:br/>
        <w:t>好</w:t>
        <w:br/>
        <w:t>All</w:t>
      </w:r>
      <w:r>
        <w:t xml:space="preserve"> right.</w:t>
        <w:br/>
        <w:t>慢着慢着</w:t>
        <w:br/>
        <w:t>Easy.</w:t>
      </w:r>
      <w:r>
        <w:t xml:space="preserve"> E-easy.</w:t>
      </w:r>
      <w:r>
        <w:t xml:space="preserve"> </w:t>
        <w:br/>
        <w:t>嘿</w:t>
      </w:r>
      <w:r>
        <w:t xml:space="preserve"> 需要帮忙吗</w:t>
        <w:br/>
        <w:t>Hey,</w:t>
      </w:r>
      <w:r>
        <w:t xml:space="preserve"> do</w:t>
      </w:r>
      <w:r>
        <w:t xml:space="preserve"> you</w:t>
      </w:r>
      <w:r>
        <w:t xml:space="preserve"> need</w:t>
      </w:r>
      <w:r>
        <w:t xml:space="preserve"> some</w:t>
      </w:r>
      <w:r>
        <w:t xml:space="preserve"> help?</w:t>
        <w:br/>
        <w:t>不不用</w:t>
      </w:r>
      <w:r>
        <w:t xml:space="preserve"> 没问题</w:t>
      </w:r>
      <w:r>
        <w:t xml:space="preserve"> 谢谢</w:t>
        <w:br/>
        <w:t>No,</w:t>
      </w:r>
      <w:r>
        <w:t xml:space="preserve"> no,</w:t>
      </w:r>
      <w:r>
        <w:t xml:space="preserve"> no.</w:t>
      </w:r>
      <w:r>
        <w:t xml:space="preserve"> I'm</w:t>
      </w:r>
      <w:r>
        <w:t xml:space="preserve"> good.</w:t>
      </w:r>
      <w:r>
        <w:t xml:space="preserve"> Thanks.</w:t>
        <w:br/>
        <w:t>毒品在这些活动上是一大问题</w:t>
        <w:br/>
        <w:t>Drugs</w:t>
      </w:r>
      <w:r>
        <w:t xml:space="preserve"> are</w:t>
      </w:r>
      <w:r>
        <w:t xml:space="preserve"> a</w:t>
      </w:r>
      <w:r>
        <w:t xml:space="preserve"> big</w:t>
      </w:r>
      <w:r>
        <w:t xml:space="preserve"> problem</w:t>
      </w:r>
      <w:r>
        <w:t xml:space="preserve"> at</w:t>
      </w:r>
      <w:r>
        <w:t xml:space="preserve"> these</w:t>
      </w:r>
      <w:r>
        <w:t xml:space="preserve"> festivals.</w:t>
        <w:br/>
        <w:t>我努力避免</w:t>
      </w:r>
      <w:r>
        <w:t xml:space="preserve"> 可是能力有限啊</w:t>
        <w:br/>
        <w:t>You</w:t>
      </w:r>
      <w:r>
        <w:t xml:space="preserve"> know,</w:t>
      </w:r>
      <w:r>
        <w:t xml:space="preserve"> I</w:t>
      </w:r>
      <w:r>
        <w:t xml:space="preserve"> try</w:t>
      </w:r>
      <w:r>
        <w:t xml:space="preserve"> to</w:t>
      </w:r>
      <w:r>
        <w:t xml:space="preserve"> keep</w:t>
      </w:r>
      <w:r>
        <w:t xml:space="preserve"> them</w:t>
      </w:r>
      <w:r>
        <w:t xml:space="preserve"> out,</w:t>
      </w:r>
      <w:r>
        <w:t xml:space="preserve"> but</w:t>
      </w:r>
      <w:r>
        <w:t xml:space="preserve"> there's</w:t>
      </w:r>
      <w:r>
        <w:t xml:space="preserve"> only</w:t>
      </w:r>
      <w:r>
        <w:t xml:space="preserve"> so</w:t>
      </w:r>
      <w:r>
        <w:t xml:space="preserve"> much</w:t>
      </w:r>
      <w:r>
        <w:t xml:space="preserve"> I</w:t>
      </w:r>
      <w:r>
        <w:t xml:space="preserve"> can</w:t>
      </w:r>
      <w:r>
        <w:t xml:space="preserve"> do.</w:t>
        <w:br/>
        <w:t>Peyton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O'Brien</w:t>
        <w:br/>
        <w:t>Uh,</w:t>
      </w:r>
      <w:r>
        <w:t xml:space="preserve"> Peyton</w:t>
      </w:r>
      <w:r>
        <w:t xml:space="preserve"> O'Brien.</w:t>
      </w:r>
      <w:r>
        <w:t xml:space="preserve"> </w:t>
        <w:br/>
        <w:t>Andy</w:t>
        <w:br/>
        <w:t>Andy.</w:t>
        <w:br/>
        <w:t>我是主办人</w:t>
        <w:br/>
        <w:t>I'm</w:t>
      </w:r>
      <w:r>
        <w:t xml:space="preserve"> the</w:t>
      </w:r>
      <w:r>
        <w:t xml:space="preserve"> promoter.</w:t>
        <w:br/>
        <w:t>今早一直在巡视</w:t>
        <w:br/>
        <w:t>Been</w:t>
      </w:r>
      <w:r>
        <w:t xml:space="preserve"> making</w:t>
      </w:r>
      <w:r>
        <w:t xml:space="preserve"> the</w:t>
      </w:r>
      <w:r>
        <w:t xml:space="preserve"> rounds</w:t>
      </w:r>
      <w:r>
        <w:t xml:space="preserve"> this</w:t>
      </w:r>
      <w:r>
        <w:t xml:space="preserve"> morning,</w:t>
      </w:r>
      <w:r>
        <w:t xml:space="preserve"> </w:t>
        <w:br/>
        <w:t>把状况不佳的孩子们带进来</w:t>
        <w:br/>
        <w:t>bringing</w:t>
      </w:r>
      <w:r>
        <w:t xml:space="preserve"> in</w:t>
      </w:r>
      <w:r>
        <w:t xml:space="preserve"> any</w:t>
      </w:r>
      <w:r>
        <w:t xml:space="preserve"> kids</w:t>
      </w:r>
      <w:r>
        <w:t xml:space="preserve"> who</w:t>
      </w:r>
      <w:r>
        <w:t xml:space="preserve"> seem</w:t>
      </w:r>
      <w:r>
        <w:t xml:space="preserve"> off.</w:t>
        <w:br/>
        <w:t>或是昏迷的</w:t>
        <w:br/>
        <w:t>Or</w:t>
      </w:r>
      <w:r>
        <w:t xml:space="preserve"> unconscious.</w:t>
      </w:r>
      <w:r>
        <w:t xml:space="preserve"> </w:t>
        <w:br/>
        <w:t>是啊</w:t>
        <w:br/>
        <w:t>Yeah.</w:t>
        <w:br/>
        <w:t>发现这个像僵尸一样走不动路</w:t>
        <w:br/>
        <w:t>Found</w:t>
      </w:r>
      <w:r>
        <w:t xml:space="preserve"> this</w:t>
      </w:r>
      <w:r>
        <w:t xml:space="preserve"> one</w:t>
      </w:r>
      <w:r>
        <w:t xml:space="preserve"> dead</w:t>
      </w:r>
      <w:r>
        <w:t xml:space="preserve"> on</w:t>
      </w:r>
      <w:r>
        <w:t xml:space="preserve"> her</w:t>
      </w:r>
      <w:r>
        <w:t xml:space="preserve"> feet</w:t>
      </w:r>
      <w:r>
        <w:t xml:space="preserve"> like</w:t>
      </w:r>
      <w:r>
        <w:t xml:space="preserve"> a</w:t>
      </w:r>
      <w:r>
        <w:t xml:space="preserve"> zombie,</w:t>
        <w:br/>
        <w:t>不知道自己去过哪里</w:t>
      </w:r>
      <w:r>
        <w:t xml:space="preserve"> 怎么来这儿的</w:t>
        <w:br/>
        <w:t>no</w:t>
      </w:r>
      <w:r>
        <w:t xml:space="preserve"> clue</w:t>
      </w:r>
      <w:r>
        <w:t xml:space="preserve"> where</w:t>
      </w:r>
      <w:r>
        <w:t xml:space="preserve"> she</w:t>
      </w:r>
      <w:r>
        <w:t xml:space="preserve"> was</w:t>
      </w:r>
      <w:r>
        <w:t xml:space="preserve"> or</w:t>
      </w:r>
      <w:r>
        <w:t xml:space="preserve"> how</w:t>
      </w:r>
      <w:r>
        <w:t xml:space="preserve"> she</w:t>
      </w:r>
      <w:r>
        <w:t xml:space="preserve"> got</w:t>
      </w:r>
      <w:r>
        <w:t xml:space="preserve"> here.</w:t>
        <w:br/>
        <w:t>她不是唯一一个</w:t>
        <w:br/>
        <w:t>She</w:t>
      </w:r>
      <w:r>
        <w:t xml:space="preserve"> wasn't</w:t>
      </w:r>
      <w:r>
        <w:t xml:space="preserve"> the</w:t>
      </w:r>
      <w:r>
        <w:t xml:space="preserve"> only</w:t>
      </w:r>
      <w:r>
        <w:t xml:space="preserve"> one.</w:t>
      </w:r>
      <w:r>
        <w:t xml:space="preserve"> </w:t>
        <w:br/>
        <w:t>他们也是你带进来的?</w:t>
        <w:br/>
        <w:t>You</w:t>
      </w:r>
      <w:r>
        <w:t xml:space="preserve"> brought</w:t>
      </w:r>
      <w:r>
        <w:t xml:space="preserve"> them</w:t>
      </w:r>
      <w:r>
        <w:t xml:space="preserve"> in,</w:t>
      </w:r>
      <w:r>
        <w:t xml:space="preserve"> too?</w:t>
        <w:br/>
        <w:t>昨天晚上</w:t>
        <w:br/>
        <w:t>Last</w:t>
      </w:r>
      <w:r>
        <w:t xml:space="preserve"> night.</w:t>
      </w:r>
      <w:r>
        <w:t xml:space="preserve"> </w:t>
        <w:br/>
        <w:t>那句话怎么说来着</w:t>
        <w:br/>
        <w:t>What's</w:t>
      </w:r>
      <w:r>
        <w:t xml:space="preserve"> that</w:t>
      </w:r>
      <w:r>
        <w:t xml:space="preserve"> expression?</w:t>
        <w:br/>
        <w:t>一次是意外</w:t>
      </w:r>
      <w:r>
        <w:t xml:space="preserve"> 两次是巧合</w:t>
        <w:br/>
        <w:t>Uh,</w:t>
      </w:r>
      <w:r>
        <w:t xml:space="preserve"> one</w:t>
      </w:r>
      <w:r>
        <w:t xml:space="preserve"> time's</w:t>
      </w:r>
      <w:r>
        <w:t xml:space="preserve"> an</w:t>
      </w:r>
      <w:r>
        <w:t xml:space="preserve"> incident,</w:t>
      </w:r>
      <w:r>
        <w:t xml:space="preserve"> two</w:t>
      </w:r>
      <w:r>
        <w:t xml:space="preserve"> times</w:t>
      </w:r>
      <w:r>
        <w:t xml:space="preserve"> a</w:t>
      </w:r>
      <w:r>
        <w:t xml:space="preserve"> coincidence...</w:t>
        <w:br/>
        <w:t>三次就是模式了</w:t>
        <w:br/>
        <w:t>Three's</w:t>
      </w:r>
      <w:r>
        <w:t xml:space="preserve"> a</w:t>
      </w:r>
      <w:r>
        <w:t xml:space="preserve"> pattern.</w:t>
      </w:r>
      <w:r>
        <w:t xml:space="preserve"> </w:t>
        <w:br/>
        <w:t>没错</w:t>
      </w:r>
      <w:r>
        <w:t xml:space="preserve"> 不好意思</w:t>
        <w:br/>
        <w:t>Exactly.EXCUSE</w:t>
      </w:r>
      <w:r>
        <w:t xml:space="preserve"> ME</w:t>
        <w:br/>
        <w:t>嘿</w:t>
      </w:r>
      <w:r>
        <w:t xml:space="preserve"> Dov</w:t>
      </w:r>
      <w:r>
        <w:t xml:space="preserve"> 怎么了</w:t>
        <w:br/>
        <w:t>Hey,</w:t>
      </w:r>
      <w:r>
        <w:t xml:space="preserve"> Dov.</w:t>
      </w:r>
      <w:r>
        <w:t xml:space="preserve"> What's</w:t>
      </w:r>
      <w:r>
        <w:t xml:space="preserve"> up?</w:t>
        <w:br/>
        <w:t>Tammy的毒检报告出来了</w:t>
        <w:br/>
        <w:t>Tammy's</w:t>
      </w:r>
      <w:r>
        <w:t xml:space="preserve"> tox-screen</w:t>
      </w:r>
      <w:r>
        <w:t xml:space="preserve"> results</w:t>
      </w:r>
      <w:r>
        <w:t xml:space="preserve"> just</w:t>
      </w:r>
      <w:r>
        <w:t xml:space="preserve"> came</w:t>
      </w:r>
      <w:r>
        <w:t xml:space="preserve"> back</w:t>
      </w:r>
      <w:r>
        <w:t xml:space="preserve"> in.</w:t>
        <w:br/>
        <w:t>血液里检测到两种药物...</w:t>
        <w:br/>
        <w:t>Her</w:t>
      </w:r>
      <w:r>
        <w:t xml:space="preserve"> blood</w:t>
      </w:r>
      <w:r>
        <w:t xml:space="preserve"> tested</w:t>
      </w:r>
      <w:r>
        <w:t xml:space="preserve"> positive</w:t>
      </w:r>
      <w:r>
        <w:t xml:space="preserve"> for</w:t>
      </w:r>
      <w:r>
        <w:t xml:space="preserve"> two</w:t>
      </w:r>
      <w:r>
        <w:t xml:space="preserve"> types</w:t>
      </w:r>
      <w:r>
        <w:t xml:space="preserve"> of</w:t>
      </w:r>
      <w:r>
        <w:t xml:space="preserve"> drugs...</w:t>
        <w:br/>
        <w:t>迷幻药</w:t>
      </w:r>
      <w:r>
        <w:t xml:space="preserve"> 这在音乐节上常见</w:t>
        <w:br/>
        <w:t>ecstasy,</w:t>
      </w:r>
      <w:r>
        <w:t xml:space="preserve"> which</w:t>
      </w:r>
      <w:r>
        <w:t xml:space="preserve"> is</w:t>
      </w:r>
      <w:r>
        <w:t xml:space="preserve"> pretty</w:t>
      </w:r>
      <w:r>
        <w:t xml:space="preserve"> common</w:t>
      </w:r>
      <w:r>
        <w:t xml:space="preserve"> at</w:t>
      </w:r>
      <w:r>
        <w:t xml:space="preserve"> music</w:t>
      </w:r>
      <w:r>
        <w:t xml:space="preserve"> festivals,</w:t>
      </w:r>
      <w:r>
        <w:t xml:space="preserve"> </w:t>
        <w:br/>
        <w:t>还有氟硝西泮</w:t>
        <w:br/>
        <w:t>and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flunitrazepam.</w:t>
        <w:br/>
        <w:t>不好意思</w:t>
      </w:r>
      <w:r>
        <w:t xml:space="preserve"> 那是什么</w:t>
        <w:br/>
        <w:t>Sorry,</w:t>
      </w:r>
      <w:r>
        <w:t xml:space="preserve"> what's</w:t>
      </w:r>
      <w:r>
        <w:t xml:space="preserve"> that?</w:t>
      </w:r>
      <w:r>
        <w:t xml:space="preserve"> </w:t>
        <w:br/>
        <w:t>强&amp;hearts;奸&amp;hearts;药</w:t>
        <w:br/>
        <w:t>Roofies.</w:t>
        <w:br/>
        <w:t>有人给她下了强&amp;hearts;奸&amp;hearts;药</w:t>
        <w:br/>
        <w:t>Somebody</w:t>
      </w:r>
      <w:r>
        <w:t xml:space="preserve"> roofied</w:t>
      </w:r>
      <w:r>
        <w:t xml:space="preserve"> her,</w:t>
      </w:r>
      <w:r>
        <w:t xml:space="preserve"> </w:t>
        <w:br/>
        <w:t>起码看来是这样</w:t>
        <w:br/>
        <w:t>or</w:t>
      </w:r>
      <w:r>
        <w:t xml:space="preserve"> at</w:t>
      </w:r>
      <w:r>
        <w:t xml:space="preserve"> least</w:t>
      </w:r>
      <w:r>
        <w:t xml:space="preserve"> that's</w:t>
      </w:r>
      <w:r>
        <w:t xml:space="preserve"> what</w:t>
      </w:r>
      <w:r>
        <w:t xml:space="preserve"> it</w:t>
      </w:r>
      <w:r>
        <w:t xml:space="preserve"> looks</w:t>
      </w:r>
      <w:r>
        <w:t xml:space="preserve"> like.</w:t>
        <w:br/>
        <w:t>她可能不是唯一一个</w:t>
      </w:r>
      <w:r>
        <w:t xml:space="preserve"> 我打电&amp;hearts;话&amp;hearts;给Sam</w:t>
        <w:br/>
        <w:t>Well,</w:t>
      </w:r>
      <w:r>
        <w:t xml:space="preserve"> she</w:t>
      </w:r>
      <w:r>
        <w:t xml:space="preserve"> might</w:t>
      </w:r>
      <w:r>
        <w:t xml:space="preserve"> not</w:t>
      </w:r>
      <w:r>
        <w:t xml:space="preserve"> be</w:t>
      </w:r>
      <w:r>
        <w:t xml:space="preserve"> the</w:t>
      </w:r>
      <w:r>
        <w:t xml:space="preserve"> only</w:t>
      </w:r>
      <w:r>
        <w:t xml:space="preserve"> one.</w:t>
      </w:r>
      <w:r>
        <w:t xml:space="preserve"> I'm</w:t>
      </w:r>
      <w:r>
        <w:t xml:space="preserve"> gonna</w:t>
      </w:r>
      <w:r>
        <w:t xml:space="preserve"> call</w:t>
      </w:r>
      <w:r>
        <w:t xml:space="preserve"> Sam.</w:t>
        <w:br/>
        <w:t>跟进Tammy的情况</w:t>
      </w:r>
      <w:r>
        <w:t xml:space="preserve"> 好吗</w:t>
        <w:br/>
        <w:t>Keep</w:t>
      </w:r>
      <w:r>
        <w:t xml:space="preserve"> me</w:t>
      </w:r>
      <w:r>
        <w:t xml:space="preserve"> updated</w:t>
      </w:r>
      <w:r>
        <w:t xml:space="preserve"> on</w:t>
      </w:r>
      <w:r>
        <w:t xml:space="preserve"> Tammy's</w:t>
      </w:r>
      <w:r>
        <w:t xml:space="preserve"> condition,</w:t>
      </w:r>
      <w:r>
        <w:t xml:space="preserve"> okay?</w:t>
      </w:r>
      <w:r>
        <w:t xml:space="preserve"> </w:t>
        <w:br/>
        <w:t>会的</w:t>
        <w:br/>
        <w:t>Will</w:t>
      </w:r>
      <w:r>
        <w:t xml:space="preserve"> do.</w:t>
        <w:br/>
        <w:t>真是太好了</w:t>
        <w:br/>
        <w:t>This</w:t>
      </w:r>
      <w:r>
        <w:t xml:space="preserve"> is</w:t>
      </w:r>
      <w:r>
        <w:t xml:space="preserve"> so</w:t>
      </w:r>
      <w:r>
        <w:t xml:space="preserve"> great.</w:t>
        <w:br/>
        <w:t>正是我需要的</w:t>
        <w:br/>
        <w:t>This</w:t>
      </w:r>
      <w:r>
        <w:t xml:space="preserve"> is</w:t>
      </w:r>
      <w:r>
        <w:t xml:space="preserve"> exactly</w:t>
      </w:r>
      <w:r>
        <w:t xml:space="preserve"> what</w:t>
      </w:r>
      <w:r>
        <w:t xml:space="preserve"> I</w:t>
      </w:r>
      <w:r>
        <w:t xml:space="preserve"> need.</w:t>
        <w:br/>
        <w:t>好吧</w:t>
      </w:r>
      <w:r>
        <w:t xml:space="preserve"> 原来是要这样</w:t>
        <w:br/>
        <w:t>Okay,</w:t>
      </w:r>
      <w:r>
        <w:t xml:space="preserve"> so,</w:t>
      </w:r>
      <w:r>
        <w:t xml:space="preserve"> uh,</w:t>
      </w:r>
      <w:r>
        <w:t xml:space="preserve"> that's</w:t>
      </w:r>
      <w:r>
        <w:t xml:space="preserve"> how</w:t>
      </w:r>
      <w:r>
        <w:t xml:space="preserve"> this</w:t>
      </w:r>
      <w:r>
        <w:t xml:space="preserve"> is</w:t>
      </w:r>
      <w:r>
        <w:t xml:space="preserve"> gonna</w:t>
      </w:r>
      <w:r>
        <w:t xml:space="preserve"> be.</w:t>
        <w:br/>
        <w:t>你本来以为会怎样?</w:t>
        <w:br/>
        <w:t>How</w:t>
      </w:r>
      <w:r>
        <w:t xml:space="preserve"> did</w:t>
      </w:r>
      <w:r>
        <w:t xml:space="preserve"> you</w:t>
      </w:r>
      <w:r>
        <w:t xml:space="preserve"> think</w:t>
      </w:r>
      <w:r>
        <w:t xml:space="preserve"> that</w:t>
      </w:r>
      <w:r>
        <w:t xml:space="preserve"> this</w:t>
      </w:r>
      <w:r>
        <w:t xml:space="preserve"> was</w:t>
      </w:r>
      <w:r>
        <w:t xml:space="preserve"> gonna</w:t>
      </w:r>
      <w:r>
        <w:t xml:space="preserve"> be?</w:t>
        <w:br/>
        <w:t>你撒了谎</w:t>
      </w:r>
      <w:r>
        <w:t xml:space="preserve"> 偷偷摸摸搜集我们的秘密</w:t>
        <w:br/>
        <w:t>You</w:t>
      </w:r>
      <w:r>
        <w:t xml:space="preserve"> lied,</w:t>
      </w:r>
      <w:r>
        <w:t xml:space="preserve"> you</w:t>
      </w:r>
      <w:r>
        <w:t xml:space="preserve"> snuck</w:t>
      </w:r>
      <w:r>
        <w:t xml:space="preserve"> around</w:t>
      </w:r>
      <w:r>
        <w:t xml:space="preserve"> collecting</w:t>
      </w:r>
      <w:r>
        <w:t xml:space="preserve"> all</w:t>
      </w:r>
      <w:r>
        <w:t xml:space="preserve"> our</w:t>
      </w:r>
      <w:r>
        <w:t xml:space="preserve"> secrets,</w:t>
        <w:br/>
        <w:t>现在要跟法官分享</w:t>
        <w:br/>
        <w:t>and</w:t>
      </w:r>
      <w:r>
        <w:t xml:space="preserve"> now</w:t>
      </w:r>
      <w:r>
        <w:t xml:space="preserve"> you're</w:t>
      </w:r>
      <w:r>
        <w:t xml:space="preserve"> about</w:t>
      </w:r>
      <w:r>
        <w:t xml:space="preserve"> to</w:t>
      </w:r>
      <w:r>
        <w:t xml:space="preserve"> share</w:t>
      </w:r>
      <w:r>
        <w:t xml:space="preserve"> them</w:t>
      </w:r>
      <w:r>
        <w:t xml:space="preserve"> with</w:t>
      </w:r>
      <w:r>
        <w:t xml:space="preserve"> a</w:t>
      </w:r>
      <w:r>
        <w:t xml:space="preserve"> judge.</w:t>
        <w:br/>
        <w:t>Gail...</w:t>
        <w:br/>
        <w:t>Gail...</w:t>
        <w:br/>
        <w:t>不是我害你哥哥这样的</w:t>
        <w:br/>
        <w:t>I</w:t>
      </w:r>
      <w:r>
        <w:t xml:space="preserve"> didn't</w:t>
      </w:r>
      <w:r>
        <w:t xml:space="preserve"> put</w:t>
      </w:r>
      <w:r>
        <w:t xml:space="preserve"> your</w:t>
      </w:r>
      <w:r>
        <w:t xml:space="preserve"> brother</w:t>
      </w:r>
      <w:r>
        <w:t xml:space="preserve"> in</w:t>
      </w:r>
      <w:r>
        <w:t xml:space="preserve"> this</w:t>
      </w:r>
      <w:r>
        <w:t xml:space="preserve"> situation.</w:t>
        <w:br/>
        <w:t>是他自作孽</w:t>
        <w:br/>
        <w:t>He</w:t>
      </w:r>
      <w:r>
        <w:t xml:space="preserve"> put</w:t>
      </w:r>
      <w:r>
        <w:t xml:space="preserve"> himself</w:t>
      </w:r>
      <w:r>
        <w:t xml:space="preserve"> here.</w:t>
        <w:br/>
        <w:t>Juliet</w:t>
        <w:br/>
        <w:t>Juliet.</w:t>
        <w:br/>
        <w:t>我的前任还好吗</w:t>
        <w:br/>
        <w:t>How's</w:t>
      </w:r>
      <w:r>
        <w:t xml:space="preserve"> my</w:t>
      </w:r>
      <w:r>
        <w:t xml:space="preserve"> ex</w:t>
      </w:r>
      <w:r>
        <w:t xml:space="preserve"> doing?</w:t>
        <w:br/>
        <w:t>什么?</w:t>
        <w:br/>
        <w:t>Sorry?</w:t>
      </w:r>
      <w:r>
        <w:t xml:space="preserve"> </w:t>
        <w:br/>
        <w:t>Nicholas...</w:t>
      </w:r>
      <w:r>
        <w:t xml:space="preserve"> 他怎么样?</w:t>
        <w:br/>
        <w:t>Nicholas...</w:t>
      </w:r>
      <w:r>
        <w:t xml:space="preserve"> how</w:t>
      </w:r>
      <w:r>
        <w:t xml:space="preserve"> he's</w:t>
      </w:r>
      <w:r>
        <w:t xml:space="preserve"> doing?</w:t>
        <w:br/>
        <w:t>噢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我忘了</w:t>
        <w:br/>
        <w:t>Oh,</w:t>
      </w:r>
      <w:r>
        <w:t xml:space="preserve"> I</w:t>
      </w:r>
      <w:r>
        <w:t xml:space="preserve"> forgot.</w:t>
        <w:br/>
        <w:t>他跟你也没关系了</w:t>
        <w:br/>
        <w:t>He</w:t>
      </w:r>
      <w:r>
        <w:t xml:space="preserve"> wants</w:t>
      </w:r>
      <w:r>
        <w:t xml:space="preserve"> nothing</w:t>
      </w:r>
      <w:r>
        <w:t xml:space="preserve"> to</w:t>
      </w:r>
      <w:r>
        <w:t xml:space="preserve"> do</w:t>
      </w:r>
      <w:r>
        <w:t xml:space="preserve"> with</w:t>
      </w:r>
      <w:r>
        <w:t xml:space="preserve"> you,</w:t>
      </w:r>
      <w:r>
        <w:t xml:space="preserve"> either.</w:t>
        <w:br/>
        <w:t>是啊</w:t>
        <w:br/>
        <w:t>Yeah.</w:t>
        <w:br/>
        <w:t>我不怪他</w:t>
        <w:br/>
        <w:t>And</w:t>
      </w:r>
      <w:r>
        <w:t xml:space="preserve"> I</w:t>
      </w:r>
      <w:r>
        <w:t xml:space="preserve"> don't</w:t>
      </w:r>
      <w:r>
        <w:t xml:space="preserve"> blame</w:t>
      </w:r>
      <w:r>
        <w:t xml:space="preserve"> him.</w:t>
        <w:br/>
        <w:t>请不要那么做</w:t>
        <w:br/>
        <w:t>Please</w:t>
      </w:r>
      <w:r>
        <w:t xml:space="preserve"> don't</w:t>
      </w:r>
      <w:r>
        <w:t xml:space="preserve"> do</w:t>
      </w:r>
      <w:r>
        <w:t xml:space="preserve"> that.</w:t>
        <w:br/>
        <w:t>你恨自己的话</w:t>
      </w:r>
      <w:r>
        <w:t xml:space="preserve"> 我要恨你就难得多</w:t>
        <w:br/>
        <w:t>It</w:t>
      </w:r>
      <w:r>
        <w:t xml:space="preserve"> is</w:t>
      </w:r>
      <w:r>
        <w:t xml:space="preserve"> much</w:t>
      </w:r>
      <w:r>
        <w:t xml:space="preserve"> harder</w:t>
      </w:r>
      <w:r>
        <w:t xml:space="preserve"> for</w:t>
      </w:r>
      <w:r>
        <w:t xml:space="preserve"> me</w:t>
      </w:r>
      <w:r>
        <w:t xml:space="preserve"> to</w:t>
      </w:r>
      <w:r>
        <w:t xml:space="preserve"> hate</w:t>
      </w:r>
      <w:r>
        <w:t xml:space="preserve"> you</w:t>
      </w:r>
      <w:r>
        <w:t xml:space="preserve"> when</w:t>
      </w:r>
      <w:r>
        <w:t xml:space="preserve"> you</w:t>
      </w:r>
      <w:r>
        <w:t xml:space="preserve"> hate</w:t>
      </w:r>
      <w:r>
        <w:t xml:space="preserve"> yourself.</w:t>
        <w:br/>
        <w:t>那...收养的事怎么样了?</w:t>
        <w:br/>
        <w:t>So,</w:t>
      </w:r>
      <w:r>
        <w:t xml:space="preserve"> um,</w:t>
      </w:r>
      <w:r>
        <w:t xml:space="preserve"> how</w:t>
      </w:r>
      <w:r>
        <w:t xml:space="preserve"> is</w:t>
      </w:r>
      <w:r>
        <w:t xml:space="preserve"> the...</w:t>
      </w:r>
      <w:r>
        <w:t xml:space="preserve"> how's</w:t>
      </w:r>
      <w:r>
        <w:t xml:space="preserve"> the</w:t>
      </w:r>
      <w:r>
        <w:t xml:space="preserve"> adoption</w:t>
      </w:r>
      <w:r>
        <w:t xml:space="preserve"> going?</w:t>
        <w:br/>
        <w:t>天啊</w:t>
        <w:br/>
        <w:t>Oh,</w:t>
      </w:r>
      <w:r>
        <w:t xml:space="preserve"> my</w:t>
      </w:r>
      <w:r>
        <w:t xml:space="preserve"> god.</w:t>
        <w:br/>
        <w:t>怎么了?</w:t>
        <w:br/>
        <w:t>What?</w:t>
        <w:br/>
        <w:t>天啊</w:t>
        <w:br/>
        <w:t>Oh,</w:t>
      </w:r>
      <w:r>
        <w:t xml:space="preserve"> my</w:t>
      </w:r>
      <w:r>
        <w:t xml:space="preserve"> god.</w:t>
      </w:r>
      <w:r>
        <w:t xml:space="preserve"> </w:t>
        <w:br/>
        <w:t>没出什么是吧</w:t>
        <w:br/>
        <w:t>Is</w:t>
      </w:r>
      <w:r>
        <w:t xml:space="preserve"> everything</w:t>
      </w:r>
      <w:r>
        <w:t xml:space="preserve"> okay?</w:t>
        <w:br/>
        <w:t>有事</w:t>
      </w:r>
      <w:r>
        <w:t xml:space="preserve"> 今早本来要跟社工见面的</w:t>
        <w:br/>
        <w:t>No,</w:t>
      </w:r>
      <w:r>
        <w:t xml:space="preserve"> I</w:t>
      </w:r>
      <w:r>
        <w:t xml:space="preserve"> was</w:t>
      </w:r>
      <w:r>
        <w:t xml:space="preserve"> supposed</w:t>
      </w:r>
      <w:r>
        <w:t xml:space="preserve"> to</w:t>
      </w:r>
      <w:r>
        <w:t xml:space="preserve"> meet</w:t>
      </w:r>
      <w:r>
        <w:t xml:space="preserve"> my</w:t>
      </w:r>
      <w:r>
        <w:t xml:space="preserve"> case</w:t>
      </w:r>
      <w:r>
        <w:t xml:space="preserve"> worker</w:t>
      </w:r>
      <w:r>
        <w:t xml:space="preserve"> this</w:t>
      </w:r>
      <w:r>
        <w:t xml:space="preserve"> morning.</w:t>
        <w:br/>
        <w:t>Lauralee</w:t>
      </w:r>
      <w:r>
        <w:t xml:space="preserve"> 我知道我知道</w:t>
        <w:br/>
        <w:t>Lauralee,</w:t>
      </w:r>
      <w:r>
        <w:t xml:space="preserve"> I</w:t>
      </w:r>
      <w:r>
        <w:t xml:space="preserve"> know.</w:t>
      </w:r>
      <w:r>
        <w:t xml:space="preserve"> I</w:t>
      </w:r>
      <w:r>
        <w:t xml:space="preserve"> know.</w:t>
      </w:r>
      <w:r>
        <w:t xml:space="preserve"> </w:t>
        <w:br/>
        <w:t>真对不起</w:t>
        <w:br/>
        <w:t>I'm</w:t>
      </w:r>
      <w:r>
        <w:t xml:space="preserve"> so</w:t>
      </w:r>
      <w:r>
        <w:t xml:space="preserve"> sorry.</w:t>
        <w:br/>
        <w:t>不行</w:t>
      </w:r>
      <w:r>
        <w:t xml:space="preserve"> 我去不了</w:t>
      </w:r>
      <w:r>
        <w:t xml:space="preserve"> 因为我在...</w:t>
        <w:br/>
        <w:t>No,</w:t>
      </w:r>
      <w:r>
        <w:t xml:space="preserve"> I</w:t>
      </w:r>
      <w:r>
        <w:t xml:space="preserve"> can't</w:t>
      </w:r>
      <w:r>
        <w:t xml:space="preserve"> because</w:t>
      </w:r>
      <w:r>
        <w:t xml:space="preserve"> I'm</w:t>
      </w:r>
      <w:r>
        <w:t xml:space="preserve"> at</w:t>
      </w:r>
      <w:r>
        <w:t xml:space="preserve"> the...</w:t>
      </w:r>
      <w:r>
        <w:t xml:space="preserve"> </w:t>
        <w:br/>
        <w:t>我现在在法&amp;hearts;院&amp;hearts;</w:t>
        <w:br/>
        <w:t>I'm</w:t>
      </w:r>
      <w:r>
        <w:t xml:space="preserve"> at</w:t>
      </w:r>
      <w:r>
        <w:t xml:space="preserve"> the</w:t>
      </w:r>
      <w:r>
        <w:t xml:space="preserve"> courthouse</w:t>
      </w:r>
      <w:r>
        <w:t xml:space="preserve"> right</w:t>
      </w:r>
      <w:r>
        <w:t xml:space="preserve"> now.</w:t>
        <w:br/>
        <w:t>是</w:t>
      </w:r>
      <w:r>
        <w:t xml:space="preserve"> 不</w:t>
      </w:r>
      <w:r>
        <w:t xml:space="preserve"> 我可以在这儿等你</w:t>
        <w:br/>
        <w:t>Yeah,</w:t>
      </w:r>
      <w:r>
        <w:t xml:space="preserve"> no,</w:t>
      </w:r>
      <w:r>
        <w:t xml:space="preserve"> I</w:t>
      </w:r>
      <w:r>
        <w:t xml:space="preserve"> can</w:t>
      </w:r>
      <w:r>
        <w:t xml:space="preserve"> meet</w:t>
      </w:r>
      <w:r>
        <w:t xml:space="preserve"> you</w:t>
      </w:r>
      <w:r>
        <w:t xml:space="preserve"> here.</w:t>
        <w:br/>
        <w:t>是</w:t>
      </w:r>
      <w:r>
        <w:t xml:space="preserve"> Lauralee</w:t>
      </w:r>
      <w:r>
        <w:t xml:space="preserve"> 我...很抱歉</w:t>
        <w:br/>
        <w:t>Yeah,</w:t>
      </w:r>
      <w:r>
        <w:t xml:space="preserve"> Lauralee,</w:t>
      </w:r>
      <w:r>
        <w:t xml:space="preserve"> I'm...</w:t>
      </w:r>
      <w:r>
        <w:t xml:space="preserve"> I'm</w:t>
      </w:r>
      <w:r>
        <w:t xml:space="preserve"> so</w:t>
      </w:r>
      <w:r>
        <w:t xml:space="preserve"> sorry.</w:t>
        <w:br/>
        <w:t>希望一切都好</w:t>
        <w:br/>
        <w:t>I</w:t>
      </w:r>
      <w:r>
        <w:t xml:space="preserve"> hope</w:t>
      </w:r>
      <w:r>
        <w:t xml:space="preserve"> that</w:t>
      </w:r>
      <w:r>
        <w:t xml:space="preserve"> everything's</w:t>
      </w:r>
      <w:r>
        <w:t xml:space="preserve"> okay.</w:t>
        <w:br/>
        <w:t>你想送我哥哥进监狱</w:t>
        <w:br/>
        <w:t>You're</w:t>
      </w:r>
      <w:r>
        <w:t xml:space="preserve"> trying</w:t>
      </w:r>
      <w:r>
        <w:t xml:space="preserve"> to</w:t>
      </w:r>
      <w:r>
        <w:t xml:space="preserve"> put</w:t>
      </w:r>
      <w:r>
        <w:t xml:space="preserve"> my</w:t>
      </w:r>
      <w:r>
        <w:t xml:space="preserve"> brother</w:t>
      </w:r>
      <w:r>
        <w:t xml:space="preserve"> in</w:t>
      </w:r>
      <w:r>
        <w:t xml:space="preserve"> prison,</w:t>
      </w:r>
      <w:r>
        <w:t xml:space="preserve"> </w:t>
        <w:br/>
        <w:t>所以就别再跟我扮好人了吧</w:t>
        <w:br/>
        <w:t>so</w:t>
      </w:r>
      <w:r>
        <w:t xml:space="preserve"> why</w:t>
      </w:r>
      <w:r>
        <w:t xml:space="preserve"> don't</w:t>
      </w:r>
      <w:r>
        <w:t xml:space="preserve"> you</w:t>
      </w:r>
      <w:r>
        <w:t xml:space="preserve"> just</w:t>
      </w:r>
      <w:r>
        <w:t xml:space="preserve"> stop</w:t>
      </w:r>
      <w:r>
        <w:t xml:space="preserve"> being</w:t>
      </w:r>
      <w:r>
        <w:t xml:space="preserve"> nice</w:t>
      </w:r>
      <w:r>
        <w:t xml:space="preserve"> to</w:t>
      </w:r>
    </w:p>
    <w:p>
      <w:r>
        <w:t xml:space="preserve"> me?</w:t>
        <w:br/>
        <w:t>让我觉得很困惑</w:t>
        <w:br/>
        <w:t>I</w:t>
      </w:r>
      <w:r>
        <w:t xml:space="preserve"> just</w:t>
      </w:r>
      <w:r>
        <w:t xml:space="preserve"> find</w:t>
      </w:r>
      <w:r>
        <w:t xml:space="preserve"> it</w:t>
      </w:r>
      <w:r>
        <w:t xml:space="preserve"> very</w:t>
      </w:r>
      <w:r>
        <w:t xml:space="preserve"> confusing.</w:t>
        <w:br/>
        <w:t>Bryce</w:t>
      </w:r>
      <w:r>
        <w:t xml:space="preserve"> Tammy几时开始表现古怪的</w:t>
        <w:br/>
        <w:t>Bryce,</w:t>
      </w:r>
      <w:r>
        <w:t xml:space="preserve"> uh,</w:t>
      </w:r>
      <w:r>
        <w:t xml:space="preserve"> when</w:t>
      </w:r>
      <w:r>
        <w:t xml:space="preserve"> did</w:t>
      </w:r>
      <w:r>
        <w:t xml:space="preserve"> Tammy</w:t>
      </w:r>
      <w:r>
        <w:t xml:space="preserve"> start</w:t>
      </w:r>
      <w:r>
        <w:t xml:space="preserve"> acting</w:t>
      </w:r>
      <w:r>
        <w:t xml:space="preserve"> erratically.</w:t>
        <w:br/>
        <w:t>我不知道是什么时候</w:t>
        <w:br/>
        <w:t>I</w:t>
      </w:r>
      <w:r>
        <w:t xml:space="preserve"> don't</w:t>
      </w:r>
      <w:r>
        <w:t xml:space="preserve"> know</w:t>
      </w:r>
      <w:r>
        <w:t xml:space="preserve"> what</w:t>
      </w:r>
      <w:r>
        <w:t xml:space="preserve"> happened.</w:t>
        <w:br/>
        <w:t>你昨晚没有跟她一起</w:t>
      </w:r>
      <w:r>
        <w:t xml:space="preserve"> 是吗?</w:t>
        <w:br/>
        <w:t>You</w:t>
      </w:r>
      <w:r>
        <w:t xml:space="preserve"> weren't</w:t>
      </w:r>
      <w:r>
        <w:t xml:space="preserve"> with</w:t>
      </w:r>
      <w:r>
        <w:t xml:space="preserve"> her</w:t>
      </w:r>
      <w:r>
        <w:t xml:space="preserve"> last</w:t>
      </w:r>
      <w:r>
        <w:t xml:space="preserve"> night,</w:t>
      </w:r>
      <w:r>
        <w:t xml:space="preserve"> were</w:t>
      </w:r>
      <w:r>
        <w:t xml:space="preserve"> you?</w:t>
        <w:br/>
        <w:t>她父母要是知道她一个人在这儿</w:t>
      </w:r>
      <w:r>
        <w:t xml:space="preserve"> 会发飙的</w:t>
        <w:br/>
        <w:t>Her</w:t>
      </w:r>
      <w:r>
        <w:t xml:space="preserve"> parents</w:t>
      </w:r>
      <w:r>
        <w:t xml:space="preserve"> would</w:t>
      </w:r>
      <w:r>
        <w:t xml:space="preserve"> have</w:t>
      </w:r>
      <w:r>
        <w:t xml:space="preserve"> freaked</w:t>
      </w:r>
      <w:r>
        <w:t xml:space="preserve"> out</w:t>
      </w:r>
      <w:r>
        <w:t xml:space="preserve"> if</w:t>
      </w:r>
      <w:r>
        <w:t xml:space="preserve"> they</w:t>
      </w:r>
      <w:r>
        <w:t xml:space="preserve"> knew</w:t>
      </w:r>
      <w:r>
        <w:t xml:space="preserve"> she</w:t>
      </w:r>
      <w:r>
        <w:t xml:space="preserve"> was</w:t>
      </w:r>
      <w:r>
        <w:t xml:space="preserve"> here</w:t>
      </w:r>
      <w:r>
        <w:t xml:space="preserve"> alone,</w:t>
        <w:br/>
        <w:t>所以她让我帮他掩护</w:t>
        <w:br/>
        <w:t>so</w:t>
      </w:r>
      <w:r>
        <w:t xml:space="preserve"> she</w:t>
      </w:r>
      <w:r>
        <w:t xml:space="preserve"> asked</w:t>
      </w:r>
      <w:r>
        <w:t xml:space="preserve"> me</w:t>
      </w:r>
      <w:r>
        <w:t xml:space="preserve"> to</w:t>
      </w:r>
      <w:r>
        <w:t xml:space="preserve"> cover</w:t>
      </w:r>
      <w:r>
        <w:t xml:space="preserve"> for</w:t>
      </w:r>
      <w:r>
        <w:t xml:space="preserve"> her.</w:t>
      </w:r>
      <w:r>
        <w:t xml:space="preserve"> </w:t>
        <w:br/>
        <w:t>她自己来音乐节的?</w:t>
        <w:br/>
        <w:t>She</w:t>
      </w:r>
      <w:r>
        <w:t xml:space="preserve"> came</w:t>
      </w:r>
      <w:r>
        <w:t xml:space="preserve"> to</w:t>
      </w:r>
      <w:r>
        <w:t xml:space="preserve"> the</w:t>
      </w:r>
      <w:r>
        <w:t xml:space="preserve"> festival</w:t>
      </w:r>
      <w:r>
        <w:t xml:space="preserve"> by</w:t>
      </w:r>
      <w:r>
        <w:t xml:space="preserve"> herself?</w:t>
        <w:br/>
        <w:t>她很喜欢昨晚演出的乐队</w:t>
        <w:br/>
        <w:t>She</w:t>
      </w:r>
      <w:r>
        <w:t xml:space="preserve"> loves</w:t>
      </w:r>
      <w:r>
        <w:t xml:space="preserve"> the</w:t>
      </w:r>
      <w:r>
        <w:t xml:space="preserve"> band</w:t>
      </w:r>
      <w:r>
        <w:t xml:space="preserve"> that</w:t>
      </w:r>
      <w:r>
        <w:t xml:space="preserve"> played</w:t>
      </w:r>
      <w:r>
        <w:t xml:space="preserve"> last</w:t>
      </w:r>
      <w:r>
        <w:t xml:space="preserve"> night,</w:t>
      </w:r>
      <w:r>
        <w:t xml:space="preserve"> </w:t>
        <w:br/>
        <w:t>所以跟黄牛买&amp;hearts;&amp;hearts;了V.I.P.的票</w:t>
        <w:br/>
        <w:t>so</w:t>
      </w:r>
      <w:r>
        <w:t xml:space="preserve"> she</w:t>
      </w:r>
      <w:r>
        <w:t xml:space="preserve"> bought</w:t>
      </w:r>
      <w:r>
        <w:t xml:space="preserve"> a</w:t>
      </w:r>
      <w:r>
        <w:t xml:space="preserve"> V.I.P.</w:t>
      </w:r>
      <w:r>
        <w:t xml:space="preserve"> pass</w:t>
      </w:r>
      <w:r>
        <w:t xml:space="preserve"> from</w:t>
      </w:r>
      <w:r>
        <w:t xml:space="preserve"> a</w:t>
      </w:r>
      <w:r>
        <w:t xml:space="preserve"> scalper.</w:t>
        <w:br/>
        <w:t>今早她打给我</w:t>
        <w:br/>
        <w:t>Then</w:t>
      </w:r>
      <w:r>
        <w:t xml:space="preserve"> this</w:t>
      </w:r>
      <w:r>
        <w:t xml:space="preserve"> morning,</w:t>
      </w:r>
      <w:r>
        <w:t xml:space="preserve"> she</w:t>
      </w:r>
      <w:r>
        <w:t xml:space="preserve"> called</w:t>
      </w:r>
      <w:r>
        <w:t xml:space="preserve"> me</w:t>
      </w:r>
      <w:r>
        <w:t xml:space="preserve"> </w:t>
        <w:br/>
        <w:t>说不舒服</w:t>
        <w:br/>
        <w:t>and</w:t>
      </w:r>
      <w:r>
        <w:t xml:space="preserve"> said</w:t>
      </w:r>
      <w:r>
        <w:t xml:space="preserve"> she</w:t>
      </w:r>
      <w:r>
        <w:t xml:space="preserve"> wasn't</w:t>
      </w:r>
      <w:r>
        <w:t xml:space="preserve"> feeling</w:t>
      </w:r>
      <w:r>
        <w:t xml:space="preserve"> well,</w:t>
        <w:br/>
        <w:t>让我来接她</w:t>
        <w:br/>
        <w:t>asked</w:t>
      </w:r>
      <w:r>
        <w:t xml:space="preserve"> me</w:t>
      </w:r>
      <w:r>
        <w:t xml:space="preserve"> to</w:t>
      </w:r>
      <w:r>
        <w:t xml:space="preserve"> come</w:t>
      </w:r>
      <w:r>
        <w:t xml:space="preserve"> and</w:t>
      </w:r>
      <w:r>
        <w:t xml:space="preserve"> pick</w:t>
      </w:r>
      <w:r>
        <w:t xml:space="preserve"> her</w:t>
      </w:r>
      <w:r>
        <w:t xml:space="preserve"> up.</w:t>
        <w:br/>
        <w:t>你昨晚为什么不跟她一起来?</w:t>
        <w:br/>
        <w:t>Why</w:t>
      </w:r>
      <w:r>
        <w:t xml:space="preserve"> didn't</w:t>
      </w:r>
      <w:r>
        <w:t xml:space="preserve"> you</w:t>
      </w:r>
      <w:r>
        <w:t xml:space="preserve"> come</w:t>
      </w:r>
      <w:r>
        <w:t xml:space="preserve"> with</w:t>
      </w:r>
      <w:r>
        <w:t xml:space="preserve"> her</w:t>
      </w:r>
      <w:r>
        <w:t xml:space="preserve"> last</w:t>
      </w:r>
      <w:r>
        <w:t xml:space="preserve"> night?</w:t>
      </w:r>
      <w:r>
        <w:t xml:space="preserve"> </w:t>
        <w:br/>
        <w:t>我在工作</w:t>
        <w:br/>
        <w:t>I</w:t>
      </w:r>
      <w:r>
        <w:t xml:space="preserve"> was</w:t>
      </w:r>
      <w:r>
        <w:t xml:space="preserve"> at</w:t>
      </w:r>
      <w:r>
        <w:t xml:space="preserve"> work.</w:t>
        <w:br/>
        <w:t>我一直多加班</w:t>
      </w:r>
      <w:r>
        <w:t xml:space="preserve"> 为了能给Tammy买&amp;hearts;&amp;hearts;一枚古董戒指</w:t>
        <w:br/>
        <w:t>I'm</w:t>
      </w:r>
      <w:r>
        <w:t xml:space="preserve"> working</w:t>
      </w:r>
      <w:r>
        <w:t xml:space="preserve"> extra</w:t>
      </w:r>
      <w:r>
        <w:t xml:space="preserve"> shifts</w:t>
      </w:r>
      <w:r>
        <w:t xml:space="preserve"> so</w:t>
      </w:r>
      <w:r>
        <w:t xml:space="preserve"> I</w:t>
      </w:r>
      <w:r>
        <w:t xml:space="preserve"> can</w:t>
      </w:r>
      <w:r>
        <w:t xml:space="preserve"> buy</w:t>
      </w:r>
      <w:r>
        <w:t xml:space="preserve"> Tammy</w:t>
      </w:r>
      <w:r>
        <w:t xml:space="preserve"> a</w:t>
      </w:r>
      <w:r>
        <w:t xml:space="preserve"> vintage</w:t>
      </w:r>
      <w:r>
        <w:t xml:space="preserve"> ring.</w:t>
        <w:br/>
        <w:t>是钻石还有蓝宝石的</w:t>
        <w:br/>
        <w:t>It's</w:t>
      </w:r>
      <w:r>
        <w:t xml:space="preserve"> diamonds</w:t>
      </w:r>
      <w:r>
        <w:t xml:space="preserve"> and</w:t>
      </w:r>
      <w:r>
        <w:t xml:space="preserve"> sapphires.</w:t>
        <w:br/>
        <w:t>钻石是因为恒久远</w:t>
        <w:br/>
        <w:t>Diamonds</w:t>
      </w:r>
      <w:r>
        <w:t xml:space="preserve"> 'cause</w:t>
      </w:r>
      <w:r>
        <w:t xml:space="preserve"> they</w:t>
      </w:r>
      <w:r>
        <w:t xml:space="preserve"> last</w:t>
      </w:r>
      <w:r>
        <w:t xml:space="preserve"> forever</w:t>
      </w:r>
      <w:r>
        <w:t xml:space="preserve"> </w:t>
        <w:br/>
        <w:t>蓝宝石是因为就像她的眼睛一样蓝</w:t>
        <w:br/>
        <w:t>and</w:t>
      </w:r>
      <w:r>
        <w:t xml:space="preserve"> sapphires</w:t>
      </w:r>
      <w:r>
        <w:t xml:space="preserve"> 'cause</w:t>
      </w:r>
      <w:r>
        <w:t xml:space="preserve"> they're</w:t>
      </w:r>
      <w:r>
        <w:t xml:space="preserve"> blue</w:t>
      </w:r>
      <w:r>
        <w:t xml:space="preserve"> like</w:t>
      </w:r>
      <w:r>
        <w:t xml:space="preserve"> her</w:t>
      </w:r>
      <w:r>
        <w:t xml:space="preserve"> eyes.</w:t>
        <w:br/>
        <w:t>警探</w:t>
      </w:r>
      <w:r>
        <w:t xml:space="preserve"> 你有时间吗</w:t>
        <w:br/>
        <w:t>Detective,</w:t>
      </w:r>
      <w:r>
        <w:t xml:space="preserve"> you</w:t>
      </w:r>
      <w:r>
        <w:t xml:space="preserve"> got</w:t>
      </w:r>
      <w:r>
        <w:t xml:space="preserve"> a</w:t>
      </w:r>
      <w:r>
        <w:t xml:space="preserve"> minute?</w:t>
        <w:br/>
        <w:t>有</w:t>
        <w:br/>
        <w:t>Uh,</w:t>
      </w:r>
      <w:r>
        <w:t xml:space="preserve"> yeah.</w:t>
        <w:br/>
        <w:t>Bryce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https://d.book118.com/967152061000006046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8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67152061000006046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