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2024公司活动优秀总结（30篇）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2024公司活动优秀总结（通用30篇）</w:t>
      </w:r>
      <w:r>
        <w:rPr>
          <w:lang w:eastAsia="zh-CN"/>
        </w:rPr>
        <w:br/>
      </w:r>
      <w:r>
        <w:rPr>
          <w:lang w:eastAsia="zh-CN"/>
        </w:rPr>
        <w:t xml:space="preserve">    2024公司活动优秀总结 篇1 </w:t>
      </w:r>
      <w:r>
        <w:rPr>
          <w:lang w:eastAsia="zh-CN"/>
        </w:rPr>
        <w:br/>
      </w:r>
      <w:r>
        <w:rPr>
          <w:lang w:eastAsia="zh-CN"/>
        </w:rPr>
        <w:t>　　中秋节到来，意味着又是一场新的利益争夺，面度中秋的市场，每个人都在摩拳擦掌。为了能在这个中秋节达到之前定下的目标，公司在这几天可谓是“热闹非凡”。为中秋产品的推广也做了各种的准备，对新老顾客的推荐也是接连不断。</w:t>
      </w:r>
      <w:r>
        <w:rPr>
          <w:lang w:eastAsia="zh-CN"/>
        </w:rPr>
        <w:br/>
      </w:r>
      <w:r>
        <w:rPr>
          <w:lang w:eastAsia="zh-CN"/>
        </w:rPr>
        <w:t>　　总之这次的活动得到的结果不错，许多的顾客都对我们这次的活动给出了很多的认同和建议，为我们的中秋促销推波助澜！以下就是这次中秋活动的总结：</w:t>
      </w:r>
      <w:r>
        <w:rPr>
          <w:lang w:eastAsia="zh-CN"/>
        </w:rPr>
        <w:br/>
      </w:r>
      <w:r>
        <w:rPr>
          <w:lang w:eastAsia="zh-CN"/>
        </w:rPr>
        <w:t>　　一、活动准备</w:t>
      </w:r>
      <w:r>
        <w:rPr>
          <w:lang w:eastAsia="zh-CN"/>
        </w:rPr>
        <w:br/>
      </w:r>
      <w:r>
        <w:rPr>
          <w:lang w:eastAsia="zh-CN"/>
        </w:rPr>
        <w:t>　　为了这次的中秋，我们准备了很多的活动，分为不同的地点。首先是商场中的活动，折扣和礼品是必不可少，对于这次的堆头我们也是经过了精挑细选，选择了很久终于定下了最后的样子。当然，在中秋的礼品上，我们也想了很多，主要是一些实用品和优惠卷，这对中秋需要大量购买月饼的顾客来说，买的越多优惠也越多，这个促销在这次的商场促销中起了非常重要的作用。</w:t>
      </w:r>
      <w:r>
        <w:rPr>
          <w:lang w:eastAsia="zh-CN"/>
        </w:rPr>
        <w:br/>
      </w:r>
      <w:r>
        <w:rPr>
          <w:lang w:eastAsia="zh-CN"/>
        </w:rPr>
        <w:t>　　二、宣传准备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打印宣传单，在街道和商场处发放，并附带优惠卷。尤其是在商场的入口处，这也对这次的销售走向是一次很大的推动。并给公司的知名度做了很大的一次推进。</w:t>
      </w:r>
      <w:r>
        <w:rPr>
          <w:lang w:eastAsia="zh-CN"/>
        </w:rPr>
        <w:br/>
      </w:r>
      <w:r>
        <w:rPr>
          <w:lang w:eastAsia="zh-CN"/>
        </w:rPr>
        <w:t>　　根据调查，在这次的活动中，大部分的顾客都是为了优惠卷等活动购买的产品，这也说明优惠卷的发放确实很成功，虽然减少了一定的收入，但是给公司带来的是更多的知名度上的收益。</w:t>
      </w:r>
      <w:r>
        <w:rPr>
          <w:lang w:eastAsia="zh-CN"/>
        </w:rPr>
        <w:br/>
      </w:r>
      <w:r>
        <w:rPr>
          <w:lang w:eastAsia="zh-CN"/>
        </w:rPr>
        <w:t>　　三、舞台活动</w:t>
      </w:r>
      <w:r>
        <w:rPr>
          <w:lang w:eastAsia="zh-CN"/>
        </w:rPr>
        <w:br/>
      </w:r>
      <w:r>
        <w:rPr>
          <w:lang w:eastAsia="zh-CN"/>
        </w:rPr>
        <w:t>　　在制定的人流点搭建小型的舞台，进行表演以及和观众的互动，同时发放产品的礼物，打响品牌同时做好宣传工作。</w:t>
      </w:r>
      <w:r>
        <w:rPr>
          <w:lang w:eastAsia="zh-CN"/>
        </w:rPr>
        <w:br/>
      </w:r>
      <w:r>
        <w:rPr>
          <w:lang w:eastAsia="zh-CN"/>
        </w:rPr>
        <w:t>　　这主要是为了在中秋节到来前炒热周围的气氛，顺带也能提高品牌知名度，和宣传这次的活动折扣，带动更多的潜在顾客选择我们。从这次的情况来分析，这项活动也起到了不少的作用，现场的销售虽然有限，但也可以带动很多的人气。</w:t>
      </w:r>
      <w:r>
        <w:rPr>
          <w:lang w:eastAsia="zh-CN"/>
        </w:rPr>
        <w:br/>
      </w:r>
      <w:r>
        <w:rPr>
          <w:lang w:eastAsia="zh-CN"/>
        </w:rPr>
        <w:t>　　四、总结</w:t>
      </w:r>
      <w:r>
        <w:rPr>
          <w:lang w:eastAsia="zh-CN"/>
        </w:rPr>
        <w:br/>
      </w:r>
      <w:r>
        <w:rPr>
          <w:lang w:eastAsia="zh-CN"/>
        </w:rPr>
        <w:t>　　这次的活动成功的带动了周边的人气，让这个品牌走进了更多人的生活。让然，这也是因为我们的产品本身质量过硬才能有这样的成绩，但是活动的推波助澜之力也是必不可少的。</w:t>
      </w:r>
      <w:r>
        <w:rPr>
          <w:lang w:eastAsia="zh-CN"/>
        </w:rPr>
        <w:br/>
      </w:r>
      <w:r>
        <w:rPr>
          <w:lang w:eastAsia="zh-CN"/>
        </w:rPr>
        <w:t>　　在这次的活动中也收到了一些教训，主要就是活动的`经费方面略有超支，虽然总体的效果不错，但是在下次的活动中因该更加的注意。希望能在今后的活动中做得更加漂亮。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尽管端午节这般的节日年年都有，但作为公司的福利节日之一，总会举办一些活动进行庆祝，或者说让大家为平时辛勤的工作好好放松一下，无论是怎样的活动，总归是大家共同参与，或者说这个时候公司无疑更像是一个团体吧。正因为如此，端午节活动才是有意义的，也因此需要为端午节的活动做一个总结。</w:t>
      </w:r>
      <w:r>
        <w:rPr>
          <w:lang w:eastAsia="zh-CN"/>
        </w:rPr>
        <w:br/>
      </w:r>
      <w:r>
        <w:rPr>
          <w:lang w:eastAsia="zh-CN"/>
        </w:rPr>
        <w:t>　　一、活动内容</w:t>
      </w:r>
      <w:r>
        <w:rPr>
          <w:lang w:eastAsia="zh-CN"/>
        </w:rPr>
        <w:br/>
      </w:r>
      <w:r>
        <w:rPr>
          <w:lang w:eastAsia="zh-CN"/>
        </w:rPr>
        <w:t>　　本次端午节活动主要有包粽子比赛、吃粽子比赛和看端午节相关的电影三项活动，由于公司规模不大，因此选择了这三个看起来比较俗，但是最能够体现端午节意义的活动，况且现在活动并非一定要大操大办，大家开心才是最重要的，而且实现我们准备了很多的活动预备，这三个是大家从所有可选活动中挑选出来的。</w:t>
      </w:r>
      <w:r>
        <w:rPr>
          <w:lang w:eastAsia="zh-CN"/>
        </w:rPr>
        <w:br/>
      </w:r>
      <w:r>
        <w:rPr>
          <w:lang w:eastAsia="zh-CN"/>
        </w:rPr>
        <w:t>　　二、包粽子比赛</w:t>
      </w:r>
      <w:r>
        <w:rPr>
          <w:lang w:eastAsia="zh-CN"/>
        </w:rPr>
        <w:br/>
      </w:r>
      <w:r>
        <w:rPr>
          <w:lang w:eastAsia="zh-CN"/>
        </w:rPr>
        <w:t>　　这个比赛是我事先没有想到过的，原来公司有这么多心灵手巧的人，我还以为现今的年轻人只会吃不会包呢。为此公司设定了几个奖项，最高奖是带薪休假三天和家庭旅游券，这是比较豪华的，大家都热情地参与其中，最后让大家没有想到的是，或者这个奖项的竟然是一名男员工，这个员工平时在公司是比较内向的人，想不到竟然有这方面的专长。</w:t>
      </w:r>
      <w:r>
        <w:rPr>
          <w:lang w:eastAsia="zh-CN"/>
        </w:rPr>
        <w:br/>
      </w:r>
      <w:r>
        <w:rPr>
          <w:lang w:eastAsia="zh-CN"/>
        </w:rPr>
        <w:t>　　三、吃粽子比赛</w:t>
      </w:r>
      <w:r>
        <w:rPr>
          <w:lang w:eastAsia="zh-CN"/>
        </w:rPr>
        <w:br/>
      </w:r>
      <w:r>
        <w:rPr>
          <w:lang w:eastAsia="zh-CN"/>
        </w:rPr>
        <w:t>　　其实这次端午节的意外有很多，这次的比赛获得一等奖的是女生，虽然吃的比较慢，但实际上吃的比较多，按照相关规定获得了奖项，大家都还算是比较高兴的，最重要的是从中体会到了什么，我看着大家仿佛一扫平时的阴霾，看来大家通过这种方式十分有效的缓解了平时的工作压力。</w:t>
      </w:r>
      <w:r>
        <w:rPr>
          <w:lang w:eastAsia="zh-CN"/>
        </w:rPr>
        <w:br/>
      </w:r>
      <w:r>
        <w:rPr>
          <w:lang w:eastAsia="zh-CN"/>
        </w:rPr>
        <w:t>　　四、看电影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两场比赛分别是上午下午完成了，为了不耽误大家的休假时间，其实这次的端午节活动尽量都压缩在一天之内完成，晚上本来原计划是外出唱歌的，但考虑到这个提议比较俗，况且大家并不喜欢这种比较吵闹的活动，或许他们更加喜欢安静的活动吧。于是我们找了一家私人电影院，开了好几个小包间，然后员工在里面看电影，为了使节日更加地有氛围，我们选择的电影都是与端午的题材相关的，而且有员工自发愿意写观后感，可以在公司结束以后贴在公司宣传栏上，彰显公司的精神，我觉得这次活动无疑是非常成功的。</w:t>
      </w:r>
      <w:r>
        <w:rPr>
          <w:lang w:eastAsia="zh-CN"/>
        </w:rPr>
        <w:br/>
      </w:r>
      <w:r>
        <w:rPr>
          <w:lang w:eastAsia="zh-CN"/>
        </w:rPr>
        <w:t>　　以上便是这次端午节公司举办的活动并写下的总结，我觉得这是十分有意义的活动，活动内容都是大家投票选择出来的，体现了公司的民主性，活动是分组进行，大家共同努力，彰显团队精神，看完电影写观后感无疑有效地宣传了公司的文化，这些都证明了这次端午节的的圆满完成。</w:t>
      </w:r>
      <w:r>
        <w:rPr>
          <w:lang w:eastAsia="zh-CN"/>
        </w:rPr>
        <w:br/>
      </w:r>
      <w:r>
        <w:rPr>
          <w:lang w:eastAsia="zh-CN"/>
        </w:rPr>
        <w:t xml:space="preserve">    2024公司活动优秀总结 篇2 </w:t>
      </w:r>
      <w:r>
        <w:rPr>
          <w:lang w:eastAsia="zh-CN"/>
        </w:rPr>
        <w:br/>
      </w:r>
      <w:r>
        <w:rPr>
          <w:lang w:eastAsia="zh-CN"/>
        </w:rPr>
        <w:t>　　__月__日零晨5：00，公司旅游成员分三个站点集合乘坐大巴车从三角地出发赴山东旅游区域。本次旅游5日游；旅游人员共计，其中包括酒店；其他成员企业随队人员；家属人员。旅游路线主要到达黄岛、青岛、蓬莱、长岛、烟台；参观、游玩景点。号下午18：50旅游全体成员从烟台乘坐飞机直达北京，而后安全返回廊坊，旅游圆满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此次活动目的既是让大家身心放松的好机会，又是外出学习的好时机，重要的是在体现出集团对职工关怀的基础上，如何把团队精神融入到活动中，更重要的是营造全体员工团结凝聚、活跃、奋进的氛围。</w:t>
      </w:r>
      <w:r>
        <w:rPr>
          <w:lang w:eastAsia="zh-CN"/>
        </w:rPr>
        <w:br/>
      </w:r>
      <w:r>
        <w:rPr>
          <w:lang w:eastAsia="zh-CN"/>
        </w:rPr>
        <w:t>　　此旅游活动共分几个阶段</w:t>
      </w:r>
      <w:r>
        <w:rPr>
          <w:lang w:eastAsia="zh-CN"/>
        </w:rPr>
        <w:br/>
      </w:r>
      <w:r>
        <w:rPr>
          <w:lang w:eastAsia="zh-CN"/>
        </w:rPr>
        <w:t>　　一、前期准备，制定方案</w:t>
      </w:r>
      <w:r>
        <w:rPr>
          <w:lang w:eastAsia="zh-CN"/>
        </w:rPr>
        <w:br/>
      </w:r>
      <w:r>
        <w:rPr>
          <w:lang w:eastAsia="zh-CN"/>
        </w:rPr>
        <w:t>　　1、根据政策，按照上级关于旅游活动的指示精神，公司工会首先组织各部门经理召开了通报会，并将此次活动的精神、旅游条件以及旅游整体思路向大家做了汇报，各部门经理提出了许多思路，最后，统一了思想和认识，各部门经理一致表示要把活动精神准确传达给职工，并和工会一起做好思想动员工作。</w:t>
      </w:r>
      <w:r>
        <w:rPr>
          <w:lang w:eastAsia="zh-CN"/>
        </w:rPr>
        <w:br/>
      </w:r>
      <w:r>
        <w:rPr>
          <w:lang w:eastAsia="zh-CN"/>
        </w:rPr>
        <w:t>　　2、出方案，签协议。为了让员工在这次旅游中达到满意度，工会组织者把各部门主管、骨干以及具有丰富旅游经验的.员工召集到一起，针对旅游路线选择、签署协议要领、旅游安全注意事项、具体活动安排等</w:t>
      </w:r>
      <w:r>
        <w:rPr>
          <w:lang w:eastAsia="zh-CN"/>
        </w:rPr>
        <w:br/>
      </w:r>
      <w:r>
        <w:rPr>
          <w:lang w:eastAsia="zh-CN"/>
        </w:rPr>
        <w:t>　　要项进行了细致的研究。按照工作当先、奖励先进、照顾老龄的原则确定了本次旅游活动的人员名单，并由副总经理王来了和保安部经理陈丝丝做领队，负责旅游全程管理，并制定出详细的活动方案并与廊坊市金秋旅行社签署了旅游协议，上报集团。</w:t>
      </w:r>
      <w:r>
        <w:rPr>
          <w:lang w:eastAsia="zh-CN"/>
        </w:rPr>
        <w:br/>
      </w:r>
      <w:r>
        <w:rPr>
          <w:lang w:eastAsia="zh-CN"/>
        </w:rPr>
        <w:t>　　3、行前叮嘱、确保安全。为了保障此次活动顺利进行，8月6日下午，工会组织旅游活动人员召开了行前叮嘱会，总经理王来了做了特别强调：</w:t>
      </w:r>
      <w:r>
        <w:rPr>
          <w:lang w:eastAsia="zh-CN"/>
        </w:rPr>
        <w:br/>
      </w:r>
      <w:r>
        <w:rPr>
          <w:lang w:eastAsia="zh-CN"/>
        </w:rPr>
        <w:t>　　（1）活动时一定要注意我们的企业形象，发扬我们的团队精神、传扬我们的企业文化。别忘了，我们是新奥人，应该知道怎么做。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（2）在旅途中，不要私自改变旅程或掉队，外出时不能少于以上并要与领队请假，随时注意自身安全。</w:t>
      </w:r>
      <w:r>
        <w:rPr>
          <w:lang w:eastAsia="zh-CN"/>
        </w:rPr>
        <w:br/>
      </w:r>
      <w:r>
        <w:rPr>
          <w:lang w:eastAsia="zh-CN"/>
        </w:rPr>
        <w:t>　　（3）用餐、住宿、旅行自己要有警惕，确保人身、财产安全。</w:t>
      </w:r>
      <w:r>
        <w:rPr>
          <w:lang w:eastAsia="zh-CN"/>
        </w:rPr>
        <w:br/>
      </w:r>
      <w:r>
        <w:rPr>
          <w:lang w:eastAsia="zh-CN"/>
        </w:rPr>
        <w:t>　　二、旅游活动精彩缤纷，笑声多多</w:t>
      </w:r>
      <w:r>
        <w:rPr>
          <w:lang w:eastAsia="zh-CN"/>
        </w:rPr>
        <w:br/>
      </w:r>
      <w:r>
        <w:rPr>
          <w:lang w:eastAsia="zh-CN"/>
        </w:rPr>
        <w:t>　　__月__日凌晨4：30分由3组成的团队在旅途中笑声不断，热闹氛围激昂，导游感慨万分；随队人员倾羡的心悦诚服；家属人员激动不已，带给年轻人是一片欢乐；带给大家的是团结、互助、凝聚，营造了有青春、活力的氛围。更多的则是各种各样的收获，体现的则是酒店良好的团队精神。曾现出几多笑声：</w:t>
      </w:r>
      <w:r>
        <w:rPr>
          <w:lang w:eastAsia="zh-CN"/>
        </w:rPr>
        <w:br/>
      </w:r>
      <w:r>
        <w:rPr>
          <w:lang w:eastAsia="zh-CN"/>
        </w:rPr>
        <w:t>　　笑声一：拉歌对唱、结成语</w:t>
      </w:r>
      <w:r>
        <w:rPr>
          <w:lang w:eastAsia="zh-CN"/>
        </w:rPr>
        <w:br/>
      </w:r>
      <w:r>
        <w:rPr>
          <w:lang w:eastAsia="zh-CN"/>
        </w:rPr>
        <w:t>　　__月__日，天边刚刚放亮，旅行队伍便浩浩荡荡出发了。8：30分，领队的笑话撩拨起了大家的兴致，于是，按耐不住寂寞的年轻人便争先恐后的拉歌对唱起来。王总经理提议：以车中段为分界线，分左队与右队两组进行对歌、结成语，首先全体成员起立合唱新奥之歌，激烈的对歌比赛便开始了。“左队，来一个；来一个，左队。右队，来一个；来一个，右队……”，顿时，高呼声、洪亮的歌声、掌声不断，笑话、歌唱、戏曲、故事、对歌、结成语等载体不一，热闹非凡，激情澎湃，整个车厢成了欢乐的海洋。还别说，五音不全的领队陈丝丝今天还成了内秀儿，发音挺准。随队导游对我们队伍激情氛围所感染，本不高兴的她不由自主参与活动中来。</w:t>
      </w:r>
      <w:r>
        <w:rPr>
          <w:lang w:eastAsia="zh-CN"/>
        </w:rPr>
        <w:br/>
      </w:r>
      <w:r>
        <w:rPr>
          <w:lang w:eastAsia="zh-CN"/>
        </w:rPr>
        <w:t>　　笑声之二：参观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第一站到达青岛公司黄岛分公司。大家利利索索的下了车，换上了公司的工作装，领队要求大家要按照公司规定进入，必须关掉手机、bp机，打火机一律放在门外。排着整齐的队伍迈进了公司，进公司站，最引人注目的是两个圆型燃气储蓄罐。接待我们的是公司宋主任，他随着整齐的队伍一边走一边介绍：此站站地面积，储蓄20000平立方，上半年经营情况可观，超额完成计划，下半年给自己又加大了销售额，完成情况应该没问题。大家听了，会心的露出了笑容。走到办公区域，最醒目是墙上张贴的几个红字：“先进的价值观，优秀的员工和科学管理，造就一流企业。”，从字行间，旅游成员看到企业的发展，看到了百年公司的发展的希望。</w:t>
      </w:r>
      <w:r>
        <w:rPr>
          <w:lang w:eastAsia="zh-CN"/>
        </w:rPr>
        <w:br/>
      </w:r>
      <w:r>
        <w:rPr>
          <w:lang w:eastAsia="zh-CN"/>
        </w:rPr>
        <w:t>　　笑声之三：渔家乐</w:t>
      </w:r>
      <w:r>
        <w:rPr>
          <w:lang w:eastAsia="zh-CN"/>
        </w:rPr>
        <w:br/>
      </w:r>
      <w:r>
        <w:rPr>
          <w:lang w:eastAsia="zh-CN"/>
        </w:rPr>
        <w:t>　　__月__日，住宿长岛渔家。晚饭后来到了驻军大院，参加篝火晚会。渔家一曲“欢迎到长岛渔家来做客和秧歌舞”激起了大家兴致，纷纷加入到活动中。您看：吴晓岭驾起驴来，手拿扬鞭，奔波于人群中；王惠双手举起扇子，扭起秧歌，舞起来；马兴接过老大妈的布龙脚，随着龙的摆动转了起来；领队陈丝丝接过龙头，追起火球，篝火点燃了，随着音乐，跟着节奏，围着篝火，大家手拉着手，一边喊着号子，一边跳了起来，领队王总经理和家人、孩子也牵起手来，一起进入了渔家乐，笑声、</w:t>
      </w:r>
      <w:r>
        <w:rPr>
          <w:lang w:eastAsia="zh-CN"/>
        </w:rPr>
        <w:br/>
      </w:r>
      <w:r>
        <w:rPr>
          <w:lang w:eastAsia="zh-CN"/>
        </w:rPr>
        <w:t>　　歌声、号子声、掌声阵阵。</w:t>
      </w:r>
      <w:r>
        <w:rPr>
          <w:lang w:eastAsia="zh-CN"/>
        </w:rPr>
        <w:br/>
      </w:r>
      <w:r>
        <w:rPr>
          <w:lang w:eastAsia="zh-CN"/>
        </w:rPr>
        <w:t>　　笑声之四：送关怀、互帮助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_月__日晚上，大家洗漱完毕后，领队王总经理安排大家早点休息之后都便回到房间休息去了。24：00点多钟，吴晓岭得了胃肠炎，躺在床上翻来翻去，同一宿舍__岁的李来同志看在眼里，疼在心里。在不打扰他人休息的同时，一边找来药，一边向领队作了汇报。经领队王总经理安排陈丝丝和陈存负责送往当地医院，王总经理不顾自己疲惫的身体，挨着房间的查看，看着大家熟睡的样子，才放下心来，并不时向医院打电话了解吴晓岭病情。付春江由于着凉，感冒、拉肚子、吃不下饭，队员都伸出手，忙着送热水、送药、送问候。领队王总经理特意给他安排了用餐，做了热腾腾的面送到了付春江，在大家帮助下，第二天就康复了，付春江露出了笑容。</w:t>
      </w:r>
      <w:r>
        <w:rPr>
          <w:lang w:eastAsia="zh-CN"/>
        </w:rPr>
        <w:br/>
      </w:r>
      <w:r>
        <w:rPr>
          <w:lang w:eastAsia="zh-CN"/>
        </w:rPr>
        <w:t>　　三、安全归回，收获颇丰</w:t>
      </w:r>
      <w:r>
        <w:rPr>
          <w:lang w:eastAsia="zh-CN"/>
        </w:rPr>
        <w:br/>
      </w:r>
      <w:r>
        <w:rPr>
          <w:lang w:eastAsia="zh-CN"/>
        </w:rPr>
        <w:t>　　号下午18：50旅游全体成员从烟台乘坐飞机直达北京，而后安全返回廊坊，旅游圆满结束，但在旅游途中感触颇多，想象联翩而至，收获颇丰。</w:t>
      </w:r>
      <w:r>
        <w:rPr>
          <w:lang w:eastAsia="zh-CN"/>
        </w:rPr>
        <w:br/>
      </w:r>
      <w:r>
        <w:rPr>
          <w:lang w:eastAsia="zh-CN"/>
        </w:rPr>
        <w:t>　　从我们这次旅游的途中看到为我们服务的两家旅游公司和汽车公司三家的协调、服务以及态度，没有达到我们的满意，从中我们看出了三家在协调中存在问题，就是因为问题的存在，才造成各种各样的事情发生。那么我们在服务中是否也存在这样的问题呢？以怎样的服务态度、服务质量才能达到客人满意呢？我想，大家在旅途中接受别人服务时感触颇多，也经历了这样或那样的问题，面对自己的工作如何改变服务、调整心态、从新面对工作是这次旅游收获的重点之中。</w:t>
      </w:r>
      <w:r>
        <w:rPr>
          <w:lang w:eastAsia="zh-CN"/>
        </w:rPr>
        <w:br/>
      </w:r>
      <w:r>
        <w:rPr>
          <w:lang w:eastAsia="zh-CN"/>
        </w:rPr>
        <w:t xml:space="preserve">    2024公司活动优秀总结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药房连锁有限公司具有里程碑好处的一年，_大药房有限公司收购全部自然人股权，使成为国大药房的一个控股子公司，为稳定，快速、健康发展带给了良好的契机。一年来，尽管内部矛盾突显，千头万绪，纷繁复杂，外部医药零售市场竞争激烈，形势严峻，我们能够正确应对困难和挑战，今年重新设置了内部组织架构，出台了多项管理制度，更新了微机程序、统一了国大编码，快速开发了多家连锁直营店，成立了自己的配送中心，取得了经营管理的良好业绩。</w:t>
      </w:r>
      <w:r>
        <w:rPr>
          <w:lang w:eastAsia="zh-CN"/>
        </w:rPr>
        <w:br/>
      </w:r>
      <w:r>
        <w:rPr>
          <w:lang w:eastAsia="zh-CN"/>
        </w:rPr>
        <w:t>　　1、加盟国药控股国大药房有限公司，完成股权转让</w:t>
      </w:r>
      <w:r>
        <w:rPr>
          <w:lang w:eastAsia="zh-CN"/>
        </w:rPr>
        <w:br/>
      </w:r>
      <w:r>
        <w:rPr>
          <w:lang w:eastAsia="zh-CN"/>
        </w:rPr>
        <w:t>　　今年，公司顺利完成了自然人股权转让，并于__月__日成功召开了第二届第一次股东会、董事会、监事会，企业更名为药房连锁有限公司，成为国药控股国大药房有限公司的一个控股子公司。这一具有里程碑好处的重大事件为长远、稳定、快速、健康发展带给了良好契机。</w:t>
      </w:r>
      <w:r>
        <w:rPr>
          <w:lang w:eastAsia="zh-CN"/>
        </w:rPr>
        <w:br/>
      </w:r>
      <w:r>
        <w:rPr>
          <w:lang w:eastAsia="zh-CN"/>
        </w:rPr>
        <w:t>　　2、实现“批零分离”、整合组织架构</w:t>
      </w:r>
      <w:r>
        <w:rPr>
          <w:lang w:eastAsia="zh-CN"/>
        </w:rPr>
        <w:br/>
      </w:r>
      <w:r>
        <w:rPr>
          <w:lang w:eastAsia="zh-CN"/>
        </w:rPr>
        <w:t>　　按照国药控股“批零分离”的要求，上半年与__公司整体分离，并重新整合了内部组织架构，组建了营运管理部、综合管理部、财务部、采购部、物流部、门店管理部、门店开发部等。</w:t>
      </w:r>
      <w:r>
        <w:rPr>
          <w:lang w:eastAsia="zh-CN"/>
        </w:rPr>
        <w:br/>
      </w:r>
      <w:r>
        <w:rPr>
          <w:lang w:eastAsia="zh-CN"/>
        </w:rPr>
        <w:t>　　3、强化内部管理，健全规章制度</w:t>
      </w:r>
      <w:r>
        <w:rPr>
          <w:lang w:eastAsia="zh-CN"/>
        </w:rPr>
        <w:br/>
      </w:r>
      <w:r>
        <w:rPr>
          <w:lang w:eastAsia="zh-CN"/>
        </w:rPr>
        <w:t>　　综合管理部是今年刚组建的部门，是管理服务并重的职能部门，他们在强化内部管理，健全有关规章制度的同时，做好经营的后勤服务工作。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狠抓制度建设：今年来制定“20__年发展目标规划”、“三年（200—20__年）发展目标规划”、“20__年分配制度及绩效考核办法”，逐步完善内部激励机制，体现“按绩取酬”、“多劳多得”的分配原则。为规范促销费管理，制定了“关于加强厂方终端促销费管理的有关规定”。</w:t>
      </w:r>
      <w:r>
        <w:rPr>
          <w:lang w:eastAsia="zh-CN"/>
        </w:rPr>
        <w:br/>
      </w:r>
      <w:r>
        <w:rPr>
          <w:lang w:eastAsia="zh-CN"/>
        </w:rPr>
        <w:t>　　细抓行政管理：建立健全了各项基础台账，收发文登记、档案保管、工章使用登记等。对固定资产进行彻底的清查核对、登记造册，并建立了电子文档。及时完成新老门店的装修、改造任务。用心配合门店开发部对新增门店的考察、选址、设计、装修及货柜货架等设备的购置工作，保证新开门店的顺利开业。建立了资料全面的房屋租赁合同电子文档，统一管理房屋租赁合同，配合门店开发部、门店管理部做好门店续租协议等工作。及时完成各类证照变更登记工作，为申报了中华老字号用心收集、整理、申报相关材料，为确保任务按质、按时完成，节假日加班是十分正常的事情。</w:t>
      </w:r>
      <w:r>
        <w:rPr>
          <w:lang w:eastAsia="zh-CN"/>
        </w:rPr>
        <w:br/>
      </w:r>
      <w:r>
        <w:rPr>
          <w:lang w:eastAsia="zh-CN"/>
        </w:rPr>
        <w:t>　　实抓安全工作：连锁门店众多，分布面广，安全工作丝毫不能松懈。一是健全了安全制度，出台了“安全生产管理”制度及“安全工作职责制”；二是配齐配全安全器材，如报警器、灭火机等；三是开展经常性的安全检查工作；四是排查安全隐患，发现问题及时解决，从而确保了全年无重大安全事故。</w:t>
      </w:r>
      <w:r>
        <w:rPr>
          <w:lang w:eastAsia="zh-CN"/>
        </w:rPr>
        <w:br/>
      </w:r>
      <w:r>
        <w:rPr>
          <w:lang w:eastAsia="zh-CN"/>
        </w:rPr>
        <w:t>　　狠抓质量管理，巩固GSP成果。我们严格按照GSP规程操作，质检人员严格把关，经常督促检查各环节有无质量管理回潮现象，发现问题及时纠正，确保了台账完整规范，手续完备无缺，巩固了GSP成果。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2024公司活动优秀总结 篇4 </w:t>
      </w:r>
      <w:r>
        <w:rPr>
          <w:lang w:eastAsia="zh-CN"/>
        </w:rPr>
        <w:br/>
      </w:r>
      <w:r>
        <w:rPr>
          <w:lang w:eastAsia="zh-CN"/>
        </w:rPr>
        <w:t>　　近日，电子科技有限公司所属海鹰企业集团有限责任公司压电分公司“提高P—51Φ14_2晶片成品率”QC小组活动成果发布。该公司要求各单位各部门在认真学习的基础上，围绕提升产品质量、提高工作效率、降本增效，结合自身实际积极开展各种QC小组活动。</w:t>
      </w:r>
      <w:r>
        <w:rPr>
          <w:lang w:eastAsia="zh-CN"/>
        </w:rPr>
        <w:br/>
      </w:r>
      <w:r>
        <w:rPr>
          <w:lang w:eastAsia="zh-CN"/>
        </w:rPr>
        <w:t>　　20__年，该课题组围绕“改进和完善相关生产工艺，提高晶片成品率和产品质量”主题扎实工作，取得显著效果，节约费用约64万元。同时，解决了管理及生产现场中的现实问题，促进了企业质量管理体系的持续有效运行；进一步提高了职工的科学思维能力、组织协调能力、运用PDCA方法分析与解决问题的能力，为企业降本增效作出了较大贡献。</w:t>
      </w:r>
      <w:r>
        <w:rPr>
          <w:lang w:eastAsia="zh-CN"/>
        </w:rPr>
        <w:br/>
      </w:r>
      <w:r>
        <w:rPr>
          <w:lang w:eastAsia="zh-CN"/>
        </w:rPr>
        <w:t>　　海鹰公司质量管理部根据企业《持续改进管理程序》中的QC成果评审规定，组织评委对该QC活动成果进行了综合评审，并会同财务审计部对其实现的经济价值进行了统计分析。大家一致认为，课题小组能够按要求进行活动，通过因果分析图、对策表、对比表等技术方法的应用，达到课题目标，效果明显，取得了较好的经济效益和社会效益。同时，压电分公司长期以来一直积极认真开展QC小组活动，其积极性值得表扬和鼓励。</w:t>
      </w:r>
      <w:r>
        <w:rPr>
          <w:lang w:eastAsia="zh-CN"/>
        </w:rPr>
        <w:br/>
      </w:r>
      <w:r>
        <w:rPr>
          <w:lang w:eastAsia="zh-CN"/>
        </w:rPr>
        <w:t xml:space="preserve">    2024公司活动优秀总结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__公司在开展“规范经营、诚信服务”实践宣传活动中，认真贯彻落实市公司文件精神，结合铁力实际，精心部署、周密安排，采取多种行之有效的形式和方法，将这一活动开展的有声有色，取得了明显成效。铁力支公司开展本次活动主要有以下几方面特点：</w:t>
      </w:r>
      <w:r>
        <w:rPr>
          <w:lang w:eastAsia="zh-CN"/>
        </w:rPr>
        <w:br/>
      </w:r>
      <w:r>
        <w:rPr>
          <w:lang w:eastAsia="zh-CN"/>
        </w:rPr>
        <w:t>　　一.思想统一准备充分</w:t>
      </w:r>
      <w:r>
        <w:rPr>
          <w:lang w:eastAsia="zh-CN"/>
        </w:rPr>
        <w:br/>
      </w:r>
      <w:r>
        <w:rPr>
          <w:lang w:eastAsia="zh-CN"/>
        </w:rPr>
        <w:t>　　在接到市公司文件后，支公司党支部立即召开中层干部会议和全体员工大会，对文件精神进行层层贯彻落实，作好活动前的思想发动工作，让全体员工了解开展本次活动的目的和重要意义。在活动开展之前，支公司周密部署、精心策划，在活动形式选择、时间安排、宣传方式等方面做了大量的前期准备工作，为活动的顺利开展奠定了良好的基础。</w:t>
      </w:r>
      <w:r>
        <w:rPr>
          <w:lang w:eastAsia="zh-CN"/>
        </w:rPr>
        <w:br/>
      </w:r>
      <w:r>
        <w:rPr>
          <w:lang w:eastAsia="zh-CN"/>
        </w:rPr>
        <w:t>　　二.内容丰富形式多样</w:t>
      </w:r>
      <w:r>
        <w:rPr>
          <w:lang w:eastAsia="zh-CN"/>
        </w:rPr>
        <w:br/>
      </w:r>
      <w:r>
        <w:rPr>
          <w:lang w:eastAsia="zh-CN"/>
        </w:rPr>
        <w:t>　　支公司根据实际情况，利用双休日在中心路和正阳大街等繁华地段举办以“规范经营、诚信服务”为主题的集中宣传日活动，采取设立咨询台、悬挂宣传条幅、设置宣传展板、发放宣传资料等多种宣传形式，向广大市民集中宣传中国人寿“规范经营、诚信服务”的各项内容。在__市西河公园与__市文体局联合举办“放歌中国人寿专场文艺演出”，通过多种文艺形式对中国人寿诚信服务的宗旨和理念进行广泛宣传。在演出过程中，百名中国人寿员工还举行了诚信签名、诚信宣誓仪式，向广大市民表明了中国人寿信守承诺、诚信服务的决心。在这同时，支公司还采取召开征求意见会、发放征求意见卡等形式，广泛征求各阶层人士意见，并对各种意见和建议认真归纳梳理，采取有效措施，切实加以整改。</w:t>
      </w:r>
      <w:r>
        <w:rPr>
          <w:lang w:eastAsia="zh-CN"/>
        </w:rPr>
        <w:br/>
      </w:r>
      <w:r>
        <w:rPr>
          <w:lang w:eastAsia="zh-CN"/>
        </w:rPr>
        <w:t>　　三.主题鲜明注重实效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支公司在活动中牢牢把握“规范经营、诚信服务”的主题，向广大市民宣传：“什么是保险?为什么要购买保险?怎样填写投单等等”。集中宣传日的咨询台前不时有行人或附近居民驻足观看，并有不少群众上前咨询各种保险产品;了解自己的保险权益;咨询如何进行理赔和更改保险受益人、地址等，现场气氛非常热闹。很多市民称赞“规范经营、诚信服务”宣传活动搞得好，搞得及时。有一位市民高兴地说：“规范经营、诚信服务”宣传活动，使我明白了怎样选择险种，自己有什么保障，让我心里有了底，打消了我想买保险，又怕上当的疑虑，我决定近期就购买保险，而且就买你们中国人寿的。”</w:t>
      </w:r>
      <w:r>
        <w:rPr>
          <w:lang w:eastAsia="zh-CN"/>
        </w:rPr>
        <w:br/>
      </w:r>
      <w:r>
        <w:rPr>
          <w:lang w:eastAsia="zh-CN"/>
        </w:rPr>
        <w:t>　　同时，这项活动的开展也起到了教育员工、锻炼团队的作用。现在，诚信营销，在支公司已深入人心，成为每位业务员的实际行动。通过这项活动，在全社会进一步树立起了中国人寿良好的企业形象，增强了每位员工诚信服务的观念，提高了公司的整体服务水平。</w:t>
      </w:r>
      <w:r>
        <w:rPr>
          <w:lang w:eastAsia="zh-CN"/>
        </w:rPr>
        <w:br/>
      </w:r>
      <w:r>
        <w:rPr>
          <w:lang w:eastAsia="zh-CN"/>
        </w:rPr>
        <w:t>　　四.宣传到位效果显著</w:t>
      </w:r>
      <w:r>
        <w:rPr>
          <w:lang w:eastAsia="zh-CN"/>
        </w:rPr>
        <w:br/>
      </w:r>
      <w:r>
        <w:rPr>
          <w:lang w:eastAsia="zh-CN"/>
        </w:rPr>
        <w:t>　　在活动过程中，支公司积极与新闻媒体沟通，加大在媒体上宣传的力度。在与__市电视台联合开办的综合性版块节目《中国人寿保险社区》中。通过不同的视角，全方位、大篇幅地对“规范经营、诚信服务”实践宣传活动进展情况和每个阶段的热点问题进行及时报道，在社会上引起了强烈反响。使广大市民更直观地了解到了中国人寿保险公司“诚信服务”的具体内容和做法，加深了他们对我公司保险产品和优质服务的认知程度。起到了很好的宣传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五.紧密结合保持共产党员先进性教育活动</w:t>
      </w:r>
      <w:r>
        <w:rPr>
          <w:lang w:eastAsia="zh-CN"/>
        </w:rPr>
        <w:br/>
      </w:r>
      <w:r>
        <w:rPr>
          <w:lang w:eastAsia="zh-CN"/>
        </w:rPr>
        <w:t>　　支公司把此项活动同保持共产党员先进性教育活动紧密结合，要求每名党员在活动中都要起到先锋模范作用，做“规范经营、诚信服务”的表率。每次活动后都要求党员结合活动内容查找自身存在的差距和不足，认真加以整改，并撰写心得体会文章。现在，支公司的每名党员干部都已把“规范经营、诚信服务”的各项内容变为自觉行动，在实际工作中努力实践，有力地促进了先进性教育活动的开展。</w:t>
      </w:r>
      <w:r>
        <w:rPr>
          <w:lang w:eastAsia="zh-CN"/>
        </w:rPr>
        <w:br/>
      </w:r>
      <w:r>
        <w:rPr>
          <w:lang w:eastAsia="zh-CN"/>
        </w:rPr>
        <w:t>　　总之，通过开展“规范经营、诚信服务”实践宣传活动，使支公司广大员工进一步增强了做好寿险工作的责任心和使命感，提高了公司的诚信服务水平，塑造了良好的社会形象，加强了对本行业的诚信自律建设，促进了保险业诚信体系建设的不断完善和提高，对公司的发展和社会的进步起到了积极的推动作用。</w:t>
      </w:r>
      <w:r>
        <w:rPr>
          <w:lang w:eastAsia="zh-CN"/>
        </w:rPr>
        <w:br/>
      </w:r>
      <w:r>
        <w:rPr>
          <w:lang w:eastAsia="zh-CN"/>
        </w:rPr>
        <w:t xml:space="preserve">    2024公司活动优秀总结 篇6 </w:t>
      </w:r>
      <w:r>
        <w:rPr>
          <w:lang w:eastAsia="zh-CN"/>
        </w:rPr>
        <w:br/>
      </w:r>
      <w:r>
        <w:rPr>
          <w:lang w:eastAsia="zh-CN"/>
        </w:rPr>
        <w:t>　　周六的大清早，我们大部分的员工按照公司上班的时间来到了公司的楼下，扯着公司团建活动的横幅在楼下拍了个照片就上车出发了。这次团建活动的地点我是知道的，之前在公司群里也是经过投票选择了的，既然自己没有其他的选择，那还不如选一个自己感兴趣的去玩呢，而正好，这次要去的就是我投票选的那个—农家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到了农家乐稍微整顿了一下后，我们开始了本次的团建活动。公司组织这次团建活动的主要目的应该就是为了让我们全体员工在得到放松的同事，增加员工间的感情，让我们之间更加的熟悉和默契，从而使我们公司这个大团体更加的团结，从而促进公司发展，所以活动一开始，带队的领导就给我们分了组，把每个部门的人都给分散了，基本上都是几个部门的人在一个组。虽然都是成年人了，但是此次的活动都还玩的很简单的，主要是丢手绢和你画我猜两个活动。</w:t>
      </w:r>
      <w:r>
        <w:rPr>
          <w:lang w:eastAsia="zh-CN"/>
        </w:rPr>
        <w:br/>
      </w:r>
      <w:r>
        <w:rPr>
          <w:lang w:eastAsia="zh-CN"/>
        </w:rPr>
        <w:t>　　丢手绢的活动我们每个人都是从小就玩着的了，所以非常的熟练。最开始的时候是领导当那个丢手绢的人，要是放在后面没有发现的话就要到围起的圈圈里面表演节目，所以再这样的激励下面我们所有人都玩的很起劲，各种___节目也让我们开怀大笑，不知不觉的就拉进来大家的距离。而你画我猜的节目就是按照我们之前的分组，一个笔划其他人猜，最后看哪个组的默契差，也要上台表演，这个节目是非标考验配合和默契的，所以通过你画我猜这样的形式，使得我们相处的更加融洽的彼此之间的默契度也上升了。</w:t>
      </w:r>
      <w:r>
        <w:rPr>
          <w:lang w:eastAsia="zh-CN"/>
        </w:rPr>
        <w:br/>
      </w:r>
      <w:r>
        <w:rPr>
          <w:lang w:eastAsia="zh-CN"/>
        </w:rPr>
        <w:t>　　后面玩了好几局，一直到饭店的时候我们才停下来在农家乐吃饭去了，饭后我们也在农家乐的负责人带领下到四周欣赏美景去了。</w:t>
      </w:r>
      <w:r>
        <w:rPr>
          <w:lang w:eastAsia="zh-CN"/>
        </w:rPr>
        <w:br/>
      </w:r>
      <w:r>
        <w:rPr>
          <w:lang w:eastAsia="zh-CN"/>
        </w:rPr>
        <w:t>　　这次的团建活动结束了，但是我心里却一直在怀念着刚刚的各种活动，车上同事们叽叽喳喳的讨论声也说明着跟我一样在回忆着。</w:t>
      </w:r>
      <w:r>
        <w:rPr>
          <w:lang w:eastAsia="zh-CN"/>
        </w:rPr>
        <w:br/>
      </w:r>
      <w:r>
        <w:rPr>
          <w:lang w:eastAsia="zh-CN"/>
        </w:rPr>
        <w:t xml:space="preserve">    2024公司活动优秀总结 篇7 </w:t>
      </w:r>
      <w:r>
        <w:rPr>
          <w:lang w:eastAsia="zh-CN"/>
        </w:rPr>
        <w:br/>
      </w:r>
      <w:r>
        <w:rPr>
          <w:lang w:eastAsia="zh-CN"/>
        </w:rPr>
        <w:t>　　一、动员宣传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河南_公司积极响应深圳_总公司号召，成立“百日安全无事故”活动领导小组。11月10日，公司组织各部门、管理处班长以上管理人员召开“百日安全无事故”活动动员大会,会上公司副总经理史新民宣读关于开展“百日安全无事故”活动的通知，总经理周叶对本次活动作了发动动员。</w:t>
      </w:r>
      <w:r>
        <w:rPr>
          <w:lang w:eastAsia="zh-CN"/>
        </w:rPr>
        <w:br/>
      </w:r>
      <w:r>
        <w:rPr>
          <w:lang w:eastAsia="zh-CN"/>
        </w:rPr>
        <w:t>　　2、公司动员大会后，各管理处均组织全体员工进行了“百日安全无事故”活动动员，并做出了各管理处的具体活动方案。</w:t>
      </w:r>
      <w:r>
        <w:rPr>
          <w:lang w:eastAsia="zh-CN"/>
        </w:rPr>
        <w:br/>
      </w:r>
      <w:r>
        <w:rPr>
          <w:lang w:eastAsia="zh-CN"/>
        </w:rPr>
        <w:t>　　二、活动实施</w:t>
      </w:r>
      <w:r>
        <w:rPr>
          <w:lang w:eastAsia="zh-CN"/>
        </w:rPr>
        <w:br/>
      </w:r>
      <w:r>
        <w:rPr>
          <w:lang w:eastAsia="zh-CN"/>
        </w:rPr>
        <w:t>　　1、在“百日安全无事故”活动宣传发动的基础上，各管理处制作“提高安全意识，倡导社会和谐风尚;人人防盗、户户平安、事事防火、小区民安”等的安全宣传条幅共16个，在小区大门口、大厦大厅悬挂。</w:t>
      </w:r>
      <w:r>
        <w:rPr>
          <w:lang w:eastAsia="zh-CN"/>
        </w:rPr>
        <w:br/>
      </w:r>
      <w:r>
        <w:rPr>
          <w:lang w:eastAsia="zh-CN"/>
        </w:rPr>
        <w:t>　　2、搜集家居安全、乘车安全等防范常识在各小区楼宇公告栏张贴，通过楼宇管理员上门走访和安全管理员日常工作过程中的温馨提醒，充分发挥管理处的宣传作用，有效推动“百日安全无事故”活动在管理处有声有色开展。</w:t>
      </w:r>
      <w:r>
        <w:rPr>
          <w:lang w:eastAsia="zh-CN"/>
        </w:rPr>
        <w:br/>
      </w:r>
      <w:r>
        <w:rPr>
          <w:lang w:eastAsia="zh-CN"/>
        </w:rPr>
        <w:t>　　三、安全培训</w:t>
      </w:r>
      <w:r>
        <w:rPr>
          <w:lang w:eastAsia="zh-CN"/>
        </w:rPr>
        <w:br/>
      </w:r>
      <w:r>
        <w:rPr>
          <w:lang w:eastAsia="zh-CN"/>
        </w:rPr>
        <w:t>　　11月22日由安全委员会组织，对管理处各部门部分员工进行安全教育和安全知识培训，使管理处员工对于安全的概念和认识有了进一步了解和增强。</w:t>
      </w:r>
      <w:r>
        <w:rPr>
          <w:lang w:eastAsia="zh-CN"/>
        </w:rPr>
        <w:br/>
      </w:r>
      <w:r>
        <w:rPr>
          <w:lang w:eastAsia="zh-CN"/>
        </w:rPr>
        <w:t>　　四、消防演练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11月24日，安全委员会组织各管理处部分员工，在金成国际广场管理处进行了一场具有培训教育意义和提高应急防范能力的消防演练，消防演练活动，从火情的发现及确认，到接警后安全管理部的迅速出动，各部门员工作为义务消防员的有力配合，到达现场后的应急疏散、灭火扑救、现场警戒，无一不显示出管理处安全防范工作的扎实与特色。</w:t>
      </w:r>
      <w:r>
        <w:rPr>
          <w:lang w:eastAsia="zh-CN"/>
        </w:rPr>
        <w:br/>
      </w:r>
      <w:r>
        <w:rPr>
          <w:lang w:eastAsia="zh-CN"/>
        </w:rPr>
        <w:t>　　在活动实施阶段，公司从上到下进行宣传动员，使“关爱生命、安全生产”的观念深入人心，在第二阶段我们将一如既往地深入开展此项活动，做好节前的各项安全工作。</w:t>
      </w:r>
      <w:r>
        <w:rPr>
          <w:lang w:eastAsia="zh-CN"/>
        </w:rPr>
        <w:br/>
      </w:r>
      <w:r>
        <w:rPr>
          <w:lang w:eastAsia="zh-CN"/>
        </w:rPr>
        <w:t xml:space="preserve">    2024公司活动优秀总结 篇8 </w:t>
      </w:r>
      <w:r>
        <w:rPr>
          <w:lang w:eastAsia="zh-CN"/>
        </w:rPr>
        <w:br/>
      </w:r>
      <w:r>
        <w:rPr>
          <w:lang w:eastAsia="zh-CN"/>
        </w:rPr>
        <w:t>　　_月12日下午我公司开展了一次以“呵护环境，奉献绿色”为主题的植树活动，此次活动开展的地点在钟坡山，钟坡山地势较高，不仅能让大家从植树活动中感受到快乐，而且还能亲近大自然，培养员工们热爱大自然的情趣，从而增强保护环境的意识。</w:t>
      </w:r>
      <w:r>
        <w:rPr>
          <w:lang w:eastAsia="zh-CN"/>
        </w:rPr>
        <w:br/>
      </w:r>
      <w:r>
        <w:rPr>
          <w:lang w:eastAsia="zh-CN"/>
        </w:rPr>
        <w:t>　　当公司人事向公司全体员工宣布在_月12日开展植树活动时，员工们都反应热烈，积极响应，并有不少员工不断询问这次植树活动的相关信息及具体的安排，希望在这特别的日子里表达出对美好大自然的热爱以及对本次活动的支持。但这次活动的主题是“呵护环境，奉献绿色”，希望通过这次植树活动，使大家能更加积极主动的去关注环境问题，从我做起，从身边的小事做起，爱护环境，保护地球，为美化我们的家园贡献自己的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次活动由_企业的人事负责。活动开展的很成功。_月12日中午十二点企业全体员工在学校大门口集合，集体乘车出发，于十二点四十到达预定地点。到达目的地之后，员工们都表现很积极，而且很偶秩序，按照先前的分组，很快就开始了植树，有的挖坑，有的植树苗，大家干劲十足，热火朝天，但对待小树苗却时小心翼翼。在整个植树过程中，大家充分享受着植树活动带来的乐趣。虽然在培土，浇水过程中有很多员工被泥土弄花了脸，但大家都毫不在意，依然干劲十足，同心协力，半小时不到，一棵棵树苗就直立起来了!最后，看着春风吹拂着树叶，阳光洒下点点光斑，面对大家自己种下的小树，大家都感到无比开心和成就感，虽然植树有点累，但在大家的脸上看到的都是喜悦。</w:t>
      </w:r>
      <w:r>
        <w:rPr>
          <w:lang w:eastAsia="zh-CN"/>
        </w:rPr>
        <w:br/>
      </w:r>
      <w:r>
        <w:rPr>
          <w:lang w:eastAsia="zh-CN"/>
        </w:rPr>
        <w:t>　　这次植树由于大家高昂的激情，和一致的团结协作，很快就将所带的树苗植完了，随后在主持人的带动下，开展了《杯水一战》，《你心中的他(她)》等娱乐活动。由于这些活动的娱乐性很高，让大家都乐翻了天。四点钟集体乘车返回。</w:t>
      </w:r>
      <w:r>
        <w:rPr>
          <w:lang w:eastAsia="zh-CN"/>
        </w:rPr>
        <w:br/>
      </w:r>
      <w:r>
        <w:rPr>
          <w:lang w:eastAsia="zh-CN"/>
        </w:rPr>
        <w:t>　　对于这次植树活动，员工们都觉得意义非常。不但植树造林，美化环境而且加强了员工之间的交流，增进了员工间的了解，加深了彼此的友谊。更重要的是，通过这次植树及对环境问题和植树知识的宣传，使得大家更加认识到环境的重要性，切实投身“呵护环境”的行动中来，为我们的美好家园“奉献绿色”，贡献自己的一份力量。</w:t>
      </w:r>
      <w:r>
        <w:rPr>
          <w:lang w:eastAsia="zh-CN"/>
        </w:rPr>
        <w:br/>
      </w:r>
      <w:r>
        <w:rPr>
          <w:lang w:eastAsia="zh-CN"/>
        </w:rPr>
        <w:t xml:space="preserve">    2024公司活动优秀总结 篇9 </w:t>
      </w:r>
      <w:r>
        <w:rPr>
          <w:lang w:eastAsia="zh-CN"/>
        </w:rPr>
        <w:br/>
      </w:r>
      <w:r>
        <w:rPr>
          <w:lang w:eastAsia="zh-CN"/>
        </w:rPr>
        <w:t>　　本次企划案的前期准备十分充足，覆盖面很广，配合各门店店长及公司各部门的认真论证，形成了一套较完整的可操作性强的整体营销手册。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在促销方面，我们应用了针对家庭及主妇为主的消费群的促销活动，达到了应有的效果，消费者反响热烈，完全达到了聚集人气的目的。</w:t>
      </w:r>
      <w:r>
        <w:rPr>
          <w:lang w:eastAsia="zh-CN"/>
        </w:rPr>
        <w:br/>
      </w:r>
      <w:r>
        <w:rPr>
          <w:lang w:eastAsia="zh-CN"/>
        </w:rPr>
        <w:t>　　商品方面，我们配合季节性进行了“劲爆生鲜，仅限1天”“疯狂特价，限时抢购”的商品促销活动，达到了即配合着整体快讯收费的目的，又运用商品进行拉动人气和销售的目的。再加上门店的陈列配合，现场促销。我们制作的七周年广播稿，使门店在执行宣传方面和渲染买场气氛和促销气氛方面有了新的突破。在视觉和听觉方面给了消费者很大的冲击力，为我们以后的工作留下了很好的借鉴。</w:t>
      </w:r>
      <w:r>
        <w:rPr>
          <w:lang w:eastAsia="zh-CN"/>
        </w:rPr>
        <w:br/>
      </w:r>
      <w:r>
        <w:rPr>
          <w:lang w:eastAsia="zh-CN"/>
        </w:rPr>
        <w:t>　　七周年大型文艺晚会把整个七周年庆推上高潮，各门店的文艺表演可圈可点，供应商的邀请使我们公司的企业文化和经营思想宣传上了一个台阶。配着生日歌总经理切蛋糕的一幕使我们员工有了家庭的亲切归宿感。这是本次文艺晚会的几大重要亮点。</w:t>
      </w:r>
      <w:r>
        <w:rPr>
          <w:lang w:eastAsia="zh-CN"/>
        </w:rPr>
        <w:br/>
      </w:r>
      <w:r>
        <w:rPr>
          <w:lang w:eastAsia="zh-CN"/>
        </w:rPr>
        <w:t>　　在天时人和方面我们也占到了一定的优势，七周年活动开始天气突然转凉使原本快讯计划中的季节性商品热销，人气鼎沸。这和我们分析和组织商品的前瞻性分不开的，最后真的连老天都帮我们，再加上我们的勤奋努力和较好的分析执行能力，还有做不好的事情?</w:t>
      </w:r>
      <w:r>
        <w:rPr>
          <w:lang w:eastAsia="zh-CN"/>
        </w:rPr>
        <w:br/>
      </w:r>
      <w:r>
        <w:rPr>
          <w:lang w:eastAsia="zh-CN"/>
        </w:rPr>
        <w:t>　　但是我们在工作的计划、组织安排和活动控制过程中，仍然存在着许多不足之处：在本次七周年活动中间，有一些关于促销计划、活动及商品的工作没有落实到位，导致损失了一部分销售，这是值得我们去深思和深刻检讨的：</w:t>
      </w:r>
      <w:r>
        <w:rPr>
          <w:lang w:eastAsia="zh-CN"/>
        </w:rPr>
        <w:br/>
      </w:r>
      <w:r>
        <w:rPr>
          <w:lang w:eastAsia="zh-CN"/>
        </w:rPr>
        <w:t>　　1、部分促销活动由于找不到供应商，被迫流产。</w:t>
      </w:r>
      <w:r>
        <w:rPr>
          <w:lang w:eastAsia="zh-CN"/>
        </w:rPr>
        <w:br/>
      </w:r>
      <w:r>
        <w:rPr>
          <w:lang w:eastAsia="zh-CN"/>
        </w:rPr>
        <w:t>　　2、监督表格没执行，是本次七周年的一个遗憾。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3、门店的现场执行力度不够，</w:t>
      </w:r>
      <w:r>
        <w:rPr>
          <w:lang w:eastAsia="zh-CN"/>
        </w:rPr>
        <w:br/>
      </w:r>
      <w:r>
        <w:rPr>
          <w:lang w:eastAsia="zh-CN"/>
        </w:rPr>
        <w:t>　　4、门店的及时跟踪检讨没有做到位。</w:t>
      </w:r>
      <w:r>
        <w:rPr>
          <w:lang w:eastAsia="zh-CN"/>
        </w:rPr>
        <w:br/>
      </w:r>
      <w:r>
        <w:rPr>
          <w:lang w:eastAsia="zh-CN"/>
        </w:rPr>
        <w:t>　　5、门店在人力安排方面不合理，致使本次的个别活动没有得到充分的发挥。</w:t>
      </w:r>
      <w:r>
        <w:rPr>
          <w:lang w:eastAsia="zh-CN"/>
        </w:rPr>
        <w:br/>
      </w:r>
      <w:r>
        <w:rPr>
          <w:lang w:eastAsia="zh-CN"/>
        </w:rPr>
        <w:t>　　6、新商品/敏感性商品开发，采购没有充分的执行，是本次七周年最大的遗憾。</w:t>
      </w:r>
      <w:r>
        <w:rPr>
          <w:lang w:eastAsia="zh-CN"/>
        </w:rPr>
        <w:br/>
      </w:r>
      <w:r>
        <w:rPr>
          <w:lang w:eastAsia="zh-CN"/>
        </w:rPr>
        <w:t>　　7、门店在七周年活动中，在一些商品的创意陈列方面明显不足，有待改进。</w:t>
      </w:r>
      <w:r>
        <w:rPr>
          <w:lang w:eastAsia="zh-CN"/>
        </w:rPr>
        <w:br/>
      </w:r>
      <w:r>
        <w:rPr>
          <w:lang w:eastAsia="zh-CN"/>
        </w:rPr>
        <w:t>　　8、门店在七周年商品活动中，现场促销作的不到位，有时有，有时没有，没有彻底的给现场促销人员培训和跟踪，这样致使一些消费者的反映得不到收集，不能为以后的工作借鉴。</w:t>
      </w:r>
      <w:r>
        <w:rPr>
          <w:lang w:eastAsia="zh-CN"/>
        </w:rPr>
        <w:br/>
      </w:r>
      <w:r>
        <w:rPr>
          <w:lang w:eastAsia="zh-CN"/>
        </w:rPr>
        <w:t>　　9、门店在七周年活动中，人气有了，销售上去了，但卫生工作没有及时跟进，致使各门店门口及卖场的卫生不尽如意，象个垃圾场。</w:t>
      </w:r>
      <w:r>
        <w:rPr>
          <w:lang w:eastAsia="zh-CN"/>
        </w:rPr>
        <w:br/>
      </w:r>
      <w:r>
        <w:rPr>
          <w:lang w:eastAsia="zh-CN"/>
        </w:rPr>
        <w:t>　　10、在七周年活动中，部分敏感性商品缺货严重，影响了消费者的购物情绪，这是生意中的大禁。要认真反思!总之，任何工作要不断进行总结和检讨，才能把下一次的快讯工作作好。我们希望以后能够把整个快快讯营销的方案作得更好、落实得更好。</w:t>
      </w:r>
      <w:r>
        <w:rPr>
          <w:lang w:eastAsia="zh-CN"/>
        </w:rPr>
        <w:br/>
      </w:r>
      <w:r>
        <w:rPr>
          <w:lang w:eastAsia="zh-CN"/>
        </w:rPr>
        <w:t xml:space="preserve">    2024公司活动优秀总结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根据总部《关于开展201年"全国安全生产月"活动的通知》文件精神，今年6月份，公司积极开展"关爱生命、安全发展"为主题的安全生产月活动。公司研究制定了可行的活动方案，精心组织、全面部署、认真落实、注重实效，以宣传国家有关安全生产法律法规、安全生产知识、公司安全生产管理制度，增强全体干部职工的安全意识和防范事故的能力为重点。</w:t>
      </w:r>
      <w:r>
        <w:rPr>
          <w:lang w:eastAsia="zh-CN"/>
        </w:rPr>
        <w:br/>
      </w:r>
      <w:r>
        <w:rPr>
          <w:lang w:eastAsia="zh-CN"/>
        </w:rPr>
        <w:t>　　各单位积极开展形式多样、内容丰富的安全活动，加大隐患排查治理力度，进一步强化了全员对安全工作重要性的认识，完善了安全管理机制，提高了安全生产的质量水平和防范事故的能力，有效的控制了各类事故的发生，取得了显着成效，保证了安全生产。现将201年"安全生产月"活动总结如下：</w:t>
      </w:r>
      <w:r>
        <w:rPr>
          <w:lang w:eastAsia="zh-CN"/>
        </w:rPr>
        <w:br/>
      </w:r>
      <w:r>
        <w:rPr>
          <w:lang w:eastAsia="zh-CN"/>
        </w:rPr>
        <w:t>　　一、加强领导，提高认识，强化管理。</w:t>
      </w:r>
      <w:r>
        <w:rPr>
          <w:lang w:eastAsia="zh-CN"/>
        </w:rPr>
        <w:br/>
      </w:r>
      <w:r>
        <w:rPr>
          <w:lang w:eastAsia="zh-CN"/>
        </w:rPr>
        <w:t>　　公司成立了"安全生产月"活动领导小组，由公司安委会组长任组长，安委会成员为成员，负责督导活动的开展。公司各单位也制定了具体的活动方案，成立了活动领导小组，由各单位主要负责人全面负责。从上到下建立起了监督、监管体系，对活动真正做到了责任明确、逐级管理，使广大干部职工从思想上认识到安全生产重要性和必要性，将认识转变为自觉行为融汇到日常工作中去，形成人人关系安全，安全关系人人的良好氛围。</w:t>
      </w:r>
      <w:r>
        <w:rPr>
          <w:lang w:eastAsia="zh-CN"/>
        </w:rPr>
        <w:br/>
      </w:r>
      <w:r>
        <w:rPr>
          <w:lang w:eastAsia="zh-CN"/>
        </w:rPr>
        <w:t>　　二、采取多形式、多样化、全方位宣传教育。</w:t>
      </w:r>
      <w:r>
        <w:rPr>
          <w:lang w:eastAsia="zh-CN"/>
        </w:rPr>
        <w:br/>
      </w:r>
      <w:r>
        <w:rPr>
          <w:lang w:eastAsia="zh-CN"/>
        </w:rPr>
        <w:t>　　活动期间，各单位根据实际情况，组织全方位的人员进行培训教育，广泛利用黑板报、宣传栏、横幅、标语等大力宣传各种安全知识、预防事故的方法和自我保护的相关知识，观看安全电教光盘，开展形式多样的知识竞赛、技能比赛等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全面提高了全员的安全生产素质，保证了安全生产宣传的针对性和实效性。对特殊岗位、工种、作业人员，进行了专项培训管理，提高专业技能，将各类事故隐患降为零。</w:t>
      </w:r>
      <w:r>
        <w:rPr>
          <w:lang w:eastAsia="zh-CN"/>
        </w:rPr>
        <w:br/>
      </w:r>
      <w:r>
        <w:rPr>
          <w:lang w:eastAsia="zh-CN"/>
        </w:rPr>
        <w:t>　　三、开展"反三违"，创建无隐患岗位活动。</w:t>
      </w:r>
      <w:r>
        <w:rPr>
          <w:lang w:eastAsia="zh-CN"/>
        </w:rPr>
        <w:br/>
      </w:r>
      <w:r>
        <w:rPr>
          <w:lang w:eastAsia="zh-CN"/>
        </w:rPr>
        <w:t>　　活动期间，各分公司及项目经理部位发动全体干部职工，从分公司决策安排，中层管理到项目经理部、施工队，开展反违章指挥、反违章操作、反违反劳动纪律的活动;人人参与事故隐患和安全问题大排查，对查出的隐患及时进行了整改，彻底消除了安全死角和盲区，坚决杜绝了违章操作、违章指挥、违反劳动纪律现象。</w:t>
      </w:r>
      <w:r>
        <w:rPr>
          <w:lang w:eastAsia="zh-CN"/>
        </w:rPr>
        <w:br/>
      </w:r>
      <w:r>
        <w:rPr>
          <w:lang w:eastAsia="zh-CN"/>
        </w:rPr>
        <w:t>　　四、以安全月为契机，落实隐患整改，注重实际效果</w:t>
      </w:r>
      <w:r>
        <w:rPr>
          <w:lang w:eastAsia="zh-CN"/>
        </w:rPr>
        <w:br/>
      </w:r>
      <w:r>
        <w:rPr>
          <w:lang w:eastAsia="zh-CN"/>
        </w:rPr>
        <w:t>　　为了将本次安全月活动落实到实处，使活动的开展有成效，公司各级管理人员经常到基层、现场进行安全检查，针对活动中出现的不良现象，及时指导、督促，并认真落实对所查出隐患的整改工作，保证了活动的正常开展。在安全月活动中，公司坚持日常检查、周安全检查及专业检查相结合的检查方式。</w:t>
      </w:r>
      <w:r>
        <w:rPr>
          <w:lang w:eastAsia="zh-CN"/>
        </w:rPr>
        <w:br/>
      </w:r>
      <w:r>
        <w:rPr>
          <w:lang w:eastAsia="zh-CN"/>
        </w:rPr>
        <w:t>　　除日常检查及周检外，公司组织进行了三次专项检查：</w:t>
      </w:r>
      <w:r>
        <w:rPr>
          <w:lang w:eastAsia="zh-CN"/>
        </w:rPr>
        <w:br/>
      </w:r>
      <w:r>
        <w:rPr>
          <w:lang w:eastAsia="zh-CN"/>
        </w:rPr>
        <w:t>　　6月初，安全处会同装备部对公司起重机械及吊具进行了为期两天的专项安全检查，对所查出的隐患(问题)已全部要进行了整改;</w:t>
      </w:r>
      <w:r>
        <w:rPr>
          <w:lang w:eastAsia="zh-CN"/>
        </w:rPr>
        <w:br/>
      </w:r>
      <w:r>
        <w:rPr>
          <w:lang w:eastAsia="zh-CN"/>
        </w:rPr>
        <w:t>　　6月15日，由公司安委会组织专项检查小组对各单位生产现场进行了三班跟班安全、消防、保卫等方面专项检查，对所查出的不符合要求项已严格按厂安全生产考核办法进行了考核，并要求车间及时整改了;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月25日，安全处组织安全员进行了安全带(绳)专项安全检查，并对各生产现场进行突击检查，对所查出的不合格项已及时整改。在安全月中，积极开展厂"安康杯"检查，并积极配合公司工会进行了公司的"安康杯"检查。</w:t>
      </w:r>
      <w:r>
        <w:rPr>
          <w:lang w:eastAsia="zh-CN"/>
        </w:rPr>
        <w:br/>
      </w:r>
      <w:r>
        <w:rPr>
          <w:lang w:eastAsia="zh-CN"/>
        </w:rPr>
        <w:t>　　据不完全统计，活动期间，各单位共组织班组级以上安全检查20次，共查出隐患80项(次)，已全部进行整改，整改率达100%。</w:t>
      </w:r>
      <w:r>
        <w:rPr>
          <w:lang w:eastAsia="zh-CN"/>
        </w:rPr>
        <w:br/>
      </w:r>
      <w:r>
        <w:rPr>
          <w:lang w:eastAsia="zh-CN"/>
        </w:rPr>
        <w:t>　　通过进行的有计划、有组织、有目的的定期检查和各级人员的不定期巡查，使我公司安全月活动变得更加生动、更加全面，有力地推动了安全工作，为生产经营的稳定发展提供了良好的现场环境。</w:t>
      </w:r>
      <w:r>
        <w:rPr>
          <w:lang w:eastAsia="zh-CN"/>
        </w:rPr>
        <w:br/>
      </w:r>
      <w:r>
        <w:rPr>
          <w:lang w:eastAsia="zh-CN"/>
        </w:rPr>
        <w:t>　　五、几点体会</w:t>
      </w:r>
      <w:r>
        <w:rPr>
          <w:lang w:eastAsia="zh-CN"/>
        </w:rPr>
        <w:br/>
      </w:r>
      <w:r>
        <w:rPr>
          <w:lang w:eastAsia="zh-CN"/>
        </w:rPr>
        <w:t>　　今年是全国开展的第8个"安全生产活动月"活动，在开展活动的过程中，我们深深地体会到：</w:t>
      </w:r>
      <w:r>
        <w:rPr>
          <w:lang w:eastAsia="zh-CN"/>
        </w:rPr>
        <w:br/>
      </w:r>
      <w:r>
        <w:rPr>
          <w:lang w:eastAsia="zh-CN"/>
        </w:rPr>
        <w:t>　　(一)思想认识到位，才能认真搞好"安全生产月"活动。</w:t>
      </w:r>
      <w:r>
        <w:rPr>
          <w:lang w:eastAsia="zh-CN"/>
        </w:rPr>
        <w:br/>
      </w:r>
      <w:r>
        <w:rPr>
          <w:lang w:eastAsia="zh-CN"/>
        </w:rPr>
        <w:t>　　思想是行为的先导，没有正确的思想认识，行动难以到位。开展安全生产月活动，不能直接产生经济效益，但通过开展安全生产活动，人们的安全生产意识提高了，安全生产事故下降了，对企业的发生乃至本地经济的腾飞都将起到积极的作用。</w:t>
      </w:r>
      <w:r>
        <w:rPr>
          <w:lang w:eastAsia="zh-CN"/>
        </w:rPr>
        <w:br/>
      </w:r>
      <w:r>
        <w:rPr>
          <w:lang w:eastAsia="zh-CN"/>
        </w:rPr>
        <w:t>　　(二)领导重视，才能给活动的开展提供强有力的保障。</w:t>
      </w:r>
      <w:r>
        <w:rPr>
          <w:lang w:eastAsia="zh-CN"/>
        </w:rPr>
        <w:br/>
      </w:r>
      <w:r>
        <w:rPr>
          <w:lang w:eastAsia="zh-CN"/>
        </w:rPr>
        <w:t>　　(三)把握创新，才能使"安全生产月"活动不断引向深入。</w:t>
      </w:r>
      <w:r>
        <w:rPr>
          <w:lang w:eastAsia="zh-CN"/>
        </w:rPr>
        <w:br/>
      </w:r>
      <w:r>
        <w:rPr>
          <w:lang w:eastAsia="zh-CN"/>
        </w:rPr>
        <w:t>　　(四)突出重点，才能达到开展"安全生产月"活动的最终目的。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开展"安全生产月"活动的最终目的，是提高人们安全生产意识，减少安全生产事故的发生，着力构建和谐平安社会。在活动中，我们始终把工作重点放在开展安全隐患排查，及时发现和消除安全隐患上，通过公司上下的共同努力，发现和消除了一大批隐患，夯实了安全生产基础。</w:t>
      </w:r>
      <w:r>
        <w:rPr>
          <w:lang w:eastAsia="zh-CN"/>
        </w:rPr>
        <w:br/>
      </w:r>
      <w:r>
        <w:rPr>
          <w:lang w:eastAsia="zh-CN"/>
        </w:rPr>
        <w:t>　　六、存在的问题</w:t>
      </w:r>
      <w:r>
        <w:rPr>
          <w:lang w:eastAsia="zh-CN"/>
        </w:rPr>
        <w:br/>
      </w:r>
      <w:r>
        <w:rPr>
          <w:lang w:eastAsia="zh-CN"/>
        </w:rPr>
        <w:t>　　尽管公司"安全生产月"开展的轰轰烈烈，卓有成效，但还存在一定的问题。</w:t>
      </w:r>
      <w:r>
        <w:rPr>
          <w:lang w:eastAsia="zh-CN"/>
        </w:rPr>
        <w:br/>
      </w:r>
      <w:r>
        <w:rPr>
          <w:lang w:eastAsia="zh-CN"/>
        </w:rPr>
        <w:t>　　一是全员参与"安全生产月"活动的积极性还有待于进一步提高。</w:t>
      </w:r>
      <w:r>
        <w:rPr>
          <w:lang w:eastAsia="zh-CN"/>
        </w:rPr>
        <w:br/>
      </w:r>
      <w:r>
        <w:rPr>
          <w:lang w:eastAsia="zh-CN"/>
        </w:rPr>
        <w:t>　　二是精品项目不多，内容和形式较为单调。</w:t>
      </w:r>
      <w:r>
        <w:rPr>
          <w:lang w:eastAsia="zh-CN"/>
        </w:rPr>
        <w:br/>
      </w:r>
      <w:r>
        <w:rPr>
          <w:lang w:eastAsia="zh-CN"/>
        </w:rPr>
        <w:t>　　七、努力的方向</w:t>
      </w:r>
      <w:r>
        <w:rPr>
          <w:lang w:eastAsia="zh-CN"/>
        </w:rPr>
        <w:br/>
      </w:r>
      <w:r>
        <w:rPr>
          <w:lang w:eastAsia="zh-CN"/>
        </w:rPr>
        <w:t>　　我们将认真总结近年来开展"安全生产月"活动的经验教训，本着因地制宜的原则，努力搞好来年的"安全生产月"活动。</w:t>
      </w:r>
      <w:r>
        <w:rPr>
          <w:lang w:eastAsia="zh-CN"/>
        </w:rPr>
        <w:br/>
      </w:r>
      <w:r>
        <w:rPr>
          <w:lang w:eastAsia="zh-CN"/>
        </w:rPr>
        <w:t xml:space="preserve">    2024公司活动优秀总结 篇11 </w:t>
      </w:r>
      <w:r>
        <w:rPr>
          <w:lang w:eastAsia="zh-CN"/>
        </w:rPr>
        <w:br/>
      </w:r>
      <w:r>
        <w:rPr>
          <w:lang w:eastAsia="zh-CN"/>
        </w:rPr>
        <w:t>　　今天下午开完会后，一习秋风袭来，我们不禁打了个寒噤。一看到那长着杂草的草坪，我们一群初三的入团积极分子和团支部书记在校园的草坪上进行着“扫荡”。</w:t>
      </w:r>
      <w:r>
        <w:rPr>
          <w:lang w:eastAsia="zh-CN"/>
        </w:rPr>
        <w:br/>
      </w:r>
      <w:r>
        <w:rPr>
          <w:lang w:eastAsia="zh-CN"/>
        </w:rPr>
        <w:t>　　看到那些杂草，我们就拿着黑色的垃圾袋开始了除草。刚刚开始的时候，我们分不清杂草和“校草”，在草坪上乱拔一通，但是后来渐渐的就清楚了。我们开始一个个精神充足，把野草当仇敌似的，皱着额头，使劲地拔。我们手疾眼快的除着杂草，所以，垃圾袋里住了越来越多的杂草朋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们很快就发现一块“宝地”——校园大门右侧的草坪的内侧。那里长着好多好多与我们美丽校园不符的`杂草。但是我们见了这些东西，却异常兴奋。开始疯了似的左手使劲抓一把，右手使劲抓一把。三两下的就抓了一大把杂草。揉成一团，塞进垃圾袋，看着垃圾袋一点一点的变“胖”，心里有着说不出的满足感。</w:t>
      </w:r>
      <w:r>
        <w:rPr>
          <w:lang w:eastAsia="zh-CN"/>
        </w:rPr>
        <w:br/>
      </w:r>
      <w:r>
        <w:rPr>
          <w:lang w:eastAsia="zh-CN"/>
        </w:rPr>
        <w:t>　　不一会儿，眼前的两个塑料袋就满满的了，急忙呼唤着我们的副会长。他说，让我们把垃圾袋压缩一下，就可以装下更多的杂草了。我们照着做，但是不久又满了。我们弯着腰拔了一节课的杂草，我们没有半途而废，而是坚持了下来。</w:t>
      </w:r>
      <w:r>
        <w:rPr>
          <w:lang w:eastAsia="zh-CN"/>
        </w:rPr>
        <w:br/>
      </w:r>
      <w:r>
        <w:rPr>
          <w:lang w:eastAsia="zh-CN"/>
        </w:rPr>
        <w:t>　　经过这次活动，我明白了：我们做什么事情都要坚持不懈，不管是工作还是学习。</w:t>
      </w:r>
      <w:r>
        <w:rPr>
          <w:lang w:eastAsia="zh-CN"/>
        </w:rPr>
        <w:br/>
      </w:r>
      <w:r>
        <w:rPr>
          <w:lang w:eastAsia="zh-CN"/>
        </w:rPr>
        <w:t xml:space="preserve">    2024公司活动优秀总结 篇12 </w:t>
      </w:r>
      <w:r>
        <w:rPr>
          <w:lang w:eastAsia="zh-CN"/>
        </w:rPr>
        <w:br/>
      </w:r>
      <w:r>
        <w:rPr>
          <w:lang w:eastAsia="zh-CN"/>
        </w:rPr>
        <w:t>　　自进入六月份以来公司根据上级号召，积极开展“安全第一，以人为本”为主题的安全生产月活动，公司安全月活动总结。本次活动我们周密布署制定活动方案，以宣传国家法律、法规，增强全体干部职工的安全意识为重点。加安全检查力度，有效的控制了各类事故的发生，保证了安全生产，取得了显著成效，现将公司20__年“安全生产月”活动总结如下：</w:t>
      </w:r>
      <w:r>
        <w:rPr>
          <w:lang w:eastAsia="zh-CN"/>
        </w:rPr>
        <w:br/>
      </w:r>
      <w:r>
        <w:rPr>
          <w:lang w:eastAsia="zh-CN"/>
        </w:rPr>
        <w:t>　　一、加强领导，提高认识，强化管理。</w:t>
      </w:r>
      <w:r>
        <w:rPr>
          <w:lang w:eastAsia="zh-CN"/>
        </w:rPr>
        <w:br/>
      </w:r>
      <w:r>
        <w:rPr>
          <w:lang w:eastAsia="zh-CN"/>
        </w:rPr>
        <w:t>　　首先成立了“安全生产月”活动领导小组，由总经理全面负责，分管场长靠上抓，主管部门严格抓。建立了监督、监管体系，制定了相应的职责制度，明确责任、层层分解、逐级管理。让广干部职工从思想上彻底认识到安全生产的重要性和必要性，真正把认识转变为高度警惕融汇到日常工作中去。形成安全生产无小事，人人关心安全，安全关系人人的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二、采取多形式、多样化、全方位宣传教育。</w:t>
      </w:r>
      <w:r>
        <w:rPr>
          <w:lang w:eastAsia="zh-CN"/>
        </w:rPr>
        <w:br/>
      </w:r>
      <w:r>
        <w:rPr>
          <w:lang w:eastAsia="zh-CN"/>
        </w:rPr>
        <w:t>　　活动期间，各单位根据实际情况，组织全方位的人员培训教育活动，广泛利用黑板报、宣传栏、横幅、标语等力宣传各种安全知识、预防事故的'方法和自我保护的相关知识，工作总结《公司安全月活动总结》。提高全员的安全生产素质，保证安全生产宣传的针对性和实效性。对特殊岗位、工种、作业人员，进行专项培训管理，提高专业技能，将各类隐患事故降为零。</w:t>
      </w:r>
      <w:r>
        <w:rPr>
          <w:lang w:eastAsia="zh-CN"/>
        </w:rPr>
        <w:br/>
      </w:r>
      <w:r>
        <w:rPr>
          <w:lang w:eastAsia="zh-CN"/>
        </w:rPr>
        <w:t>　　三、补充完善各项规章制度，防患于未然。</w:t>
      </w:r>
      <w:r>
        <w:rPr>
          <w:lang w:eastAsia="zh-CN"/>
        </w:rPr>
        <w:br/>
      </w:r>
      <w:r>
        <w:rPr>
          <w:lang w:eastAsia="zh-CN"/>
        </w:rPr>
        <w:t>　　各单位在“安全生产月”活动期间，针对各自的工作实际，补充完善了各种规章制度，并严格执行，对重点部位的薄弱环节进行投资整治，重新编制《安全操作规程及用电安全制度》，将制度张贴到各泵房及车间各岗，让职工在工作中有章可循、有法可依，杜绝了违章作业所造成的各种不良后果。</w:t>
      </w:r>
      <w:r>
        <w:rPr>
          <w:lang w:eastAsia="zh-CN"/>
        </w:rPr>
        <w:br/>
      </w:r>
      <w:r>
        <w:rPr>
          <w:lang w:eastAsia="zh-CN"/>
        </w:rPr>
        <w:t>　　四、根据活动实施方案的要求，组织公司全面检查。</w:t>
      </w:r>
      <w:r>
        <w:rPr>
          <w:lang w:eastAsia="zh-CN"/>
        </w:rPr>
        <w:br/>
      </w:r>
      <w:r>
        <w:rPr>
          <w:lang w:eastAsia="zh-CN"/>
        </w:rPr>
        <w:t>　　根据方案要求各单位进行自查、自纠的同时，公司组织了全方位的'安全检查，检查组织有分管理领导带队，组织主管部门及相关人员进行了横到边，纵到底，细致入微的检查，上自各车间的刀闸线路，下自各泵房设备及高低压线路，特别对收盐、洗盐管道设备进行了日常跟踪和针对性检查。对职工宿舍用电进行了全面检查，漏电保护装置是否灵敏，线路是否整齐。本次检查，随查随纠，立即整改，不流于形式。有这次活动的督促给安全生产工作打下了坚实的基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五、积极落实上级安全整改意见，彻底消除事故隐患。</w:t>
      </w:r>
      <w:r>
        <w:rPr>
          <w:lang w:eastAsia="zh-CN"/>
        </w:rPr>
        <w:br/>
      </w:r>
      <w:r>
        <w:rPr>
          <w:lang w:eastAsia="zh-CN"/>
        </w:rPr>
        <w:t>　　上级安监部门在六月上旬对公司进行了抽查，由消防、电力、安全各部门组成的技术人员对公司精细化工厂进行了全方位检查，并指出了存在的事故隐患，提出了合理的整改意见。对于这次检查公司领导高度重视，责承主管部门及精细化拿出意见及时整改，并投入5万元资金，对上级安全主管部门提出的问题不折不扣的组织落实，彻底消除了事故隐患。</w:t>
      </w:r>
      <w:r>
        <w:rPr>
          <w:lang w:eastAsia="zh-CN"/>
        </w:rPr>
        <w:br/>
      </w:r>
      <w:r>
        <w:rPr>
          <w:lang w:eastAsia="zh-CN"/>
        </w:rPr>
        <w:t>　　总之，通过本次活动的开展，在公司上下收到了良好的效果，提高了全员的安全生产意识，增强了管理人员的责任心，促进了各项工作的顺利实施，也取得了较好的成绩。我们将以这次活动为契机，努力抓好安全生产工作，达到以月促年，全年无事故的目的，使各项任务顺利完成。</w:t>
      </w:r>
      <w:r>
        <w:rPr>
          <w:lang w:eastAsia="zh-CN"/>
        </w:rPr>
        <w:br/>
      </w:r>
      <w:r>
        <w:rPr>
          <w:lang w:eastAsia="zh-CN"/>
        </w:rPr>
        <w:t xml:space="preserve">    2024公司活动优秀总结 篇13 </w:t>
      </w:r>
      <w:r>
        <w:rPr>
          <w:lang w:eastAsia="zh-CN"/>
        </w:rPr>
        <w:br/>
      </w:r>
      <w:r>
        <w:rPr>
          <w:lang w:eastAsia="zh-CN"/>
        </w:rPr>
        <w:t>　　为了宣传普及洗钱知识，推动行业洗钱工作，严格履行金融机构对洗钱工作的宣导义务，全面落实人民银行组织开展的洗钱宣传周活动，依据长银发[20__]168号《关于开展吉林省金融系统20__年洗钱宣传周活动的通知》（以下简称《通知》）要求，我司于20__年9月17日24日在全辖组织开展了“金融机构洗钱宣传周”活动。通过采取一系列行之有效的举措，使此次活动取得良好的宣传效果，并有效地推动了全辖洗钱工作的深入开展。现将具体情况报告如下：</w:t>
      </w:r>
      <w:r>
        <w:rPr>
          <w:lang w:eastAsia="zh-CN"/>
        </w:rPr>
        <w:br/>
      </w:r>
      <w:r>
        <w:rPr>
          <w:lang w:eastAsia="zh-CN"/>
        </w:rPr>
        <w:t>　　一、精心组织，确保宣传工作有序开展。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接到人民银行长春支行下发的《通知》后，分公司总经理室立即对此次宣传活动做了详细的筹划和部署，并安排专门部门、专门人员跟踪各项宣传工作的落实情况。同时，将文件转发至全辖各机构，并对如何开展此次宣传活动提出了具体要求。在分公司的统一安排和指导下，分公司全辖各机构开展了形式多样的宣传活动，并取得了阶段性成果。</w:t>
      </w:r>
      <w:r>
        <w:rPr>
          <w:lang w:eastAsia="zh-CN"/>
        </w:rPr>
        <w:br/>
      </w:r>
      <w:r>
        <w:rPr>
          <w:lang w:eastAsia="zh-CN"/>
        </w:rPr>
        <w:t>　　二、利用形式多样的洗钱宣传形式，营造浓厚的洗钱工作氛围。</w:t>
      </w:r>
      <w:r>
        <w:rPr>
          <w:lang w:eastAsia="zh-CN"/>
        </w:rPr>
        <w:br/>
      </w:r>
      <w:r>
        <w:rPr>
          <w:lang w:eastAsia="zh-CN"/>
        </w:rPr>
        <w:t>　　根据人民银行长春中心支行的统一部署，在洗钱宣传周期间，我司结合工作实际，组织全辖各机构开展了多种形式的洗钱宣传活动。</w:t>
      </w:r>
      <w:r>
        <w:rPr>
          <w:lang w:eastAsia="zh-CN"/>
        </w:rPr>
        <w:br/>
      </w:r>
      <w:r>
        <w:rPr>
          <w:lang w:eastAsia="zh-CN"/>
        </w:rPr>
        <w:t>　　1、悬挂洗钱宣传用语，印发洗钱宣传册</w:t>
      </w:r>
      <w:r>
        <w:rPr>
          <w:lang w:eastAsia="zh-CN"/>
        </w:rPr>
        <w:br/>
      </w:r>
      <w:r>
        <w:rPr>
          <w:lang w:eastAsia="zh-CN"/>
        </w:rPr>
        <w:t>　　在洗钱宣传周内，我司部分机构在营业场所悬挂了洗钱宣传条幅，并印制了洗钱宣传册、宣传单等。其中一部分分发给了来我司办理业务的客户，另一部分放置在前台厅的宣传栏里，供公司员工及其他客户浏览学习。</w:t>
      </w:r>
      <w:r>
        <w:rPr>
          <w:lang w:eastAsia="zh-CN"/>
        </w:rPr>
        <w:br/>
      </w:r>
      <w:r>
        <w:rPr>
          <w:lang w:eastAsia="zh-CN"/>
        </w:rPr>
        <w:t>　　2、摆放幅洗钱宣传彩页和提示牌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根据分公司此次宣传活动的整体安排，分公司精心设计并制作了洗钱宣传落地彩页，并将此宣传彩页发放到所有的营业机构。目前，分公司全辖各机构均将在营业厅摆放了此宣传彩页（落地式）。宣传彩页包含了洗钱的基本知识、提示客户如何噪洗钱活动、公布洗钱举报电话等内容。分公司还制作了洗钱温馨提示牌分别放置于在承保、理赔及支付赔款三个临柜位置，以此提示来我司办理业务的客户如何配合公司开展洗钱工作，如何噪洗钱陷阱，维护自身权益等。通过上述宣传方式，向前来我司办理业务的客户全面宣导了洗钱相关知识，将洗钱相关信息及时传达给客户。</w:t>
      </w:r>
      <w:r>
        <w:rPr>
          <w:lang w:eastAsia="zh-CN"/>
        </w:rPr>
        <w:br/>
      </w:r>
      <w:r>
        <w:rPr>
          <w:lang w:eastAsia="zh-CN"/>
        </w:rPr>
        <w:t>　　3、对基层管理干部进行洗钱知识宣导和培训</w:t>
      </w:r>
      <w:r>
        <w:rPr>
          <w:lang w:eastAsia="zh-CN"/>
        </w:rPr>
        <w:br/>
      </w:r>
      <w:r>
        <w:rPr>
          <w:lang w:eastAsia="zh-CN"/>
        </w:rPr>
        <w:t>　　9月20日，分公司对本部洗钱岗位人员进行了洗钱培训。在此次培训班上，分公司内控部经理以洗钱知识及制度宣导为专题向参训人员系统讲解了洗钱工作的基本知识及工作内容、岗位职责、额、可疑交易的识别以及日常洗钱工作中易出现的问题等内容。通过培训，使参训学员们对洗钱工作的严肃性和重要性有了充分认识，明确了洗钱工作中的操作细节。同时，通过此次培训，进一步提高了洗钱岗位人员预防和控制洗钱风险的能力和水平，为更好地开展洗钱工作打下了良好基础。在此期间，各中心支公司也根据本机构的'实际情况对相关岗位人员进行了洗钱培训。</w:t>
      </w:r>
      <w:r>
        <w:rPr>
          <w:lang w:eastAsia="zh-CN"/>
        </w:rPr>
        <w:br/>
      </w:r>
      <w:r>
        <w:rPr>
          <w:lang w:eastAsia="zh-CN"/>
        </w:rPr>
        <w:t>　　4、走上街头向公众进行宣传</w:t>
      </w:r>
      <w:r>
        <w:rPr>
          <w:lang w:eastAsia="zh-CN"/>
        </w:rPr>
        <w:br/>
      </w:r>
    </w:p>
    <w:p w:rsidR="001B1F19" w14:textId="27C3F48A">
      <w:pPr>
        <w:rPr>
          <w:rFonts w:hint="eastAsia"/>
          <w:lang w:eastAsia="zh-CN"/>
        </w:rPr>
      </w:pPr>
      <w:r>
        <w:rPr>
          <w:lang w:eastAsia="zh-CN"/>
        </w:rPr>
        <w:t>　　在此次宣传活动期间，各机构在分公司指导下，均开展了形式多样的宣传活动，除了在办公职场悬挂宣传条幅、向客户发放宣传册、开展培训以外，部分机构还走上街头向公众进行了洗钱宣传。如白城中支在市人民银行的统一安排下来到了海明路步行街进行洗钱宣传，参与宣传的员工身着工装，佩戴“天安保险股份有限公司白城中心支公司”字样的瑛，在公司“履行洗钱义务，维护金融秩序”的条幅前为市民派发洗钱宣传册，并为上前询问的市民讲解洗钱的相关知识。经过两个半小时的宣传，共发放各类宣传资料500余份，向市民广泛宣传了洗钱知识，将洗钱信息更为深入、彻底地传达给社会公众，也使洗钱知识得到了进一步的普及和推广，宣传活动取得了很好的效果。</w:t>
      </w:r>
      <w:r>
        <w:rPr>
          <w:lang w:eastAsia="zh-CN"/>
        </w:rPr>
        <w:br/>
      </w:r>
      <w:r>
        <w:rPr>
          <w:lang w:eastAsia="zh-CN"/>
        </w:rPr>
        <w:t>　　三、活动成果</w:t>
      </w:r>
      <w:r>
        <w:rPr>
          <w:lang w:eastAsia="zh-CN"/>
        </w:rPr>
        <w:br/>
      </w:r>
      <w:r>
        <w:rPr>
          <w:lang w:eastAsia="zh-CN"/>
        </w:rPr>
        <w:t>　　通过此次洗钱宣传周活动，在我司全辖各机构营造了更加浓厚的洗钱工作氛围，提升了员工打击洗钱犯罪的意识，树立了公司服务形象，为公司赢得了良好的服务口碑。同时，使不知道什么是“洗钱”的社会公众对洗钱有了进一步的认识，更使他们认识了洗钱对社会的危害以及洗钱的重要性和必要性。洗钱工作是一项长期性、系统性的工作，在今后的工作中我们将严格按照人民银行的要求，切实履行好洗钱的法定义务，维护国家的经济金融安全，为公司健康稳定发展奠定扎实的基础。</w:t>
      </w:r>
      <w:r>
        <w:rPr>
          <w:lang w:eastAsia="zh-CN"/>
        </w:rPr>
        <w:br/>
      </w:r>
      <w:r>
        <w:rPr>
          <w:lang w:eastAsia="zh-CN"/>
        </w:rPr>
        <w:t xml:space="preserve">    2024公司活动优秀总结 篇14 </w:t>
      </w:r>
      <w:r>
        <w:rPr>
          <w:lang w:eastAsia="zh-CN"/>
        </w:rPr>
        <w:br/>
      </w:r>
      <w:r>
        <w:rPr>
          <w:lang w:eastAsia="zh-CN"/>
        </w:rPr>
        <w:t>　　为全面推进我司洗钱工作，打击一切网络洗钱犯罪活动，纯洁社会风气，保持社会安定，提高公司信誉，促进公司业务的快速健康发展，使社会公众广泛知晓和了解洗钱知识，夯实洗钱工作的社会基础，根据市公司《关于开展洗钱宣传活动的通知》精神及中国人民银行制定的《金融机构洗钱规定》要求，我司于20__年11月1日30日开展了“洗钱宣传周”活动，通过采取一系列行之有效的举措，确保了此项活动扎实有效开展，取得了较好的成效。</w:t>
      </w:r>
      <w:r>
        <w:rPr>
          <w:lang w:eastAsia="zh-CN"/>
        </w:rPr>
        <w:br/>
      </w:r>
      <w:r>
        <w:rPr>
          <w:lang w:eastAsia="zh-CN"/>
        </w:rPr>
        <w:t>　　一、加强学习，提高对洗钱工作的认识。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https://d.book118.com/968026101111006033</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8026101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