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新部门年终总结7篇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总结如下。 </w:t>
      </w:r>
      <w:r>
        <w:rPr>
          <w:lang w:eastAsia="zh-CN"/>
        </w:rPr>
        <w:br/>
      </w:r>
      <w:r>
        <w:rPr>
          <w:lang w:eastAsia="zh-CN"/>
        </w:rPr>
        <w:t xml:space="preserve">    一、领导重视措施有力 </w:t>
      </w:r>
      <w:r>
        <w:rPr>
          <w:lang w:eastAsia="zh-CN"/>
        </w:rPr>
        <w:br/>
      </w:r>
      <w:r>
        <w:rPr>
          <w:lang w:eastAsia="zh-CN"/>
        </w:rPr>
        <w:t xml:space="preserve">    进一步做好安全教育工作，切实加强对安全教育工作的领导，学校把安全工作列入重要议事日程，学校校长__直接抓，分管副校长__具体抓，学校办公室、政教处、保卫科具体分工负责组织实施。 </w:t>
      </w:r>
      <w:r>
        <w:rPr>
          <w:lang w:eastAsia="zh-CN"/>
        </w:rPr>
        <w:br/>
      </w:r>
      <w:r>
        <w:rPr>
          <w:lang w:eastAsia="zh-CN"/>
        </w:rPr>
        <w:t xml:space="preserve">    二、制度保证措施到位 </w:t>
      </w:r>
      <w:r>
        <w:rPr>
          <w:lang w:eastAsia="zh-CN"/>
        </w:rPr>
        <w:br/>
      </w:r>
      <w:r>
        <w:rPr>
          <w:lang w:eastAsia="zh-CN"/>
        </w:rPr>
        <w:t xml:space="preserve">    1、建立安全保卫工作领导责任制和责任追究制。由校长负责，将安全保卫工作列入各有关处室的目标考核内容，并进行严格考核，严格执行责任追究制度，对造成重大安全事故的，要严肃追究有关领导及直接责任人的责任。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w:t>
      </w:r>
      <w:r>
        <w:rPr>
          <w:lang w:eastAsia="zh-CN"/>
        </w:rPr>
        <w:t xml:space="preserve"> </w:t>
      </w:r>
      <w:r>
        <w:rPr>
          <w:lang w:eastAsia="zh-CN"/>
        </w:rPr>
        <w:br/>
      </w:r>
      <w:r>
        <w:rPr>
          <w:lang w:eastAsia="zh-CN"/>
        </w:rPr>
        <w:t xml:space="preserve">    三、加强教育，促进自护 </w:t>
      </w:r>
      <w:r>
        <w:rPr>
          <w:lang w:eastAsia="zh-CN"/>
        </w:rPr>
        <w:br/>
      </w:r>
      <w:r>
        <w:rPr>
          <w:lang w:eastAsia="zh-CN"/>
        </w:rPr>
        <w:t xml:space="preserve">    要确保安全，根本在于提高安全意识、自我防范和自护自救能力，抓好安全教育，是学校安全工作的基矗我们以安全教育周为重点，经常性地对学生开展安全教育，特别是抓好交通、大型活动等的安全教育。 </w:t>
      </w:r>
      <w:r>
        <w:rPr>
          <w:lang w:eastAsia="zh-CN"/>
        </w:rPr>
        <w:br/>
      </w:r>
      <w:r>
        <w:rPr>
          <w:lang w:eastAsia="zh-CN"/>
        </w:rPr>
        <w:t xml:space="preserve">    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 </w:t>
      </w:r>
      <w:r>
        <w:rPr>
          <w:lang w:eastAsia="zh-CN"/>
        </w:rPr>
        <w:br/>
      </w:r>
      <w:r>
        <w:rPr>
          <w:lang w:eastAsia="zh-CN"/>
        </w:rPr>
        <w:t xml:space="preserve">    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 </w:t>
      </w:r>
      <w:r>
        <w:rPr>
          <w:lang w:eastAsia="zh-CN"/>
        </w:rPr>
        <w:br/>
      </w:r>
      <w:r>
        <w:rPr>
          <w:lang w:eastAsia="zh-CN"/>
        </w:rPr>
        <w:t xml:space="preserve">    四、加强检查，及时整改 </w:t>
      </w:r>
      <w:r>
        <w:rPr>
          <w:lang w:eastAsia="zh-CN"/>
        </w:rPr>
        <w:br/>
      </w:r>
      <w:r>
        <w:rPr>
          <w:lang w:eastAsia="zh-CN"/>
        </w:rPr>
        <w:t xml:space="preserve">    开展常规检查。每学期开学以后，学校把安全教育工作作为重点检查内容之一。汛前，学校对校舍进行全面的安全检查。同时，积极配合市卫生局对学校食堂、饮水卫生进行检查。冬季，学校对电线和家属区进行防火安全检查。 </w:t>
      </w:r>
      <w:r>
        <w:rPr>
          <w:lang w:eastAsia="zh-CN"/>
        </w:rPr>
        <w:br/>
      </w:r>
      <w:r>
        <w:rPr>
          <w:lang w:eastAsia="zh-CN"/>
        </w:rPr>
        <w:t xml:space="preserve">    五、存在的主要问题和下步的打算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我们在安全保卫方面做了一些工作，安全保卫工作得到加强，但是安全保卫工作的难度越来越大，学校安全保卫工作的形势仍然比较严峻。 </w:t>
      </w:r>
      <w:r>
        <w:rPr>
          <w:lang w:eastAsia="zh-CN"/>
        </w:rPr>
        <w:br/>
      </w:r>
      <w:r>
        <w:rPr>
          <w:lang w:eastAsia="zh-CN"/>
        </w:rPr>
        <w:t xml:space="preserve">    学校安全工作的难度不断增大。学生中独生子女越来越多，独生子女在家庭中往往受保护较多，而缺乏生活经验。学生作为社会的弱势群体，多数自我保护意识和安全防范能力低，大大增加了学校安全工作的难度。 </w:t>
      </w:r>
      <w:r>
        <w:rPr>
          <w:lang w:eastAsia="zh-CN"/>
        </w:rPr>
        <w:br/>
      </w:r>
      <w:r>
        <w:rPr>
          <w:lang w:eastAsia="zh-CN"/>
        </w:rPr>
        <w:t xml:space="preserve">    今后，我们将进一步重视安全保卫工作，及时解决安全保卫工作中发现的新问题，不断提高我校安全保卫工作水平。 </w:t>
      </w:r>
      <w:r>
        <w:rPr>
          <w:lang w:eastAsia="zh-CN"/>
        </w:rPr>
        <w:br/>
      </w:r>
      <w:r>
        <w:rPr>
          <w:lang w:eastAsia="zh-CN"/>
        </w:rPr>
        <w:t xml:space="preserve">    自年初以来，安全保卫部在中心党政的正确领导下，认真贯彻落实各项安全生产管理规定，严格执行中心与安保部签订的《20__年度安全生产责任书》，始终坚持“安全第一、预防为主、综合治理”的指导方针，切实狠抓“一个中心、三个重点”，加强对安全生产、消防安全、内部治安综合治理的管理工作，真正做到了各项安全防范措施落实到位、落实到人。截止目前，没有发生任何安全责任事故、火灾事故、车辆被损坏和车辆被盗事件。现将20__年以来总结情况如下： </w:t>
      </w:r>
      <w:r>
        <w:rPr>
          <w:lang w:eastAsia="zh-CN"/>
        </w:rPr>
        <w:br/>
      </w:r>
      <w:r>
        <w:rPr>
          <w:lang w:eastAsia="zh-CN"/>
        </w:rPr>
        <w:t xml:space="preserve">    一、预防为主、防消结合、措施到位消除隐患。 </w:t>
      </w:r>
      <w:r>
        <w:rPr>
          <w:lang w:eastAsia="zh-CN"/>
        </w:rPr>
        <w:br/>
      </w:r>
      <w:r>
        <w:rPr>
          <w:lang w:eastAsia="zh-CN"/>
        </w:rPr>
        <w:t xml:space="preserve">    1、落实主体责任。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根据商务委对主要负责人集中约谈的要求和江北区消防主管部门落实今冬明春消防安全“六加一”措施方案的要求，中心负责人签订了《消防安全责任书》和《消防安全承诺书》。成立了中心主任任组长，分管领导为副组长，业务负责人为联络人，各部门负责人为组员的事故隐患排查治理小组。制定了“20__年今冬明春火灾防控工作方案”。落实专人负责，明确具体任务，层层分解严格落实各部室负责人“一岗双责”。把火灾防控工作纳入重要工作计划。</w:t>
      </w:r>
      <w:r>
        <w:rPr>
          <w:lang w:eastAsia="zh-CN"/>
        </w:rPr>
        <w:t xml:space="preserve"> </w:t>
      </w:r>
      <w:r>
        <w:rPr>
          <w:lang w:eastAsia="zh-CN"/>
        </w:rPr>
        <w:br/>
      </w:r>
      <w:r>
        <w:rPr>
          <w:lang w:eastAsia="zh-CN"/>
        </w:rPr>
        <w:t xml:space="preserve">    2、消防安全管理制度化、规范化。 </w:t>
      </w:r>
      <w:r>
        <w:rPr>
          <w:lang w:eastAsia="zh-CN"/>
        </w:rPr>
        <w:br/>
      </w:r>
      <w:r>
        <w:rPr>
          <w:lang w:eastAsia="zh-CN"/>
        </w:rPr>
        <w:t xml:space="preserve">    安全保卫部对以前的消防安全管理模式进行了重新梳理。建立健全了消防档案、消防设备维护保养记录、防火巡查记录、消防控制室值班台账、火灾隐患台账、消账制度和定期消防培训等制度。 </w:t>
      </w:r>
      <w:r>
        <w:rPr>
          <w:lang w:eastAsia="zh-CN"/>
        </w:rPr>
        <w:br/>
      </w:r>
      <w:r>
        <w:rPr>
          <w:lang w:eastAsia="zh-CN"/>
        </w:rPr>
        <w:t xml:space="preserve">    3、认真开展安全检查工作，做到预防为主。 </w:t>
      </w:r>
      <w:r>
        <w:rPr>
          <w:lang w:eastAsia="zh-CN"/>
        </w:rPr>
        <w:br/>
      </w:r>
      <w:r>
        <w:rPr>
          <w:lang w:eastAsia="zh-CN"/>
        </w:rPr>
        <w:t xml:space="preserve">    一是加强日常安全检查。安保部管理人员及保安每天定时对主楼各楼层、消防通道、宾馆、车库、车场进行巡视检查。如在检查中发现问题，马上通知相关人员对现场进行处置、整改，并做好详细记录。__——__月车场发生9起车辆擦挂事件，__起摩托车撞杆事件，由于管理人员巡查及时发现并进行妥善处置，使单位未受到损失。在主楼的每日巡查中发现__——__层共__处存在堆放杂物不同程度堵塞消防通道的消防隐患，特别是__楼堆放的杂物完全堵塞了消防通道门和排烟送风口和__楼网线乱拉乱接，强弱电线混杂一起等严重隐患。检查人员立即与业主单位和租赁单位联系，责成立即整改，对不立即整改的，给责任人发“整改通知书”，直至整改完成，从而消除了火灾隐患。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二是开展专项安全检查。定期组织所管辖范围内的专项安全检查。__——__月，我部__次与物业服务部联合开展火灾报警系统、消防广播系统、排烟送风系统、消防水系统等消防设备的检测工作。发现外贸宾馆消火栓系统无水，火灾报警器和消防广播未开机等严重问题，经中心各部门努力与装修单位多次联系，讨论解决方案，最终消防了这一重大隐患。</w:t>
      </w:r>
      <w:r>
        <w:rPr>
          <w:lang w:eastAsia="zh-CN"/>
        </w:rPr>
        <w:t xml:space="preserve"> </w:t>
      </w:r>
      <w:r>
        <w:rPr>
          <w:lang w:eastAsia="zh-CN"/>
        </w:rPr>
        <w:br/>
      </w:r>
      <w:r>
        <w:rPr>
          <w:lang w:eastAsia="zh-CN"/>
        </w:rPr>
        <w:t xml:space="preserve">    二、提高车场、车库的经营管理和秩序维护的能力。 </w:t>
      </w:r>
      <w:r>
        <w:rPr>
          <w:lang w:eastAsia="zh-CN"/>
        </w:rPr>
        <w:br/>
      </w:r>
      <w:r>
        <w:rPr>
          <w:lang w:eastAsia="zh-CN"/>
        </w:rPr>
        <w:t xml:space="preserve">    1、加大资金投入，停车场安装车牌识别管理系统，为我中心提供信息化管理技术支持，实现对设备、车位、人员、收费等的规范管理，降低人工管理成本，也提高运营效益。 </w:t>
      </w:r>
      <w:r>
        <w:rPr>
          <w:lang w:eastAsia="zh-CN"/>
        </w:rPr>
        <w:br/>
      </w:r>
      <w:r>
        <w:rPr>
          <w:lang w:eastAsia="zh-CN"/>
        </w:rPr>
        <w:t xml:space="preserve">    2、整顿车库、车场停车秩序。长期以来车库停车管理不规范，存在乱停乱放等诸多问题。如：办了车库月票车的车主为了方便随意乱停车位或停在车场临时停车位上，也有车场的车进入车库乱停车的情况。为了清理乱停乱放现象，我部制做了车库吊牌，将每辆车与所指定车位一一对应，加装了车库进出道闸，管理人员定时巡查，发现乱停立即通知车主挪车，在这些管理措施实施后，大厦车库和停车场秩序恢复正常，车位也得到了有效利用。 </w:t>
      </w:r>
      <w:r>
        <w:rPr>
          <w:lang w:eastAsia="zh-CN"/>
        </w:rPr>
        <w:br/>
      </w:r>
      <w:r>
        <w:rPr>
          <w:lang w:eastAsia="zh-CN"/>
        </w:rPr>
        <w:t xml:space="preserve">    3、为政府大型会议停车服务提供安全保障。_月份市长顾问团年会在重庆召开，本停车场被指定为接待用车停车场。因会议专用车停车数量多，需要专车专位不能与其它车辆混停，且不能遮挡要保证随时可以进出等特殊要求。根据这一特别要求，我部积极安排人员加班加点，轮班值守圆满地成了上级机关交给的工作任务。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安全保卫工作本身具有长期性、复杂性、艰巨性和反复性的特点。这决定了安全工作不是一劳永逸而是永无止境的。通过努力和扎实的工作，虽然取得了一定的提高，但还有很多不足。</w:t>
      </w:r>
      <w:r>
        <w:rPr>
          <w:lang w:eastAsia="zh-CN"/>
        </w:rPr>
        <w:t xml:space="preserve"> </w:t>
      </w:r>
      <w:r>
        <w:rPr>
          <w:lang w:eastAsia="zh-CN"/>
        </w:rPr>
        <w:br/>
      </w:r>
      <w:r>
        <w:rPr>
          <w:lang w:eastAsia="zh-CN"/>
        </w:rPr>
        <w:t xml:space="preserve">    一是首先在对一些问题的处理原则性坚持不够，高度不够，管理上不够大胆到位，使一些问题得不到彻底有效解决，例如消防门关锁、消防疏散通道堵塞、消防安全设施老化等，为安全工作留下了隐患。 </w:t>
      </w:r>
      <w:r>
        <w:rPr>
          <w:lang w:eastAsia="zh-CN"/>
        </w:rPr>
        <w:br/>
      </w:r>
      <w:r>
        <w:rPr>
          <w:lang w:eastAsia="zh-CN"/>
        </w:rPr>
        <w:t xml:space="preserve">    二是在安全管理上存在一些问题。工作不够深入细致，监督检查还有不到位之处，没有及时发现和纠正一些习惯性行为。防范措施还不具体，没能形成规定动作，使得落实上存在偏差，并且对措施的落实缺乏足够的检查验收。 </w:t>
      </w:r>
      <w:r>
        <w:rPr>
          <w:lang w:eastAsia="zh-CN"/>
        </w:rPr>
        <w:br/>
      </w:r>
      <w:r>
        <w:rPr>
          <w:lang w:eastAsia="zh-CN"/>
        </w:rPr>
        <w:t xml:space="preserve">    三是安全培训工作做的还不够，不够细致，缺乏针对性，特别是中心有的员工安全知识、安全技能缺乏，安全意识仍很淡薄，这都体现出安全培训、安全管理不到位，今后将利用各种形式有针对性的加以培训。 </w:t>
      </w:r>
      <w:r>
        <w:rPr>
          <w:lang w:eastAsia="zh-CN"/>
        </w:rPr>
        <w:br/>
      </w:r>
      <w:r>
        <w:rPr>
          <w:lang w:eastAsia="zh-CN"/>
        </w:rPr>
        <w:t xml:space="preserve">    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 </w:t>
      </w:r>
      <w:r>
        <w:rPr>
          <w:lang w:eastAsia="zh-CN"/>
        </w:rPr>
        <w:br/>
      </w:r>
      <w:r>
        <w:rPr>
          <w:lang w:eastAsia="zh-CN"/>
        </w:rPr>
        <w:t xml:space="preserve">    20__年在领导的带领下，围绕商场的总体目标，认真贯彻安全第一、预防为主和内紧外松的工作方针，始终坚持群防群治和人防技防相结合的工作路线，积极做好商场的消防安全防范工作，维护商场的治安秩序，先总结工作如下： </w:t>
      </w:r>
      <w:r>
        <w:rPr>
          <w:lang w:eastAsia="zh-CN"/>
        </w:rPr>
        <w:br/>
      </w:r>
      <w:r>
        <w:rPr>
          <w:lang w:eastAsia="zh-CN"/>
        </w:rPr>
        <w:t xml:space="preserve">    一、工作的职责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 </w:t>
      </w:r>
      <w:r>
        <w:rPr>
          <w:lang w:eastAsia="zh-CN"/>
        </w:rPr>
        <w:br/>
      </w:r>
      <w:r>
        <w:rPr>
          <w:lang w:eastAsia="zh-CN"/>
        </w:rPr>
        <w:t xml:space="preserve">    二、消防知识 </w:t>
      </w:r>
      <w:r>
        <w:rPr>
          <w:lang w:eastAsia="zh-CN"/>
        </w:rPr>
        <w:br/>
      </w:r>
      <w:r>
        <w:rPr>
          <w:lang w:eastAsia="zh-CN"/>
        </w:rPr>
        <w:t xml:space="preserve">    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 </w:t>
      </w:r>
      <w:r>
        <w:rPr>
          <w:lang w:eastAsia="zh-CN"/>
        </w:rPr>
        <w:br/>
      </w:r>
      <w:r>
        <w:rPr>
          <w:lang w:eastAsia="zh-CN"/>
        </w:rPr>
        <w:t xml:space="preserve">    三、存在的不足和今后的努力方向 </w:t>
      </w:r>
      <w:r>
        <w:rPr>
          <w:lang w:eastAsia="zh-CN"/>
        </w:rPr>
        <w:br/>
      </w:r>
      <w:r>
        <w:rPr>
          <w:lang w:eastAsia="zh-CN"/>
        </w:rPr>
        <w:t xml:space="preserve">    回顾一年来的工作，在取得成绩的同时，我们也清楚地看到自身存在的差距和不足，突出表现在： </w:t>
      </w:r>
      <w:r>
        <w:rPr>
          <w:lang w:eastAsia="zh-CN"/>
        </w:rPr>
        <w:br/>
      </w:r>
      <w:r>
        <w:rPr>
          <w:lang w:eastAsia="zh-CN"/>
        </w:rPr>
        <w:t xml:space="preserve">    1、由于队员来自四面八方，综合素质参差不齐。 </w:t>
      </w:r>
      <w:r>
        <w:rPr>
          <w:lang w:eastAsia="zh-CN"/>
        </w:rPr>
        <w:br/>
      </w:r>
      <w:r>
        <w:rPr>
          <w:lang w:eastAsia="zh-CN"/>
        </w:rPr>
        <w:t xml:space="preserve">    2、我们的工作方法还有待进一步的创新和改进。 </w:t>
      </w:r>
      <w:r>
        <w:rPr>
          <w:lang w:eastAsia="zh-CN"/>
        </w:rPr>
        <w:br/>
      </w:r>
      <w:r>
        <w:rPr>
          <w:lang w:eastAsia="zh-CN"/>
        </w:rPr>
        <w:t xml:space="preserve">    3、工作上还存在一些不如人意的地方。所有这些，我们将在今后的工作中痛下决心，加以克服和改进，全力以赴把今后的工作做得更好、更出色。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 </w:t>
      </w:r>
      <w:r>
        <w:rPr>
          <w:lang w:eastAsia="zh-CN"/>
        </w:rPr>
        <w:br/>
      </w:r>
      <w:r>
        <w:rPr>
          <w:lang w:eastAsia="zh-CN"/>
        </w:rPr>
        <w:t xml:space="preserve">    时间是不等人的，在工作期间一年就这样过去了，职场经验告诉我们，作好医保的年度工作述职对于未来的发展非常紧要，不能作好年度报告，意味着对过去一年的工作不能全面认识。在医保的年度总结中，我们需要重点陈述哪些方面呢？经过搜索和整理，工作总结之家为大家呈现“国家医保年度重点工作总结”，欢迎您阅读和收藏，并分享给身边的朋友！ </w:t>
      </w:r>
      <w:r>
        <w:rPr>
          <w:lang w:eastAsia="zh-CN"/>
        </w:rPr>
        <w:br/>
      </w:r>
      <w:r>
        <w:rPr>
          <w:lang w:eastAsia="zh-CN"/>
        </w:rPr>
        <w:t xml:space="preserve">    20__年，我店在南京市药监局和社保处的正确领导下，认真贯彻执行医保定点药店法律法规，切实加强对医保定点药店工作的管理，规范操作行为，努力保障参保人员的合法权益，在上级要求的各个方面都起到了良好的带头作用，深得附近群众的好评。 </w:t>
      </w:r>
      <w:r>
        <w:rPr>
          <w:lang w:eastAsia="zh-CN"/>
        </w:rPr>
        <w:br/>
      </w:r>
      <w:r>
        <w:rPr>
          <w:lang w:eastAsia="zh-CN"/>
        </w:rPr>
        <w:t xml:space="preserve">    一、在店堂内醒目处悬挂“医疗定点零售药店”标牌和江苏省医疗零售企业统一“绿十字”标识。在店堂内显著位置悬挂统一制作的'“医疗保险政策宣传框”，设立了医保意见箱和投诉箱，公布了医保监督电话，公示了相关服务规范和义务范围。 </w:t>
      </w:r>
      <w:r>
        <w:rPr>
          <w:lang w:eastAsia="zh-CN"/>
        </w:rPr>
        <w:br/>
      </w:r>
      <w:r>
        <w:rPr>
          <w:lang w:eastAsia="zh-CN"/>
        </w:rPr>
        <w:t xml:space="preserve">    二、在店堂显著位置悬挂《药品经营许可证》、《营业执照》、《执业药师注册证》以及从业人员的执业证明和岗位证件。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三、制定了质量管理制度以及各类管理人员、营业人员的继续教育制度和定期健康检查制度，并建立与此相配套的档案资料。 </w:t>
      </w:r>
      <w:r>
        <w:rPr>
          <w:lang w:eastAsia="zh-CN"/>
        </w:rPr>
        <w:br/>
      </w:r>
      <w:r>
        <w:rPr>
          <w:lang w:eastAsia="zh-CN"/>
        </w:rPr>
        <w:t xml:space="preserve">    四、努力改善服务态度，提高服务质量，药师（质量负责人）坚持在职在岗，为群众选药、购药提供健康咨询服务，营业人员仪表端庄，热情接待顾客，让他们买到安全、放心的药品，使医保定点药店成为面向社会的文明窗口。 </w:t>
      </w:r>
      <w:r>
        <w:rPr>
          <w:lang w:eastAsia="zh-CN"/>
        </w:rPr>
        <w:br/>
      </w:r>
      <w:r>
        <w:rPr>
          <w:lang w:eastAsia="zh-CN"/>
        </w:rPr>
        <w:t xml:space="preserve">    五、自觉遏制、杜绝“以药换药”、“以物代药”等不正之风，规范医保定点经营行为，全年未发生违纪违法经营现象。 </w:t>
      </w:r>
      <w:r>
        <w:rPr>
          <w:lang w:eastAsia="zh-CN"/>
        </w:rPr>
        <w:br/>
      </w:r>
      <w:r>
        <w:rPr>
          <w:lang w:eastAsia="zh-CN"/>
        </w:rPr>
        <w:t xml:space="preserve">    六、我药店未向任何单位和个人提供经营柜台、发票。销售处方药时凭处方销售，且经本店药师审核后方可调配和销售，同时审核、调配、销售人员均在处方上签字，处方按规定保存备查。 </w:t>
      </w:r>
      <w:r>
        <w:rPr>
          <w:lang w:eastAsia="zh-CN"/>
        </w:rPr>
        <w:br/>
      </w:r>
      <w:r>
        <w:rPr>
          <w:lang w:eastAsia="zh-CN"/>
        </w:rPr>
        <w:t xml:space="preserve">    七、严格执行国家、省、市药品销售价格，参保人员购药时，无论选择何种支付方式，我店均实行同价。 </w:t>
      </w:r>
      <w:r>
        <w:rPr>
          <w:lang w:eastAsia="zh-CN"/>
        </w:rPr>
        <w:br/>
      </w:r>
      <w:r>
        <w:rPr>
          <w:lang w:eastAsia="zh-CN"/>
        </w:rPr>
        <w:t xml:space="preserve">    八、尊重和服从市社保管理机构的领导，每次均能准时出席社保组织的学习和召开的会议，并及时将上级精神贯彻传达到每一个员工，保证会议精神的落实。 </w:t>
      </w:r>
      <w:r>
        <w:rPr>
          <w:lang w:eastAsia="zh-CN"/>
        </w:rPr>
        <w:br/>
      </w:r>
      <w:r>
        <w:rPr>
          <w:lang w:eastAsia="zh-CN"/>
        </w:rPr>
        <w:t xml:space="preserve">    综上所述，20__年，我店在市社保处的正确领导监督下，医保定点工作取得一点成绩，但距要求还须继续认真做好。20__年，我店将不辜负上级的希望，抓好药品质量，杜绝假冒伪劣药品和不正之风，做好参保人员药品的供应工作，为我市医疗保险事业的健康发展作出更大的贡献。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20__年，我县城乡医疗救助工作在县委、县政府的正确领导下，在省、市民政部门的精心指导下，认真贯彻实施社会医疗救助，进一步完善有关规章制度，严格程序，规范操作，切实履行了以民为本、为民解困的根本宗旨，为稳定社会、建设和谐__做出了积极贡献。</w:t>
      </w:r>
      <w:r>
        <w:rPr>
          <w:lang w:eastAsia="zh-CN"/>
        </w:rPr>
        <w:t xml:space="preserve"> </w:t>
      </w:r>
      <w:r>
        <w:rPr>
          <w:lang w:eastAsia="zh-CN"/>
        </w:rPr>
        <w:br/>
      </w:r>
      <w:r>
        <w:rPr>
          <w:lang w:eastAsia="zh-CN"/>
        </w:rPr>
        <w:t xml:space="preserve">    一、基本情况 </w:t>
      </w:r>
      <w:r>
        <w:rPr>
          <w:lang w:eastAsia="zh-CN"/>
        </w:rPr>
        <w:br/>
      </w:r>
      <w:r>
        <w:rPr>
          <w:lang w:eastAsia="zh-CN"/>
        </w:rPr>
        <w:t xml:space="preserve">    20__年，我县医疗救助累计救助39221人，其中城市1636人，农村37585人；共支出医疗救助资金492.19万元，其中城市29.89万元，农村462.3万元。资助1386名城镇参保人员参加城镇居民医疗保险，资助32957名农村参保人员参加新型农村合作医疗保险。 </w:t>
      </w:r>
      <w:r>
        <w:rPr>
          <w:lang w:eastAsia="zh-CN"/>
        </w:rPr>
        <w:br/>
      </w:r>
      <w:r>
        <w:rPr>
          <w:lang w:eastAsia="zh-CN"/>
        </w:rPr>
        <w:t xml:space="preserve">    二、主要做法 </w:t>
      </w:r>
      <w:r>
        <w:rPr>
          <w:lang w:eastAsia="zh-CN"/>
        </w:rPr>
        <w:br/>
      </w:r>
      <w:r>
        <w:rPr>
          <w:lang w:eastAsia="zh-CN"/>
        </w:rPr>
        <w:t xml:space="preserve">    建立医疗救助制度，切实帮助城乡困难群众缓解就医困难和因病影响基本生活的问题，使广大困难群众感受到党和政府的温暖和社会主义制度的优越性，促进城乡经济社会协调发展。 </w:t>
      </w:r>
      <w:r>
        <w:rPr>
          <w:lang w:eastAsia="zh-CN"/>
        </w:rPr>
        <w:br/>
      </w:r>
      <w:r>
        <w:rPr>
          <w:lang w:eastAsia="zh-CN"/>
        </w:rPr>
        <w:t xml:space="preserve">    一是扩大医疗救助对象范围。将农村五保、城乡低保对象、享受生活定补的60年代精简老职工、重点优抚对象、特困职工等五类对象全部纳入救助范围。 </w:t>
      </w:r>
      <w:r>
        <w:rPr>
          <w:lang w:eastAsia="zh-CN"/>
        </w:rPr>
        <w:br/>
      </w:r>
      <w:r>
        <w:rPr>
          <w:lang w:eastAsia="zh-CN"/>
        </w:rPr>
        <w:t xml:space="preserve">    二是严格审批程序。由救助对象家庭户主向村（居）委会提出书面申请，并提供居民身份证、低保证或五保供养证、新型农村合作医疗办公室或城镇居民医疗保险办公室报销的相关医疗收费收据、必要的病历资料，经村（居）委会进行调查和初审，填写《__县城乡医疗救助审批表》，报乡镇人民政府审核，符合条件的，报县民政局审批。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三是完善医疗救助系统。为了简化程序，方便群众，构建医疗救助同步结算平台，完成医疗救助对象信息库采集工作，建立医疗救助对象信息库，实现医疗救助同步结算，受益人口达4万多人。 </w:t>
      </w:r>
      <w:r>
        <w:rPr>
          <w:lang w:eastAsia="zh-CN"/>
        </w:rPr>
        <w:br/>
      </w:r>
      <w:r>
        <w:rPr>
          <w:lang w:eastAsia="zh-CN"/>
        </w:rPr>
        <w:t xml:space="preserve">    四是资助参加新型农村合作医疗和城镇居民医疗保险。为农村五保户和城乡低保对象缴纳参加新型农村合作医疗和城镇居民医疗保险，参合率达到100%。 </w:t>
      </w:r>
      <w:r>
        <w:rPr>
          <w:lang w:eastAsia="zh-CN"/>
        </w:rPr>
        <w:br/>
      </w:r>
      <w:r>
        <w:rPr>
          <w:lang w:eastAsia="zh-CN"/>
        </w:rPr>
        <w:t xml:space="preserve">    五是医疗救助资金专户社会化发放。财政部门设立医疗救助专户，实行专项调拨、封闭运行。县民政局将审批核定后的医疗救助对象名单和医疗救助金额报送财政部门，财政部门按照民政部门提供的救助对象名单和救助金额，及时将资金从财政专户拨至相关金融网点，存入救助对象的存单，实行社会化发放。 </w:t>
      </w:r>
      <w:r>
        <w:rPr>
          <w:lang w:eastAsia="zh-CN"/>
        </w:rPr>
        <w:br/>
      </w:r>
      <w:r>
        <w:rPr>
          <w:lang w:eastAsia="zh-CN"/>
        </w:rPr>
        <w:t xml:space="preserve">    三、下步打算 </w:t>
      </w:r>
      <w:r>
        <w:rPr>
          <w:lang w:eastAsia="zh-CN"/>
        </w:rPr>
        <w:br/>
      </w:r>
      <w:r>
        <w:rPr>
          <w:lang w:eastAsia="zh-CN"/>
        </w:rPr>
        <w:t xml:space="preserve">    20__年，我县城乡医疗救助工作虽然取得了一定成绩，但仍存在一些问题，如医疗救助资金不够充足，医疗救助范围有待于进一步扩大及医疗救助比例有待于进一步提高等。今后我们将进一步加大救助资金投入，进一步扩大医疗救助范围，适当调整医疗救助报销比例，形成更为有效施救的困难群众医疗救助体系。 </w:t>
      </w:r>
      <w:r>
        <w:rPr>
          <w:lang w:eastAsia="zh-CN"/>
        </w:rPr>
        <w:br/>
      </w:r>
      <w:r>
        <w:rPr>
          <w:lang w:eastAsia="zh-CN"/>
        </w:rPr>
        <w:t xml:space="preserve">    20__年在我院领导重视下，按照医保中心的工作精神，我院认真开展各项工作，经过全院医务人员的共同努力，我院的医保工作取得了一定的成绩，现将我院医保工作总结如下： </w:t>
      </w:r>
      <w:r>
        <w:rPr>
          <w:lang w:eastAsia="zh-CN"/>
        </w:rPr>
        <w:br/>
      </w:r>
      <w:r>
        <w:rPr>
          <w:lang w:eastAsia="zh-CN"/>
        </w:rPr>
        <w:t xml:space="preserve">    一、领导重视，宣传力度大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r>
        <w:rPr>
          <w:lang w:eastAsia="zh-CN"/>
        </w:rPr>
        <w:t xml:space="preserve"> </w:t>
      </w:r>
      <w:r>
        <w:rPr>
          <w:lang w:eastAsia="zh-CN"/>
        </w:rPr>
        <w:br/>
      </w:r>
      <w:r>
        <w:rPr>
          <w:lang w:eastAsia="zh-CN"/>
        </w:rPr>
        <w:t xml:space="preserve">    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 </w:t>
      </w:r>
      <w:r>
        <w:rPr>
          <w:lang w:eastAsia="zh-CN"/>
        </w:rPr>
        <w:br/>
      </w:r>
      <w:r>
        <w:rPr>
          <w:lang w:eastAsia="zh-CN"/>
        </w:rPr>
        <w:t xml:space="preserve">    二、措施得力，规章制度严 </w:t>
      </w:r>
      <w:r>
        <w:rPr>
          <w:lang w:eastAsia="zh-CN"/>
        </w:rPr>
        <w:br/>
      </w:r>
      <w:r>
        <w:rPr>
          <w:lang w:eastAsia="zh-CN"/>
        </w:rPr>
        <w:t xml:space="preserve">    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到实处。为进一步强化责任，规范医疗服务行为，从入院登记、住院治疗、出院三个环节规范医保服务行为，严格实行责任追究，从严处理有关责任人。医院职工开展以文明礼貌，优质服务，受到病人好评。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r>
        <w:rPr>
          <w:lang w:eastAsia="zh-CN"/>
        </w:rPr>
        <w:t xml:space="preserve"> </w:t>
      </w:r>
      <w:r>
        <w:rPr>
          <w:lang w:eastAsia="zh-CN"/>
        </w:rPr>
        <w:br/>
      </w:r>
      <w:r>
        <w:rPr>
          <w:lang w:eastAsia="zh-CN"/>
        </w:rPr>
        <w:t xml:space="preserve">    三、改善服务态度，提高医疗质量。 </w:t>
      </w:r>
      <w:r>
        <w:rPr>
          <w:lang w:eastAsia="zh-CN"/>
        </w:rPr>
        <w:br/>
      </w:r>
      <w:r>
        <w:rPr>
          <w:lang w:eastAsia="zh-CN"/>
        </w:rPr>
        <w:t xml:space="preserve">    医疗保险制度给我院的发展带来了前所未有的机遇和挑战，正因为对于医保工作有了一个正确的认识，全院干部职工都积极投身于此项工作中，任劳任怨，各司其职，各负其责。 </w:t>
      </w:r>
      <w:r>
        <w:rPr>
          <w:lang w:eastAsia="zh-CN"/>
        </w:rPr>
        <w:br/>
      </w:r>
      <w:r>
        <w:rPr>
          <w:lang w:eastAsia="zh-CN"/>
        </w:rPr>
        <w:t xml:space="preserve">    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 </w:t>
      </w:r>
      <w:r>
        <w:rPr>
          <w:lang w:eastAsia="zh-CN"/>
        </w:rPr>
        <w:br/>
      </w:r>
      <w:r>
        <w:rPr>
          <w:lang w:eastAsia="zh-CN"/>
        </w:rPr>
        <w:t xml:space="preserve">    近年来，在市卫生局的正确领导下，在医院各位领导的精心指导下，以加强医德医风和能力建设为契机，不断提高自身服务群众水平。现将本人有关情况总结如下：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一、工作指导思想 </w:t>
      </w:r>
      <w:r>
        <w:rPr>
          <w:lang w:eastAsia="zh-CN"/>
        </w:rPr>
        <w:br/>
      </w:r>
      <w:r>
        <w:rPr>
          <w:lang w:eastAsia="zh-CN"/>
        </w:rPr>
        <w:t xml:space="preserve">    （一）强化服务理念，体现以人为本。 </w:t>
      </w:r>
      <w:r>
        <w:rPr>
          <w:lang w:eastAsia="zh-CN"/>
        </w:rPr>
        <w:br/>
      </w:r>
      <w:r>
        <w:rPr>
          <w:lang w:eastAsia="zh-CN"/>
        </w:rPr>
        <w:t xml:space="preserve">    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 </w:t>
      </w:r>
      <w:r>
        <w:rPr>
          <w:lang w:eastAsia="zh-CN"/>
        </w:rPr>
        <w:br/>
      </w:r>
      <w:r>
        <w:rPr>
          <w:lang w:eastAsia="zh-CN"/>
        </w:rPr>
        <w:t xml:space="preserve">    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 </w:t>
      </w:r>
      <w:r>
        <w:rPr>
          <w:lang w:eastAsia="zh-CN"/>
        </w:rPr>
        <w:br/>
      </w:r>
      <w:r>
        <w:rPr>
          <w:lang w:eastAsia="zh-CN"/>
        </w:rPr>
        <w:t xml:space="preserve">    （二）提高水平，打造医护品牌。 </w:t>
      </w:r>
      <w:r>
        <w:rPr>
          <w:lang w:eastAsia="zh-CN"/>
        </w:rPr>
        <w:br/>
      </w:r>
      <w:r>
        <w:rPr>
          <w:lang w:eastAsia="zh-CN"/>
        </w:rPr>
        <w:t xml:space="preserve">    高质量、高水平的医疗服务是病人、家属、社会评价医务工作者满意度的一项重要指标。本人始终把强化医疗质量、提高专业技术水平、打造过硬技术品牌作为提高群众满意度的一个重要抓手。 </w:t>
      </w:r>
      <w:r>
        <w:rPr>
          <w:lang w:eastAsia="zh-CN"/>
        </w:rPr>
        <w:br/>
      </w:r>
      <w:r>
        <w:rPr>
          <w:lang w:eastAsia="zh-CN"/>
        </w:rPr>
        <w:t xml:space="preserve">    严格落实了医院各项规章制度，定期自查，找出问题，采取措施，加以改进。 </w:t>
      </w:r>
      <w:r>
        <w:rPr>
          <w:lang w:eastAsia="zh-CN"/>
        </w:rPr>
        <w:br/>
      </w:r>
      <w:r>
        <w:rPr>
          <w:lang w:eastAsia="zh-CN"/>
        </w:rPr>
        <w:t xml:space="preserve">    （三）以德为先，树新形象。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本人根据“正规诊疗、优质服务、求实创新、永攀高峰”的新形象和新要求，不断规范自身的言行，振奋自身的蓬勃朝气、昂扬锐气、浩然正气，真正体现白衣天使的崇高风貌。一颗红心中始终嵌入两个“人”字。</w:t>
      </w:r>
      <w:r>
        <w:rPr>
          <w:lang w:eastAsia="zh-CN"/>
        </w:rPr>
        <w:t xml:space="preserve"> </w:t>
      </w:r>
      <w:r>
        <w:rPr>
          <w:lang w:eastAsia="zh-CN"/>
        </w:rPr>
        <w:br/>
      </w:r>
      <w:r>
        <w:rPr>
          <w:lang w:eastAsia="zh-CN"/>
        </w:rPr>
        <w:t xml:space="preserve">    “以人为本”“以病人、为中心”，时刻把病人放在心中，奉献一片爱心。注意用语文明、温馨、富有亲情。 </w:t>
      </w:r>
      <w:r>
        <w:rPr>
          <w:lang w:eastAsia="zh-CN"/>
        </w:rPr>
        <w:br/>
      </w:r>
      <w:r>
        <w:rPr>
          <w:lang w:eastAsia="zh-CN"/>
        </w:rPr>
        <w:t xml:space="preserve">    “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 </w:t>
      </w:r>
      <w:r>
        <w:rPr>
          <w:lang w:eastAsia="zh-CN"/>
        </w:rPr>
        <w:br/>
      </w:r>
      <w:r>
        <w:rPr>
          <w:lang w:eastAsia="zh-CN"/>
        </w:rPr>
        <w:t xml:space="preserve">    （四）规范医德医风，关爱弱势群体。 </w:t>
      </w:r>
      <w:r>
        <w:rPr>
          <w:lang w:eastAsia="zh-CN"/>
        </w:rPr>
        <w:br/>
      </w:r>
      <w:r>
        <w:rPr>
          <w:lang w:eastAsia="zh-CN"/>
        </w:rPr>
        <w:t xml:space="preserve">    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通过一系列举措，教育自己要保持清廉、要弘扬正气，教育身边的同事要自重、自省、自警、自律，做廉洁行医的模范。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r>
        <w:rPr>
          <w:lang w:eastAsia="zh-CN"/>
        </w:rPr>
        <w:t xml:space="preserve"> </w:t>
      </w:r>
      <w:r>
        <w:rPr>
          <w:lang w:eastAsia="zh-CN"/>
        </w:rPr>
        <w:br/>
      </w:r>
      <w:r>
        <w:rPr>
          <w:lang w:eastAsia="zh-CN"/>
        </w:rPr>
        <w:t xml:space="preserve">    二、具体工作 </w:t>
      </w:r>
      <w:r>
        <w:rPr>
          <w:lang w:eastAsia="zh-CN"/>
        </w:rPr>
        <w:br/>
      </w:r>
      <w:r>
        <w:rPr>
          <w:lang w:eastAsia="zh-CN"/>
        </w:rPr>
        <w:t xml:space="preserve">    （一）不断学习新型农村合作医疗制度，提高对新型农村合作医疗制度认识。 </w:t>
      </w:r>
      <w:r>
        <w:rPr>
          <w:lang w:eastAsia="zh-CN"/>
        </w:rPr>
        <w:br/>
      </w:r>
      <w:r>
        <w:rPr>
          <w:lang w:eastAsia="zh-CN"/>
        </w:rPr>
        <w:t xml:space="preserve">    本人一直加强对这项工作的复杂性、艰巨性和长期性的认识，深入政策学习与理解，准确把握，坚决杜绝畏难怵头情绪。 </w:t>
      </w:r>
      <w:r>
        <w:rPr>
          <w:lang w:eastAsia="zh-CN"/>
        </w:rPr>
        <w:br/>
      </w:r>
      <w:r>
        <w:rPr>
          <w:lang w:eastAsia="zh-CN"/>
        </w:rPr>
        <w:t xml:space="preserve">    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 </w:t>
      </w:r>
      <w:r>
        <w:rPr>
          <w:lang w:eastAsia="zh-CN"/>
        </w:rPr>
        <w:br/>
      </w:r>
      <w:r>
        <w:rPr>
          <w:lang w:eastAsia="zh-CN"/>
        </w:rPr>
        <w:t xml:space="preserve">    （二）群众对合作医疗政策的知晓程度不够。有的农民虽然参加了合作医疗，但对政策一知半解，甚至理解上有偏差。 </w:t>
      </w:r>
      <w:r>
        <w:rPr>
          <w:lang w:eastAsia="zh-CN"/>
        </w:rPr>
        <w:br/>
      </w:r>
      <w:r>
        <w:rPr>
          <w:lang w:eastAsia="zh-CN"/>
        </w:rPr>
        <w:t xml:space="preserve">    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r>
        <w:rPr>
          <w:lang w:eastAsia="zh-CN"/>
        </w:rPr>
        <w:t xml:space="preserve"> </w:t>
      </w:r>
      <w:r>
        <w:rPr>
          <w:lang w:eastAsia="zh-CN"/>
        </w:rPr>
        <w:br/>
      </w:r>
      <w:r>
        <w:rPr>
          <w:lang w:eastAsia="zh-CN"/>
        </w:rPr>
        <w:t xml:space="preserve">    医保运行过程中，广大参保、参合患者最关心的是医疗费用补偿问题。本着“便民、高效、廉洁、规范”的服务宗旨，我严格把关，友情操作，实行一站式服务，当场兑现医疗补助费用，大大提高了参保满意度。 </w:t>
      </w:r>
      <w:r>
        <w:rPr>
          <w:lang w:eastAsia="zh-CN"/>
        </w:rPr>
        <w:br/>
      </w:r>
      <w:r>
        <w:rPr>
          <w:lang w:eastAsia="zh-CN"/>
        </w:rPr>
        <w:t xml:space="preserve">    （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 </w:t>
      </w:r>
      <w:r>
        <w:rPr>
          <w:lang w:eastAsia="zh-CN"/>
        </w:rPr>
        <w:br/>
      </w:r>
      <w:r>
        <w:rPr>
          <w:lang w:eastAsia="zh-CN"/>
        </w:rPr>
        <w:t xml:space="preserve">    三、认识与感想 </w:t>
      </w:r>
      <w:r>
        <w:rPr>
          <w:lang w:eastAsia="zh-CN"/>
        </w:rPr>
        <w:br/>
      </w:r>
      <w:r>
        <w:rPr>
          <w:lang w:eastAsia="zh-CN"/>
        </w:rPr>
        <w:t xml:space="preserve">    为了使新型农村合作医疗能够长期稳健地运行下去，结合我院新农合工作实际，针对在运行过程中发现的新问题，本人有以下感想：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（一）统一思想，提高认识，把新型农村合作医疗工作作为关乎全院发展的大事来抓。 </w:t>
      </w:r>
      <w:r>
        <w:rPr>
          <w:lang w:eastAsia="zh-CN"/>
        </w:rPr>
        <w:br/>
      </w:r>
      <w:r>
        <w:rPr>
          <w:lang w:eastAsia="zh-CN"/>
        </w:rPr>
        <w:t xml:space="preserve">    新型农村合作医疗制度，是由政府组织、引导、支持，农民自愿参加，个人、集体和政府多方筹资，以大病统筹为主的农民医疗互助共济制度。建立新型农村合作医疗制度，是新形势下党、国务院着眼于全面建设小康社会目标，为切实解决农业、农村、农民问题，统筹城乡、经济社会发展的重大举措，一定要统一思想，提高认识，积极认真的抓好新型农村合作医疗工作，让广大农民群众切实得到实惠、见到好处。 </w:t>
      </w:r>
      <w:r>
        <w:rPr>
          <w:lang w:eastAsia="zh-CN"/>
        </w:rPr>
        <w:br/>
      </w:r>
      <w:r>
        <w:rPr>
          <w:lang w:eastAsia="zh-CN"/>
        </w:rPr>
        <w:t xml:space="preserve">    （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 </w:t>
      </w:r>
      <w:r>
        <w:rPr>
          <w:lang w:eastAsia="zh-CN"/>
        </w:rPr>
        <w:br/>
      </w:r>
      <w:r>
        <w:rPr>
          <w:lang w:eastAsia="zh-CN"/>
        </w:rPr>
        <w:t xml:space="preserve">    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xml:space="preserve"> 一年来在县委、县政府的领导下，在市医疗保障部门的正确指导与帮助下，在局领导班子的高度重视与大力支持下，全所同志紧紧围绕我局年初制定的继续实施八四四工程和具体工作目标的要求，以学、转、促活动为契机，以服务于广大的参保患者为宗旨，团结协作共同努力，我县的医疗保险工作健康平稳的运行，现就一年来的工作总结如下：</w:t>
      </w:r>
      <w:r>
        <w:rPr>
          <w:lang w:eastAsia="zh-CN"/>
        </w:rPr>
        <w:t xml:space="preserve"> </w:t>
      </w:r>
      <w:r>
        <w:rPr>
          <w:lang w:eastAsia="zh-CN"/>
        </w:rPr>
        <w:br/>
      </w:r>
      <w:r>
        <w:rPr>
          <w:lang w:eastAsia="zh-CN"/>
        </w:rPr>
        <w:t xml:space="preserve">    一、转变工作作风、树立服务观念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r>
        <w:rPr>
          <w:lang w:eastAsia="zh-CN"/>
        </w:rPr>
        <w:t xml:space="preserve"> </w:t>
      </w:r>
      <w:r>
        <w:rPr>
          <w:lang w:eastAsia="zh-CN"/>
        </w:rPr>
        <w:br/>
      </w:r>
      <w:r>
        <w:rPr>
          <w:lang w:eastAsia="zh-CN"/>
        </w:rPr>
        <w:t xml:space="preserve">    二、突出经营意识，认真做好医疗保险基金的收缴和管理工作。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xml:space="preserve"> 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r>
        <w:rPr>
          <w:lang w:eastAsia="zh-CN"/>
        </w:rPr>
        <w:t xml:space="preserve"> </w:t>
      </w:r>
      <w:r>
        <w:rPr>
          <w:lang w:eastAsia="zh-CN"/>
        </w:rPr>
        <w:br/>
      </w:r>
      <w:r>
        <w:rPr>
          <w:lang w:eastAsia="zh-CN"/>
        </w:rPr>
        <w:t xml:space="preserve">    三、稳步扩面，解决困难企业的医疗保障问题。 </w:t>
      </w:r>
      <w:r>
        <w:rPr>
          <w:lang w:eastAsia="zh-CN"/>
        </w:rPr>
        <w:br/>
      </w:r>
      <w:r>
        <w:rPr>
          <w:lang w:eastAsia="zh-CN"/>
        </w:rPr>
        <w:t xml:space="preserve">  </w:t>
      </w:r>
      <w:r>
        <w:rPr>
          <w:lang w:eastAsia="zh-CN"/>
        </w:rPr>
        <w:t xml:space="preserve"> </w:t>
      </w:r>
    </w:p>
    <w:p w:rsidR="001B1F19" w14:textId="27C3F48A">
      <w:pPr>
        <w:rPr>
          <w:rFonts w:hint="eastAsia"/>
          <w:lang w:eastAsia="zh-CN"/>
        </w:rPr>
      </w:pPr>
      <w:r>
        <w:rPr>
          <w:lang w:eastAsia="zh-CN"/>
        </w:rPr>
        <w:t xml:space="preserve"> 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r>
        <w:rPr>
          <w:lang w:eastAsia="zh-CN"/>
        </w:rPr>
        <w:t xml:space="preserve"> </w:t>
      </w:r>
      <w:r>
        <w:rPr>
          <w:lang w:eastAsia="zh-CN"/>
        </w:rPr>
        <w:br/>
      </w:r>
      <w:r>
        <w:rPr>
          <w:lang w:eastAsia="zh-CN"/>
        </w:rPr>
        <w:t xml:space="preserve">    四、规范管理程序，加强两定点管理，严格监督审查，确保基金收支平衡。 </w:t>
      </w:r>
      <w:r>
        <w:rPr>
          <w:lang w:eastAsia="zh-CN"/>
        </w:rPr>
        <w:br/>
      </w:r>
      <w:r>
        <w:rPr>
          <w:lang w:eastAsia="zh-CN"/>
        </w:rPr>
        <w:t xml:space="preserve">  </w:t>
      </w:r>
      <w:r>
        <w:rPr>
          <w:lang w:eastAsia="zh-CN"/>
        </w:rPr>
        <w:t xml:space="preserve"> </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https://d.book118.com/968037045006006047</w:t>
        </w:r>
      </w:hyperlink>
    </w:p>
    <w:p w:rsidR="001B1F19">
      <w:pPr>
        <w:rPr>
          <w:rFonts w:hint="eastAsia"/>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68037045006006047"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