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rsidRPr="00937657" w14:paraId="7F7A67AA" w14:textId="0AE8485B">
      <w:pPr>
        <w:pStyle w:val="Heading1"/>
        <w:jc w:val="center"/>
        <w:rPr>
          <w:color w:val="000000" w:themeColor="text1"/>
          <w:lang w:eastAsia="zh-CN"/>
        </w:rPr>
      </w:pPr>
      <w:r>
        <w:rPr>
          <w:color w:val="000000" w:themeColor="text1"/>
          <w:sz w:val="44"/>
          <w:lang w:eastAsia="zh-CN"/>
        </w:rPr>
        <w:t>户外素质拓展活动总结（33篇）</w:t>
      </w:r>
    </w:p>
    <w:p w:rsidR="001B1F19" w14:paraId="15E7D7A0" w14:textId="27C3F48A">
      <w:pPr>
        <w:rPr>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户外素质拓展活动总结（通用33篇）</w:t>
      </w:r>
      <w:r>
        <w:rPr>
          <w:lang w:eastAsia="zh-CN"/>
        </w:rPr>
        <w:br/>
      </w:r>
      <w:r>
        <w:rPr>
          <w:lang w:eastAsia="zh-CN"/>
        </w:rPr>
        <w:t xml:space="preserve">    户外素质拓展活动总结 篇1 </w:t>
      </w:r>
      <w:r>
        <w:rPr>
          <w:lang w:eastAsia="zh-CN"/>
        </w:rPr>
        <w:br/>
      </w:r>
      <w:r>
        <w:rPr>
          <w:lang w:eastAsia="zh-CN"/>
        </w:rPr>
        <w:t>　　由我们教学信息部主办的“全校信息员素质拓展活动”于--、11、28、下午13:30正式开始。为了提高内部的凝聚力，增强各院系信息员之间的团结协作能力，加强彼此之间的信任度，加深彼此的了解和友谊。我们准备了具有不同针对性的游戏。</w:t>
      </w:r>
      <w:r>
        <w:rPr>
          <w:lang w:eastAsia="zh-CN"/>
        </w:rPr>
        <w:br/>
      </w:r>
      <w:r>
        <w:rPr>
          <w:lang w:eastAsia="zh-CN"/>
        </w:rPr>
        <w:t>　　同时，为了完善内部的建设，提高自身能力，总结经验教训，为下次活动打下良好基础，我们针对此次活动进行比较深刻详细的总结。具体内容如下：</w:t>
      </w:r>
      <w:r>
        <w:rPr>
          <w:lang w:eastAsia="zh-CN"/>
        </w:rPr>
        <w:br/>
      </w:r>
    </w:p>
    <w:p w:rsidR="001B1F19" w14:textId="27C3F48A">
      <w:pPr>
        <w:rPr>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策划一开始我们把问题简单化了，以为素质拓展只是一些简单的游戏，很多其他的都没有考虑进去。于是部长让我们四个人在几天内负责把策划完善，他并没有明确说明。所以当我们四人在一起完善时，大家各抒己见，讨论激烈，有些问题争着谁也不让谁。呵呵，后来回想起来，心里还真是觉得暖暖的，蛮舒服的。在我们讨论完之后，上一级部长又经过一场激烈的讨论，终于定稿了。经历这么多，策划一开始我们把问题简单化了，以为素质拓展只是简单的一些游戏，很多其他的都没有考虑进去。于是部长让我们四个人在几天内负责把策划完善，他并没有明确说明。所以当我们四人在一起完善时，大家各抒己见，讨论激烈，有些问题争着谁也不让谁。呵呵，后来回想起来，心里还真是觉得暖暖的，蛮舒服的。在我们讨论完之后，上一级部长又经过一场激烈的讨论，终于定稿了。经历这么多策划肯定是各种情况都考虑的到位，所需物品都提前准备好了，要卖的耶是提前买好了，人员安排也是很到位的，个部长都积极配合。在活动前，各院系对参与人员数量做了较好的提前预计和核对。在活动过程中也是灵活把握时间，使活动较好的按计划进行。整个活动大家玩的蛮好，特别开心，最后信息员也都拿到奖品，大家都照相留念。</w:t>
      </w:r>
      <w:r>
        <w:rPr>
          <w:lang w:eastAsia="zh-CN"/>
        </w:rPr>
        <w:br/>
      </w:r>
      <w:r>
        <w:rPr>
          <w:lang w:eastAsia="zh-CN"/>
        </w:rPr>
        <w:t>　　但是，也有一些不足的方面。由于是周日，所以有很多的信息员都有事，以至于参加的人数不如预计的那么多。在室内活动的游戏，没有把所有人都参与进去，导致有些人认为在那没意思，就在那坐着一动不动，所以到室外去时，他们就走了。主持人也出现小意外，且</w:t>
      </w:r>
      <w:r>
        <w:rPr>
          <w:lang w:eastAsia="zh-CN"/>
        </w:rPr>
        <w:br/>
      </w:r>
      <w:r>
        <w:rPr>
          <w:lang w:eastAsia="zh-CN"/>
        </w:rPr>
        <w:t>　　在活动中交流较少，只是忙于自己的事情，对活动的整体把握能力不足。活动进行中，纪律总体不错，但各组组员的响应力不足。部长的参与提高了游戏的趣味性，同时带动了活动的又一高潮。在活动中各个游戏间的衔接环节做得准备不太充分，使游戏没有形成统一的整体，过渡比较生硬，需要在下次活动中提高重视。部分裁判也不是很认真负责，计分不准确，导致别人有意见。</w:t>
      </w:r>
      <w:r>
        <w:rPr>
          <w:lang w:eastAsia="zh-CN"/>
        </w:rPr>
        <w:br/>
      </w:r>
    </w:p>
    <w:p w:rsidR="001B1F19" w14:textId="27C3F48A">
      <w:pPr>
        <w:rPr>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以上就是我们办此次活动的总结。我们会总结此次的经验及教训，争取在下次活动中做得更好，为促进内部的建设做出自己的贡献。</w:t>
      </w:r>
      <w:r>
        <w:rPr>
          <w:lang w:eastAsia="zh-CN"/>
        </w:rPr>
        <w:br/>
      </w:r>
      <w:r>
        <w:rPr>
          <w:lang w:eastAsia="zh-CN"/>
        </w:rPr>
        <w:t xml:space="preserve">    户外素质拓展活动总结 篇2 </w:t>
      </w:r>
      <w:r>
        <w:rPr>
          <w:lang w:eastAsia="zh-CN"/>
        </w:rPr>
        <w:br/>
      </w:r>
      <w:r>
        <w:rPr>
          <w:lang w:eastAsia="zh-CN"/>
        </w:rPr>
        <w:t>　　拓展训练做为人力资源培训的一个方面让我收益很多，我们知道拓展训练做为体验式培训的一种，在今天已被众多公司的人力资源部当做提高组织凝聚力，加强团队内部沟通，提升团队协作精神的有效培训方式引入到各自的组织团队建设和企业文化创建活动中。</w:t>
      </w:r>
      <w:r>
        <w:rPr>
          <w:lang w:eastAsia="zh-CN"/>
        </w:rPr>
        <w:br/>
      </w:r>
      <w:r>
        <w:rPr>
          <w:lang w:eastAsia="zh-CN"/>
        </w:rPr>
        <w:t>　　一、帮助我成长，提高了我的自信心，意志能力。在拓展的真人CS中，对于女孩而言，拿着从来没有玩弄枪，在极其不熟悉的，恶劣的训练场地中，我们努力按照教练宣布的游戏规则进行。第一局结束，10号，战绩3战损2。自信心大增。所以在接下来的第二局，在已经被树枝伤到的情况下，我的战绩继续增加。意志力得到了锻炼。</w:t>
      </w:r>
      <w:r>
        <w:rPr>
          <w:lang w:eastAsia="zh-CN"/>
        </w:rPr>
        <w:br/>
      </w:r>
      <w:r>
        <w:rPr>
          <w:lang w:eastAsia="zh-CN"/>
        </w:rPr>
        <w:t>　　二、拓展项目中培养合作意识，改善自我人际关系。在拓展训练穿电网项目中，有80%的时间都是处在团队内部的相互交流和沟通中。经过大家共同的努力，我们在指定的时间里成功穿越。也通过这次的拓展，我和交大网络校区的老师们更加的熟悉。因为我们曾经是“CS战队”的战友们。</w:t>
      </w:r>
      <w:r>
        <w:rPr>
          <w:lang w:eastAsia="zh-CN"/>
        </w:rPr>
        <w:br/>
      </w:r>
    </w:p>
    <w:p w:rsidR="001B1F19" w14:textId="27C3F48A">
      <w:pPr>
        <w:rPr>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在整个训练期间，我们每一个人都会得到团队其它成员的帮助和支持，同时，为了解决某一问题，甚至完成一个合作项目，我们每个人都必须就自己的看法、观点、思想去和其他团队成员分享，讨论，甚至相互质证，这是一个最易产生思想火花的时刻。在这里，每个人的性格优势，能力优势，都得到极大的发挥;同时，拓展项目中，我们的领导们也特意设置有培养团队内部沟通、合作，以期达到改善和提高我们两个校区的人际关系的项目.在体验的过程中，团队成员中相互关心，帮助的行为展现也会极大地改进我们两个校区之间的人际。</w:t>
      </w:r>
      <w:r>
        <w:rPr>
          <w:lang w:eastAsia="zh-CN"/>
        </w:rPr>
        <w:br/>
      </w:r>
      <w:r>
        <w:rPr>
          <w:lang w:eastAsia="zh-CN"/>
        </w:rPr>
        <w:t>　　那在训练的过程中，也会有一些不和谐的情况的出现，那也因为这些不和谐现象的发生，也付出了“沉重的代价”那值得我们思考的是，这些不和谐情况的出现是什么原因。拓展训练中，几乎每一项都有过洗牌的过程。可是在咱们的现实生活中，任何事情都是没有洗牌的机会啊。我们既然是一个团队，那就让我们通过共同努力把“代价”降低到最少，让我们的利益变成。</w:t>
      </w:r>
      <w:r>
        <w:rPr>
          <w:lang w:eastAsia="zh-CN"/>
        </w:rPr>
        <w:br/>
      </w:r>
      <w:r>
        <w:rPr>
          <w:lang w:eastAsia="zh-CN"/>
        </w:rPr>
        <w:t>　　如果没有团队里每一个成员相互协作、共同努力，很多事情是难以完成的。这次的训练还使大家亲身感受到了“人的潜力是无穷的”。世上无难事，没有什么不可能完成的任务;人的敌人就是自己，所以战胜自己就是取得成功的第一步!决不轻言放弃，多一些勇气和毅力，很多机会就不会轻易放弃，要相信自己，你就是最棒的!</w:t>
      </w:r>
      <w:r>
        <w:rPr>
          <w:lang w:eastAsia="zh-CN"/>
        </w:rPr>
        <w:br/>
      </w:r>
      <w:r>
        <w:rPr>
          <w:lang w:eastAsia="zh-CN"/>
        </w:rPr>
        <w:t xml:space="preserve">    户外素质拓展活动总结 篇3 </w:t>
      </w:r>
      <w:r>
        <w:rPr>
          <w:lang w:eastAsia="zh-CN"/>
        </w:rPr>
        <w:br/>
      </w:r>
    </w:p>
    <w:p w:rsidR="001B1F19" w14:textId="27C3F48A">
      <w:pPr>
        <w:rPr>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人的一生中会有很多的收获和体验，而这些都是从工作，生活中的点点滴滴中获得的，有些来的快，有些来的慢。以前只是听说“素质拓展”，但并未亲身体验过，也不知道其中有什么。参与过后，才知道这样的训练可以锻炼意志，挖掘潜能，培养团队协作能力，凝聚团队力量，挑战自我，超越自我…在这次短短两天的素质拓展训练中，我收获了踏入社会后的第一笔宝贵的财富，收获了很多的体会和感动!</w:t>
      </w:r>
      <w:r>
        <w:rPr>
          <w:lang w:eastAsia="zh-CN"/>
        </w:rPr>
        <w:br/>
      </w:r>
      <w:r>
        <w:rPr>
          <w:lang w:eastAsia="zh-CN"/>
        </w:rPr>
        <w:t>　　20--年7月14日早上，我抱着对素质拓展训练的好奇和期待，和团队一起奔赴训练基地，一个小时候后，我们来到了位于佛山的金沙滩训练基地。教练和我们进行了简短的介绍后就给我们分发了训练服，并规定我们7分钟内必须完成，不然整个团队会接受惩罚。得到任务后，我们迅速开始换装，但由于大家意识不够，还是未能在规定的时间内完成任务。教练很严肃的批评了我们，并罚每人做90多个俯卧撑。很少做俯卧撑的我，感觉很艰难。因为不准时，第一次感受到了什么是团队。</w:t>
      </w:r>
      <w:r>
        <w:rPr>
          <w:lang w:eastAsia="zh-CN"/>
        </w:rPr>
        <w:br/>
      </w:r>
      <w:r>
        <w:rPr>
          <w:lang w:eastAsia="zh-CN"/>
        </w:rPr>
        <w:t>　　随后我们来到训练场地，做了一些小游戏，“阿Q说”“心口不一”，这些小游戏，都是在挑战我们的惯性，当我们在改变我们一直以来的一个习惯的时候，就会觉得很别扭，但是在工作中，我们必须改变一些长久以来的习惯，来更好的完成工作。</w:t>
      </w:r>
      <w:r>
        <w:rPr>
          <w:lang w:eastAsia="zh-CN"/>
        </w:rPr>
        <w:br/>
      </w:r>
    </w:p>
    <w:p w:rsidR="001B1F19" w14:textId="27C3F48A">
      <w:pPr>
        <w:rPr>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小游戏过后，我们已经从早上不清醒的状态中清醒了过来，并渐渐进入了训练状态。随后，我们分了小组，共3队，我分在了第3队，我们13个队员在规定的时间内一起为团队起好了队名，叫“高山队”，团徽由高山和太阳组成，口号是“勇往直前，三军无敌”，意为在以后的路上，不管山有多高，我们都会勇往直前，挑战自我，所有队员一起努力，向着山顶最高的太阳前进。组队完成后，我们展示了我们互相介绍了我们的团队并展示了我们的团队风采。有些组的人因为没有积极参与活动，所以在团队的风采中，表现得不太好，教练让我们好好思考为什么会这样。当团队中的所有人团结起来，并认可和支持团队的时候，团队力量才会大。</w:t>
      </w:r>
      <w:r>
        <w:rPr>
          <w:lang w:eastAsia="zh-CN"/>
        </w:rPr>
        <w:br/>
      </w:r>
      <w:r>
        <w:rPr>
          <w:lang w:eastAsia="zh-CN"/>
        </w:rPr>
        <w:t>　　下午我们的训练项目是“信任背摔”和“挑战99”。这两个项目对我来说是一个质的突破开始看着队友一个个挑战成功，我以为“信任背摔”很简单，但是当我站到高台的.那一刻，我心里很忐忑，背对着大家，从高处倒下，心里就开始害怕，但是，我相信队友，相信团队的力量，相信大家会接住我，当我喊出“我相信你们，你们准备好了吗?”的时候，队友用响亮的声音，齐声回答我“我们准备好了，来吧!”那一刻，我告诉自己“一定要超越自己心里的障碍，相信队友，战胜恐惧”。当队友稳稳的接住我的时候，我大脑一片空白，但我知道我成功了，我战胜了心里的恐惧，是我的队友给了我力量，撑起了我!真的很感谢队友，这就是团队的力量。</w:t>
      </w:r>
      <w:r>
        <w:rPr>
          <w:lang w:eastAsia="zh-CN"/>
        </w:rPr>
        <w:br/>
      </w:r>
    </w:p>
    <w:p w:rsidR="001B1F19" w14:textId="27C3F48A">
      <w:pPr>
        <w:rPr>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挑战99”，共有5个项目，要在99秒内完成。开始，我们所有人都认为不可能在99秒内完成，难度太大了，教练说“给你们20分钟的准备时间，再告诉我，你们能不能完成。”每一个项目都看似很难，但又都有方法，都要依靠团队，依靠队友的力量。8人背对背勾臂，坐下起来，开始的时候大家都起不来，可是当大家把背靠紧，借助队友的力量的时候，很轻易的就会站起来。颠球和移动竹竿，只有当大家力量均匀，方向一致的时候，才能完成。呼啦圈传递和拍手，考验的是速度。这几个项目告诉我们的道理有一点差别，但都是在培养我们的团队协作能力，只有当大家心往一处走，力往一处使，互相帮助的时候，才能完成。一开始，我们连第一项移动竹竿都很困难，花了很长时间都没有完成，教练很生气的让我们回去反省，并准备重新挑战，大家都有点泄气，可是看到别的团队在很努力的练习，我们也总结教训，抓紧时间练习。第二次我们完成了所有项目，可是用时300多秒，任务并没有完成，这一次，我们有了点信心。当教练问道“你们能不能在99秒内完成”的时候，我们仍旧很没有信心的说不可能完成，可是教练没有放弃，而是更见严厉的要求我们，我们一次次的失败，却一次比一次成功，最后当我们以98秒，其他2对也以90多，80多的成绩取得成功的时候，我们都不可置信，被我们所有人认为不可能完成的任务，最后，我却完成了。教练告诉我们，人的潜力是很大的，你不逼自己，怎么知道自己的潜力有多大，然后又让我们做了个小游戏，一分钟能拍多少次手，我们有的人说80，有的人说150，有的人说300，我们都认为300是不可能的，教练让我们试试，计时开始后，我们都用最快的速度拍手，当教练喊停的时候，我拍了160多下，二大家也都在100多，教练说，时间是36秒，我们惊呆了，以为难以完成的事，却出乎所有人的意料。“挑战99”告诉我们，任何时候，不要轻易的否定自己，只要相信自己，再加上团队的力量就能够战胜困难，让不可能变成可能。</w:t>
      </w:r>
      <w:r>
        <w:rPr>
          <w:lang w:eastAsia="zh-CN"/>
        </w:rPr>
        <w:br/>
      </w:r>
    </w:p>
    <w:p w:rsidR="001B1F19" w14:textId="27C3F48A">
      <w:pPr>
        <w:rPr>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高空挑战”挑战的是自己心里的恐惧感，当我一步步的爬到4米高时，我不敢看地面，甚至不敢挪动脚步，站在不停晃动的绳索上，我双腿在颤抖，这时候，队友的手紧紧的抓着我，告诉我“别怕，有我在”，我也紧紧的抓着队友的手，深吸一口气，跟着队友，挪动脚步，一步步的走在绳索上。我不敢低头看地面，但我我知道，地面上有队友紧紧的抓着保护绳，在保护着我的生命安全，我想，地面上有队友的保护，绳索上有队友的帮助，我只要大胆的往前走就好，我要突破的是我自己心里对高空的恐惧，我一定要超越自己。当我的手触摸到终点的时候，虽然我的腿还在颤抖，但是我心里真的很开心，我又一次成功的超越了自我，挑战了自我，长呼一口气，心里无比的开心。和感谢队友在我害怕的时候，给予我的信心和保护，你们是我走向成功的坚实后盾。</w:t>
      </w:r>
      <w:r>
        <w:rPr>
          <w:lang w:eastAsia="zh-CN"/>
        </w:rPr>
        <w:br/>
      </w:r>
      <w:r>
        <w:rPr>
          <w:lang w:eastAsia="zh-CN"/>
        </w:rPr>
        <w:t>　　“抢滩登陆”也是锻炼团队协作能力的，我们能在最短的时间内，用塑料桶和木棍绳子扎出船，并第一个拿回我们队的队旗，完全是靠大家一起的力量，所以，团队的力量很大，只有大家一起努力，才能完成任务。</w:t>
      </w:r>
      <w:r>
        <w:rPr>
          <w:lang w:eastAsia="zh-CN"/>
        </w:rPr>
        <w:br/>
      </w:r>
    </w:p>
    <w:p w:rsidR="001B1F19" w14:textId="27C3F48A">
      <w:pPr>
        <w:rPr>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最让我感悟深的是“毕业墙”，这是一个4米高的墙，教练告诉我们，我们是在逃生，我们的目标是所有人在规定的最短的时间内翻越过墙，不能落下一个队友，否则，我们将被敌人杀死。2层人梯为我们搭起生命的希望，一双双手为我们撑起保护的屏障，这就是团队，我们同患难，共进退，要生全部生，要死全部死。我踩着队友的肩膀，头顶的队友紧抓着我的手不松开，脚下的队友，不管有多累，都坚持着，不倒下，因为我们是一个团队，我们是队友生的希望。最后我们在最短的时间内，完成了毕业墙，所有队员全部翻越成功，并比预期的时间还要短，当欢呼声响起，成功的喜悦在每个人脸上荡漾着，我们流着汗，流着泪，感动着!我们以坚定的信念和不抛弃不放弃的精神，成功翻越毕业墙，成功逃脱敌人，这是我们所有人的成功，是我们所有人一起努力的结果，缺一不可，这就是团队，这就是队友，这就是凝聚力，这就是信任!</w:t>
      </w:r>
      <w:r>
        <w:rPr>
          <w:lang w:eastAsia="zh-CN"/>
        </w:rPr>
        <w:br/>
      </w:r>
      <w:r>
        <w:rPr>
          <w:lang w:eastAsia="zh-CN"/>
        </w:rPr>
        <w:t>　　素质拓展训练结束了，但是我们的新生活却刚刚开始。虽然2天的时间很短，但素质拓展训练项目有效加强了同志们之间的沟通与合作，培养了大家相互间的信任和协作精神，提升了团队凝聚力，激发了我们的潜能，使我们感受到了克服困难的愉悦，培养了积极的人生态度和出色的团队精神。</w:t>
      </w:r>
      <w:r>
        <w:rPr>
          <w:lang w:eastAsia="zh-CN"/>
        </w:rPr>
        <w:br/>
      </w:r>
      <w:r>
        <w:rPr>
          <w:lang w:eastAsia="zh-CN"/>
        </w:rPr>
        <w:t>　　拓展训练给了我很多启发和收获。当每一滴水凝聚起来，就会成为大海，当一滴水融入大海，就能拥有无穷的力量。我们每个人就像这一滴水，只有当我们凝聚在一起的时候，才能是一个强大的团队，只有我们身处团队中的时候，我们才能取得更大的成就，无论我们身处何种职位，只有拥有团队精神，我们才能走的更高，看的更远。</w:t>
      </w:r>
      <w:r>
        <w:rPr>
          <w:lang w:eastAsia="zh-CN"/>
        </w:rPr>
        <w:br/>
      </w:r>
      <w:r>
        <w:rPr>
          <w:lang w:eastAsia="zh-CN"/>
        </w:rPr>
        <w:t>　　世上无难事，只怕有心人。没有什么不可能完成的任务。决不轻言放弃，多一些勇气和毅力，相信自己，很多看似艰难的任务，也会完成，要不断的超越自我，挑战自我，激发自己的潜能。同时要相信队友，支持队友，欣赏队友，也要勇于承担责任，帮助队友，只有大家相互协作，心往一处想，力往一处使，团队协作，才能战胜困难，超越自我。</w:t>
      </w:r>
      <w:r>
        <w:rPr>
          <w:lang w:eastAsia="zh-CN"/>
        </w:rPr>
        <w:br/>
      </w:r>
    </w:p>
    <w:p w:rsidR="001B1F19" w14:textId="27C3F48A">
      <w:pPr>
        <w:rPr>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在这次素质拓展训练中，我还收到了一份意外的惊喜。公司以特别的方式，为我和另外2名同事庆生。当我们本来以为自己犯了错误，被教练惩罚，正努力的自我反省和忐忑不安时，同事和教练们却紧张的为我们准备生日蛋糕。回到原地，摘下眼罩的那一刻，我惊呆了，紧接着是满满的感动和忍不住的泪水，听着大家为我们唱起生日歌，看着蛋糕上的蜡烛，我抑制不住内心的感动和激动，泪水就像决堤一样夺眶而出，我从来没有收到过如此特别的生日礼物，大家一起为我们堆砌了一个难忘的回忆。真的很感谢公司在那个美好的夜晚给了我们如此一个特别的生日，给了我们如此特别的一份祝福!</w:t>
      </w:r>
      <w:r>
        <w:rPr>
          <w:lang w:eastAsia="zh-CN"/>
        </w:rPr>
        <w:br/>
      </w:r>
      <w:r>
        <w:rPr>
          <w:lang w:eastAsia="zh-CN"/>
        </w:rPr>
        <w:t>　　再次感谢公司为我们提供了这么一个难得的培训机会，这次培训，让我终身受益，我满载而归，收获了很多，在回到工作岗位后，我要将这些收获和体会融入到工作当中，指导我把工作做的更好，更好的为公司贡献自己的力量，和公司一起成长。</w:t>
      </w:r>
      <w:r>
        <w:rPr>
          <w:lang w:eastAsia="zh-CN"/>
        </w:rPr>
        <w:br/>
      </w:r>
      <w:r>
        <w:rPr>
          <w:lang w:eastAsia="zh-CN"/>
        </w:rPr>
        <w:t xml:space="preserve">    户外素质拓展活动总结 篇4 </w:t>
      </w:r>
      <w:r>
        <w:rPr>
          <w:lang w:eastAsia="zh-CN"/>
        </w:rPr>
        <w:br/>
      </w:r>
      <w:r>
        <w:rPr>
          <w:lang w:eastAsia="zh-CN"/>
        </w:rPr>
        <w:t>　　良好的团队精神和积极进取的人生态度，是现代人应有的基本素质，也是现代人人格魅力的重要体现。当今社会，这种良好的团队精神和积极进取的人生态度起着非常重要的作用。所以，无论学校，还是社会其他部门，对人的素质拓展都非常重视。于是，素质拓展这门课程应运而生了。</w:t>
      </w:r>
      <w:r>
        <w:rPr>
          <w:lang w:eastAsia="zh-CN"/>
        </w:rPr>
        <w:br/>
      </w:r>
      <w:r>
        <w:rPr>
          <w:lang w:eastAsia="zh-CN"/>
        </w:rPr>
        <w:t>　　所谓素质拓展，又称拓展训练，以培养合作意识与进取精神为宗旨，通过创意独特的户外体验式活动，激发组员的潜力，增加团队活力、创造力和凝聚力，达到提升团队实力的目的。</w:t>
      </w:r>
      <w:r>
        <w:rPr>
          <w:lang w:eastAsia="zh-CN"/>
        </w:rPr>
        <w:br/>
      </w:r>
    </w:p>
    <w:p w:rsidR="001B1F19" w14:textId="27C3F48A">
      <w:pPr>
        <w:rPr>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出于以上目的，我们财管111班在指导老师的带领下，利用一上午的时间开展了这次素质拓展训练，地点就在我们齐大中区篮球场。这次素质拓展训练主要分两个步骤：活动前的准备工作;活动的顺利进行。素质拓展训练的主要过程如下：</w:t>
      </w:r>
      <w:r>
        <w:rPr>
          <w:lang w:eastAsia="zh-CN"/>
        </w:rPr>
        <w:br/>
      </w:r>
      <w:r>
        <w:rPr>
          <w:lang w:eastAsia="zh-CN"/>
        </w:rPr>
        <w:t>　　1、取训练工具。我和班长几个人按照老师吩咐，提前十分钟到中主414取了素质拓展训练所需要的工具，主要是竹竿和布条。</w:t>
      </w:r>
      <w:r>
        <w:rPr>
          <w:lang w:eastAsia="zh-CN"/>
        </w:rPr>
        <w:br/>
      </w:r>
      <w:r>
        <w:rPr>
          <w:lang w:eastAsia="zh-CN"/>
        </w:rPr>
        <w:t>　　2、集合。要求所有参与人员于早上7点30分于中区篮球场集合，通过这一项，来增强每个学生的时间观念，以便在今后的工作与学习中能够做一个能守时的人，这能提高别人对你的初印象，能够使你的工作和学习更加得心应手。同时，这项活动也能来提高参与人员的纪律性，便于整个活动的顺利展开，以及以后能够培养严于律己的性格，增强自己的人格魅力。</w:t>
      </w:r>
      <w:r>
        <w:rPr>
          <w:lang w:eastAsia="zh-CN"/>
        </w:rPr>
        <w:br/>
      </w:r>
      <w:r>
        <w:rPr>
          <w:lang w:eastAsia="zh-CN"/>
        </w:rPr>
        <w:t>　　3、分组。为了保证游戏的公平性，我们按照老师的安排把班级的人按照男女比例合理地分成了三个小组，每组4男10女。一方面有利于男女之间相互配合、互补不足，同时也能培养大家人际交往方面的技巧，为以后更好地处理人际关系;另一方面平均分配男女组员能够更好地保证比赛的公平性。</w:t>
      </w:r>
      <w:r>
        <w:rPr>
          <w:lang w:eastAsia="zh-CN"/>
        </w:rPr>
        <w:br/>
      </w:r>
      <w:r>
        <w:rPr>
          <w:lang w:eastAsia="zh-CN"/>
        </w:rPr>
        <w:t>　　4、模拟练习。为了让大家更好地进行素质拓展训练，老师给了我们一个小时的模拟时间，让队员们相互磨合，打破彼此心里的隔阂，以便比赛时能够得心应手。同时，也能够选出最适合参加此项比赛的组员，从而确定比赛组员名单。</w:t>
      </w:r>
      <w:r>
        <w:rPr>
          <w:lang w:eastAsia="zh-CN"/>
        </w:rPr>
        <w:br/>
      </w:r>
      <w:r>
        <w:rPr>
          <w:lang w:eastAsia="zh-CN"/>
        </w:rPr>
        <w:t>　　5、组建。这个环节各组通过讨论选出自己的组长、挑选出参赛组员。随后由组长进行剩余人员进行后勤工作的安排，以确保比赛时本小组能够达到最好状态，取得优异的成绩。</w:t>
      </w:r>
      <w:r>
        <w:rPr>
          <w:lang w:eastAsia="zh-CN"/>
        </w:rPr>
        <w:br/>
      </w:r>
    </w:p>
    <w:p w:rsidR="001B1F19" w14:textId="27C3F48A">
      <w:pPr>
        <w:rPr>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6、正式比赛。我们各小组各自到了老师指定地点，等待老师的出发口令。当老师数完1、2、3时，各小组就开始比赛，随着老师口令的下达，以1为左脚，2为右脚为口号，开始了我们的比赛。刚开始我们小组状态挺好。但是，由于我没有弄清楚比赛规则，以至</w:t>
      </w:r>
      <w:r>
        <w:rPr>
          <w:lang w:eastAsia="zh-CN"/>
        </w:rPr>
        <w:br/>
      </w:r>
      <w:r>
        <w:rPr>
          <w:lang w:eastAsia="zh-CN"/>
        </w:rPr>
        <w:t>　　于输掉了比赛，落后了其他两个小组。虽然我们没有取得优异的成绩，但是我们也在团队意识方面得到了锻炼。同时，也让我们学会了相互包容、相互理解，因为比赛输了，大家并没有怪我，反而安慰我起来。这无疑让内心自责的我得到一丝宽慰。所以，我非常感谢大家能够包容我。</w:t>
      </w:r>
      <w:r>
        <w:rPr>
          <w:lang w:eastAsia="zh-CN"/>
        </w:rPr>
        <w:br/>
      </w:r>
    </w:p>
    <w:p w:rsidR="001B1F19" w14:textId="27C3F48A">
      <w:pPr>
        <w:rPr>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7、赛后总结。通过这次比赛我们不仅仅收获了喜悦，更收获了人生中最宝贵的财富。那就是积极向上的人生态度和团结协作的能力。但是，作为组长我不得不承认这次比赛不是太完美。首先，在赛前模拟阶段，我出于对大家的照顾，没有很好地选择最好的队员上场参加比赛。造成了我们失去了宝贵的模拟时间，在第一步上失去了先机。其次，在比赛开始之前，我由于李老师过远没能听清楚比赛的规则，误以为我们比赛场地是两个篮球场，所以在比赛时没有起到组长的带头作用，害得我们小组落后，对此我对我们每个组员都非常抱歉，辜负了大家对我的信任。所以，我得出这样一个教训：生活有时就是一场比赛，我们也生活在一个集体、一个组织当中，尽管每个人的努力都非常重要，但是一个集体、一个组织的带头人往往能影响大局。所以我们今后如果要想成为一个组织的核心人物，就必须不断完善自己，让自己拥有这样的能力，这样这个集体才能不断壮大，不断成长。通过这次训练，使我受益匪浅，终生难忘。经过此次素质拓展训练，激发了广大同学自身的潜能，提高了自身的心理素质，增强了自己的自信心和团队意识，使每个人能够超越自我，经受住了严峻的考验。我相信在以后的学习和生活当中，这种积极进取努力拼搏的态度和团结协作的作风，能使我们在每一个集体中都能勇于面对一切困难，敢于担当，能使我们今后的人生之路走得更好。此外，让我们懂得了生存之道，组织协调之道。这无疑为我以后在组织相关活动中提供有益借鉴。</w:t>
      </w:r>
      <w:r>
        <w:rPr>
          <w:lang w:eastAsia="zh-CN"/>
        </w:rPr>
        <w:br/>
      </w:r>
      <w:r>
        <w:rPr>
          <w:lang w:eastAsia="zh-CN"/>
        </w:rPr>
        <w:t xml:space="preserve">    户外素质拓展活动总结 篇5 </w:t>
      </w:r>
      <w:r>
        <w:rPr>
          <w:lang w:eastAsia="zh-CN"/>
        </w:rPr>
        <w:br/>
      </w:r>
      <w:r>
        <w:rPr>
          <w:lang w:eastAsia="zh-CN"/>
        </w:rPr>
        <w:t>　　新学期伊始，经会计学院团委各部门通力合作，我院第一期大学生户外素质拓展活动于3月20号在北区田径场顺利举行并画上了圆满的句号。</w:t>
      </w:r>
      <w:r>
        <w:rPr>
          <w:lang w:eastAsia="zh-CN"/>
        </w:rPr>
        <w:br/>
      </w:r>
      <w:r>
        <w:rPr>
          <w:lang w:eastAsia="zh-CN"/>
        </w:rPr>
        <w:t>　　大学生素质拓展活动是以开发大学生人力资源为着力点，进一步整合并深化教学主渠道，并促进学生提高综合素质的各种活动和工作项目，在“思想政治与道德素养”、“社会实践与志愿服务”、“科技学术与创新创业”、“文体艺术与身心发展”、“社团活动与社会工作”、“技能培训”等六个方面引导广大学生完善智能结构，帮助同学们全面成长成才的素质教育工程。</w:t>
      </w:r>
      <w:r>
        <w:rPr>
          <w:lang w:eastAsia="zh-CN"/>
        </w:rPr>
        <w:br/>
      </w:r>
    </w:p>
    <w:p w:rsidR="001B1F19" w14:textId="27C3F48A">
      <w:pPr>
        <w:rPr>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在本次大学生素质拓展活动中，我们充分根据实际情况，设计规划出了一系列活动项目，如：四人三步走，七人六点跃，合力吹气球，百发百中等小游戏。由于这是团委第一次承办此类活动，所以作为试行，我们只邀请了会计学院团委主要学生干部参加第一期的活动。</w:t>
      </w:r>
      <w:r>
        <w:rPr>
          <w:lang w:eastAsia="zh-CN"/>
        </w:rPr>
        <w:br/>
      </w:r>
      <w:r>
        <w:rPr>
          <w:lang w:eastAsia="zh-CN"/>
        </w:rPr>
        <w:t>　　经全体成员的努力，本次活动办的很成功。整个活动主要以简单易行且极具趣味性的游戏为主，同学们在游戏过程中都能充分地认识到自身潜能，增强自信心，改善自身形象;而且克服心理惰性，磨练战胜困难的毅力;启发想象力与创造力，提高解决问题的能力;由于我们做到了每个人都参与到了其中，让每一位同学都认识到群体的作用，增进对集体的参与意识与责任心;改善人际关系，学会关心，更为融洽地与群体合作。而经过这次活动，我们也确实达到了预定的要求和目标，同学们在玩的同时也学习到很多东西。</w:t>
      </w:r>
      <w:r>
        <w:rPr>
          <w:lang w:eastAsia="zh-CN"/>
        </w:rPr>
        <w:br/>
      </w:r>
      <w:r>
        <w:rPr>
          <w:lang w:eastAsia="zh-CN"/>
        </w:rPr>
        <w:t>　　这次活动，在一定程度上来说我们是达到了预定的目标的，但同时也暴露了一些问题。在活动结束时，团委书记罗维老师在对同学们的`讲话中指出了我们的不足之处。首先我们缺少了一个幽默风趣，足智多谋能够担起重任的主持人;而后，由于我们活动是以小组为单位进行的，导致我们一些同学在活动中就过于关注自己所在队伍，而忽视其他队伍在活动中的表现。罗书记指出，这次活动办的是很成功的，并希望我们能将这个活动办的越来越大，活动项目越来越丰富。要把这个大学生户外素质拓展活动办成我们会计学院发展第二课堂的主要阵地，办成我们会计学院的品牌项目。</w:t>
      </w:r>
      <w:r>
        <w:rPr>
          <w:lang w:eastAsia="zh-CN"/>
        </w:rPr>
        <w:br/>
      </w:r>
    </w:p>
    <w:p w:rsidR="001B1F19" w14:textId="27C3F48A">
      <w:pPr>
        <w:rPr>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有了这次活动的成功经验，我们会计学院的第二期大学生户外素质拓展活动也将在不久后举行。并且我们会不断地壮大这个队伍，而且在不断的创新中把大学生户外素质拓展这项活动办的越来越好。打造成我们会计学院的品牌项目，吸引更多的同学和其他二级学院的同学加入。</w:t>
      </w:r>
      <w:r>
        <w:rPr>
          <w:lang w:eastAsia="zh-CN"/>
        </w:rPr>
        <w:br/>
      </w:r>
      <w:r>
        <w:rPr>
          <w:lang w:eastAsia="zh-CN"/>
        </w:rPr>
        <w:t xml:space="preserve">    户外素质拓展活动总结 篇6 </w:t>
      </w:r>
      <w:r>
        <w:rPr>
          <w:lang w:eastAsia="zh-CN"/>
        </w:rPr>
        <w:br/>
      </w:r>
      <w:r>
        <w:rPr>
          <w:lang w:eastAsia="zh-CN"/>
        </w:rPr>
        <w:t>　　素质拓展就是将素质拓展学分化，主要负责全院学生的学分管理，发布学院学生会承办的各项活动信息并对其进行监督，我们始终保持着公平、公正的原则。素拓系统为同学们带来校园最新的动态，使同学们了解各色活动的具体开展时间并根据个人喜好积极参加活动，德智体美劳全面发展。</w:t>
      </w:r>
      <w:r>
        <w:rPr>
          <w:lang w:eastAsia="zh-CN"/>
        </w:rPr>
        <w:br/>
      </w:r>
      <w:r>
        <w:rPr>
          <w:lang w:eastAsia="zh-CN"/>
        </w:rPr>
        <w:t>　　素质拓展现状：在文体艺术与身心发展发面负责发布了各种院系文体活动，并从中监督认证，为同学们加上了每次参加活动的'学分，充分实现素质拓展学分化。在思想政治与道德素养方面对09、10级的同学我们已经完成了多次认证。其中，09级完成了3次，10级完成了2次。在社会实践与志愿服务上我们也进行了相应的学分认证。除此之外，我们成功举办了三次科研训练。</w:t>
      </w:r>
      <w:r>
        <w:rPr>
          <w:lang w:eastAsia="zh-CN"/>
        </w:rPr>
        <w:br/>
      </w:r>
      <w:r>
        <w:rPr>
          <w:lang w:eastAsia="zh-CN"/>
        </w:rPr>
        <w:t>　　当然，素质拓展管理系统依然不够完善，但今后我们会：</w:t>
      </w:r>
      <w:r>
        <w:rPr>
          <w:lang w:eastAsia="zh-CN"/>
        </w:rPr>
        <w:br/>
      </w:r>
      <w:r>
        <w:rPr>
          <w:lang w:eastAsia="zh-CN"/>
        </w:rPr>
        <w:t>　　1、为了素质拓展的更有价值，得到同学们的跟多支持和认可应该加大对素质拓展学分化的宣传。</w:t>
      </w:r>
      <w:r>
        <w:rPr>
          <w:lang w:eastAsia="zh-CN"/>
        </w:rPr>
        <w:br/>
      </w:r>
      <w:r>
        <w:rPr>
          <w:lang w:eastAsia="zh-CN"/>
        </w:rPr>
        <w:t>　　2、通过团支部的成员加深同学对素质拓展工作进一步了解，了解素质拓展公平公正的工作态度，了解素质拓展工作的重要性，让所有同学更多的接触到素质拓展系统，真正意识到素质拓展的重要性以及其深远意义。</w:t>
      </w:r>
      <w:r>
        <w:rPr>
          <w:lang w:eastAsia="zh-CN"/>
        </w:rPr>
        <w:br/>
      </w:r>
    </w:p>
    <w:p w:rsidR="001B1F19" w14:textId="27C3F48A">
      <w:pPr>
        <w:rPr>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素质拓展是除了进一步整合并深化教学主渠道外有助于学生提高综合素质的各种活动和工作项目，在“思想政治与道德素养”、“社会实践与志愿服务”、“科技学术与创新创业”、“文体艺术与身心发展”、“社团活动与社会工作”、“技能培训”等六个方面引导广大学生完善智能结构，帮助同学们全面成长成才的素质教育工程。</w:t>
      </w:r>
      <w:r>
        <w:rPr>
          <w:lang w:eastAsia="zh-CN"/>
        </w:rPr>
        <w:br/>
      </w:r>
      <w:r>
        <w:rPr>
          <w:lang w:eastAsia="zh-CN"/>
        </w:rPr>
        <w:t>　　素质拓展管理系统对于我们大学生来说是非常有意义的，它促进我们当代大学生德、智、体、美、劳全面发展。也从侧面监督我们大学生进行人格魅力的培养，增强我们自己的软实力，而且它让我们变得全面变得强大，让我们这些在今后的学习、工作、生活中立于不败之地。素质拓展工作建设任重而道远，所以我们的工作还将面临诸多新情况和新挑战，只有不断学习，不断开拓进取，并改进工作方法，积极提高个人工作能力，进一步增强岗位意识和责任意识，充分发挥素拓干部在学生组织中的重要作用，一步一个脚印、扎扎实实地工作，力争将我院素质拓展工作推上新的台阶，打开崭新的一页。</w:t>
      </w:r>
      <w:r>
        <w:rPr>
          <w:lang w:eastAsia="zh-CN"/>
        </w:rPr>
        <w:br/>
      </w:r>
      <w:r>
        <w:rPr>
          <w:lang w:eastAsia="zh-CN"/>
        </w:rPr>
        <w:t xml:space="preserve">    户外素质拓展活动总结 篇7 </w:t>
      </w:r>
      <w:r>
        <w:rPr>
          <w:lang w:eastAsia="zh-CN"/>
        </w:rPr>
        <w:br/>
      </w:r>
      <w:r>
        <w:rPr>
          <w:lang w:eastAsia="zh-CN"/>
        </w:rPr>
        <w:t>　　时光飞逝，不知不觉间已临近20__年，回顾担任素质拓展部部长的这几个月，经过部里各个成员的共同努力，素质拓展部取得了可喜的成绩，部里各个成员也得到了很大提高。</w:t>
      </w:r>
      <w:r>
        <w:rPr>
          <w:lang w:eastAsia="zh-CN"/>
        </w:rPr>
        <w:br/>
      </w:r>
      <w:r>
        <w:rPr>
          <w:lang w:eastAsia="zh-CN"/>
        </w:rPr>
        <w:t>　　一、“三评”工作</w:t>
      </w:r>
      <w:r>
        <w:rPr>
          <w:lang w:eastAsia="zh-CN"/>
        </w:rPr>
        <w:br/>
      </w:r>
    </w:p>
    <w:p w:rsidR="001B1F19" w14:textId="27C3F48A">
      <w:pPr>
        <w:rPr>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开学初经过部里各个成员的团结合作，以及各班团支书的积极配合我们部以最快的速度，最准确的精度评选出了奖学金、三好学生和优秀学生干部，通过提前细致认真的准备，以最少的错误填写完了奖学金、三好以及优干的证书，并且一本不差的发到本人手中。奖学金的评定过程让我学会做事前先思考，思路清晰后再做事会事半功倍。在评定时步步保存会为后续工作带来不少方便。</w:t>
      </w:r>
      <w:r>
        <w:rPr>
          <w:lang w:eastAsia="zh-CN"/>
        </w:rPr>
        <w:br/>
      </w:r>
      <w:r>
        <w:rPr>
          <w:lang w:eastAsia="zh-CN"/>
        </w:rPr>
        <w:t>　　二、有关综评分的相关工作</w:t>
      </w:r>
      <w:r>
        <w:rPr>
          <w:lang w:eastAsia="zh-CN"/>
        </w:rPr>
        <w:br/>
      </w:r>
      <w:r>
        <w:rPr>
          <w:lang w:eastAsia="zh-CN"/>
        </w:rPr>
        <w:t>　　经过和辅导员以及各部部长的协商，我们部在旧综评条例的基础上去粗存精，使条例进一步细化，加分进一步明朗化，便于各部部长加分表的填写，也使我们部的工作流程进一步清晰化，为以后的工作提供了方便。在担任素质拓展部部长期间也让我认识了很多同学，了解了更多方面的事，使自己的视野更加宽阔，在交际和为人处世方面也有了一定的提高。同时也让我意识到自己的责任，要公正的处理综评分，让我们部值得同学信任。</w:t>
      </w:r>
      <w:r>
        <w:rPr>
          <w:lang w:eastAsia="zh-CN"/>
        </w:rPr>
        <w:br/>
      </w:r>
      <w:r>
        <w:rPr>
          <w:lang w:eastAsia="zh-CN"/>
        </w:rPr>
        <w:t>　　三、关于素质拓展证书的工作</w:t>
      </w:r>
      <w:r>
        <w:rPr>
          <w:lang w:eastAsia="zh-CN"/>
        </w:rPr>
        <w:br/>
      </w:r>
      <w:r>
        <w:rPr>
          <w:lang w:eastAsia="zh-CN"/>
        </w:rPr>
        <w:t>　　通过整理素质拓展证书让部内成员对证书有了一定的了解，并且统计了缺证书同学的名单，为补办证书提供了很多方便，保证了每位同学都人手一本，并且依照学校下发的证书填写规范给团支书开会详细的讲解证书的填写，减少了证书填写的出错率。</w:t>
      </w:r>
      <w:r>
        <w:rPr>
          <w:lang w:eastAsia="zh-CN"/>
        </w:rPr>
        <w:br/>
      </w:r>
      <w:r>
        <w:rPr>
          <w:lang w:eastAsia="zh-CN"/>
        </w:rPr>
        <w:t>　　另外由于经验的不足也使我们在工作中出现很多失误；</w:t>
      </w:r>
      <w:r>
        <w:rPr>
          <w:lang w:eastAsia="zh-CN"/>
        </w:rPr>
        <w:br/>
      </w:r>
      <w:r>
        <w:rPr>
          <w:lang w:eastAsia="zh-CN"/>
        </w:rPr>
        <w:t>　　三评过程中过于重视结果，一旦结果出错将无从查起，以后做事一定要细化每个环节；</w:t>
      </w:r>
      <w:r>
        <w:rPr>
          <w:lang w:eastAsia="zh-CN"/>
        </w:rPr>
        <w:br/>
      </w:r>
    </w:p>
    <w:p w:rsidR="001B1F19" w14:textId="27C3F48A">
      <w:pPr>
        <w:rPr>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证书填写前自己要先想清楚，合理分工以减少出错率。学生会各部之间缺乏交流和沟通，以及自身沟通交流能力较弱，致使收、发加分表总不能按时完成，而且加分表的填写出了很多错误，以后每个月会针对加分表出现的填写错误做个总结，并及时传达给各部部长，以便减少出错率，使加分表的填写进一步规范化。</w:t>
      </w:r>
      <w:r>
        <w:rPr>
          <w:lang w:eastAsia="zh-CN"/>
        </w:rPr>
        <w:br/>
      </w:r>
      <w:r>
        <w:rPr>
          <w:lang w:eastAsia="zh-CN"/>
        </w:rPr>
        <w:t>　　由于很多团支书都是新选的，所以他们对证书很不熟悉，我们部虽然讲解过证书填写时需注意的事项，但是很多方面还是有遗漏，所以在接下来的日子里我也会召集部内成员总结这次证书填写出现问题的原因，然后制定出方案去解决这个问题。确保下学期证书填写的顺利进行。</w:t>
      </w:r>
      <w:r>
        <w:rPr>
          <w:lang w:eastAsia="zh-CN"/>
        </w:rPr>
        <w:br/>
      </w:r>
      <w:r>
        <w:rPr>
          <w:lang w:eastAsia="zh-CN"/>
        </w:rPr>
        <w:t>　　回顾担任素质拓展部部长这几个月，尽管有时很累、有时很难过，但更多的是充实和快乐，也让我在无形中学到了很多方面的东西，变得更坚强、自立。我相信通过我们部每一位成员的团结互助，素质拓展部一定会在以后的日子里取得更多的更好的成绩。</w:t>
      </w:r>
      <w:r>
        <w:rPr>
          <w:lang w:eastAsia="zh-CN"/>
        </w:rPr>
        <w:br/>
      </w:r>
      <w:r>
        <w:rPr>
          <w:lang w:eastAsia="zh-CN"/>
        </w:rPr>
        <w:t xml:space="preserve">    户外素质拓展活动总结 篇8 </w:t>
      </w:r>
      <w:r>
        <w:rPr>
          <w:lang w:eastAsia="zh-CN"/>
        </w:rPr>
        <w:br/>
      </w:r>
      <w:r>
        <w:rPr>
          <w:lang w:eastAsia="zh-CN"/>
        </w:rPr>
        <w:t>　　转眼间这学期以接近尾声，而每在这个时节我们都是最忙的，我们不仅仅是忙着应付考试，更多的是想到这个寒假怎样锻炼自己，而我们比其他同学多学些什么。应为我们是团委是学生干部，所以我们要总结一下这学期的工作，对下一学期的工作做一些计划。我是生物工程2支部的素质拓展委员，这学期的工作我不多</w:t>
      </w:r>
      <w:r>
        <w:rPr>
          <w:lang w:eastAsia="zh-CN"/>
        </w:rPr>
        <w:br/>
      </w:r>
      <w:r>
        <w:rPr>
          <w:lang w:eastAsia="zh-CN"/>
        </w:rPr>
        <w:t>　　说，但还是感觉比较累，这学期的工作我分为以下几点：</w:t>
      </w:r>
      <w:r>
        <w:rPr>
          <w:lang w:eastAsia="zh-CN"/>
        </w:rPr>
        <w:br/>
      </w:r>
      <w:r>
        <w:rPr>
          <w:lang w:eastAsia="zh-CN"/>
        </w:rPr>
        <w:t>　　第一、关于创业升值大赛，我们班上的同学都很积极的参加，但是他们不是很了解，有创意的想法比较少，所以在比赛中没有拿到较好的成绩。</w:t>
      </w:r>
      <w:r>
        <w:rPr>
          <w:lang w:eastAsia="zh-CN"/>
        </w:rPr>
        <w:br/>
      </w:r>
    </w:p>
    <w:p w:rsidR="001B1F19" w14:textId="27C3F48A">
      <w:pPr>
        <w:rPr>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第二、关于“我心、我秀”这个节目中，我班做的不是很好，他们在这方面，不是很擅长但他们都在努力培养自己各方面的素质，我相信下一学期他们一定会有很大的进步。</w:t>
      </w:r>
      <w:r>
        <w:rPr>
          <w:lang w:eastAsia="zh-CN"/>
        </w:rPr>
        <w:br/>
      </w:r>
      <w:r>
        <w:rPr>
          <w:lang w:eastAsia="zh-CN"/>
        </w:rPr>
        <w:t>　　第三、在接下来的活动中我还在给他们宣传，希望他们越做越好，我一直认为我们2支部是最牛的。在接下来的工作中我一定会，想更多的主意创造舞台给同学们锻炼从各方面锻炼他们的素质，让他们拥有真真的本事，而不是纸上谈兵。我在这学期虽然努力了但我在许多方面还做的不够好，我想一定要思考自己的言行，做好带头作用把我们2支部创造成为全院最优秀的支部，我相信下学期的优秀支部一定是我们2支部。</w:t>
      </w:r>
      <w:r>
        <w:rPr>
          <w:lang w:eastAsia="zh-CN"/>
        </w:rPr>
        <w:br/>
      </w:r>
      <w:r>
        <w:rPr>
          <w:lang w:eastAsia="zh-CN"/>
        </w:rPr>
        <w:t>　　我支部虽然在本学期中工作开展的较好，但是还是有很多的缺陷，在每次活动中不够积极，我在工作很努力但是支部中不是很团结，把每次活动的目的没有认真的对待，所以活动没有取得应有的效果，我坚信在下学期的工作中我会不断的努力吧2支部建设的更加好。</w:t>
      </w:r>
      <w:r>
        <w:rPr>
          <w:lang w:eastAsia="zh-CN"/>
        </w:rPr>
        <w:br/>
      </w:r>
      <w:r>
        <w:rPr>
          <w:lang w:eastAsia="zh-CN"/>
        </w:rPr>
        <w:t xml:space="preserve">    户外素质拓展活动总结 篇9 </w:t>
      </w:r>
      <w:r>
        <w:rPr>
          <w:lang w:eastAsia="zh-CN"/>
        </w:rPr>
        <w:br/>
      </w:r>
      <w:r>
        <w:rPr>
          <w:lang w:eastAsia="zh-CN"/>
        </w:rPr>
        <w:t>　　1、干事培训会</w:t>
      </w:r>
      <w:r>
        <w:rPr>
          <w:lang w:eastAsia="zh-CN"/>
        </w:rPr>
        <w:br/>
      </w:r>
      <w:r>
        <w:rPr>
          <w:lang w:eastAsia="zh-CN"/>
        </w:rPr>
        <w:t>　　让我们彼此认识交流，对大学生志愿者联合会有了跟深入的了解。</w:t>
      </w:r>
      <w:r>
        <w:rPr>
          <w:lang w:eastAsia="zh-CN"/>
        </w:rPr>
        <w:br/>
      </w:r>
      <w:r>
        <w:rPr>
          <w:lang w:eastAsia="zh-CN"/>
        </w:rPr>
        <w:t>　　2、素质拓展</w:t>
      </w:r>
      <w:r>
        <w:rPr>
          <w:lang w:eastAsia="zh-CN"/>
        </w:rPr>
        <w:br/>
      </w:r>
    </w:p>
    <w:p w:rsidR="001B1F19" w14:textId="27C3F48A">
      <w:pPr>
        <w:rPr>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在增加了许多知识的同时，也及时发现了我们自己的不足与长处，更深刻体会到团队精神和领导组织能力的重要性，帮助我们提高认识自己，培养创新、应变、沟通、进取等素质，深层次挖掘个人潜能，提高处理人际关系和沟通协调能力，帮助我们培育机遇辨识能力、判断能力、管理能力和组织战略推进能力。</w:t>
      </w:r>
      <w:r>
        <w:rPr>
          <w:lang w:eastAsia="zh-CN"/>
        </w:rPr>
        <w:br/>
      </w:r>
      <w:r>
        <w:rPr>
          <w:lang w:eastAsia="zh-CN"/>
        </w:rPr>
        <w:t>　　3、篮球赛</w:t>
      </w:r>
      <w:r>
        <w:rPr>
          <w:lang w:eastAsia="zh-CN"/>
        </w:rPr>
        <w:br/>
      </w:r>
      <w:r>
        <w:rPr>
          <w:lang w:eastAsia="zh-CN"/>
        </w:rPr>
        <w:t>　　优点：</w:t>
      </w:r>
      <w:r>
        <w:rPr>
          <w:lang w:eastAsia="zh-CN"/>
        </w:rPr>
        <w:br/>
      </w:r>
      <w:r>
        <w:rPr>
          <w:lang w:eastAsia="zh-CN"/>
        </w:rPr>
        <w:t>　　（1）、活动策划准备的比较详细，比赛安排较为合理。</w:t>
      </w:r>
      <w:r>
        <w:rPr>
          <w:lang w:eastAsia="zh-CN"/>
        </w:rPr>
        <w:br/>
      </w:r>
      <w:r>
        <w:rPr>
          <w:lang w:eastAsia="zh-CN"/>
        </w:rPr>
        <w:t>　　（2）、物资准备充足。</w:t>
      </w:r>
      <w:r>
        <w:rPr>
          <w:lang w:eastAsia="zh-CN"/>
        </w:rPr>
        <w:br/>
      </w:r>
      <w:r>
        <w:rPr>
          <w:lang w:eastAsia="zh-CN"/>
        </w:rPr>
        <w:t>　　（3）、各个学院都积极参加活动，促进了同学间的交流认识，怎近了彼此间深厚的情谊。</w:t>
      </w:r>
      <w:r>
        <w:rPr>
          <w:lang w:eastAsia="zh-CN"/>
        </w:rPr>
        <w:br/>
      </w:r>
      <w:r>
        <w:rPr>
          <w:lang w:eastAsia="zh-CN"/>
        </w:rPr>
        <w:t>　　（4）、锻炼了干事，提高了干事的工作能力。</w:t>
      </w:r>
      <w:r>
        <w:rPr>
          <w:lang w:eastAsia="zh-CN"/>
        </w:rPr>
        <w:br/>
      </w:r>
      <w:r>
        <w:rPr>
          <w:lang w:eastAsia="zh-CN"/>
        </w:rPr>
        <w:t>　　缺点：</w:t>
      </w:r>
      <w:r>
        <w:rPr>
          <w:lang w:eastAsia="zh-CN"/>
        </w:rPr>
        <w:br/>
      </w:r>
      <w:r>
        <w:rPr>
          <w:lang w:eastAsia="zh-CN"/>
        </w:rPr>
        <w:t>　　（1）、活动策划部周密，有些地方需要改进。活动规则制定的不详细，打比赛时各种规则，裁判也不知道怎么吹哨了。</w:t>
      </w:r>
      <w:r>
        <w:rPr>
          <w:lang w:eastAsia="zh-CN"/>
        </w:rPr>
        <w:br/>
      </w:r>
      <w:r>
        <w:rPr>
          <w:lang w:eastAsia="zh-CN"/>
        </w:rPr>
        <w:t>　　（2）、各个学院情绪不高，组织不力。明明下午有比赛，比赛开始了人却还没有到。</w:t>
      </w:r>
      <w:r>
        <w:rPr>
          <w:lang w:eastAsia="zh-CN"/>
        </w:rPr>
        <w:br/>
      </w:r>
      <w:r>
        <w:rPr>
          <w:lang w:eastAsia="zh-CN"/>
        </w:rPr>
        <w:t>　　（3）、缺少应急小分队，对所出现的意外情况没有做出正确的预判。导致出现了不和谐的意外情况。</w:t>
      </w:r>
      <w:r>
        <w:rPr>
          <w:lang w:eastAsia="zh-CN"/>
        </w:rPr>
        <w:br/>
      </w:r>
      <w:r>
        <w:rPr>
          <w:lang w:eastAsia="zh-CN"/>
        </w:rPr>
        <w:t>　　（4）、干事对所负责的工作不了解，工作交接不到位。自己负责的学院打比赛却没有到场。</w:t>
      </w:r>
      <w:r>
        <w:rPr>
          <w:lang w:eastAsia="zh-CN"/>
        </w:rPr>
        <w:br/>
      </w:r>
      <w:r>
        <w:rPr>
          <w:lang w:eastAsia="zh-CN"/>
        </w:rPr>
        <w:t>　　感悟：</w:t>
      </w:r>
      <w:r>
        <w:rPr>
          <w:lang w:eastAsia="zh-CN"/>
        </w:rPr>
        <w:br/>
      </w:r>
      <w:r>
        <w:rPr>
          <w:lang w:eastAsia="zh-CN"/>
        </w:rPr>
        <w:t>　　这次活动总起来说还不错，大家玩的还都挺开心的。其中巴的不足我们一定会改进，优点继续传承发扬。</w:t>
      </w:r>
      <w:r>
        <w:rPr>
          <w:lang w:eastAsia="zh-CN"/>
        </w:rPr>
        <w:br/>
      </w:r>
    </w:p>
    <w:p w:rsidR="001B1F19" w14:textId="27C3F48A">
      <w:pPr>
        <w:rPr>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4、山东科技大学20__年秋季招聘会</w:t>
      </w:r>
      <w:r>
        <w:rPr>
          <w:lang w:eastAsia="zh-CN"/>
        </w:rPr>
        <w:br/>
      </w:r>
      <w:r>
        <w:rPr>
          <w:lang w:eastAsia="zh-CN"/>
        </w:rPr>
        <w:t>　　活动优点</w:t>
      </w:r>
      <w:r>
        <w:rPr>
          <w:lang w:eastAsia="zh-CN"/>
        </w:rPr>
        <w:br/>
      </w:r>
      <w:r>
        <w:rPr>
          <w:lang w:eastAsia="zh-CN"/>
        </w:rPr>
        <w:t>　　（1）组织力很强，活动当天一大早所有干事就到了北门，随即开始摆放展牌等相关物品，学姐也给我们分好了工，所以没有一丝耽搁就开始了。</w:t>
      </w:r>
      <w:r>
        <w:rPr>
          <w:lang w:eastAsia="zh-CN"/>
        </w:rPr>
        <w:br/>
      </w:r>
      <w:r>
        <w:rPr>
          <w:lang w:eastAsia="zh-CN"/>
        </w:rPr>
        <w:t>　　（2）交接人员及时到位，交接很顺利。</w:t>
      </w:r>
      <w:r>
        <w:rPr>
          <w:lang w:eastAsia="zh-CN"/>
        </w:rPr>
        <w:br/>
      </w:r>
      <w:r>
        <w:rPr>
          <w:lang w:eastAsia="zh-CN"/>
        </w:rPr>
        <w:t>　　活动不足</w:t>
      </w:r>
      <w:r>
        <w:rPr>
          <w:lang w:eastAsia="zh-CN"/>
        </w:rPr>
        <w:br/>
      </w:r>
      <w:r>
        <w:rPr>
          <w:lang w:eastAsia="zh-CN"/>
        </w:rPr>
        <w:t>　　（1）由于北大门车辆、人员较少，所以一开始大家聚集在一起，显得有些拥挤、不协调，不过随后就分散到了两边，问题得到了及时的解决。</w:t>
      </w:r>
      <w:r>
        <w:rPr>
          <w:lang w:eastAsia="zh-CN"/>
        </w:rPr>
        <w:br/>
      </w:r>
      <w:r>
        <w:rPr>
          <w:lang w:eastAsia="zh-CN"/>
        </w:rPr>
        <w:t>　　（2）志愿者绶带不够，给活动人员带来了不便。</w:t>
      </w:r>
      <w:r>
        <w:rPr>
          <w:lang w:eastAsia="zh-CN"/>
        </w:rPr>
        <w:br/>
      </w:r>
      <w:r>
        <w:rPr>
          <w:lang w:eastAsia="zh-CN"/>
        </w:rPr>
        <w:t>　　解决方法：及时向各学院要回绶带，以备不时之需。</w:t>
      </w:r>
      <w:r>
        <w:rPr>
          <w:lang w:eastAsia="zh-CN"/>
        </w:rPr>
        <w:br/>
      </w:r>
      <w:r>
        <w:rPr>
          <w:lang w:eastAsia="zh-CN"/>
        </w:rPr>
        <w:t>　　活动感受:</w:t>
      </w:r>
      <w:r>
        <w:rPr>
          <w:lang w:eastAsia="zh-CN"/>
        </w:rPr>
        <w:br/>
      </w:r>
      <w:r>
        <w:rPr>
          <w:lang w:eastAsia="zh-CN"/>
        </w:rPr>
        <w:t>　　在这次活动中，我体会到了志愿者的不易，早早起来后还要在风口站着，不过在到了办公室后看到学姐学长们都已经到齐了，</w:t>
      </w:r>
      <w:r>
        <w:rPr>
          <w:lang w:eastAsia="zh-CN"/>
        </w:rPr>
        <w:br/>
      </w:r>
      <w:r>
        <w:rPr>
          <w:lang w:eastAsia="zh-CN"/>
        </w:rPr>
        <w:t>　　我感到很吃惊、还有愧疚。原来大家都比我快，自己的确需要进一步提高。在活动中，我与外宣的干事也有了很好的交流，在寒风中，大家似乎都更容易交流，说着话，似乎身上也不那么冷了。在寒风中站着，真正接待的企业却很少，不过应聘的学生挺多的，我接待了六人，有的人态度好，有的人却对我们的招聘会冷嘲热讽，不过和善的人还是占大多数的。</w:t>
      </w:r>
      <w:r>
        <w:rPr>
          <w:lang w:eastAsia="zh-CN"/>
        </w:rPr>
        <w:br/>
      </w:r>
      <w:r>
        <w:rPr>
          <w:lang w:eastAsia="zh-CN"/>
        </w:rPr>
        <w:t>　　5、志愿者晚会</w:t>
      </w:r>
      <w:r>
        <w:rPr>
          <w:lang w:eastAsia="zh-CN"/>
        </w:rPr>
        <w:br/>
      </w:r>
    </w:p>
    <w:p w:rsidR="001B1F19" w14:textId="27C3F48A">
      <w:pPr>
        <w:rPr>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优点:</w:t>
      </w:r>
      <w:r>
        <w:rPr>
          <w:lang w:eastAsia="zh-CN"/>
        </w:rPr>
        <w:br/>
      </w:r>
      <w:r>
        <w:rPr>
          <w:lang w:eastAsia="zh-CN"/>
        </w:rPr>
        <w:t>　　（1）、活动传承往年晚会的惯例，构思较为充分，对各个志愿者部门、公益组织有重要意义。</w:t>
      </w:r>
      <w:r>
        <w:rPr>
          <w:lang w:eastAsia="zh-CN"/>
        </w:rPr>
        <w:br/>
      </w:r>
      <w:r>
        <w:rPr>
          <w:lang w:eastAsia="zh-CN"/>
        </w:rPr>
        <w:t>　　（2）、活动准备阶段较为充分，每一位参与人员都积极参与，尽职尽责完成属于自己的任务。</w:t>
      </w:r>
      <w:r>
        <w:rPr>
          <w:lang w:eastAsia="zh-CN"/>
        </w:rPr>
        <w:br/>
      </w:r>
      <w:r>
        <w:rPr>
          <w:lang w:eastAsia="zh-CN"/>
        </w:rPr>
        <w:t>　　（3）、舞台布臵亮丽夺目，晚会主题鲜明。</w:t>
      </w:r>
      <w:r>
        <w:rPr>
          <w:lang w:eastAsia="zh-CN"/>
        </w:rPr>
        <w:br/>
      </w:r>
      <w:r>
        <w:rPr>
          <w:lang w:eastAsia="zh-CN"/>
        </w:rPr>
        <w:t>　　（4）、各个学院也积极参与。</w:t>
      </w:r>
      <w:r>
        <w:rPr>
          <w:lang w:eastAsia="zh-CN"/>
        </w:rPr>
        <w:br/>
      </w:r>
      <w:r>
        <w:rPr>
          <w:lang w:eastAsia="zh-CN"/>
        </w:rPr>
        <w:t>　　（5）、晚会过程中大家都比较级，都想好好的把晚会办得更好。向观众展示了志愿者的青春活力。</w:t>
      </w:r>
      <w:r>
        <w:rPr>
          <w:lang w:eastAsia="zh-CN"/>
        </w:rPr>
        <w:br/>
      </w:r>
      <w:r>
        <w:rPr>
          <w:lang w:eastAsia="zh-CN"/>
        </w:rPr>
        <w:t>　　缺点：</w:t>
      </w:r>
      <w:r>
        <w:rPr>
          <w:lang w:eastAsia="zh-CN"/>
        </w:rPr>
        <w:br/>
      </w:r>
      <w:r>
        <w:rPr>
          <w:lang w:eastAsia="zh-CN"/>
        </w:rPr>
        <w:t>　　（1）、晚会的通知有滞后、不准确或延迟的情况，导致各个学院彩排时不能按时到场，甚至有的学院都不知道晚会的布局。</w:t>
      </w:r>
      <w:r>
        <w:rPr>
          <w:lang w:eastAsia="zh-CN"/>
        </w:rPr>
        <w:br/>
      </w:r>
      <w:r>
        <w:rPr>
          <w:lang w:eastAsia="zh-CN"/>
        </w:rPr>
        <w:t>　　（2）、会场安排的作为不足，有一部分观众是站着观看的。</w:t>
      </w:r>
      <w:r>
        <w:rPr>
          <w:lang w:eastAsia="zh-CN"/>
        </w:rPr>
        <w:br/>
      </w:r>
      <w:r>
        <w:rPr>
          <w:lang w:eastAsia="zh-CN"/>
        </w:rPr>
        <w:t>　　(3)、物质准备不充分，麦克风安排不合理晚会过程中曾出现演出人员没有麦克风的现象。</w:t>
      </w:r>
      <w:r>
        <w:rPr>
          <w:lang w:eastAsia="zh-CN"/>
        </w:rPr>
        <w:br/>
      </w:r>
      <w:r>
        <w:rPr>
          <w:lang w:eastAsia="zh-CN"/>
        </w:rPr>
        <w:t>　　(4)、晚会曾出现过混乱局面，应急小组准备的不够充分。感悟：</w:t>
      </w:r>
      <w:r>
        <w:rPr>
          <w:lang w:eastAsia="zh-CN"/>
        </w:rPr>
        <w:br/>
      </w:r>
      <w:r>
        <w:rPr>
          <w:lang w:eastAsia="zh-CN"/>
        </w:rPr>
        <w:t>　　我们拥有自己的舞台，展示属于我们自己的快乐。向世人展示了我们青年志愿者的另一面。不仅仅在马路上、募捐箱、救灾现场〃〃〃〃〃〃有我们的身影。在舞台上也有属于我们自己的青春旋律。所谓我绽放我快乐我付出我快乐。祝福我们下一年的晚会会办的更加完美。以上是我在山东科技大学第一学年所经历的活动，总结如上。</w:t>
      </w:r>
      <w:r>
        <w:rPr>
          <w:lang w:eastAsia="zh-CN"/>
        </w:rPr>
        <w:br/>
      </w:r>
    </w:p>
    <w:p w:rsidR="001B1F19" w14:textId="27C3F48A">
      <w:pPr>
        <w:rPr>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山东科技大学大学生志愿者联合会</w:t>
      </w:r>
      <w:r>
        <w:rPr>
          <w:lang w:eastAsia="zh-CN"/>
        </w:rPr>
        <w:br/>
      </w:r>
      <w:r>
        <w:rPr>
          <w:lang w:eastAsia="zh-CN"/>
        </w:rPr>
        <w:t xml:space="preserve">    户外素质拓展活动总结 篇10 </w:t>
      </w:r>
      <w:r>
        <w:rPr>
          <w:lang w:eastAsia="zh-CN"/>
        </w:rPr>
        <w:br/>
      </w:r>
      <w:r>
        <w:rPr>
          <w:lang w:eastAsia="zh-CN"/>
        </w:rPr>
        <w:t>　　这个月我系大学生素质拓展部的工作主要分为三个方面：第一，是素质拓展部的活动策划；二是，素质拓展部例会的召开；三是，收集整理学院其他部门的活动情况。</w:t>
      </w:r>
      <w:r>
        <w:rPr>
          <w:lang w:eastAsia="zh-CN"/>
        </w:rPr>
        <w:br/>
      </w:r>
      <w:r>
        <w:rPr>
          <w:lang w:eastAsia="zh-CN"/>
        </w:rPr>
        <w:t>　　具体的工作总结如下：</w:t>
      </w:r>
      <w:r>
        <w:rPr>
          <w:lang w:eastAsia="zh-CN"/>
        </w:rPr>
        <w:br/>
      </w:r>
      <w:r>
        <w:rPr>
          <w:lang w:eastAsia="zh-CN"/>
        </w:rPr>
        <w:t>　　1.四月中旬的中午，召开本部门的例会。对这学期的工作做了大致的安排：收集各部门开展的活动，开展本部自己的特色活动，以提升同学们的'技能为目的。</w:t>
      </w:r>
      <w:r>
        <w:rPr>
          <w:lang w:eastAsia="zh-CN"/>
        </w:rPr>
        <w:br/>
      </w:r>
      <w:r>
        <w:rPr>
          <w:lang w:eastAsia="zh-CN"/>
        </w:rPr>
        <w:t>　　2.四月月十八日中午，素质拓展部进行了本学期的第一次活动。使很都素质拓展委员更深入认识我们的工作，尤其是对大一的委员来说，收益颇多，对以后学院开展素质拓展活动有很大帮助。</w:t>
      </w:r>
      <w:r>
        <w:rPr>
          <w:lang w:eastAsia="zh-CN"/>
        </w:rPr>
        <w:br/>
      </w:r>
      <w:r>
        <w:rPr>
          <w:lang w:eastAsia="zh-CN"/>
        </w:rPr>
        <w:t>　　3.安排各班素拓委员对学院各班所收集到的活动进行分类汇总，并将最后成果于月末上交。收集的同时注意要对部门和部门工作进行宣传，以便以班级为单位开展认证工作。</w:t>
      </w:r>
      <w:r>
        <w:rPr>
          <w:lang w:eastAsia="zh-CN"/>
        </w:rPr>
        <w:br/>
      </w:r>
      <w:r>
        <w:rPr>
          <w:lang w:eastAsia="zh-CN"/>
        </w:rPr>
        <w:t>　　4.11级同学进入大学校园时间不长，对素质拓展不太了解。为了让新生对素质拓展有一个初步的认识，素质拓展部队新委员进行宣传教育。让大家了解介绍有关素质拓展方面的知识。</w:t>
      </w:r>
      <w:r>
        <w:rPr>
          <w:lang w:eastAsia="zh-CN"/>
        </w:rPr>
        <w:br/>
      </w:r>
      <w:r>
        <w:rPr>
          <w:lang w:eastAsia="zh-CN"/>
        </w:rPr>
        <w:t>　　5.本月素拓部开展的特色活动有一项：参加了有关艾滋病的宣传活动。</w:t>
      </w:r>
      <w:r>
        <w:rPr>
          <w:lang w:eastAsia="zh-CN"/>
        </w:rPr>
        <w:br/>
      </w:r>
      <w:r>
        <w:rPr>
          <w:lang w:eastAsia="zh-CN"/>
        </w:rPr>
        <w:t>　　6.每周二中午召开例会，向新委员介绍素质拓展部本周要开展的活动，并收集其他部门的活动情况。</w:t>
      </w:r>
      <w:r>
        <w:rPr>
          <w:lang w:eastAsia="zh-CN"/>
        </w:rPr>
        <w:br/>
      </w:r>
    </w:p>
    <w:p w:rsidR="001B1F19" w14:textId="27C3F48A">
      <w:pPr>
        <w:rPr>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xml:space="preserve">    户外素质拓展活动总结 篇11 </w:t>
      </w:r>
      <w:r>
        <w:rPr>
          <w:lang w:eastAsia="zh-CN"/>
        </w:rPr>
        <w:br/>
      </w:r>
      <w:r>
        <w:rPr>
          <w:lang w:eastAsia="zh-CN"/>
        </w:rPr>
        <w:t>　　10月30日下午2：00，生物工程学院学生会组织部在临江苑足球场举办了素质拓展活动，参加活动的有11级各班班长、团支书和生物工程学院团委的特邀嘉宾共60人，这次活动由特邀嘉宾员冬阳教练主持。良好的团队精神和积极进取的人生态度，是现代青年大学生应有的基本素质，也是现代青年大学生人格特质的两大核心内涵。本次活动通过设计独特的富有思想性、挑战性和趣味性的户外活动为背景，以达到提高队员组织、沟通和协作能力的目的。</w:t>
      </w:r>
      <w:r>
        <w:rPr>
          <w:lang w:eastAsia="zh-CN"/>
        </w:rPr>
        <w:br/>
      </w:r>
      <w:r>
        <w:rPr>
          <w:lang w:eastAsia="zh-CN"/>
        </w:rPr>
        <w:t>　　首先，这次素质拓展活动是创新的，是我们以前所没有接触过的，所以大家都很有新鲜感，并且员教练幽默风趣的语言和大家的积极参与，使活动现场的气氛一直很活跃。其次，同学们在高兴玩耍做游戏的同时，在员教练的思想引导下，认真地反思了自己与团队的协作、沟通是否到位，对生活是不是抱着积极地态度，对父母、亲人和朋友是否怀着一颗感恩的'心，这些对于我们人格的健康发展是有很大帮助的。</w:t>
      </w:r>
      <w:r>
        <w:rPr>
          <w:lang w:eastAsia="zh-CN"/>
        </w:rPr>
        <w:br/>
      </w:r>
      <w:r>
        <w:rPr>
          <w:lang w:eastAsia="zh-CN"/>
        </w:rPr>
        <w:t>　　但这次活动的前期工作做得不够充分，主持人也是临时选出来的，希望在以后的活动中能够把各种事项都安排到位，争取下次的活动能够办得越好。</w:t>
      </w:r>
      <w:r>
        <w:rPr>
          <w:lang w:eastAsia="zh-CN"/>
        </w:rPr>
        <w:br/>
      </w:r>
      <w:r>
        <w:rPr>
          <w:lang w:eastAsia="zh-CN"/>
        </w:rPr>
        <w:t xml:space="preserve">    户外素质拓展活动总结 篇12 </w:t>
      </w:r>
      <w:r>
        <w:rPr>
          <w:lang w:eastAsia="zh-CN"/>
        </w:rPr>
        <w:br/>
      </w:r>
      <w:r>
        <w:rPr>
          <w:lang w:eastAsia="zh-CN"/>
        </w:rPr>
        <w:t>　　一、活动目的</w:t>
      </w:r>
      <w:r>
        <w:rPr>
          <w:lang w:eastAsia="zh-CN"/>
        </w:rPr>
        <w:br/>
      </w:r>
    </w:p>
    <w:p w:rsidR="001B1F19" w14:textId="27C3F48A">
      <w:pPr>
        <w:rPr>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为了提高大学生身体素质和面对困难是的挑战精神，培养个成员之间的团队合作精神，加强大学生活动中心的凝聚力，特举办此次活动。</w:t>
      </w:r>
      <w:r>
        <w:rPr>
          <w:lang w:eastAsia="zh-CN"/>
        </w:rPr>
        <w:br/>
      </w:r>
      <w:r>
        <w:rPr>
          <w:lang w:eastAsia="zh-CN"/>
        </w:rPr>
        <w:t>　　二、主办单位：山东建筑大学大学生活动中心</w:t>
      </w:r>
      <w:r>
        <w:rPr>
          <w:lang w:eastAsia="zh-CN"/>
        </w:rPr>
        <w:br/>
      </w:r>
      <w:r>
        <w:rPr>
          <w:lang w:eastAsia="zh-CN"/>
        </w:rPr>
        <w:t>　　承办单位：山东建筑大学大学生活动中心办公室</w:t>
      </w:r>
      <w:r>
        <w:rPr>
          <w:lang w:eastAsia="zh-CN"/>
        </w:rPr>
        <w:br/>
      </w:r>
      <w:r>
        <w:rPr>
          <w:lang w:eastAsia="zh-CN"/>
        </w:rPr>
        <w:t>　　三、活动时间：20__年5月16日</w:t>
      </w:r>
      <w:r>
        <w:rPr>
          <w:lang w:eastAsia="zh-CN"/>
        </w:rPr>
        <w:br/>
      </w:r>
      <w:r>
        <w:rPr>
          <w:lang w:eastAsia="zh-CN"/>
        </w:rPr>
        <w:t>　　四、活动地点：素质拓展场地</w:t>
      </w:r>
      <w:r>
        <w:rPr>
          <w:lang w:eastAsia="zh-CN"/>
        </w:rPr>
        <w:br/>
      </w:r>
      <w:r>
        <w:rPr>
          <w:lang w:eastAsia="zh-CN"/>
        </w:rPr>
        <w:t>　　五、活动流程</w:t>
      </w:r>
      <w:r>
        <w:rPr>
          <w:lang w:eastAsia="zh-CN"/>
        </w:rPr>
        <w:br/>
      </w:r>
      <w:r>
        <w:rPr>
          <w:lang w:eastAsia="zh-CN"/>
        </w:rPr>
        <w:t>　　(一)活动前期准备工作</w:t>
      </w:r>
      <w:r>
        <w:rPr>
          <w:lang w:eastAsia="zh-CN"/>
        </w:rPr>
        <w:br/>
      </w:r>
      <w:r>
        <w:rPr>
          <w:lang w:eastAsia="zh-CN"/>
        </w:rPr>
        <w:t>　　1、报名准备工作</w:t>
      </w:r>
      <w:r>
        <w:rPr>
          <w:lang w:eastAsia="zh-CN"/>
        </w:rPr>
        <w:br/>
      </w:r>
      <w:r>
        <w:rPr>
          <w:lang w:eastAsia="zh-CN"/>
        </w:rPr>
        <w:t>　　(1)各部将参赛选手名单于5月7日之前上报到办公室</w:t>
      </w:r>
      <w:r>
        <w:rPr>
          <w:lang w:eastAsia="zh-CN"/>
        </w:rPr>
        <w:br/>
      </w:r>
      <w:r>
        <w:rPr>
          <w:lang w:eastAsia="zh-CN"/>
        </w:rPr>
        <w:t>　　(2)统计名单进行分组工作(随机分组，每组14人)</w:t>
      </w:r>
      <w:r>
        <w:rPr>
          <w:lang w:eastAsia="zh-CN"/>
        </w:rPr>
        <w:br/>
      </w:r>
      <w:r>
        <w:rPr>
          <w:lang w:eastAsia="zh-CN"/>
        </w:rPr>
        <w:t>　　(3)分组情况于5月9日公布(包括所属部门，联系方式)各队联系成员，进行了解，并推举一名队长。</w:t>
      </w:r>
      <w:r>
        <w:rPr>
          <w:lang w:eastAsia="zh-CN"/>
        </w:rPr>
        <w:br/>
      </w:r>
      <w:r>
        <w:rPr>
          <w:lang w:eastAsia="zh-CN"/>
        </w:rPr>
        <w:t>　　2、场地准备工作</w:t>
      </w:r>
      <w:r>
        <w:rPr>
          <w:lang w:eastAsia="zh-CN"/>
        </w:rPr>
        <w:br/>
      </w:r>
      <w:r>
        <w:rPr>
          <w:lang w:eastAsia="zh-CN"/>
        </w:rPr>
        <w:t>　　(1)提前联系体育部，商量场地费用。</w:t>
      </w:r>
      <w:r>
        <w:rPr>
          <w:lang w:eastAsia="zh-CN"/>
        </w:rPr>
        <w:br/>
      </w:r>
      <w:r>
        <w:rPr>
          <w:lang w:eastAsia="zh-CN"/>
        </w:rPr>
        <w:t>　　(费用基本按人数收费大约30~50元每人，安全器械和专业指导老师费用均包括在内)</w:t>
      </w:r>
      <w:r>
        <w:rPr>
          <w:lang w:eastAsia="zh-CN"/>
        </w:rPr>
        <w:br/>
      </w:r>
      <w:r>
        <w:rPr>
          <w:lang w:eastAsia="zh-CN"/>
        </w:rPr>
        <w:t>　　3、工作人员安排</w:t>
      </w:r>
      <w:r>
        <w:rPr>
          <w:lang w:eastAsia="zh-CN"/>
        </w:rPr>
        <w:br/>
      </w:r>
      <w:r>
        <w:rPr>
          <w:lang w:eastAsia="zh-CN"/>
        </w:rPr>
        <w:t>　　(1)计时员(由办公室出三名人员)</w:t>
      </w:r>
      <w:r>
        <w:rPr>
          <w:lang w:eastAsia="zh-CN"/>
        </w:rPr>
        <w:br/>
      </w:r>
      <w:r>
        <w:rPr>
          <w:lang w:eastAsia="zh-CN"/>
        </w:rPr>
        <w:t>　　(2)记分员2名(一名计分，一名监督)</w:t>
      </w:r>
      <w:r>
        <w:rPr>
          <w:lang w:eastAsia="zh-CN"/>
        </w:rPr>
        <w:br/>
      </w:r>
      <w:r>
        <w:rPr>
          <w:lang w:eastAsia="zh-CN"/>
        </w:rPr>
        <w:t>　　(3)安保人员：4~6人(可以由技术部跟物业部选择，要求力气大，体形强壮者为宜。主要负责拉保护绳，保护参赛人员。)</w:t>
      </w:r>
      <w:r>
        <w:rPr>
          <w:lang w:eastAsia="zh-CN"/>
        </w:rPr>
        <w:br/>
      </w:r>
      <w:r>
        <w:rPr>
          <w:lang w:eastAsia="zh-CN"/>
        </w:rPr>
        <w:t>　　(4)医务员：负责管理医务药品(如创可贴，酒精清水等)</w:t>
      </w:r>
      <w:r>
        <w:rPr>
          <w:lang w:eastAsia="zh-CN"/>
        </w:rPr>
        <w:br/>
      </w:r>
    </w:p>
    <w:p w:rsidR="001B1F19" w14:textId="27C3F48A">
      <w:pPr>
        <w:rPr>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最好请一名校医，预防突发事件的发生。</w:t>
      </w:r>
      <w:r>
        <w:rPr>
          <w:lang w:eastAsia="zh-CN"/>
        </w:rPr>
        <w:br/>
      </w:r>
      <w:r>
        <w:rPr>
          <w:lang w:eastAsia="zh-CN"/>
        </w:rPr>
        <w:t>　　(5)主持人：一名(主要负责各项目的规则介绍，场内秩序的组织，成绩的宣布工作。)</w:t>
      </w:r>
      <w:r>
        <w:rPr>
          <w:lang w:eastAsia="zh-CN"/>
        </w:rPr>
        <w:br/>
      </w:r>
      <w:r>
        <w:rPr>
          <w:lang w:eastAsia="zh-CN"/>
        </w:rPr>
        <w:t>　　4、物品的准备工作</w:t>
      </w:r>
      <w:r>
        <w:rPr>
          <w:lang w:eastAsia="zh-CN"/>
        </w:rPr>
        <w:br/>
      </w:r>
      <w:r>
        <w:rPr>
          <w:lang w:eastAsia="zh-CN"/>
        </w:rPr>
        <w:t>　　水、纸巾、糖块(预防低血糖，晕高)椅子若干自行车(节省时间预防突发事件的发生)展板、纸、签字笔、马克笔。</w:t>
      </w:r>
      <w:r>
        <w:rPr>
          <w:lang w:eastAsia="zh-CN"/>
        </w:rPr>
        <w:br/>
      </w:r>
      <w:r>
        <w:rPr>
          <w:lang w:eastAsia="zh-CN"/>
        </w:rPr>
        <w:t>　　药品：创可贴、酒精、纱布、清水</w:t>
      </w:r>
      <w:r>
        <w:rPr>
          <w:lang w:eastAsia="zh-CN"/>
        </w:rPr>
        <w:br/>
      </w:r>
      <w:r>
        <w:rPr>
          <w:lang w:eastAsia="zh-CN"/>
        </w:rPr>
        <w:t>　　(二)活动比赛具体安排及评分细则</w:t>
      </w:r>
      <w:r>
        <w:rPr>
          <w:lang w:eastAsia="zh-CN"/>
        </w:rPr>
        <w:br/>
      </w:r>
      <w:r>
        <w:rPr>
          <w:lang w:eastAsia="zh-CN"/>
        </w:rPr>
        <w:t>　　1、飞跃断桥</w:t>
      </w:r>
      <w:r>
        <w:rPr>
          <w:lang w:eastAsia="zh-CN"/>
        </w:rPr>
        <w:br/>
      </w:r>
      <w:r>
        <w:rPr>
          <w:lang w:eastAsia="zh-CN"/>
        </w:rPr>
        <w:t>　　参赛选手穿戴好安全防护设备，爬到断桥之上，由断桥一边跳至另一边，站稳，即为成功。</w:t>
      </w:r>
      <w:r>
        <w:rPr>
          <w:lang w:eastAsia="zh-CN"/>
        </w:rPr>
        <w:br/>
      </w:r>
      <w:r>
        <w:rPr>
          <w:lang w:eastAsia="zh-CN"/>
        </w:rPr>
        <w:t>　　要求：每队派出6名成员，进行此个项目的比赛。由参赛选手站在断桥时刻起开始计时，在断桥上的停留的时间不得超过4分钟，超过四分钟再跳或没跳，都视为失败。</w:t>
      </w:r>
      <w:r>
        <w:rPr>
          <w:lang w:eastAsia="zh-CN"/>
        </w:rPr>
        <w:br/>
      </w:r>
      <w:r>
        <w:rPr>
          <w:lang w:eastAsia="zh-CN"/>
        </w:rPr>
        <w:t>　　评分标准：没成功一名成员加5分，最后此次项目总分相加。</w:t>
      </w:r>
      <w:r>
        <w:rPr>
          <w:lang w:eastAsia="zh-CN"/>
        </w:rPr>
        <w:br/>
      </w:r>
      <w:r>
        <w:rPr>
          <w:lang w:eastAsia="zh-CN"/>
        </w:rPr>
        <w:t>　　活动意义：面对米高的凌空断桥，不是每个人都能轻松地跃过的。桥的这一端，可能是困难重重，而越过断桥到达另一端后，你会发现自己的潜能，感悟到心理素质有了很大的提升。从而对于人生中遇到的任何困难，都不会迷茫犹豫，畏缩不前，而是自信地展示素质，去实现既定的目标，使我们的工作效果、生活质都升到一个新的层次。</w:t>
      </w:r>
      <w:r>
        <w:rPr>
          <w:lang w:eastAsia="zh-CN"/>
        </w:rPr>
        <w:br/>
      </w:r>
      <w:r>
        <w:rPr>
          <w:lang w:eastAsia="zh-CN"/>
        </w:rPr>
        <w:t>　　2、天梯</w:t>
      </w:r>
      <w:r>
        <w:rPr>
          <w:lang w:eastAsia="zh-CN"/>
        </w:rPr>
        <w:br/>
      </w:r>
    </w:p>
    <w:p w:rsidR="001B1F19" w14:textId="27C3F48A">
      <w:pPr>
        <w:rPr>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每队出六名成员分成两组(三人一组)，通过配合由天梯的底端爬到顶端即为胜利。</w:t>
      </w:r>
      <w:r>
        <w:rPr>
          <w:lang w:eastAsia="zh-CN"/>
        </w:rPr>
        <w:br/>
      </w:r>
      <w:r>
        <w:rPr>
          <w:lang w:eastAsia="zh-CN"/>
        </w:rPr>
        <w:t>　　要求：由队员开始攀爬时计时，此个项目没有时间限制，但只有三名队员，全部到顶，才算胜利。中途有一名队员失败或者弃权，均为失败。</w:t>
      </w:r>
      <w:r>
        <w:rPr>
          <w:lang w:eastAsia="zh-CN"/>
        </w:rPr>
        <w:br/>
      </w:r>
      <w:r>
        <w:rPr>
          <w:lang w:eastAsia="zh-CN"/>
        </w:rPr>
        <w:t>　　评分标准：成功一组加十五分。</w:t>
      </w:r>
      <w:r>
        <w:rPr>
          <w:lang w:eastAsia="zh-CN"/>
        </w:rPr>
        <w:br/>
      </w:r>
      <w:r>
        <w:rPr>
          <w:lang w:eastAsia="zh-CN"/>
        </w:rPr>
        <w:t>　　活动意义：这是一个典型的团队合力挑战项目，举二人或三人之力，在晃动较大且仅有10公分宽的阶梯上，仅利用一条套绳在规定的时间到达天梯的顶点。这个项目，能较好地检验成员间相互配合与密切协调的程度。同时，还能锻炼队员的协调力、灵活力和反应力。项目的口号是：“让个人英雄主义在天梯的晃动中解体”。</w:t>
      </w:r>
      <w:r>
        <w:rPr>
          <w:lang w:eastAsia="zh-CN"/>
        </w:rPr>
        <w:br/>
      </w:r>
      <w:r>
        <w:rPr>
          <w:lang w:eastAsia="zh-CN"/>
        </w:rPr>
        <w:t>　　3、空中漫步</w:t>
      </w:r>
      <w:r>
        <w:rPr>
          <w:lang w:eastAsia="zh-CN"/>
        </w:rPr>
        <w:br/>
      </w:r>
      <w:r>
        <w:rPr>
          <w:lang w:eastAsia="zh-CN"/>
        </w:rPr>
        <w:t>　　每队派出六名成员分成三组，两人牵手面对面站立，从钢丝的一端想走到另一端，即为胜利。要求：从站在钢丝起开始计时，每组在钢丝上不得超过20分钟，超时，中途坠落和放弃的都视为失败。</w:t>
      </w:r>
      <w:r>
        <w:rPr>
          <w:lang w:eastAsia="zh-CN"/>
        </w:rPr>
        <w:br/>
      </w:r>
      <w:r>
        <w:rPr>
          <w:lang w:eastAsia="zh-CN"/>
        </w:rPr>
        <w:t>　　评分标准：每队成功一组加10分</w:t>
      </w:r>
      <w:r>
        <w:rPr>
          <w:lang w:eastAsia="zh-CN"/>
        </w:rPr>
        <w:br/>
      </w:r>
      <w:r>
        <w:rPr>
          <w:lang w:eastAsia="zh-CN"/>
        </w:rPr>
        <w:t>　　活动意义：两个人分别站在钢索上，手掌相合一步一步地走完越来越宽的钢索之路.这是一次心理的较量与挑战，更是团队的技巧性、协作性和勇敢性的一次展示。这个项目难度较大，能考验团队协调配合能力，也能掌握团队成员平时的默契程度，特别是临机处理各种情况的能力。</w:t>
      </w:r>
      <w:r>
        <w:rPr>
          <w:lang w:eastAsia="zh-CN"/>
        </w:rPr>
        <w:br/>
      </w:r>
      <w:r>
        <w:rPr>
          <w:lang w:eastAsia="zh-CN"/>
        </w:rPr>
        <w:t>　　4、攀岩</w:t>
      </w:r>
      <w:r>
        <w:rPr>
          <w:lang w:eastAsia="zh-CN"/>
        </w:rPr>
        <w:br/>
      </w:r>
    </w:p>
    <w:p w:rsidR="001B1F19" w14:textId="27C3F48A">
      <w:pPr>
        <w:rPr>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由底端爬到顶端摸到顶峰即为成功。</w:t>
      </w:r>
      <w:r>
        <w:rPr>
          <w:lang w:eastAsia="zh-CN"/>
        </w:rPr>
        <w:br/>
      </w:r>
      <w:r>
        <w:rPr>
          <w:lang w:eastAsia="zh-CN"/>
        </w:rPr>
        <w:t>　　要求：每队派出五名队员，并且排好出场顺序，每队的第一名出场队员一起比赛，并开始计时，中途掉落或弃权这都视为失败。</w:t>
      </w:r>
      <w:r>
        <w:rPr>
          <w:lang w:eastAsia="zh-CN"/>
        </w:rPr>
        <w:br/>
      </w:r>
      <w:r>
        <w:rPr>
          <w:lang w:eastAsia="zh-CN"/>
        </w:rPr>
        <w:t>　　评分标准：每小组的第一名15分第二名10分第三名5分，未完成的不加分。</w:t>
      </w:r>
      <w:r>
        <w:rPr>
          <w:lang w:eastAsia="zh-CN"/>
        </w:rPr>
        <w:br/>
      </w:r>
      <w:r>
        <w:rPr>
          <w:lang w:eastAsia="zh-CN"/>
        </w:rPr>
        <w:t>　　活动意义：</w:t>
      </w:r>
      <w:r>
        <w:rPr>
          <w:lang w:eastAsia="zh-CN"/>
        </w:rPr>
        <w:br/>
      </w:r>
      <w:r>
        <w:rPr>
          <w:lang w:eastAsia="zh-CN"/>
        </w:rPr>
        <w:t>　　这是体力和技巧的挑战项目。项目主要检验队员的基本心理和生理素质。通过这个项目，既能较好地强化他们的生理、心理素质，检验他们面临新的环境时，相关动作技能和技巧的运用程度，又能通过攀登得到不同的人生感悟，有助于提高他们克服困难，战胜自我，坚定地向既定目标前进的能力。</w:t>
      </w:r>
      <w:r>
        <w:rPr>
          <w:lang w:eastAsia="zh-CN"/>
        </w:rPr>
        <w:br/>
      </w:r>
      <w:r>
        <w:rPr>
          <w:lang w:eastAsia="zh-CN"/>
        </w:rPr>
        <w:t>　　5、信任背摔</w:t>
      </w:r>
      <w:r>
        <w:rPr>
          <w:lang w:eastAsia="zh-CN"/>
        </w:rPr>
        <w:br/>
      </w:r>
      <w:r>
        <w:rPr>
          <w:lang w:eastAsia="zh-CN"/>
        </w:rPr>
        <w:t>　　这个项目，个人要站在高台上，背向队友直挺倒下;队友们在台下，会用手织成保护网来保护。</w:t>
      </w:r>
      <w:r>
        <w:rPr>
          <w:lang w:eastAsia="zh-CN"/>
        </w:rPr>
        <w:br/>
      </w:r>
      <w:r>
        <w:rPr>
          <w:lang w:eastAsia="zh-CN"/>
        </w:rPr>
        <w:t>　　要求：每位成员都参加。</w:t>
      </w:r>
      <w:r>
        <w:rPr>
          <w:lang w:eastAsia="zh-CN"/>
        </w:rPr>
        <w:br/>
      </w:r>
      <w:r>
        <w:rPr>
          <w:lang w:eastAsia="zh-CN"/>
        </w:rPr>
        <w:t>　　评分标准：成功一名加3分，弃权或摔地的算失败。</w:t>
      </w:r>
      <w:r>
        <w:rPr>
          <w:lang w:eastAsia="zh-CN"/>
        </w:rPr>
        <w:br/>
      </w:r>
      <w:r>
        <w:rPr>
          <w:lang w:eastAsia="zh-CN"/>
        </w:rPr>
        <w:t>　　活动意义：进行这个项目，主要让队员体会到如何给予他人信任，如何信任他人;如何以集体的责任感对个人产生激励作用。</w:t>
      </w:r>
      <w:r>
        <w:rPr>
          <w:lang w:eastAsia="zh-CN"/>
        </w:rPr>
        <w:br/>
      </w:r>
      <w:r>
        <w:rPr>
          <w:lang w:eastAsia="zh-CN"/>
        </w:rPr>
        <w:t>　　6、胜利墙</w:t>
      </w:r>
      <w:r>
        <w:rPr>
          <w:lang w:eastAsia="zh-CN"/>
        </w:rPr>
        <w:br/>
      </w:r>
      <w:r>
        <w:rPr>
          <w:lang w:eastAsia="zh-CN"/>
        </w:rPr>
        <w:t>　　所有队员全部翻过墙，即为成功。</w:t>
      </w:r>
      <w:r>
        <w:rPr>
          <w:lang w:eastAsia="zh-CN"/>
        </w:rPr>
        <w:br/>
      </w:r>
      <w:r>
        <w:rPr>
          <w:lang w:eastAsia="zh-CN"/>
        </w:rPr>
        <w:t>　　要求：每队从计时开始起，才能行动，要求所有的队员均需翻阅高墙，但不得超过30分钟，超时或弃权即为失败。</w:t>
      </w:r>
      <w:r>
        <w:rPr>
          <w:lang w:eastAsia="zh-CN"/>
        </w:rPr>
        <w:br/>
      </w:r>
    </w:p>
    <w:p w:rsidR="001B1F19" w14:textId="27C3F48A">
      <w:pPr>
        <w:rPr>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评分标准：按时间的长短排名,第一名加20分第二名10分第三名5分，失败的不予加分。活动意义：这是一个典型的团队合作项目，要求所有参加训练的队员共同完成。项目的主要启示：突破思维定势，寻找更好的解决办法，团队就没有完成不了的任务;团队中的奉献精神，是面对挑战，战胜困难，获得成就的基础;完成此项目后，尤其是最后一个人攀爬上去的时候，我们会用自己的判断和经验来否定一些看似不可能的事情。完成项目后，队员对于团队的凝聚力和战斗力会有新的理解。</w:t>
      </w:r>
      <w:r>
        <w:rPr>
          <w:lang w:eastAsia="zh-CN"/>
        </w:rPr>
        <w:br/>
      </w:r>
      <w:r>
        <w:rPr>
          <w:lang w:eastAsia="zh-CN"/>
        </w:rPr>
        <w:t>　　(三)获奖安排</w:t>
      </w:r>
      <w:r>
        <w:rPr>
          <w:lang w:eastAsia="zh-CN"/>
        </w:rPr>
        <w:br/>
      </w:r>
      <w:r>
        <w:rPr>
          <w:lang w:eastAsia="zh-CN"/>
        </w:rPr>
        <w:t>　　奖励总分第一的队伍，颁发奖状。</w:t>
      </w:r>
      <w:r>
        <w:rPr>
          <w:lang w:eastAsia="zh-CN"/>
        </w:rPr>
        <w:br/>
      </w:r>
      <w:r>
        <w:rPr>
          <w:lang w:eastAsia="zh-CN"/>
        </w:rPr>
        <w:t>　　六，活动预算</w:t>
      </w:r>
      <w:r>
        <w:rPr>
          <w:lang w:eastAsia="zh-CN"/>
        </w:rPr>
        <w:br/>
      </w:r>
      <w:r>
        <w:rPr>
          <w:lang w:eastAsia="zh-CN"/>
        </w:rPr>
        <w:t>　　略</w:t>
      </w:r>
      <w:r>
        <w:rPr>
          <w:lang w:eastAsia="zh-CN"/>
        </w:rPr>
        <w:br/>
      </w:r>
      <w:r>
        <w:rPr>
          <w:lang w:eastAsia="zh-CN"/>
        </w:rPr>
        <w:t xml:space="preserve">    户外素质拓展活动总结 篇13 </w:t>
      </w:r>
      <w:r>
        <w:rPr>
          <w:lang w:eastAsia="zh-CN"/>
        </w:rPr>
        <w:br/>
      </w:r>
      <w:r>
        <w:rPr>
          <w:lang w:eastAsia="zh-CN"/>
        </w:rPr>
        <w:t>　　以下是我部门在本学年的工作总结：</w:t>
      </w:r>
      <w:r>
        <w:rPr>
          <w:lang w:eastAsia="zh-CN"/>
        </w:rPr>
        <w:br/>
      </w:r>
      <w:r>
        <w:rPr>
          <w:lang w:eastAsia="zh-CN"/>
        </w:rPr>
        <w:t>　　一、对本学年我系团学会工作证的制作</w:t>
      </w:r>
      <w:r>
        <w:rPr>
          <w:lang w:eastAsia="zh-CN"/>
        </w:rPr>
        <w:br/>
      </w:r>
      <w:r>
        <w:rPr>
          <w:lang w:eastAsia="zh-CN"/>
        </w:rPr>
        <w:t>　　1、我部积极配合院系工作，积极为系部奉献，积极和团学会所有成员搞好团结合作关系，所以系部把制作团学会工作证的任务交由我部负责办理。</w:t>
      </w:r>
      <w:r>
        <w:rPr>
          <w:lang w:eastAsia="zh-CN"/>
        </w:rPr>
        <w:br/>
      </w:r>
      <w:r>
        <w:rPr>
          <w:lang w:eastAsia="zh-CN"/>
        </w:rPr>
        <w:t>　　2、我部成员积极创新，制作出代表着系部特色的工作证，得到了系部的认可和领导的好评。</w:t>
      </w:r>
      <w:r>
        <w:rPr>
          <w:lang w:eastAsia="zh-CN"/>
        </w:rPr>
        <w:br/>
      </w:r>
      <w:r>
        <w:rPr>
          <w:lang w:eastAsia="zh-CN"/>
        </w:rPr>
        <w:t>　　二、为我系大合唱比赛拉赞助</w:t>
      </w:r>
      <w:r>
        <w:rPr>
          <w:lang w:eastAsia="zh-CN"/>
        </w:rPr>
        <w:br/>
      </w:r>
    </w:p>
    <w:p w:rsidR="001B1F19" w14:textId="27C3F48A">
      <w:pPr>
        <w:rPr>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1、我部积极配合院“四十字好习惯”大合唱，在比赛期间帮助学弟学妹们培训。</w:t>
      </w:r>
      <w:r>
        <w:rPr>
          <w:lang w:eastAsia="zh-CN"/>
        </w:rPr>
        <w:br/>
      </w:r>
      <w:r>
        <w:rPr>
          <w:lang w:eastAsia="zh-CN"/>
        </w:rPr>
        <w:t>　　2、我部成员在校外积极奔走，终于说服校外的商品店为我系的演出服装提供经费，为我系在本次活动中脱颖而出作出了贡献，在团学会的共同努力和配合下，取得了第三名的好成绩，为我系争得了荣耀。</w:t>
      </w:r>
      <w:r>
        <w:rPr>
          <w:lang w:eastAsia="zh-CN"/>
        </w:rPr>
        <w:br/>
      </w:r>
      <w:r>
        <w:rPr>
          <w:lang w:eastAsia="zh-CN"/>
        </w:rPr>
        <w:t>　　三、对素质拓展证书的认证工作</w:t>
      </w:r>
      <w:r>
        <w:rPr>
          <w:lang w:eastAsia="zh-CN"/>
        </w:rPr>
        <w:br/>
      </w:r>
      <w:r>
        <w:rPr>
          <w:lang w:eastAsia="zh-CN"/>
        </w:rPr>
        <w:t>　　1、我部确保对证书的的宣传及填写的指导工作，以确保证书填写的完整性与统一性。</w:t>
      </w:r>
      <w:r>
        <w:rPr>
          <w:lang w:eastAsia="zh-CN"/>
        </w:rPr>
        <w:br/>
      </w:r>
      <w:r>
        <w:rPr>
          <w:lang w:eastAsia="zh-CN"/>
        </w:rPr>
        <w:t>　　2、积极与院方及其他系部进行交流与沟通，并完成证书的认证工作。</w:t>
      </w:r>
      <w:r>
        <w:rPr>
          <w:lang w:eastAsia="zh-CN"/>
        </w:rPr>
        <w:br/>
      </w:r>
      <w:r>
        <w:rPr>
          <w:lang w:eastAsia="zh-CN"/>
        </w:rPr>
        <w:t>　　四、开展素质拓展活动</w:t>
      </w:r>
      <w:r>
        <w:rPr>
          <w:lang w:eastAsia="zh-CN"/>
        </w:rPr>
        <w:br/>
      </w:r>
      <w:r>
        <w:rPr>
          <w:lang w:eastAsia="zh-CN"/>
        </w:rPr>
        <w:t>　　1、组织我系团学会所有成员开展素质拓展活动，在活动中增强了同学们的感情，增强了集体的凝聚力，使得我系团学会更加团结、和谐。</w:t>
      </w:r>
      <w:r>
        <w:rPr>
          <w:lang w:eastAsia="zh-CN"/>
        </w:rPr>
        <w:br/>
      </w:r>
      <w:r>
        <w:rPr>
          <w:lang w:eastAsia="zh-CN"/>
        </w:rPr>
        <w:t>　　2、积累经验，为我系以后的素质拓展活动做好准备。</w:t>
      </w:r>
      <w:r>
        <w:rPr>
          <w:lang w:eastAsia="zh-CN"/>
        </w:rPr>
        <w:br/>
      </w:r>
      <w:r>
        <w:rPr>
          <w:lang w:eastAsia="zh-CN"/>
        </w:rPr>
        <w:t>　　五、积极配合团学会各部门工作</w:t>
      </w:r>
      <w:r>
        <w:rPr>
          <w:lang w:eastAsia="zh-CN"/>
        </w:rPr>
        <w:br/>
      </w:r>
      <w:r>
        <w:rPr>
          <w:lang w:eastAsia="zh-CN"/>
        </w:rPr>
        <w:t>　　1、积极配合院方工作，只要是院方下达的.任务，我部成员都尽心尽力，尽善尽美的完成任务。</w:t>
      </w:r>
      <w:r>
        <w:rPr>
          <w:lang w:eastAsia="zh-CN"/>
        </w:rPr>
        <w:br/>
      </w:r>
      <w:r>
        <w:rPr>
          <w:lang w:eastAsia="zh-CN"/>
        </w:rPr>
        <w:t>　　2、积极配合系部工作，我系劳卫部、纪检部、学习部是比较繁忙的部门，我部积极配合其工作，减轻兄弟部门的压力，同时也使得我们团学会更加团结。</w:t>
      </w:r>
      <w:r>
        <w:rPr>
          <w:lang w:eastAsia="zh-CN"/>
        </w:rPr>
        <w:br/>
      </w:r>
    </w:p>
    <w:p w:rsidR="001B1F19" w14:textId="27C3F48A">
      <w:pPr>
        <w:rPr>
          <w:lang w:eastAsia="zh-CN"/>
        </w:rPr>
        <w:sectPr>
          <w:type w:val="nextPage"/>
          <w:pgSz w:w="11906" w:h="16838"/>
          <w:pgMar w:top="1440" w:right="1800" w:bottom="1440" w:left="1800" w:header="851" w:footer="992" w:gutter="0"/>
          <w:pgNumType w:start="31"/>
          <w:cols w:space="425"/>
          <w:titlePg w:val="0"/>
          <w:docGrid w:type="lines" w:linePitch="312"/>
        </w:sectPr>
      </w:pPr>
      <w:r>
        <w:rPr>
          <w:lang w:eastAsia="zh-CN"/>
        </w:rPr>
        <w:t>　　在这一年的工作中，作为药学系团学会成员，我部门成员在做好自己的本职工作的同时，积极配合院系工作，积极为院系服务，提高自身价值，使我们获得更多的人生经验。一份耕耘，一份收获，我们所有人的努力和配合，终于有了结果，在这个收获的季节，我们也收获了经验和教训。也许我部门也有不足的地方，但是我们会不断进行自我批评，争取做到更好，让我系素质拓展部不断发展壮大。与此同时药学系在院方的各个方面也都取得了优异的成绩，名列前茅。在收获成绩的同时，我部也得到了院系的肯定与支持，相信下一学年，我们会做的更好。</w:t>
      </w:r>
      <w:r>
        <w:rPr>
          <w:lang w:eastAsia="zh-CN"/>
        </w:rPr>
        <w:br/>
      </w:r>
      <w:r>
        <w:rPr>
          <w:lang w:eastAsia="zh-CN"/>
        </w:rPr>
        <w:t xml:space="preserve">    户外素质拓展活动总结 篇14 </w:t>
      </w:r>
      <w:r>
        <w:rPr>
          <w:lang w:eastAsia="zh-CN"/>
        </w:rPr>
        <w:br/>
      </w:r>
      <w:r>
        <w:rPr>
          <w:lang w:eastAsia="zh-CN"/>
        </w:rPr>
        <w:t>　　“我们在一起”素质拓展活动策划书半年时间稍纵即逝，在这半年的时光里，我们在__公司，相遇、相识、相知，同风共雨，一起走过。有过欢笑，有过争执，有过困惑，但是，从未放弃!璀璨明天，同手同脚，一起走到!</w:t>
      </w:r>
      <w:r>
        <w:rPr>
          <w:lang w:eastAsia="zh-CN"/>
        </w:rPr>
        <w:br/>
      </w:r>
      <w:r>
        <w:rPr>
          <w:lang w:eastAsia="zh-CN"/>
        </w:rPr>
        <w:t>　　一、活动目的：活跃办公室气氛，增进彼此间的了解，锻炼大家团结协作能力，增强团队凝聚力。</w:t>
      </w:r>
      <w:r>
        <w:rPr>
          <w:lang w:eastAsia="zh-CN"/>
        </w:rPr>
        <w:br/>
      </w:r>
      <w:r>
        <w:rPr>
          <w:lang w:eastAsia="zh-CN"/>
        </w:rPr>
        <w:t>　　二、活动名称：“我们在一起”素质拓展</w:t>
      </w:r>
      <w:r>
        <w:rPr>
          <w:lang w:eastAsia="zh-CN"/>
        </w:rPr>
        <w:br/>
      </w:r>
      <w:r>
        <w:rPr>
          <w:lang w:eastAsia="zh-CN"/>
        </w:rPr>
        <w:t>　　三、活动时间：20_年6月28日16:00~18:00</w:t>
      </w:r>
      <w:r>
        <w:rPr>
          <w:lang w:eastAsia="zh-CN"/>
        </w:rPr>
        <w:br/>
      </w:r>
      <w:r>
        <w:rPr>
          <w:lang w:eastAsia="zh-CN"/>
        </w:rPr>
        <w:t>　　四、活动地点：橘子洲</w:t>
      </w:r>
      <w:r>
        <w:rPr>
          <w:lang w:eastAsia="zh-CN"/>
        </w:rPr>
        <w:br/>
      </w:r>
      <w:r>
        <w:rPr>
          <w:lang w:eastAsia="zh-CN"/>
        </w:rPr>
        <w:t>　　五、活动对象：____公司全体</w:t>
      </w:r>
      <w:r>
        <w:rPr>
          <w:lang w:eastAsia="zh-CN"/>
        </w:rPr>
        <w:br/>
      </w:r>
      <w:r>
        <w:rPr>
          <w:lang w:eastAsia="zh-CN"/>
        </w:rPr>
        <w:t>　　六、活动策划：__</w:t>
      </w:r>
      <w:r>
        <w:rPr>
          <w:lang w:eastAsia="zh-CN"/>
        </w:rPr>
        <w:br/>
      </w:r>
      <w:r>
        <w:rPr>
          <w:lang w:eastAsia="zh-CN"/>
        </w:rPr>
        <w:t>　　七、活动流程：</w:t>
      </w:r>
      <w:r>
        <w:rPr>
          <w:lang w:eastAsia="zh-CN"/>
        </w:rPr>
        <w:br/>
      </w:r>
      <w:r>
        <w:rPr>
          <w:lang w:eastAsia="zh-CN"/>
        </w:rPr>
        <w:t>　　1、_:00~_:30搭车前往橘子洲</w:t>
      </w:r>
      <w:r>
        <w:rPr>
          <w:lang w:eastAsia="zh-CN"/>
        </w:rPr>
        <w:br/>
      </w:r>
    </w:p>
    <w:p w:rsidR="001B1F19" w14:textId="27C3F48A">
      <w:pPr>
        <w:rPr>
          <w:lang w:eastAsia="zh-CN"/>
        </w:rPr>
        <w:sectPr>
          <w:type w:val="nextPage"/>
          <w:pgSz w:w="11906" w:h="16838"/>
          <w:pgMar w:top="1440" w:right="1800" w:bottom="1440" w:left="1800" w:header="851" w:footer="992" w:gutter="0"/>
          <w:pgNumType w:start="32"/>
          <w:cols w:space="425"/>
          <w:titlePg w:val="0"/>
          <w:docGrid w:type="lines" w:linePitch="312"/>
        </w:sectPr>
      </w:pPr>
      <w:r>
        <w:rPr>
          <w:lang w:eastAsia="zh-CN"/>
        </w:rPr>
        <w:t>　　2、_:30橘子洲全体集合</w:t>
      </w:r>
      <w:r>
        <w:rPr>
          <w:lang w:eastAsia="zh-CN"/>
        </w:rPr>
        <w:br/>
      </w:r>
      <w:r>
        <w:rPr>
          <w:lang w:eastAsia="zh-CN"/>
        </w:rPr>
        <w:t>　　3、_:30~16:00参观两型馆</w:t>
      </w:r>
      <w:r>
        <w:rPr>
          <w:lang w:eastAsia="zh-CN"/>
        </w:rPr>
        <w:br/>
      </w:r>
      <w:r>
        <w:rPr>
          <w:lang w:eastAsia="zh-CN"/>
        </w:rPr>
        <w:t>　　4、16:00~18:00进行团队游戏</w:t>
      </w:r>
      <w:r>
        <w:rPr>
          <w:lang w:eastAsia="zh-CN"/>
        </w:rPr>
        <w:br/>
      </w:r>
      <w:r>
        <w:rPr>
          <w:lang w:eastAsia="zh-CN"/>
        </w:rPr>
        <w:t>　　5、18:00总结，收拾物品，回家</w:t>
      </w:r>
      <w:r>
        <w:rPr>
          <w:lang w:eastAsia="zh-CN"/>
        </w:rPr>
        <w:br/>
      </w:r>
      <w:r>
        <w:rPr>
          <w:lang w:eastAsia="zh-CN"/>
        </w:rPr>
        <w:t>　　八、活动内容：</w:t>
      </w:r>
      <w:r>
        <w:rPr>
          <w:lang w:eastAsia="zh-CN"/>
        </w:rPr>
        <w:br/>
      </w:r>
      <w:r>
        <w:rPr>
          <w:lang w:eastAsia="zh-CN"/>
        </w:rPr>
        <w:t>　　1、进行“破冰”活动</w:t>
      </w:r>
      <w:r>
        <w:rPr>
          <w:lang w:eastAsia="zh-CN"/>
        </w:rPr>
        <w:br/>
      </w:r>
      <w:r>
        <w:rPr>
          <w:lang w:eastAsia="zh-CN"/>
        </w:rPr>
        <w:t>　　2、按队列列行排好队形，依次喊1、2、3、4、5将所有同学分为五组</w:t>
      </w:r>
      <w:r>
        <w:rPr>
          <w:lang w:eastAsia="zh-CN"/>
        </w:rPr>
        <w:br/>
      </w:r>
      <w:r>
        <w:rPr>
          <w:lang w:eastAsia="zh-CN"/>
        </w:rPr>
        <w:t>　　3、每小组推选一名组长</w:t>
      </w:r>
      <w:r>
        <w:rPr>
          <w:lang w:eastAsia="zh-CN"/>
        </w:rPr>
        <w:br/>
      </w:r>
      <w:r>
        <w:rPr>
          <w:lang w:eastAsia="zh-CN"/>
        </w:rPr>
        <w:t>　　4、进行团队游戏(详情见附表)</w:t>
      </w:r>
      <w:r>
        <w:rPr>
          <w:lang w:eastAsia="zh-CN"/>
        </w:rPr>
        <w:br/>
      </w:r>
      <w:r>
        <w:rPr>
          <w:lang w:eastAsia="zh-CN"/>
        </w:rPr>
        <w:t>　　十一、活动准备：</w:t>
      </w:r>
      <w:r>
        <w:rPr>
          <w:lang w:eastAsia="zh-CN"/>
        </w:rPr>
        <w:br/>
      </w:r>
      <w:r>
        <w:rPr>
          <w:lang w:eastAsia="zh-CN"/>
        </w:rPr>
        <w:t>　　1、布置场地</w:t>
      </w:r>
      <w:r>
        <w:rPr>
          <w:lang w:eastAsia="zh-CN"/>
        </w:rPr>
        <w:br/>
      </w:r>
      <w:r>
        <w:rPr>
          <w:lang w:eastAsia="zh-CN"/>
        </w:rPr>
        <w:t>　　2、准备比赛用具：眼罩、绑带、报纸</w:t>
      </w:r>
      <w:r>
        <w:rPr>
          <w:lang w:eastAsia="zh-CN"/>
        </w:rPr>
        <w:br/>
      </w:r>
      <w:r>
        <w:rPr>
          <w:lang w:eastAsia="zh-CN"/>
        </w:rPr>
        <w:t>　　十二：注意事项</w:t>
      </w:r>
      <w:r>
        <w:rPr>
          <w:lang w:eastAsia="zh-CN"/>
        </w:rPr>
        <w:br/>
      </w:r>
      <w:r>
        <w:rPr>
          <w:lang w:eastAsia="zh-CN"/>
        </w:rPr>
        <w:t>　　1、女生不穿裙子</w:t>
      </w:r>
      <w:r>
        <w:rPr>
          <w:lang w:eastAsia="zh-CN"/>
        </w:rPr>
        <w:br/>
      </w:r>
      <w:r>
        <w:rPr>
          <w:lang w:eastAsia="zh-CN"/>
        </w:rPr>
        <w:t>　　2、在参加活动的过程中，一定要确保自身安全</w:t>
      </w:r>
      <w:r>
        <w:rPr>
          <w:lang w:eastAsia="zh-CN"/>
        </w:rPr>
        <w:br/>
      </w:r>
      <w:r>
        <w:rPr>
          <w:lang w:eastAsia="zh-CN"/>
        </w:rPr>
        <w:t>　　3、爱护草坪卫生</w:t>
      </w:r>
      <w:r>
        <w:rPr>
          <w:lang w:eastAsia="zh-CN"/>
        </w:rPr>
        <w:br/>
      </w:r>
      <w:r>
        <w:rPr>
          <w:lang w:eastAsia="zh-CN"/>
        </w:rPr>
        <w:t>　　4、公共场合，切勿大声喧哗</w:t>
      </w:r>
      <w:r>
        <w:rPr>
          <w:lang w:eastAsia="zh-CN"/>
        </w:rPr>
        <w:br/>
      </w:r>
      <w:r>
        <w:rPr>
          <w:lang w:eastAsia="zh-CN"/>
        </w:rPr>
        <w:t>　　十三、活动经费：</w:t>
      </w:r>
      <w:r>
        <w:rPr>
          <w:lang w:eastAsia="zh-CN"/>
        </w:rPr>
        <w:br/>
      </w:r>
      <w:r>
        <w:rPr>
          <w:lang w:eastAsia="zh-CN"/>
        </w:rPr>
        <w:t>　　1、车票：15_20=300元</w:t>
      </w:r>
      <w:r>
        <w:rPr>
          <w:lang w:eastAsia="zh-CN"/>
        </w:rPr>
        <w:br/>
      </w:r>
      <w:r>
        <w:rPr>
          <w:lang w:eastAsia="zh-CN"/>
        </w:rPr>
        <w:t>　　附表：</w:t>
      </w:r>
      <w:r>
        <w:rPr>
          <w:lang w:eastAsia="zh-CN"/>
        </w:rPr>
        <w:br/>
      </w:r>
      <w:r>
        <w:rPr>
          <w:lang w:eastAsia="zh-CN"/>
        </w:rPr>
        <w:t>　　1、热身游戏--大风吹(15分钟)</w:t>
      </w:r>
      <w:r>
        <w:rPr>
          <w:lang w:eastAsia="zh-CN"/>
        </w:rPr>
        <w:br/>
      </w:r>
    </w:p>
    <w:p w:rsidR="001B1F19" w14:textId="27C3F48A">
      <w:pPr>
        <w:rPr>
          <w:lang w:eastAsia="zh-CN"/>
        </w:rPr>
        <w:sectPr>
          <w:type w:val="nextPage"/>
          <w:pgSz w:w="11906" w:h="16838"/>
          <w:pgMar w:top="1440" w:right="1800" w:bottom="1440" w:left="1800" w:header="851" w:footer="992" w:gutter="0"/>
          <w:pgNumType w:start="33"/>
          <w:cols w:space="425"/>
          <w:titlePg w:val="0"/>
          <w:docGrid w:type="lines" w:linePitch="312"/>
        </w:sectPr>
      </w:pPr>
      <w:r>
        <w:rPr>
          <w:lang w:eastAsia="zh-CN"/>
        </w:rPr>
        <w:t>　　所有人围坐成一圈。主持人站在中央，他可以随意说大小风吹。如果他说大风吹，他说有_的人必须起来换位置。如果说小风吹，则是相反，没有_的人起来换位置。换位置时不能持续两人互换或坐回原位。没抢到位置的人则是新主持人。做主持人三次的人则算输，需接受处罚。</w:t>
      </w:r>
      <w:r>
        <w:rPr>
          <w:lang w:eastAsia="zh-CN"/>
        </w:rPr>
        <w:br/>
      </w:r>
      <w:r>
        <w:rPr>
          <w:lang w:eastAsia="zh-CN"/>
        </w:rPr>
        <w:t>　　2、分组(5分钟)</w:t>
      </w:r>
      <w:r>
        <w:rPr>
          <w:lang w:eastAsia="zh-CN"/>
        </w:rPr>
        <w:br/>
      </w:r>
      <w:r>
        <w:rPr>
          <w:lang w:eastAsia="zh-CN"/>
        </w:rPr>
        <w:t>　　按1、2、3、4、5报数，进行分组，选出组长，每组给队员取个昵称(绰号)，并向大家介绍</w:t>
      </w:r>
      <w:r>
        <w:rPr>
          <w:lang w:eastAsia="zh-CN"/>
        </w:rPr>
        <w:br/>
      </w:r>
      <w:r>
        <w:rPr>
          <w:lang w:eastAsia="zh-CN"/>
        </w:rPr>
        <w:t>　　3、活动一—同手同脚(15分钟)</w:t>
      </w:r>
      <w:r>
        <w:rPr>
          <w:lang w:eastAsia="zh-CN"/>
        </w:rPr>
        <w:br/>
      </w:r>
      <w:r>
        <w:rPr>
          <w:lang w:eastAsia="zh-CN"/>
        </w:rPr>
        <w:t>　　五人四足，从起点跑到终点，先训练十分钟，十分钟后比赛，用时最少组获胜</w:t>
      </w:r>
      <w:r>
        <w:rPr>
          <w:lang w:eastAsia="zh-CN"/>
        </w:rPr>
        <w:br/>
      </w:r>
      <w:r>
        <w:rPr>
          <w:lang w:eastAsia="zh-CN"/>
        </w:rPr>
        <w:t>　　4、活动二—地雷阵(20分钟)</w:t>
      </w:r>
      <w:r>
        <w:rPr>
          <w:lang w:eastAsia="zh-CN"/>
        </w:rPr>
        <w:br/>
      </w:r>
      <w:r>
        <w:rPr>
          <w:lang w:eastAsia="zh-CN"/>
        </w:rPr>
        <w:t>　　每组两两组成小分队，其中一名队友眼睛蒙上。把两根绳子平行放在地上，绳距约为10米(30英尺)。这两根绳子标志着地雷阵的起点和终点。在两绳之间尽量多地铺上一些报纸(或是硬纸板、胶合板等)。被蒙上了眼睛的队员在同伴的牵引下，走到地雷阵的起点处，挨着起点站好。他的同伴只能在起点处进行指挥。当第一小分队穿过地雷阵后第二小分队出发，用时最少的一组获胜。</w:t>
      </w:r>
      <w:r>
        <w:rPr>
          <w:lang w:eastAsia="zh-CN"/>
        </w:rPr>
        <w:br/>
      </w:r>
      <w:r>
        <w:rPr>
          <w:lang w:eastAsia="zh-CN"/>
        </w:rPr>
        <w:t>　　5、活动三—风雨同舟(40分钟)</w:t>
      </w:r>
      <w:r>
        <w:rPr>
          <w:lang w:eastAsia="zh-CN"/>
        </w:rPr>
        <w:br/>
      </w:r>
      <w:r>
        <w:rPr>
          <w:lang w:eastAsia="zh-CN"/>
        </w:rPr>
        <w:t>　　报纸最小，历时一分钟，分享</w:t>
      </w:r>
      <w:r>
        <w:rPr>
          <w:lang w:eastAsia="zh-CN"/>
        </w:rPr>
        <w:br/>
      </w:r>
      <w:r>
        <w:rPr>
          <w:lang w:eastAsia="zh-CN"/>
        </w:rPr>
        <w:t>　　6活动四—优点轰炸(40分钟)</w:t>
      </w:r>
      <w:r>
        <w:rPr>
          <w:lang w:eastAsia="zh-CN"/>
        </w:rPr>
        <w:br/>
      </w:r>
    </w:p>
    <w:p w:rsidR="001B1F19" w14:textId="27C3F48A">
      <w:pPr>
        <w:rPr>
          <w:lang w:eastAsia="zh-CN"/>
        </w:rPr>
        <w:sectPr>
          <w:type w:val="nextPage"/>
          <w:pgSz w:w="11906" w:h="16838"/>
          <w:pgMar w:top="1440" w:right="1800" w:bottom="1440" w:left="1800" w:header="851" w:footer="992" w:gutter="0"/>
          <w:pgNumType w:start="34"/>
          <w:cols w:space="425"/>
          <w:titlePg w:val="0"/>
          <w:docGrid w:type="lines" w:linePitch="312"/>
        </w:sectPr>
      </w:pPr>
      <w:r>
        <w:rPr>
          <w:lang w:eastAsia="zh-CN"/>
        </w:rPr>
        <w:t>　　小组成员轮流被别人指出优点，每个人只对被谈论者指出一个确实存在的优点，被谈论者只允许静听，不必做任何表示。注意体会被大家指出优点时的感受。</w:t>
      </w:r>
      <w:r>
        <w:rPr>
          <w:lang w:eastAsia="zh-CN"/>
        </w:rPr>
        <w:br/>
      </w:r>
      <w:r>
        <w:rPr>
          <w:lang w:eastAsia="zh-CN"/>
        </w:rPr>
        <w:t xml:space="preserve">    户外素质拓展活动总结 篇15 </w:t>
      </w:r>
      <w:r>
        <w:rPr>
          <w:lang w:eastAsia="zh-CN"/>
        </w:rPr>
        <w:br/>
      </w:r>
      <w:r>
        <w:rPr>
          <w:lang w:eastAsia="zh-CN"/>
        </w:rPr>
        <w:t>　　活动目的：</w:t>
      </w:r>
      <w:r>
        <w:rPr>
          <w:lang w:eastAsia="zh-CN"/>
        </w:rPr>
        <w:br/>
      </w:r>
      <w:r>
        <w:rPr>
          <w:lang w:eastAsia="zh-CN"/>
        </w:rPr>
        <w:t>　　学生会刚刚招新完毕，大家彼此互不熟悉，通过此次素质拓展，在集体内部</w:t>
      </w:r>
      <w:r>
        <w:rPr>
          <w:lang w:eastAsia="zh-CN"/>
        </w:rPr>
        <w:br/>
      </w:r>
      <w:r>
        <w:rPr>
          <w:lang w:eastAsia="zh-CN"/>
        </w:rPr>
        <w:t>　　营造亲情化的氛围，增进集体内同学之间的信任感、责任感，从而拉近新成员彼</w:t>
      </w:r>
      <w:r>
        <w:rPr>
          <w:lang w:eastAsia="zh-CN"/>
        </w:rPr>
        <w:br/>
      </w:r>
      <w:r>
        <w:rPr>
          <w:lang w:eastAsia="zh-CN"/>
        </w:rPr>
        <w:t>　　此之间的距离，改善和增进集体内各成员的人际关系。在活动过程中，能够激发</w:t>
      </w:r>
      <w:r>
        <w:rPr>
          <w:lang w:eastAsia="zh-CN"/>
        </w:rPr>
        <w:br/>
      </w:r>
      <w:r>
        <w:rPr>
          <w:lang w:eastAsia="zh-CN"/>
        </w:rPr>
        <w:t>　　各团队成员的进取精神，培养成员的执行能力和创新思维。依靠各种拓展项目，</w:t>
      </w:r>
      <w:r>
        <w:rPr>
          <w:lang w:eastAsia="zh-CN"/>
        </w:rPr>
        <w:br/>
      </w:r>
      <w:r>
        <w:rPr>
          <w:lang w:eastAsia="zh-CN"/>
        </w:rPr>
        <w:t>　　加强团队内部、团队间的沟通与协作能力，锻炼团队面对机遇与挑战时的反应与</w:t>
      </w:r>
      <w:r>
        <w:rPr>
          <w:lang w:eastAsia="zh-CN"/>
        </w:rPr>
        <w:br/>
      </w:r>
      <w:r>
        <w:rPr>
          <w:lang w:eastAsia="zh-CN"/>
        </w:rPr>
        <w:t>　　应对方式。</w:t>
      </w:r>
      <w:r>
        <w:rPr>
          <w:lang w:eastAsia="zh-CN"/>
        </w:rPr>
        <w:br/>
      </w:r>
      <w:r>
        <w:rPr>
          <w:lang w:eastAsia="zh-CN"/>
        </w:rPr>
        <w:t>　　活动时间：9月22日上午8:00—11:30</w:t>
      </w:r>
      <w:r>
        <w:rPr>
          <w:lang w:eastAsia="zh-CN"/>
        </w:rPr>
        <w:br/>
      </w:r>
      <w:r>
        <w:rPr>
          <w:lang w:eastAsia="zh-CN"/>
        </w:rPr>
        <w:t>　　活动地点：待定</w:t>
      </w:r>
      <w:r>
        <w:rPr>
          <w:lang w:eastAsia="zh-CN"/>
        </w:rPr>
        <w:br/>
      </w:r>
      <w:r>
        <w:rPr>
          <w:lang w:eastAsia="zh-CN"/>
        </w:rPr>
        <w:t>　　参与人员：文法学院12级与11级所有成员</w:t>
      </w:r>
      <w:r>
        <w:rPr>
          <w:lang w:eastAsia="zh-CN"/>
        </w:rPr>
        <w:br/>
      </w:r>
      <w:r>
        <w:rPr>
          <w:lang w:eastAsia="zh-CN"/>
        </w:rPr>
        <w:t>　　教练：待定(10到12人)</w:t>
      </w:r>
      <w:r>
        <w:rPr>
          <w:lang w:eastAsia="zh-CN"/>
        </w:rPr>
        <w:br/>
      </w:r>
      <w:r>
        <w:rPr>
          <w:lang w:eastAsia="zh-CN"/>
        </w:rPr>
        <w:t>　　活动负责单位：文法学院团委</w:t>
      </w:r>
      <w:r>
        <w:rPr>
          <w:lang w:eastAsia="zh-CN"/>
        </w:rPr>
        <w:br/>
      </w:r>
      <w:r>
        <w:rPr>
          <w:lang w:eastAsia="zh-CN"/>
        </w:rPr>
        <w:t>　　活动形式：</w:t>
      </w:r>
      <w:r>
        <w:rPr>
          <w:lang w:eastAsia="zh-CN"/>
        </w:rPr>
        <w:br/>
      </w:r>
      <w:r>
        <w:rPr>
          <w:lang w:eastAsia="zh-CN"/>
        </w:rPr>
        <w:t>　　1、按照已经分好的队伍，采取竞赛模式进行素质拓展项目。</w:t>
      </w:r>
      <w:r>
        <w:rPr>
          <w:lang w:eastAsia="zh-CN"/>
        </w:rPr>
        <w:br/>
      </w:r>
    </w:p>
    <w:p w:rsidR="001B1F19" w14:textId="27C3F48A">
      <w:pPr>
        <w:rPr>
          <w:lang w:eastAsia="zh-CN"/>
        </w:rPr>
        <w:sectPr>
          <w:type w:val="nextPage"/>
          <w:pgSz w:w="11906" w:h="16838"/>
          <w:pgMar w:top="1440" w:right="1800" w:bottom="1440" w:left="1800" w:header="851" w:footer="992" w:gutter="0"/>
          <w:pgNumType w:start="35"/>
          <w:cols w:space="425"/>
          <w:titlePg w:val="0"/>
          <w:docGrid w:type="lines" w:linePitch="312"/>
        </w:sectPr>
      </w:pPr>
      <w:r>
        <w:rPr>
          <w:lang w:eastAsia="zh-CN"/>
        </w:rPr>
        <w:t>　　2、各队在队长的带领下随意选择并完成所有项目，最终将每个项目所得分数进</w:t>
      </w:r>
      <w:r>
        <w:rPr>
          <w:lang w:eastAsia="zh-CN"/>
        </w:rPr>
        <w:br/>
      </w:r>
      <w:r>
        <w:rPr>
          <w:lang w:eastAsia="zh-CN"/>
        </w:rPr>
        <w:t>　　行叠加得出总成绩。</w:t>
      </w:r>
      <w:r>
        <w:rPr>
          <w:lang w:eastAsia="zh-CN"/>
        </w:rPr>
        <w:br/>
      </w:r>
      <w:r>
        <w:rPr>
          <w:lang w:eastAsia="zh-CN"/>
        </w:rPr>
        <w:t>　　活动流程：</w:t>
      </w:r>
      <w:r>
        <w:rPr>
          <w:lang w:eastAsia="zh-CN"/>
        </w:rPr>
        <w:br/>
      </w:r>
      <w:r>
        <w:rPr>
          <w:lang w:eastAsia="zh-CN"/>
        </w:rPr>
        <w:t>　　(一)前期准备</w:t>
      </w:r>
      <w:r>
        <w:rPr>
          <w:lang w:eastAsia="zh-CN"/>
        </w:rPr>
        <w:br/>
      </w:r>
      <w:r>
        <w:rPr>
          <w:lang w:eastAsia="zh-CN"/>
        </w:rPr>
        <w:t>　　1、 3到4人在星期五即9月21日晚上到大学生活动中心305搬运道具，道具</w:t>
      </w:r>
      <w:r>
        <w:rPr>
          <w:lang w:eastAsia="zh-CN"/>
        </w:rPr>
        <w:br/>
      </w:r>
      <w:r>
        <w:rPr>
          <w:lang w:eastAsia="zh-CN"/>
        </w:rPr>
        <w:t>　　为：网球若两个，塑料杯两个，传输板，海绵垫若干(茫茫人海、雷阵)，胶带，</w:t>
      </w:r>
      <w:r>
        <w:rPr>
          <w:lang w:eastAsia="zh-CN"/>
        </w:rPr>
        <w:br/>
      </w:r>
      <w:r>
        <w:rPr>
          <w:lang w:eastAsia="zh-CN"/>
        </w:rPr>
        <w:t>　　眼罩，排球，极速反应号码牌，绑腿，小型环状物(月球行走)，医药箱。</w:t>
      </w:r>
      <w:r>
        <w:rPr>
          <w:lang w:eastAsia="zh-CN"/>
        </w:rPr>
        <w:br/>
      </w:r>
      <w:r>
        <w:rPr>
          <w:lang w:eastAsia="zh-CN"/>
        </w:rPr>
        <w:t>　　2、活动前一天即周五晚上，各部门部长需通知本部部员穿运动裤参与素拓活动。</w:t>
      </w:r>
      <w:r>
        <w:rPr>
          <w:lang w:eastAsia="zh-CN"/>
        </w:rPr>
        <w:br/>
      </w:r>
      <w:r>
        <w:rPr>
          <w:lang w:eastAsia="zh-CN"/>
        </w:rPr>
        <w:t>　　3、9月22日早上7:00布置场地人员先行到达指定地点。</w:t>
      </w:r>
      <w:r>
        <w:rPr>
          <w:lang w:eastAsia="zh-CN"/>
        </w:rPr>
        <w:br/>
      </w:r>
      <w:r>
        <w:rPr>
          <w:lang w:eastAsia="zh-CN"/>
        </w:rPr>
        <w:t>　　4、9月22日早上7:30全体参与人员于六舍门前出发，乘车前往浑河。</w:t>
      </w:r>
      <w:r>
        <w:rPr>
          <w:lang w:eastAsia="zh-CN"/>
        </w:rPr>
        <w:br/>
      </w:r>
      <w:r>
        <w:rPr>
          <w:lang w:eastAsia="zh-CN"/>
        </w:rPr>
        <w:t>　　5 、到达指定地点后，教练组织站队，站好后，教练下达命令：将身上所有贵重</w:t>
      </w:r>
      <w:r>
        <w:rPr>
          <w:lang w:eastAsia="zh-CN"/>
        </w:rPr>
        <w:br/>
      </w:r>
      <w:r>
        <w:rPr>
          <w:lang w:eastAsia="zh-CN"/>
        </w:rPr>
        <w:t>　　物品，质地坚硬的物品，背包等放到一边的空地上，限时10秒，规定时间未完</w:t>
      </w:r>
      <w:r>
        <w:rPr>
          <w:lang w:eastAsia="zh-CN"/>
        </w:rPr>
        <w:br/>
      </w:r>
      <w:r>
        <w:rPr>
          <w:lang w:eastAsia="zh-CN"/>
        </w:rPr>
        <w:t>　　成者接受惩罚。</w:t>
      </w:r>
      <w:r>
        <w:rPr>
          <w:lang w:eastAsia="zh-CN"/>
        </w:rPr>
        <w:br/>
      </w:r>
      <w:r>
        <w:rPr>
          <w:lang w:eastAsia="zh-CN"/>
        </w:rPr>
        <w:t>　　6</w:t>
      </w:r>
      <w:r>
        <w:rPr>
          <w:lang w:eastAsia="zh-CN"/>
        </w:rPr>
        <w:t xml:space="preserve"> 、</w:t>
      </w:r>
    </w:p>
    <w:p w:rsidR="001B1F19" w14:textId="27C3F48A">
      <w:pPr>
        <w:rPr>
          <w:lang w:eastAsia="zh-CN"/>
        </w:rPr>
        <w:sectPr>
          <w:type w:val="nextPage"/>
          <w:pgSz w:w="11906" w:h="16838"/>
          <w:pgMar w:top="1440" w:right="1800" w:bottom="1440" w:left="1800" w:header="851" w:footer="992" w:gutter="0"/>
          <w:pgNumType w:start="36"/>
          <w:cols w:space="425"/>
          <w:titlePg w:val="0"/>
          <w:docGrid w:type="lines" w:linePitch="312"/>
        </w:sectPr>
      </w:pPr>
      <w:r>
        <w:rPr>
          <w:lang w:eastAsia="zh-CN"/>
        </w:rPr>
        <w:t xml:space="preserve"> 重新站好后，教练进行自我介绍，并简单介绍素质拓展的活动流程。</w:t>
      </w:r>
      <w:r>
        <w:rPr>
          <w:lang w:eastAsia="zh-CN"/>
        </w:rPr>
        <w:br/>
      </w:r>
      <w:r>
        <w:rPr>
          <w:lang w:eastAsia="zh-CN"/>
        </w:rPr>
        <w:t>　　㈡ 破冰环节</w:t>
      </w:r>
      <w:r>
        <w:rPr>
          <w:lang w:eastAsia="zh-CN"/>
        </w:rPr>
        <w:br/>
      </w:r>
      <w:r>
        <w:rPr>
          <w:lang w:eastAsia="zh-CN"/>
        </w:rPr>
        <w:t>　　组队(15)</w:t>
      </w:r>
      <w:r>
        <w:rPr>
          <w:lang w:eastAsia="zh-CN"/>
        </w:rPr>
        <w:br/>
      </w:r>
      <w:r>
        <w:rPr>
          <w:lang w:eastAsia="zh-CN"/>
        </w:rPr>
        <w:t>　　1、活动一结束后所有人站好，前两排为女生，后两排为男生，排头一至四报数，</w:t>
      </w:r>
      <w:r>
        <w:rPr>
          <w:lang w:eastAsia="zh-CN"/>
        </w:rPr>
        <w:br/>
      </w:r>
      <w:r>
        <w:rPr>
          <w:lang w:eastAsia="zh-CN"/>
        </w:rPr>
        <w:t>　　教练将所有人分为四组。</w:t>
      </w:r>
      <w:r>
        <w:rPr>
          <w:lang w:eastAsia="zh-CN"/>
        </w:rPr>
        <w:br/>
      </w:r>
      <w:r>
        <w:rPr>
          <w:lang w:eastAsia="zh-CN"/>
        </w:rPr>
        <w:t>　　2、教练给10分钟，各团队选出一名队长，队名，口号，编排队形。</w:t>
      </w:r>
      <w:r>
        <w:rPr>
          <w:lang w:eastAsia="zh-CN"/>
        </w:rPr>
        <w:br/>
      </w:r>
      <w:r>
        <w:rPr>
          <w:lang w:eastAsia="zh-CN"/>
        </w:rPr>
        <w:t>　　3、各队分别进行展示与汇报。</w:t>
      </w:r>
      <w:r>
        <w:rPr>
          <w:lang w:eastAsia="zh-CN"/>
        </w:rPr>
        <w:br/>
      </w:r>
      <w:r>
        <w:rPr>
          <w:lang w:eastAsia="zh-CN"/>
        </w:rPr>
        <w:t>　　㈢中期流程(项目开始)</w:t>
      </w:r>
      <w:r>
        <w:rPr>
          <w:lang w:eastAsia="zh-CN"/>
        </w:rPr>
        <w:br/>
      </w:r>
      <w:r>
        <w:rPr>
          <w:lang w:eastAsia="zh-CN"/>
        </w:rPr>
        <w:t>　　活动一：能量传输 (15)</w:t>
      </w:r>
      <w:r>
        <w:rPr>
          <w:lang w:eastAsia="zh-CN"/>
        </w:rPr>
        <w:br/>
      </w:r>
      <w:r>
        <w:rPr>
          <w:lang w:eastAsia="zh-CN"/>
        </w:rPr>
        <w:t>　　项目准备：网球两个，塑料杯两个，传输板若干</w:t>
      </w:r>
      <w:r>
        <w:rPr>
          <w:lang w:eastAsia="zh-CN"/>
        </w:rPr>
        <w:br/>
      </w:r>
      <w:r>
        <w:rPr>
          <w:lang w:eastAsia="zh-CN"/>
        </w:rPr>
        <w:t>　　项目类型：团队合作(竞赛项目)</w:t>
      </w:r>
      <w:r>
        <w:rPr>
          <w:lang w:eastAsia="zh-CN"/>
        </w:rPr>
        <w:br/>
      </w:r>
      <w:r>
        <w:rPr>
          <w:lang w:eastAsia="zh-CN"/>
        </w:rPr>
        <w:t>　　项目规定时间：8分钟</w:t>
      </w:r>
      <w:r>
        <w:rPr>
          <w:lang w:eastAsia="zh-CN"/>
        </w:rPr>
        <w:br/>
      </w:r>
      <w:r>
        <w:rPr>
          <w:lang w:eastAsia="zh-CN"/>
        </w:rPr>
        <w:t>　　项目规则：①每人手持一块传输板，从第一名同学开始，通过运输的方式使网球</w:t>
      </w:r>
      <w:r>
        <w:rPr>
          <w:lang w:eastAsia="zh-CN"/>
        </w:rPr>
        <w:br/>
      </w:r>
      <w:r>
        <w:rPr>
          <w:lang w:eastAsia="zh-CN"/>
        </w:rPr>
        <w:t>　　落入摆放好的杯中，过程中需要同学进行接力。</w:t>
      </w:r>
      <w:r>
        <w:rPr>
          <w:lang w:eastAsia="zh-CN"/>
        </w:rPr>
        <w:br/>
      </w:r>
      <w:r>
        <w:rPr>
          <w:lang w:eastAsia="zh-CN"/>
        </w:rPr>
        <w:t>　　②在运输过程中，球不得落地，不得停止，不得向反方向运动，如发</w:t>
      </w:r>
      <w:r>
        <w:rPr>
          <w:lang w:eastAsia="zh-CN"/>
        </w:rPr>
        <w:br/>
      </w:r>
      <w:r>
        <w:rPr>
          <w:lang w:eastAsia="zh-CN"/>
        </w:rPr>
        <w:t>　　生上述情况，项目重新开始。</w:t>
      </w:r>
      <w:r>
        <w:rPr>
          <w:lang w:eastAsia="zh-CN"/>
        </w:rPr>
        <w:br/>
      </w:r>
      <w:r>
        <w:rPr>
          <w:lang w:eastAsia="zh-CN"/>
        </w:rPr>
        <w:t>　　③最后一名同学的传输板高度不得低于该同学的膝盖部位。(教练根</w:t>
      </w:r>
      <w:r>
        <w:rPr>
          <w:lang w:eastAsia="zh-CN"/>
        </w:rPr>
        <w:br/>
      </w:r>
    </w:p>
    <w:p w:rsidR="001B1F19" w14:textId="27C3F48A">
      <w:pPr>
        <w:rPr>
          <w:lang w:eastAsia="zh-CN"/>
        </w:rPr>
        <w:sectPr>
          <w:type w:val="nextPage"/>
          <w:pgSz w:w="11906" w:h="16838"/>
          <w:pgMar w:top="1440" w:right="1800" w:bottom="1440" w:left="1800" w:header="851" w:footer="992" w:gutter="0"/>
          <w:pgNumType w:start="37"/>
          <w:cols w:space="425"/>
          <w:titlePg w:val="0"/>
          <w:docGrid w:type="lines" w:linePitch="312"/>
        </w:sectPr>
      </w:pPr>
      <w:r>
        <w:rPr>
          <w:lang w:eastAsia="zh-CN"/>
        </w:rPr>
        <w:t>　　据实际情况，适当放宽此处要求)规定时间内成功将球落入杯中为满分。</w:t>
      </w:r>
      <w:r>
        <w:rPr>
          <w:lang w:eastAsia="zh-CN"/>
        </w:rPr>
        <w:br/>
      </w:r>
      <w:r>
        <w:rPr>
          <w:lang w:eastAsia="zh-CN"/>
        </w:rPr>
        <w:t>　　项目分享：项目结束后，教练组织按照分好的队伍站好，大家依次发言，就该</w:t>
      </w:r>
      <w:r>
        <w:rPr>
          <w:lang w:eastAsia="zh-CN"/>
        </w:rPr>
        <w:br/>
      </w:r>
      <w:r>
        <w:rPr>
          <w:lang w:eastAsia="zh-CN"/>
        </w:rPr>
        <w:t>　　项目提出自己的感悟和收获。</w:t>
      </w:r>
      <w:r>
        <w:rPr>
          <w:lang w:eastAsia="zh-CN"/>
        </w:rPr>
        <w:br/>
      </w:r>
      <w:r>
        <w:rPr>
          <w:lang w:eastAsia="zh-CN"/>
        </w:rPr>
        <w:t>　　_以下不再重复项目分享环节，每个项目结束之后都要进行一个简短的分</w:t>
      </w:r>
      <w:r>
        <w:rPr>
          <w:lang w:eastAsia="zh-CN"/>
        </w:rPr>
        <w:br/>
      </w:r>
      <w:r>
        <w:rPr>
          <w:lang w:eastAsia="zh-CN"/>
        </w:rPr>
        <w:t>　　享环节。</w:t>
      </w:r>
      <w:r>
        <w:rPr>
          <w:lang w:eastAsia="zh-CN"/>
        </w:rPr>
        <w:br/>
      </w:r>
      <w:r>
        <w:rPr>
          <w:lang w:eastAsia="zh-CN"/>
        </w:rPr>
        <w:t>　　活动二：众志成城 (10-15)</w:t>
      </w:r>
      <w:r>
        <w:rPr>
          <w:lang w:eastAsia="zh-CN"/>
        </w:rPr>
        <w:br/>
      </w:r>
      <w:r>
        <w:rPr>
          <w:lang w:eastAsia="zh-CN"/>
        </w:rPr>
        <w:t>　　项目准备： 空旷平整的场地</w:t>
      </w:r>
      <w:r>
        <w:rPr>
          <w:lang w:eastAsia="zh-CN"/>
        </w:rPr>
        <w:br/>
      </w:r>
      <w:r>
        <w:rPr>
          <w:lang w:eastAsia="zh-CN"/>
        </w:rPr>
        <w:t>　　项目类型： 团队合作</w:t>
      </w:r>
      <w:r>
        <w:rPr>
          <w:lang w:eastAsia="zh-CN"/>
        </w:rPr>
        <w:br/>
      </w:r>
      <w:r>
        <w:rPr>
          <w:lang w:eastAsia="zh-CN"/>
        </w:rPr>
        <w:t>　　项目规则： 四组队员背对背坐下，手肘相连，在教练下达开始命令后，所有人</w:t>
      </w:r>
      <w:r>
        <w:rPr>
          <w:lang w:eastAsia="zh-CN"/>
        </w:rPr>
        <w:br/>
      </w:r>
      <w:r>
        <w:rPr>
          <w:lang w:eastAsia="zh-CN"/>
        </w:rPr>
        <w:t>　　在不借助手来撑地的前提下同时起立，最后一人站起后，计时停止。每组共有三</w:t>
      </w:r>
      <w:r>
        <w:rPr>
          <w:lang w:eastAsia="zh-CN"/>
        </w:rPr>
        <w:br/>
      </w:r>
      <w:r>
        <w:rPr>
          <w:lang w:eastAsia="zh-CN"/>
        </w:rPr>
        <w:t>　　次机会，如果第二次成绩比第一次好，则有第三次机会，取最好成绩，如果第二</w:t>
      </w:r>
      <w:r>
        <w:rPr>
          <w:lang w:eastAsia="zh-CN"/>
        </w:rPr>
        <w:br/>
      </w:r>
      <w:r>
        <w:rPr>
          <w:lang w:eastAsia="zh-CN"/>
        </w:rPr>
        <w:t>　　次成绩比第一次差，则没有第三次机会，最终只取第一次成绩。</w:t>
      </w:r>
      <w:r>
        <w:rPr>
          <w:lang w:eastAsia="zh-CN"/>
        </w:rPr>
        <w:br/>
      </w:r>
      <w:r>
        <w:rPr>
          <w:lang w:eastAsia="zh-CN"/>
        </w:rPr>
        <w:t>　　活动三：雷阵40</w:t>
      </w:r>
      <w:r>
        <w:rPr>
          <w:lang w:eastAsia="zh-CN"/>
        </w:rPr>
        <w:br/>
      </w:r>
      <w:r>
        <w:rPr>
          <w:lang w:eastAsia="zh-CN"/>
        </w:rPr>
        <w:t>　　项目准备： 教练手中持有一张雷区分布图，用海绵垫铺出的雷阵</w:t>
      </w:r>
      <w:r>
        <w:rPr>
          <w:lang w:eastAsia="zh-CN"/>
        </w:rPr>
        <w:br/>
      </w:r>
      <w:r>
        <w:rPr>
          <w:lang w:eastAsia="zh-CN"/>
        </w:rPr>
        <w:t>　　项目规则：</w:t>
      </w:r>
    </w:p>
    <w:p w:rsidR="001B1F19" w14:textId="27C3F48A">
      <w:pPr>
        <w:rPr>
          <w:lang w:eastAsia="zh-CN"/>
        </w:rPr>
        <w:sectPr>
          <w:type w:val="nextPage"/>
          <w:pgSz w:w="11906" w:h="16838"/>
          <w:pgMar w:top="1440" w:right="1800" w:bottom="1440" w:left="1800" w:header="851" w:footer="992" w:gutter="0"/>
          <w:pgNumType w:start="38"/>
          <w:cols w:space="425"/>
          <w:titlePg w:val="0"/>
          <w:docGrid w:type="lines" w:linePitch="312"/>
        </w:sectPr>
      </w:pPr>
      <w:r>
        <w:rPr>
          <w:lang w:eastAsia="zh-CN"/>
        </w:rPr>
        <w:t xml:space="preserve"> ①项目进行过程中所有人不得讲话，不得出现肢体语言。</w:t>
      </w:r>
      <w:r>
        <w:rPr>
          <w:lang w:eastAsia="zh-CN"/>
        </w:rPr>
        <w:br/>
      </w:r>
      <w:r>
        <w:rPr>
          <w:lang w:eastAsia="zh-CN"/>
        </w:rPr>
        <w:t>　　②队员从入口的一边进入，任意选择入口，目标是从出口一侧逃出</w:t>
      </w:r>
      <w:r>
        <w:rPr>
          <w:lang w:eastAsia="zh-CN"/>
        </w:rPr>
        <w:br/>
      </w:r>
      <w:r>
        <w:rPr>
          <w:lang w:eastAsia="zh-CN"/>
        </w:rPr>
        <w:t>　　雷区，每次只允许有一名队员走入雷区，每次只能走一格。</w:t>
      </w:r>
      <w:r>
        <w:rPr>
          <w:lang w:eastAsia="zh-CN"/>
        </w:rPr>
        <w:br/>
      </w:r>
      <w:r>
        <w:rPr>
          <w:lang w:eastAsia="zh-CN"/>
        </w:rPr>
        <w:t>　　③教练员看好手中的雷区分布图，当队员听到：“安全，继续前进。”</w:t>
      </w:r>
      <w:r>
        <w:rPr>
          <w:lang w:eastAsia="zh-CN"/>
        </w:rPr>
        <w:br/>
      </w:r>
      <w:r>
        <w:rPr>
          <w:lang w:eastAsia="zh-CN"/>
        </w:rPr>
        <w:t>　　的指令，则可以继续选择路线;当听到：“有雷，请原路返回。”的指令，则需要</w:t>
      </w:r>
      <w:r>
        <w:rPr>
          <w:lang w:eastAsia="zh-CN"/>
        </w:rPr>
        <w:br/>
      </w:r>
      <w:r>
        <w:rPr>
          <w:lang w:eastAsia="zh-CN"/>
        </w:rPr>
        <w:t>　　按照原路单腿跳回队尾，等待第二次机会，第二次尝试时需要以单腿跳跃的方式</w:t>
      </w:r>
      <w:r>
        <w:rPr>
          <w:lang w:eastAsia="zh-CN"/>
        </w:rPr>
        <w:br/>
      </w:r>
      <w:r>
        <w:rPr>
          <w:lang w:eastAsia="zh-CN"/>
        </w:rPr>
        <w:t>　　前进。</w:t>
      </w:r>
      <w:r>
        <w:rPr>
          <w:lang w:eastAsia="zh-CN"/>
        </w:rPr>
        <w:br/>
      </w:r>
      <w:r>
        <w:rPr>
          <w:lang w:eastAsia="zh-CN"/>
        </w:rPr>
        <w:t>　　④每位队员有两次机会，如果两次均触雷，则代表身亡，不得再次</w:t>
      </w:r>
      <w:r>
        <w:rPr>
          <w:lang w:eastAsia="zh-CN"/>
        </w:rPr>
        <w:br/>
      </w:r>
      <w:r>
        <w:rPr>
          <w:lang w:eastAsia="zh-CN"/>
        </w:rPr>
        <w:t>　　尝试</w:t>
      </w:r>
      <w:r>
        <w:rPr>
          <w:lang w:eastAsia="zh-CN"/>
        </w:rPr>
        <w:br/>
      </w:r>
      <w:r>
        <w:rPr>
          <w:lang w:eastAsia="zh-CN"/>
        </w:rPr>
        <w:t>　　⑤如果在规定时间内全体队员均触雷阵亡，该队可进行选择：</w:t>
      </w:r>
      <w:r>
        <w:rPr>
          <w:lang w:eastAsia="zh-CN"/>
        </w:rPr>
        <w:br/>
      </w:r>
      <w:r>
        <w:rPr>
          <w:lang w:eastAsia="zh-CN"/>
        </w:rPr>
        <w:t>　　a:选出五人复活，继续任务，但成功后不予以加分。</w:t>
      </w:r>
      <w:r>
        <w:rPr>
          <w:lang w:eastAsia="zh-CN"/>
        </w:rPr>
        <w:br/>
      </w:r>
      <w:r>
        <w:rPr>
          <w:lang w:eastAsia="zh-CN"/>
        </w:rPr>
        <w:t>　　b:直接零分，不再继续尝试。</w:t>
      </w:r>
      <w:r>
        <w:rPr>
          <w:lang w:eastAsia="zh-CN"/>
        </w:rPr>
        <w:br/>
      </w:r>
      <w:r>
        <w:rPr>
          <w:lang w:eastAsia="zh-CN"/>
        </w:rPr>
        <w:t>　　活动四：茫茫人海(10)</w:t>
      </w:r>
      <w:r>
        <w:rPr>
          <w:lang w:eastAsia="zh-CN"/>
        </w:rPr>
        <w:br/>
      </w:r>
      <w:r>
        <w:rPr>
          <w:lang w:eastAsia="zh-CN"/>
        </w:rPr>
        <w:t>　　项目准备：海绵垫若干，胶带，眼罩</w:t>
      </w:r>
      <w:r>
        <w:rPr>
          <w:lang w:eastAsia="zh-CN"/>
        </w:rPr>
        <w:br/>
      </w:r>
      <w:r>
        <w:rPr>
          <w:lang w:eastAsia="zh-CN"/>
        </w:rPr>
        <w:t>　　项目类型：团队合作(竞赛项目)</w:t>
      </w:r>
      <w:r>
        <w:rPr>
          <w:lang w:eastAsia="zh-CN"/>
        </w:rPr>
        <w:br/>
      </w:r>
      <w:r>
        <w:rPr>
          <w:lang w:eastAsia="zh-CN"/>
        </w:rPr>
        <w:t>　　项目规定时间：7分钟</w:t>
      </w:r>
      <w:r>
        <w:rPr>
          <w:lang w:eastAsia="zh-CN"/>
        </w:rPr>
        <w:br/>
      </w:r>
    </w:p>
    <w:p w:rsidR="001B1F19" w14:textId="27C3F48A">
      <w:pPr>
        <w:rPr>
          <w:lang w:eastAsia="zh-CN"/>
        </w:rPr>
        <w:sectPr>
          <w:type w:val="nextPage"/>
          <w:pgSz w:w="11906" w:h="16838"/>
          <w:pgMar w:top="1440" w:right="1800" w:bottom="1440" w:left="1800" w:header="851" w:footer="992" w:gutter="0"/>
          <w:pgNumType w:start="39"/>
          <w:cols w:space="425"/>
          <w:titlePg w:val="0"/>
          <w:docGrid w:type="lines" w:linePitch="312"/>
        </w:sectPr>
      </w:pPr>
      <w:r>
        <w:rPr>
          <w:lang w:eastAsia="zh-CN"/>
        </w:rPr>
        <w:t>　　项目规则：①将海绵垫随机地分布于已规定好的起点和终点之间，并用胶带进行</w:t>
      </w:r>
      <w:r>
        <w:rPr>
          <w:lang w:eastAsia="zh-CN"/>
        </w:rPr>
        <w:br/>
      </w:r>
      <w:r>
        <w:rPr>
          <w:lang w:eastAsia="zh-CN"/>
        </w:rPr>
        <w:t>　　固定。</w:t>
      </w:r>
      <w:r>
        <w:rPr>
          <w:lang w:eastAsia="zh-CN"/>
        </w:rPr>
        <w:br/>
      </w:r>
      <w:r>
        <w:rPr>
          <w:lang w:eastAsia="zh-CN"/>
        </w:rPr>
        <w:t>　　②所有人分成两队，每队选出一人作为引导员，其余队员戴上眼罩，</w:t>
      </w:r>
      <w:r>
        <w:rPr>
          <w:lang w:eastAsia="zh-CN"/>
        </w:rPr>
        <w:br/>
      </w:r>
      <w:r>
        <w:rPr>
          <w:lang w:eastAsia="zh-CN"/>
        </w:rPr>
        <w:t>　　在不得触碰除海绵垫以外区域的前提下，依次到达终点，教练根据规定时间内完</w:t>
      </w:r>
      <w:r>
        <w:rPr>
          <w:lang w:eastAsia="zh-CN"/>
        </w:rPr>
        <w:br/>
      </w:r>
      <w:r>
        <w:rPr>
          <w:lang w:eastAsia="zh-CN"/>
        </w:rPr>
        <w:t>　　成的人数进行赋分。</w:t>
      </w:r>
      <w:r>
        <w:rPr>
          <w:lang w:eastAsia="zh-CN"/>
        </w:rPr>
        <w:br/>
      </w:r>
      <w:r>
        <w:rPr>
          <w:lang w:eastAsia="zh-CN"/>
        </w:rPr>
        <w:t>　　活动五：月球行走(15)</w:t>
      </w:r>
      <w:r>
        <w:rPr>
          <w:lang w:eastAsia="zh-CN"/>
        </w:rPr>
        <w:br/>
      </w:r>
      <w:r>
        <w:rPr>
          <w:lang w:eastAsia="zh-CN"/>
        </w:rPr>
        <w:t>　　项目准备：绑腿;小型的环状物(大小：至少能容纳两只脚)</w:t>
      </w:r>
      <w:r>
        <w:rPr>
          <w:lang w:eastAsia="zh-CN"/>
        </w:rPr>
        <w:br/>
      </w:r>
      <w:r>
        <w:rPr>
          <w:lang w:eastAsia="zh-CN"/>
        </w:rPr>
        <w:t>　　项目类型：团队合作</w:t>
      </w:r>
      <w:r>
        <w:rPr>
          <w:lang w:eastAsia="zh-CN"/>
        </w:rPr>
        <w:br/>
      </w:r>
      <w:r>
        <w:rPr>
          <w:lang w:eastAsia="zh-CN"/>
        </w:rPr>
        <w:t>　　项目规定时间：10分钟(每次机会5分钟)</w:t>
      </w:r>
      <w:r>
        <w:rPr>
          <w:lang w:eastAsia="zh-CN"/>
        </w:rPr>
        <w:br/>
      </w:r>
      <w:r>
        <w:rPr>
          <w:lang w:eastAsia="zh-CN"/>
        </w:rPr>
        <w:t>　　项目规则：①所有人站成一列，后一个人的右腿绑住前一个人的左腿。</w:t>
      </w:r>
      <w:r>
        <w:rPr>
          <w:lang w:eastAsia="zh-CN"/>
        </w:rPr>
        <w:br/>
      </w:r>
      <w:r>
        <w:rPr>
          <w:lang w:eastAsia="zh-CN"/>
        </w:rPr>
        <w:t>　　②项目开始后，每个人的脚不得踏出圆圈以外的区域，不得用脚踩铁</w:t>
      </w:r>
      <w:r>
        <w:rPr>
          <w:lang w:eastAsia="zh-CN"/>
        </w:rPr>
        <w:br/>
      </w:r>
      <w:r>
        <w:rPr>
          <w:lang w:eastAsia="zh-CN"/>
        </w:rPr>
        <w:t>　　圈，当第一个人的脚踏入圆圈开始计时，当最后一个人的脚踏出圆圈后停止计时。</w:t>
      </w:r>
      <w:r>
        <w:rPr>
          <w:lang w:eastAsia="zh-CN"/>
        </w:rPr>
        <w:br/>
      </w:r>
      <w:r>
        <w:rPr>
          <w:lang w:eastAsia="zh-CN"/>
        </w:rPr>
        <w:t>　　③若中途犯规，则返回起点重新开始，每队有两次机会，教练根据各</w:t>
      </w:r>
      <w:r>
        <w:rPr>
          <w:lang w:eastAsia="zh-CN"/>
        </w:rPr>
        <w:br/>
      </w:r>
      <w:r>
        <w:rPr>
          <w:lang w:eastAsia="zh-CN"/>
        </w:rPr>
        <w:t>　　队完成情况及所用时间赋分。</w:t>
      </w:r>
      <w:r>
        <w:rPr>
          <w:lang w:eastAsia="zh-CN"/>
        </w:rPr>
        <w:br/>
      </w:r>
      <w:r>
        <w:rPr>
          <w:lang w:eastAsia="zh-CN"/>
        </w:rPr>
        <w:t>　　活动六：极速反应 (10)</w:t>
      </w:r>
      <w:r>
        <w:rPr>
          <w:lang w:eastAsia="zh-CN"/>
        </w:rPr>
        <w:br/>
      </w:r>
      <w:r>
        <w:rPr>
          <w:lang w:eastAsia="zh-CN"/>
        </w:rPr>
        <w:t>　　项目准备：该项目专用的号码牌</w:t>
      </w:r>
      <w:r>
        <w:rPr>
          <w:lang w:eastAsia="zh-CN"/>
        </w:rPr>
        <w:br/>
      </w:r>
    </w:p>
    <w:p w:rsidR="001B1F19" w14:textId="27C3F48A">
      <w:pPr>
        <w:rPr>
          <w:lang w:eastAsia="zh-CN"/>
        </w:rPr>
      </w:pPr>
      <w:r>
        <w:rPr>
          <w:lang w:eastAsia="zh-CN"/>
        </w:rPr>
        <w:t>　　项目类型：团队合作</w:t>
      </w:r>
      <w:r>
        <w:rPr>
          <w:lang w:eastAsia="zh-CN"/>
        </w:rPr>
        <w:br/>
      </w:r>
      <w:r>
        <w:rPr>
          <w:lang w:eastAsia="zh-CN"/>
        </w:rPr>
        <w:t>　　项目规定时间：7分钟</w:t>
      </w:r>
      <w:r>
        <w:rPr>
          <w:lang w:eastAsia="zh-CN"/>
        </w:rPr>
        <w:br/>
      </w:r>
      <w:r>
        <w:rPr>
          <w:lang w:eastAsia="zh-CN"/>
        </w:rPr>
        <w:t>　　项目规则：①所有人前后站成一列，每次一人按顺序拿取号码牌，共有三十张号</w:t>
      </w:r>
      <w:r>
        <w:rPr>
          <w:lang w:eastAsia="zh-CN"/>
        </w:rPr>
        <w:br/>
      </w:r>
      <w:r>
        <w:rPr>
          <w:lang w:eastAsia="zh-CN"/>
        </w:rPr>
        <w:t>　　码牌，拿牌的顺序是摆牌的顺序。</w:t>
      </w:r>
      <w:r>
        <w:rPr>
          <w:lang w:eastAsia="zh-CN"/>
        </w:rPr>
        <w:br/>
      </w:r>
      <w:r>
        <w:rPr>
          <w:lang w:eastAsia="zh-CN"/>
        </w:rPr>
        <w:t>　　②在活动过程当中，所有人不得讲话。</w:t>
      </w:r>
      <w:r>
        <w:rPr>
          <w:lang w:eastAsia="zh-CN"/>
        </w:rPr>
        <w:br/>
      </w:r>
      <w:r>
        <w:rPr>
          <w:lang w:eastAsia="zh-CN"/>
        </w:rPr>
        <w:t>　　③从一到三十，摆完为止，每摆错一张加十秒，每说一次话，加十秒。</w:t>
      </w:r>
      <w:r>
        <w:rPr>
          <w:lang w:eastAsia="zh-CN"/>
        </w:rPr>
        <w:br/>
      </w:r>
      <w:r>
        <w:rPr>
          <w:lang w:eastAsia="zh-CN"/>
        </w:rPr>
        <w:t>　　活动七：心心相应(被夹球)(10)</w:t>
      </w:r>
      <w:r>
        <w:rPr>
          <w:lang w:eastAsia="zh-CN"/>
        </w:rPr>
        <w:br/>
      </w:r>
      <w:r>
        <w:rPr>
          <w:lang w:eastAsia="zh-CN"/>
        </w:rPr>
        <w:t>　　项目准备：排球若干</w:t>
      </w:r>
      <w:r>
        <w:rPr>
          <w:lang w:eastAsia="zh-CN"/>
        </w:rPr>
        <w:br/>
      </w:r>
      <w:r>
        <w:rPr>
          <w:lang w:eastAsia="zh-CN"/>
        </w:rPr>
        <w:t>　　项目类型：竞赛类项目</w:t>
      </w:r>
      <w:r>
        <w:rPr>
          <w:lang w:eastAsia="zh-CN"/>
        </w:rPr>
        <w:br/>
      </w:r>
      <w:r>
        <w:rPr>
          <w:lang w:eastAsia="zh-CN"/>
        </w:rPr>
        <w:t>　　项目规则：①每队若干组，每组两人，用后背夹住一个排球，步调一致向前走，</w:t>
      </w:r>
      <w:r>
        <w:rPr>
          <w:lang w:eastAsia="zh-CN"/>
        </w:rPr>
        <w:br/>
      </w:r>
      <w:r>
        <w:rPr>
          <w:lang w:eastAsia="zh-CN"/>
        </w:rPr>
        <w:t>　　绕过转折点返回起点后，将排球放入下一组队员的后背之间，已接力的方式，教</w:t>
      </w:r>
      <w:r>
        <w:rPr>
          <w:lang w:eastAsia="zh-CN"/>
        </w:rPr>
        <w:br/>
      </w:r>
      <w:r>
        <w:rPr>
          <w:lang w:eastAsia="zh-CN"/>
        </w:rPr>
        <w:t>　　练根据各队所用时间进行赋分。</w:t>
      </w:r>
      <w:r>
        <w:rPr>
          <w:lang w:eastAsia="zh-CN"/>
        </w:rPr>
        <w:br/>
      </w:r>
      <w:r>
        <w:rPr>
          <w:lang w:eastAsia="zh-CN"/>
        </w:rPr>
        <w:t>　　②在行走过程中，不得以除后背以外的其他部位触球，若球落地，</w:t>
      </w:r>
      <w:r>
        <w:rPr>
          <w:lang w:eastAsia="zh-CN"/>
        </w:rPr>
        <w:br/>
      </w:r>
      <w:r>
        <w:rPr>
          <w:lang w:eastAsia="zh-CN"/>
        </w:rPr>
        <w:t>　　则需从球落地处重新开始比赛。</w:t>
      </w:r>
      <w:r>
        <w:rPr>
          <w:lang w:eastAsia="zh-CN"/>
        </w:rPr>
        <w:br/>
      </w:r>
      <w:r>
        <w:rPr>
          <w:lang w:eastAsia="zh-CN"/>
        </w:rPr>
        <w:t>　　活动八：法柜奇兵 (15)</w:t>
      </w:r>
      <w:r>
        <w:rPr>
          <w:lang w:eastAsia="zh-CN"/>
        </w:rPr>
        <w:br/>
      </w:r>
      <w:r>
        <w:rPr>
          <w:lang w:eastAsia="zh-CN"/>
        </w:rPr>
        <w:t>　　项目准备：一根粗绳，分别缠绕在两棵树的树干上，距离地面1米5左右</w:t>
      </w:r>
      <w:r>
        <w:rPr>
          <w:lang w:eastAsia="zh-CN"/>
        </w:rPr>
        <w:br/>
      </w:r>
      <w:r>
        <w:rPr>
          <w:lang w:eastAsia="zh-CN"/>
        </w:rPr>
        <w:br/>
      </w:r>
      <w:r>
        <w:rPr>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https://d.book118.com/968045014047006044</w:t>
        </w:r>
      </w:hyperlink>
    </w:p>
    <w:p w:rsidR="001B1F19">
      <w:pPr>
        <w:rPr>
          <w:lang w:eastAsia="zh-CN"/>
        </w:rPr>
      </w:pPr>
    </w:p>
    <w:sectPr>
      <w:type w:val="nextPage"/>
      <w:pgSz w:w="11906" w:h="16838"/>
      <w:pgMar w:top="1440" w:right="1800" w:bottom="1440" w:left="1800" w:header="851" w:footer="992" w:gutter="0"/>
      <w:pgNumType w:start="4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 w:val="009376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968045014047006044"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54</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6</cp:revision>
  <dcterms:created xsi:type="dcterms:W3CDTF">2024-01-11T00:28:00Z</dcterms:created>
  <dcterms:modified xsi:type="dcterms:W3CDTF">2024-02-08T13:34:00Z</dcterms:modified>
</cp:coreProperties>
</file>