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保洁年度消杀工作计划范文（35篇）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保洁年度消杀工作计划范文（精选35篇）</w:t>
      </w:r>
      <w:r>
        <w:rPr>
          <w:lang w:eastAsia="zh-CN"/>
        </w:rPr>
        <w:br/>
      </w:r>
      <w:r>
        <w:rPr>
          <w:lang w:eastAsia="zh-CN"/>
        </w:rPr>
        <w:t xml:space="preserve">    保洁年度消杀工作计划范文 篇1 </w:t>
      </w:r>
      <w:r>
        <w:rPr>
          <w:lang w:eastAsia="zh-CN"/>
        </w:rPr>
        <w:br/>
      </w:r>
      <w:r>
        <w:rPr>
          <w:lang w:eastAsia="zh-CN"/>
        </w:rPr>
        <w:t>　　根据__市新型冠状病毒感染的肺炎疫情防控指挥部精神要求，为进一步做好我市大型商超疫情常态化防控工作，突出落实大型商场、超市等相关责任人的防控主体责任，最大力度控制新型冠状病毒传播，保障企业安全有序经营，特制定如下应急工作预案。</w:t>
      </w:r>
      <w:r>
        <w:rPr>
          <w:lang w:eastAsia="zh-CN"/>
        </w:rPr>
        <w:br/>
      </w:r>
      <w:r>
        <w:rPr>
          <w:lang w:eastAsia="zh-CN"/>
        </w:rPr>
        <w:t>　　一、指导思想</w:t>
      </w:r>
      <w:r>
        <w:rPr>
          <w:lang w:eastAsia="zh-CN"/>
        </w:rPr>
        <w:br/>
      </w:r>
      <w:r>
        <w:rPr>
          <w:lang w:eastAsia="zh-CN"/>
        </w:rPr>
        <w:t>　　高度重视大型商场、超市疫情防控工作，切实把思想和行动统一到党中央、国务院、省、市部署上来，周密组织，采取坚决有力举措，切实做好大型商超疫情防控工作。</w:t>
      </w:r>
      <w:r>
        <w:rPr>
          <w:lang w:eastAsia="zh-CN"/>
        </w:rPr>
        <w:br/>
      </w:r>
      <w:r>
        <w:rPr>
          <w:lang w:eastAsia="zh-CN"/>
        </w:rPr>
        <w:t>　　二、工作原则</w:t>
      </w:r>
      <w:r>
        <w:rPr>
          <w:lang w:eastAsia="zh-CN"/>
        </w:rPr>
        <w:br/>
      </w:r>
      <w:r>
        <w:rPr>
          <w:lang w:eastAsia="zh-CN"/>
        </w:rPr>
        <w:t>　　（一）预防为主。加强对大型商场、超市新型冠状病毒防控，及时发现，立即报告，迅速采取措施，切断传播途径，控制疫情，严防疫情的传播和蔓延。</w:t>
      </w:r>
      <w:r>
        <w:rPr>
          <w:lang w:eastAsia="zh-CN"/>
        </w:rPr>
        <w:br/>
      </w:r>
      <w:r>
        <w:rPr>
          <w:lang w:eastAsia="zh-CN"/>
        </w:rPr>
        <w:t>　　（二）联防联控。疫情防控实行属地管理、条块结合、联防联控、分工负责，共同落实防控措施。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（三）及时处置。对确诊病例、临床诊断病例、疑似病例、观察病例应做到分类、有序管理，确保早诊断、早隔离、早治疗。对防控对象及密切接触者按规定进行医学观察。</w:t>
      </w:r>
      <w:r>
        <w:rPr>
          <w:lang w:eastAsia="zh-CN"/>
        </w:rPr>
        <w:br/>
      </w:r>
      <w:r>
        <w:rPr>
          <w:lang w:eastAsia="zh-CN"/>
        </w:rPr>
        <w:t>　　三、预防措施</w:t>
      </w:r>
      <w:r>
        <w:rPr>
          <w:lang w:eastAsia="zh-CN"/>
        </w:rPr>
        <w:br/>
      </w:r>
      <w:r>
        <w:rPr>
          <w:lang w:eastAsia="zh-CN"/>
        </w:rPr>
        <w:t>　　（一）完善防控机制。大型商场、超市的权属人或经营者要建立内部疫情防控组织机构，明确责任分工，明确疫情防控应急流程，制定完善疫情防控内部责任机制和应急预案。</w:t>
      </w:r>
      <w:r>
        <w:rPr>
          <w:lang w:eastAsia="zh-CN"/>
        </w:rPr>
        <w:br/>
      </w:r>
      <w:r>
        <w:rPr>
          <w:lang w:eastAsia="zh-CN"/>
        </w:rPr>
        <w:t>　　（二）加强排查检测。大型商场、超市权属人或经营者可通过要求员工办理“工作人员出入证明”等方式，督促企业对每一名员工的籍贯和14天内去向进行排查，并“一人一档”做好员工建档登记。督促承租企业落实主体责任，对对国内中高风险地区来兰返兰员工，严格按照规定做好健康监测、核酸检测和隔离管控等工作，全面落实14天集中隔离医学观察、解除集中隔离后7天居家健康观察和7天日常健康监测工作。要加强大型商场、超市出入口管控，确保进出人员戴好口罩，实行逢进必检体温制度，亮健康码。</w:t>
      </w:r>
      <w:r>
        <w:rPr>
          <w:lang w:eastAsia="zh-CN"/>
        </w:rPr>
        <w:br/>
      </w:r>
      <w:r>
        <w:rPr>
          <w:lang w:eastAsia="zh-CN"/>
        </w:rPr>
        <w:t>　　有进口食品上架的超市，要落实“三证一码”制度，并落实好物品、内外包装和冷库（柜）的消杀措施。</w:t>
      </w:r>
      <w:r>
        <w:rPr>
          <w:lang w:eastAsia="zh-CN"/>
        </w:rPr>
        <w:br/>
      </w:r>
      <w:r>
        <w:rPr>
          <w:lang w:eastAsia="zh-CN"/>
        </w:rPr>
        <w:t>　　（三）设施物资到位。大型商场、超市权属人或经营者要购置快速红外体温探测仪、消毒水、口罩等疫情防控必备物资；设置有集体宿舍的商家、企业，要安排单人单间、相对独立房间作为疫区返岗人员临时隔离场所；不具备条件的企业，要按照辖区园区、镇街的统一安排，确定具体的隔离观察地点并向所在村（社区）报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做好清洁消毒。大型商场、超市权属人或经营者每日至少一次对卫生死角、垃圾收运点、电梯及其他封闭空间等公共部位的环境卫生管理和消毒工作，减少病毒传播渠道。加强对卫生保洁工作人员的培训，重点讲解各种药剂的使用方法，确保清洁消毒取得预期效果。</w:t>
      </w:r>
      <w:r>
        <w:rPr>
          <w:lang w:eastAsia="zh-CN"/>
        </w:rPr>
        <w:br/>
      </w:r>
      <w:r>
        <w:rPr>
          <w:lang w:eastAsia="zh-CN"/>
        </w:rPr>
        <w:t>　　（五）强化宣传引导。大型商场、超市权属人或经营者落实联防联控要求，及时将政府部门发布的权威信息和疫情防控指引通过微信公众号、企业微信群、公司宣传栏等途径进行广泛推送，微信群等途径进行推送，引导相关人员科学实施疫情防控、正确使用口罩等各种防疫物资，避免恐慌情绪和谣言传播。</w:t>
      </w:r>
      <w:r>
        <w:rPr>
          <w:lang w:eastAsia="zh-CN"/>
        </w:rPr>
        <w:br/>
      </w:r>
      <w:r>
        <w:rPr>
          <w:lang w:eastAsia="zh-CN"/>
        </w:rPr>
        <w:t>　　四、加强应急处置</w:t>
      </w:r>
      <w:r>
        <w:rPr>
          <w:lang w:eastAsia="zh-CN"/>
        </w:rPr>
        <w:br/>
      </w:r>
      <w:r>
        <w:rPr>
          <w:lang w:eastAsia="zh-CN"/>
        </w:rPr>
        <w:t>　　（一）对顾客、工作人员进入场所或工作过程中首次测温超过37.3℃以上或出现干咳、乏力、鼻塞、流涕、咽痛、胸闷等呼吸道感染症状，需采取以下应对措施：</w:t>
      </w:r>
      <w:r>
        <w:rPr>
          <w:lang w:eastAsia="zh-CN"/>
        </w:rPr>
        <w:br/>
      </w:r>
      <w:r>
        <w:rPr>
          <w:lang w:eastAsia="zh-CN"/>
        </w:rPr>
        <w:t>　　1、间隔2-3分钟复测，37.3℃以下无其它症状允许正常进出场所；</w:t>
      </w:r>
      <w:r>
        <w:rPr>
          <w:lang w:eastAsia="zh-CN"/>
        </w:rPr>
        <w:br/>
      </w:r>
      <w:r>
        <w:rPr>
          <w:lang w:eastAsia="zh-CN"/>
        </w:rPr>
        <w:t>　　2、水银体温计复测仍高于37.3℃，指导顾客、工作人员规范佩戴个人防护用品转移至临时隔离点；</w:t>
      </w:r>
      <w:r>
        <w:rPr>
          <w:lang w:eastAsia="zh-CN"/>
        </w:rPr>
        <w:br/>
      </w:r>
      <w:r>
        <w:rPr>
          <w:lang w:eastAsia="zh-CN"/>
        </w:rPr>
        <w:t>　　3、大型商场、超市权属人或经营者进一步询问有无流行病学史，无流行病学史建议本人避免乘坐公共交通就近到医疗机构发热门诊就诊；</w:t>
      </w:r>
      <w:r>
        <w:rPr>
          <w:lang w:eastAsia="zh-CN"/>
        </w:rPr>
        <w:br/>
      </w:r>
      <w:r>
        <w:rPr>
          <w:lang w:eastAsia="zh-CN"/>
        </w:rPr>
        <w:t>　　4、有流行病学史，通知120急救车带至定点医院发热门诊就诊；</w:t>
      </w:r>
      <w:r>
        <w:rPr>
          <w:lang w:eastAsia="zh-CN"/>
        </w:rPr>
        <w:br/>
      </w:r>
      <w:r>
        <w:rPr>
          <w:lang w:eastAsia="zh-CN"/>
        </w:rPr>
        <w:t>　　5、规范开展疫情常态化工作；</w:t>
      </w:r>
      <w:r>
        <w:rPr>
          <w:lang w:eastAsia="zh-CN"/>
        </w:rPr>
        <w:br/>
      </w:r>
      <w:r>
        <w:rPr>
          <w:lang w:eastAsia="zh-CN"/>
        </w:rPr>
        <w:t>　　6、规范即使向商务局和卫生健康局上报相关信息。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（二）大型商超接到卫生健康部门通报的关于顾客、工作人员诊断为新冠肺炎确诊病例、无症状感染者，或顾客、工作人员与上述人员有密切接触史的报告。</w:t>
      </w:r>
      <w:r>
        <w:rPr>
          <w:lang w:eastAsia="zh-CN"/>
        </w:rPr>
        <w:br/>
      </w:r>
      <w:r>
        <w:rPr>
          <w:lang w:eastAsia="zh-CN"/>
        </w:rPr>
        <w:t>　　1、启动应急预案，依法依规开展疫情防控工作；</w:t>
      </w:r>
      <w:r>
        <w:rPr>
          <w:lang w:eastAsia="zh-CN"/>
        </w:rPr>
        <w:br/>
      </w:r>
      <w:r>
        <w:rPr>
          <w:lang w:eastAsia="zh-CN"/>
        </w:rPr>
        <w:t>　　2、严格执行大型商超工作区域封闭式管理；</w:t>
      </w:r>
      <w:r>
        <w:rPr>
          <w:lang w:eastAsia="zh-CN"/>
        </w:rPr>
        <w:br/>
      </w:r>
      <w:r>
        <w:rPr>
          <w:lang w:eastAsia="zh-CN"/>
        </w:rPr>
        <w:t>　　3、协助卫生健康部门开展通报人员的接触人员排查登记和管理；</w:t>
      </w:r>
      <w:r>
        <w:rPr>
          <w:lang w:eastAsia="zh-CN"/>
        </w:rPr>
        <w:br/>
      </w:r>
      <w:r>
        <w:rPr>
          <w:lang w:eastAsia="zh-CN"/>
        </w:rPr>
        <w:t>　　4、加强大型商超公共区域及重点场所（就餐场所、公用卫生间等）通风消毒工作；在疾病预防控制中心的指导下，对空调通风系统进行消毒和清洗工作，经卫生学评级合格后方可重新启用；协助对可能污染的场所、交通工具等的环境和物品开展终末消毒；</w:t>
      </w:r>
      <w:r>
        <w:rPr>
          <w:lang w:eastAsia="zh-CN"/>
        </w:rPr>
        <w:br/>
      </w:r>
      <w:r>
        <w:rPr>
          <w:lang w:eastAsia="zh-CN"/>
        </w:rPr>
        <w:t>　　5、加强就餐秩序管理，通过分餐制、错时就餐等办法，降低就餐人员密度；</w:t>
      </w:r>
      <w:r>
        <w:rPr>
          <w:lang w:eastAsia="zh-CN"/>
        </w:rPr>
        <w:br/>
      </w:r>
      <w:r>
        <w:rPr>
          <w:lang w:eastAsia="zh-CN"/>
        </w:rPr>
        <w:t>　　6、加强大型商超工作人员晨午检和缺勤追踪；</w:t>
      </w:r>
      <w:r>
        <w:rPr>
          <w:lang w:eastAsia="zh-CN"/>
        </w:rPr>
        <w:br/>
      </w:r>
      <w:r>
        <w:rPr>
          <w:lang w:eastAsia="zh-CN"/>
        </w:rPr>
        <w:t>　　7、停止使用电梯等公共设施；</w:t>
      </w:r>
      <w:r>
        <w:rPr>
          <w:lang w:eastAsia="zh-CN"/>
        </w:rPr>
        <w:br/>
      </w:r>
      <w:r>
        <w:rPr>
          <w:lang w:eastAsia="zh-CN"/>
        </w:rPr>
        <w:t>　　8、减少或停止举办大规模促销活动、展览展示、聚餐、培训、会议等聚集性活动；停止使用母婴室、儿童游乐场所、健身馆、酒吧、舞厅、电影院、电子游戏厅等公共设施服务；</w:t>
      </w:r>
      <w:r>
        <w:rPr>
          <w:lang w:eastAsia="zh-CN"/>
        </w:rPr>
        <w:br/>
      </w:r>
      <w:r>
        <w:rPr>
          <w:lang w:eastAsia="zh-CN"/>
        </w:rPr>
        <w:t>　　9、根据卫生健康部门防控要求做好对可能污染的场所、交通工具等环境物品和顾客、工作人员核酸检测和疫苗接种准备工作；</w:t>
      </w:r>
      <w:r>
        <w:rPr>
          <w:lang w:eastAsia="zh-CN"/>
        </w:rPr>
        <w:br/>
      </w:r>
      <w:r>
        <w:rPr>
          <w:lang w:eastAsia="zh-CN"/>
        </w:rPr>
        <w:t>　　10、根据卫生健康部门调查结论采取缩短营业时间，并控制顾客数量经营方式；做好实施封楼硬隔离准备，经卫生健康部门检查排除传播风险方可正常经营；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11、加强个人防护与消毒等防控知识宣传和指导；</w:t>
      </w:r>
      <w:r>
        <w:rPr>
          <w:lang w:eastAsia="zh-CN"/>
        </w:rPr>
        <w:br/>
      </w:r>
      <w:r>
        <w:rPr>
          <w:lang w:eastAsia="zh-CN"/>
        </w:rPr>
        <w:t>　　12、保持公共区域环境整洁，垃圾“日产日清”，对垃圾点每日进行消毒；</w:t>
      </w:r>
      <w:r>
        <w:rPr>
          <w:lang w:eastAsia="zh-CN"/>
        </w:rPr>
        <w:br/>
      </w:r>
      <w:r>
        <w:rPr>
          <w:lang w:eastAsia="zh-CN"/>
        </w:rPr>
        <w:t>　　13、落实专人负责与疫情相关的工作人员联系，掌握其健康状况；</w:t>
      </w:r>
      <w:r>
        <w:rPr>
          <w:lang w:eastAsia="zh-CN"/>
        </w:rPr>
        <w:br/>
      </w:r>
      <w:r>
        <w:rPr>
          <w:lang w:eastAsia="zh-CN"/>
        </w:rPr>
        <w:t>　　14、规范及时向商务局和卫生健康局上报相关信息。</w:t>
      </w:r>
      <w:r>
        <w:rPr>
          <w:lang w:eastAsia="zh-CN"/>
        </w:rPr>
        <w:br/>
      </w:r>
      <w:r>
        <w:rPr>
          <w:lang w:eastAsia="zh-CN"/>
        </w:rPr>
        <w:t>　　五、强化疫情防控主体责任</w:t>
      </w:r>
      <w:r>
        <w:rPr>
          <w:lang w:eastAsia="zh-CN"/>
        </w:rPr>
        <w:br/>
      </w:r>
      <w:r>
        <w:rPr>
          <w:lang w:eastAsia="zh-CN"/>
        </w:rPr>
        <w:t>　　大型商场、超市权属人或经营者要切实落实防控主体责任，高度重视疫情防控工作，落实国家省市各项防控措施。对出现确诊病例的，应当立即停止经营，采取隔离等有效措施，控制疫情扩散蔓延。对落实疫情防控措施不到位，导致出现疫情防控重大风险的企业、商家，将依法依规严肃追究相关人员法律责任。</w:t>
      </w:r>
      <w:r>
        <w:rPr>
          <w:lang w:eastAsia="zh-CN"/>
        </w:rPr>
        <w:br/>
      </w:r>
      <w:r>
        <w:rPr>
          <w:lang w:eastAsia="zh-CN"/>
        </w:rPr>
        <w:t>　　注：流行病学史，指国（境）外28天内和国内中高风险地区14天内旅居史或上述人员密切接触史，与新冠肺炎确诊病例、无症状感染者及上述人员的密切接触者有密切接触史。</w:t>
      </w:r>
      <w:r>
        <w:rPr>
          <w:lang w:eastAsia="zh-CN"/>
        </w:rPr>
        <w:br/>
      </w:r>
      <w:r>
        <w:rPr>
          <w:lang w:eastAsia="zh-CN"/>
        </w:rPr>
        <w:t xml:space="preserve">    保洁年度消杀工作计划范文 篇2 </w:t>
      </w:r>
      <w:r>
        <w:rPr>
          <w:lang w:eastAsia="zh-CN"/>
        </w:rPr>
        <w:br/>
      </w:r>
      <w:r>
        <w:rPr>
          <w:lang w:eastAsia="zh-CN"/>
        </w:rPr>
        <w:t>　　一、严格规范消毒工作</w:t>
      </w:r>
      <w:r>
        <w:rPr>
          <w:lang w:eastAsia="zh-CN"/>
        </w:rPr>
        <w:br/>
      </w:r>
      <w:r>
        <w:rPr>
          <w:lang w:eastAsia="zh-CN"/>
        </w:rPr>
        <w:t>　　1、消毒管理坚持“集中培训、统一配备、区域自治、宿舍自理、专人负责、定期督查”的原则。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2、组建专职防疫消毒队伍，支部书记作为本单位消毒管理第一责任人，要确立一名专职防疫消毒员（视实际情况可设立AB角），具体负责本单位所属办公区域及职工宿舍的消毒工作，并做出工作承诺。</w:t>
      </w:r>
      <w:r>
        <w:rPr>
          <w:lang w:eastAsia="zh-CN"/>
        </w:rPr>
        <w:br/>
      </w:r>
      <w:r>
        <w:rPr>
          <w:lang w:eastAsia="zh-CN"/>
        </w:rPr>
        <w:t>　　3、消毒管理工作要严格落实消毒工作标准和流程，各单位所有办公区域和职工宿舍都要摆放消毒记录卡，由专职防疫消毒员负责填写。</w:t>
      </w:r>
      <w:r>
        <w:rPr>
          <w:lang w:eastAsia="zh-CN"/>
        </w:rPr>
        <w:br/>
      </w:r>
      <w:r>
        <w:rPr>
          <w:lang w:eastAsia="zh-CN"/>
        </w:rPr>
        <w:t>　　4、各单位支部书记和公寓宿舍管理员是单位和区域第一监督员，要对消毒工作进行跟踪监督，并签字认可。</w:t>
      </w:r>
      <w:r>
        <w:rPr>
          <w:lang w:eastAsia="zh-CN"/>
        </w:rPr>
        <w:br/>
      </w:r>
      <w:r>
        <w:rPr>
          <w:lang w:eastAsia="zh-CN"/>
        </w:rPr>
        <w:t>　　5、各区域督导组每日督导检查必须通报消毒检查情况，同时公司防疫办将在专职防疫消毒员队伍中，开展“消毒战士”评选活动，进行奖励。</w:t>
      </w:r>
      <w:r>
        <w:rPr>
          <w:lang w:eastAsia="zh-CN"/>
        </w:rPr>
        <w:br/>
      </w:r>
      <w:r>
        <w:rPr>
          <w:lang w:eastAsia="zh-CN"/>
        </w:rPr>
        <w:t>　　二、严格规范就餐管理</w:t>
      </w:r>
      <w:r>
        <w:rPr>
          <w:lang w:eastAsia="zh-CN"/>
        </w:rPr>
        <w:br/>
      </w:r>
      <w:r>
        <w:rPr>
          <w:lang w:eastAsia="zh-CN"/>
        </w:rPr>
        <w:t>　　1、从2月9日零时起，公司统一实行就餐个人餐具自理，各就餐点不再提供餐具。</w:t>
      </w:r>
      <w:r>
        <w:rPr>
          <w:lang w:eastAsia="zh-CN"/>
        </w:rPr>
        <w:br/>
      </w:r>
      <w:r>
        <w:rPr>
          <w:lang w:eastAsia="zh-CN"/>
        </w:rPr>
        <w:t>　　2、下一步公司将为全公司干部职工统一配备餐具，但由于疫情特殊时期，在餐具未发放之前，各单位支部书记要做好过渡期的宣传引导工作，要求未到岗职工复工必须自带餐具，己到岗职工可联系捎带。</w:t>
      </w:r>
      <w:r>
        <w:rPr>
          <w:lang w:eastAsia="zh-CN"/>
        </w:rPr>
        <w:br/>
      </w:r>
      <w:r>
        <w:rPr>
          <w:lang w:eastAsia="zh-CN"/>
        </w:rPr>
        <w:t>　　3、疫情防控期间，职工生活实行“网格化”管理，倡导“网格化”生活，分别在长平、釜山、芦家裕专门设立职工定点就餐区域，各单位要教育职工积极配合、自觉执行网格化生活举措。</w:t>
      </w:r>
      <w:r>
        <w:rPr>
          <w:lang w:eastAsia="zh-CN"/>
        </w:rPr>
        <w:br/>
      </w:r>
      <w:r>
        <w:rPr>
          <w:lang w:eastAsia="zh-CN"/>
        </w:rPr>
        <w:t>　　4、公司原则上禁止职工宿舍就餐行为。如发生因在宿舍就餐而导致下水道堵塞现象，将严格考核该宿舍职工和所在单位。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5、各单位支部书记要教育管理职工做到：购餐勤俭节约，就餐积极配合，清洗保持卫生，餐具妥善保管，自觉维护就餐秩序。同时理解公司各项举措的目的和意义。</w:t>
      </w:r>
      <w:r>
        <w:rPr>
          <w:lang w:eastAsia="zh-CN"/>
        </w:rPr>
        <w:br/>
      </w:r>
      <w:r>
        <w:rPr>
          <w:lang w:eastAsia="zh-CN"/>
        </w:rPr>
        <w:t xml:space="preserve">    保洁年度消杀工作计划范文 篇3 </w:t>
      </w:r>
      <w:r>
        <w:rPr>
          <w:lang w:eastAsia="zh-CN"/>
        </w:rPr>
        <w:br/>
      </w:r>
      <w:r>
        <w:rPr>
          <w:lang w:eastAsia="zh-CN"/>
        </w:rPr>
        <w:t>　　夏秋季是蚊蝇孳生、繁衍、活动的高峰季节，也是乙脑、痢疾、霍乱、伤寒等虫媒传染病的多发季节。为了进一步做好除害灭病工作，预防蚊、蝇、蟑螂等虫媒疾病的发生和流行，保障师生身体健康，巩固和扩大创卫成果，为广大师生创造一个健康和谐的学习、生活环境，经研究决定从5月份开始，全校统一时间，统一行动，扎实有效地开展夏秋季蚊蝇蟑消杀活动，现计划如下：</w:t>
      </w:r>
      <w:r>
        <w:rPr>
          <w:lang w:eastAsia="zh-CN"/>
        </w:rPr>
        <w:br/>
      </w:r>
      <w:r>
        <w:rPr>
          <w:lang w:eastAsia="zh-CN"/>
        </w:rPr>
        <w:t>　　一、时间安排</w:t>
      </w:r>
      <w:r>
        <w:rPr>
          <w:lang w:eastAsia="zh-CN"/>
        </w:rPr>
        <w:br/>
      </w:r>
      <w:r>
        <w:rPr>
          <w:lang w:eastAsia="zh-CN"/>
        </w:rPr>
        <w:t>　　（一）准备时间（每月5日—9日）</w:t>
      </w:r>
      <w:r>
        <w:rPr>
          <w:lang w:eastAsia="zh-CN"/>
        </w:rPr>
        <w:br/>
      </w:r>
      <w:r>
        <w:rPr>
          <w:lang w:eastAsia="zh-CN"/>
        </w:rPr>
        <w:t>　　按照上级有关要求，制定工作计划，明确灭蚊蝇职责和任务，落实经费；做好蚊蝇孳生地调查、宣传发动和药械供应等准备工作。</w:t>
      </w:r>
      <w:r>
        <w:rPr>
          <w:lang w:eastAsia="zh-CN"/>
        </w:rPr>
        <w:br/>
      </w:r>
      <w:r>
        <w:rPr>
          <w:lang w:eastAsia="zh-CN"/>
        </w:rPr>
        <w:t>　　（二）消杀时间</w:t>
      </w:r>
      <w:r>
        <w:rPr>
          <w:lang w:eastAsia="zh-CN"/>
        </w:rPr>
        <w:br/>
      </w:r>
      <w:r>
        <w:rPr>
          <w:lang w:eastAsia="zh-CN"/>
        </w:rPr>
        <w:t>　　1.集中消杀：5至10月份，每月10—12日为统一集中消杀时间。</w:t>
      </w:r>
      <w:r>
        <w:rPr>
          <w:lang w:eastAsia="zh-CN"/>
        </w:rPr>
        <w:br/>
      </w:r>
      <w:r>
        <w:rPr>
          <w:lang w:eastAsia="zh-CN"/>
        </w:rPr>
        <w:t>　　2.日常消杀：根据自身环境和防治状况，合理安排灭蟑、灭蚊蝇活动，及时进行补杀。</w:t>
      </w:r>
      <w:r>
        <w:rPr>
          <w:lang w:eastAsia="zh-CN"/>
        </w:rPr>
        <w:br/>
      </w:r>
      <w:r>
        <w:rPr>
          <w:lang w:eastAsia="zh-CN"/>
        </w:rPr>
        <w:t>　　二、职责分工</w:t>
      </w:r>
      <w:r>
        <w:rPr>
          <w:lang w:eastAsia="zh-CN"/>
        </w:rPr>
        <w:br/>
      </w:r>
      <w:r>
        <w:rPr>
          <w:lang w:eastAsia="zh-CN"/>
        </w:rPr>
        <w:t>　　组长：</w:t>
      </w:r>
      <w:r>
        <w:rPr>
          <w:lang w:eastAsia="zh-CN"/>
        </w:rPr>
        <w:br/>
      </w:r>
      <w:r>
        <w:rPr>
          <w:lang w:eastAsia="zh-CN"/>
        </w:rPr>
        <w:t>　　成员：</w:t>
      </w:r>
      <w:r>
        <w:rPr>
          <w:lang w:eastAsia="zh-CN"/>
        </w:rPr>
        <w:br/>
      </w:r>
      <w:r>
        <w:rPr>
          <w:lang w:eastAsia="zh-CN"/>
        </w:rPr>
        <w:t>　　三、防治措施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（一）环境治理</w:t>
      </w:r>
      <w:r>
        <w:rPr>
          <w:lang w:eastAsia="zh-CN"/>
        </w:rPr>
        <w:br/>
      </w:r>
      <w:r>
        <w:rPr>
          <w:lang w:eastAsia="zh-CN"/>
        </w:rPr>
        <w:t>　　1.灭蚊：按照“治本清源”的原则，灭蚊工作的重点要放在蚊虫孳生地的清理上，通过环境整治，消除和减少蚊虫的孳生地。主要</w:t>
      </w:r>
      <w:r>
        <w:rPr>
          <w:lang w:eastAsia="zh-CN"/>
        </w:rPr>
        <w:br/>
      </w:r>
      <w:r>
        <w:rPr>
          <w:lang w:eastAsia="zh-CN"/>
        </w:rPr>
        <w:t>　　对存水容器进行清理，疏通排水系统，地下沟（井)，防止蚊虫孳生。</w:t>
      </w:r>
      <w:r>
        <w:rPr>
          <w:lang w:eastAsia="zh-CN"/>
        </w:rPr>
        <w:br/>
      </w:r>
      <w:r>
        <w:rPr>
          <w:lang w:eastAsia="zh-CN"/>
        </w:rPr>
        <w:t>　　2.灭蝇：结合环境卫生整治，重点加强对垃圾、粪便及废弃物等蝇类孳生地的清理，减少蝇类孳生场所。垃圾应做到日产日清，垃圾容器要保持密闭，不遗留散在暴露垃圾；厕所要定时冲洗，保持整洁；灭蝇重点场所和区域应消除暴露垃圾。</w:t>
      </w:r>
      <w:r>
        <w:rPr>
          <w:lang w:eastAsia="zh-CN"/>
        </w:rPr>
        <w:br/>
      </w:r>
      <w:r>
        <w:rPr>
          <w:lang w:eastAsia="zh-CN"/>
        </w:rPr>
        <w:t>　　3.灭蟑：预防是防治蟑螂的关键，应采取各种有效措施，尽可能阻止蟑螂从外界侵入到室内。对墙壁、地板、门框、窗台（框）等处的孔洞和缝隙应用油灰、水泥或其他材料加以堵塞封闭，尤其要注意水管。同时，携带物品进室内前应仔细检查一下有无蟑螂或卵荚藏匿在其中。平时注意搞好室内卫生，妥善保存食品，管好垃圾，堵塞沟缝孔隙。</w:t>
      </w:r>
      <w:r>
        <w:rPr>
          <w:lang w:eastAsia="zh-CN"/>
        </w:rPr>
        <w:br/>
      </w:r>
      <w:r>
        <w:rPr>
          <w:lang w:eastAsia="zh-CN"/>
        </w:rPr>
        <w:t>　　4.做好防制设施建设工作</w:t>
      </w:r>
      <w:r>
        <w:rPr>
          <w:lang w:eastAsia="zh-CN"/>
        </w:rPr>
        <w:br/>
      </w:r>
      <w:r>
        <w:rPr>
          <w:lang w:eastAsia="zh-CN"/>
        </w:rPr>
        <w:t>　　要不断完善和修复防鼠、防蚊蝇、防蟑设施，保证防灭设施正常使用，提高设施合格率。要做到门有帘、窗有纱、食品有纱罩等。</w:t>
      </w:r>
      <w:r>
        <w:rPr>
          <w:lang w:eastAsia="zh-CN"/>
        </w:rPr>
        <w:br/>
      </w:r>
      <w:r>
        <w:rPr>
          <w:lang w:eastAsia="zh-CN"/>
        </w:rPr>
        <w:t>　　（二）认真做好物理杀灭工作</w:t>
      </w:r>
      <w:r>
        <w:rPr>
          <w:lang w:eastAsia="zh-CN"/>
        </w:rPr>
        <w:br/>
      </w:r>
      <w:r>
        <w:rPr>
          <w:lang w:eastAsia="zh-CN"/>
        </w:rPr>
        <w:t>　　采用经常性设置和利用鼠夹、鼠笼、粘鼠板、粘蟑板、灭蚊蝇灯、灭蝇笼、苍蝇拍等器具的方法，杀灭侵入室内的病媒生物。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（三）做好化学防治工作</w:t>
      </w:r>
      <w:r>
        <w:rPr>
          <w:lang w:eastAsia="zh-CN"/>
        </w:rPr>
        <w:br/>
      </w:r>
      <w:r>
        <w:rPr>
          <w:lang w:eastAsia="zh-CN"/>
        </w:rPr>
        <w:t>　　为了保证灭蚊、蝇、蟑活动的效果，我校精心组织，科学安排，切实做好灭蚊、灭蝇、灭蟑的化学防治工作，严格按照全市统一时间消杀，5至10月，每月坚持集中消杀一次。</w:t>
      </w:r>
      <w:r>
        <w:rPr>
          <w:lang w:eastAsia="zh-CN"/>
        </w:rPr>
        <w:br/>
      </w:r>
      <w:r>
        <w:rPr>
          <w:lang w:eastAsia="zh-CN"/>
        </w:rPr>
        <w:t>　　四、主要措施</w:t>
      </w:r>
      <w:r>
        <w:rPr>
          <w:lang w:eastAsia="zh-CN"/>
        </w:rPr>
        <w:br/>
      </w:r>
      <w:r>
        <w:rPr>
          <w:lang w:eastAsia="zh-CN"/>
        </w:rPr>
        <w:t>　　1、加强领导，落实责任。</w:t>
      </w:r>
      <w:r>
        <w:rPr>
          <w:lang w:eastAsia="zh-CN"/>
        </w:rPr>
        <w:br/>
      </w:r>
      <w:r>
        <w:rPr>
          <w:lang w:eastAsia="zh-CN"/>
        </w:rPr>
        <w:t>　　提高认识，强化领导。今年是贯彻和落实__大精神的开局之年，我校从落实__大精神，树立科学发展观，建设和谐社会的高度出发，从巩固和扩大创卫成果的大局出发，扎实做好今年的灭蚊蝇、灭蟑螂工作，健全领导网络，落实专人负责，逐级实行责任追究制，在人力、物力及经费上给予积极支持和充分保障，使灭蚊蝇、灭蟑活动取得切实成效。</w:t>
      </w:r>
      <w:r>
        <w:rPr>
          <w:lang w:eastAsia="zh-CN"/>
        </w:rPr>
        <w:br/>
      </w:r>
      <w:r>
        <w:rPr>
          <w:lang w:eastAsia="zh-CN"/>
        </w:rPr>
        <w:t>　　2、强化宣传，全校参与。</w:t>
      </w:r>
      <w:r>
        <w:rPr>
          <w:lang w:eastAsia="zh-CN"/>
        </w:rPr>
        <w:br/>
      </w:r>
      <w:r>
        <w:rPr>
          <w:lang w:eastAsia="zh-CN"/>
        </w:rPr>
        <w:t>　　除四害是一项系统工程，也是社会性、复杂性、科学性很强的工作。要加大宣传力度，发动师生参与。学校要充分利用宣传栏、宣传资料把除四害知识、用药安全知识交给广大师生，形成全校动手除四害的良好氛围。</w:t>
      </w:r>
      <w:r>
        <w:rPr>
          <w:lang w:eastAsia="zh-CN"/>
        </w:rPr>
        <w:br/>
      </w:r>
      <w:r>
        <w:rPr>
          <w:lang w:eastAsia="zh-CN"/>
        </w:rPr>
        <w:t xml:space="preserve">    保洁年度消杀工作计划范文 篇4 </w:t>
      </w:r>
      <w:r>
        <w:rPr>
          <w:lang w:eastAsia="zh-CN"/>
        </w:rPr>
        <w:br/>
      </w:r>
      <w:r>
        <w:rPr>
          <w:lang w:eastAsia="zh-CN"/>
        </w:rPr>
        <w:t>　　为有效防范新冠疫情传播风险，科学、精准、从严做好商场、超市常态化疫情防控工作，制定本指引。便利店和专业专卖店等参照本指引执行。</w:t>
      </w:r>
      <w:r>
        <w:rPr>
          <w:lang w:eastAsia="zh-CN"/>
        </w:rPr>
        <w:br/>
      </w:r>
      <w:r>
        <w:rPr>
          <w:lang w:eastAsia="zh-CN"/>
        </w:rPr>
        <w:t>　　一、完善疫情防控制度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1.落实主体责任。商场、超市负责人是疫情防控第一责任人，完善疫情防控制度，做好口罩、手套、消毒剂、测温仪等防疫物资储备，设置应急区域，有属地医疗卫生力量指导支持。</w:t>
      </w:r>
      <w:r>
        <w:rPr>
          <w:lang w:eastAsia="zh-CN"/>
        </w:rPr>
        <w:br/>
      </w:r>
      <w:r>
        <w:rPr>
          <w:lang w:eastAsia="zh-CN"/>
        </w:rPr>
        <w:t>　　2.加强培训和应急演练，保证员工熟悉责任分工、环境卫生、个人防护、异常情况处置、人员疏散等工作要求，做到有条不紊。</w:t>
      </w:r>
      <w:r>
        <w:rPr>
          <w:lang w:eastAsia="zh-CN"/>
        </w:rPr>
        <w:br/>
      </w:r>
      <w:r>
        <w:rPr>
          <w:lang w:eastAsia="zh-CN"/>
        </w:rPr>
        <w:t>　　3.商场、超市内餐饮企业按照《新型冠状病毒肺炎流行期间餐饮行业疫情防控指引》开展工作。</w:t>
      </w:r>
      <w:r>
        <w:rPr>
          <w:lang w:eastAsia="zh-CN"/>
        </w:rPr>
        <w:br/>
      </w:r>
      <w:r>
        <w:rPr>
          <w:lang w:eastAsia="zh-CN"/>
        </w:rPr>
        <w:t>　　4.做好员工信息采集工作。疫苗接种做到“应接尽接”，按规定组织员工进行核酸检测;建立员工健康监测制度，每日对员工健康状况进行登记，身体不适时应及时报告并就医。密切关注国内疫情变化，及时排查来自有本土确诊病例地区或旅居史，或者与目前国内已报告病例公布行程有时空重合的员工及共同居住者，一旦发现，应迅速果断按相关要求落实管控措施。认真落实员工集体宿舍疫情防控主体责任，建立健全员工宿舍管理制度。</w:t>
      </w:r>
      <w:r>
        <w:rPr>
          <w:lang w:eastAsia="zh-CN"/>
        </w:rPr>
        <w:br/>
      </w:r>
      <w:r>
        <w:rPr>
          <w:lang w:eastAsia="zh-CN"/>
        </w:rPr>
        <w:t>　　5.商场因疫情原因需闭店管理，民生基本保障相关的超市和餐饮业原则上不应关闭，采取工作员工和配送员工“点对点”闭环运转，实现关门不歇业、保供不影响。</w:t>
      </w:r>
      <w:r>
        <w:rPr>
          <w:lang w:eastAsia="zh-CN"/>
        </w:rPr>
        <w:br/>
      </w:r>
      <w:r>
        <w:rPr>
          <w:lang w:eastAsia="zh-CN"/>
        </w:rPr>
        <w:t>　　二、环境卫生要求</w:t>
      </w:r>
      <w:r>
        <w:rPr>
          <w:lang w:eastAsia="zh-CN"/>
        </w:rPr>
        <w:br/>
      </w:r>
      <w:r>
        <w:rPr>
          <w:lang w:eastAsia="zh-CN"/>
        </w:rPr>
        <w:t>　　6.划设进出通道，做好人员分流。在商场、超市入口处，要张贴二维码，配备体温测量设备，设专人认真查验所有人员状态、核酸检测证明和体温状况，核验正常并规范佩戴口罩方可进入。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7.对于不使用或不会操作智能手机的老年人等群体，其可采取凭有效身份证登记、亲友代办、出示符合要求的核酸检测阴性证明等替代措施，做好人工服务引导。</w:t>
      </w:r>
      <w:r>
        <w:rPr>
          <w:lang w:eastAsia="zh-CN"/>
        </w:rPr>
        <w:br/>
      </w:r>
      <w:r>
        <w:rPr>
          <w:lang w:eastAsia="zh-CN"/>
        </w:rPr>
        <w:t>　　8.加强通风换气促进空气流通。人流密集时要增加消毒频次，保证室内空气卫生质量符合《公共场所卫生指标及限值要求》;温度适宜时，尽量采用自然通风加强室内流通，如使用集中空调，保证空调运行正常，确保新风取风口与排风口之间保持一定距离，对冷却塔等进行清洗，保持新风口清洁;运行过程中以最大新风量运行，定期对送风口等设备进行清洗、消毒或更换。</w:t>
      </w:r>
      <w:r>
        <w:rPr>
          <w:lang w:eastAsia="zh-CN"/>
        </w:rPr>
        <w:br/>
      </w:r>
      <w:r>
        <w:rPr>
          <w:lang w:eastAsia="zh-CN"/>
        </w:rPr>
        <w:t>　　9.对经常接触的公共用品和设施(如存储柜、电梯间按钮、扶梯扶手、公共垃圾桶桌(台)面、购物车(筐)把手、门把手、水龙头、扶手等)进行预防性消毒。必要时对地面、墙壁等进行消毒。每日清洁消毒不少于3次。重点部位要做好消毒记录。按规定开展环境核酸检测。</w:t>
      </w:r>
      <w:r>
        <w:rPr>
          <w:lang w:eastAsia="zh-CN"/>
        </w:rPr>
        <w:br/>
      </w:r>
      <w:r>
        <w:rPr>
          <w:lang w:eastAsia="zh-CN"/>
        </w:rPr>
        <w:t>　　10.保持电梯、咨询台、售货区、洗手间、生鲜区等区域环境整洁，及时清理垃圾。洗手间、生鲜区要做到无积污、无异味。</w:t>
      </w:r>
      <w:r>
        <w:rPr>
          <w:lang w:eastAsia="zh-CN"/>
        </w:rPr>
        <w:br/>
      </w:r>
      <w:r>
        <w:rPr>
          <w:lang w:eastAsia="zh-CN"/>
        </w:rPr>
        <w:t>　　11.公用洗手间每日清洁消毒不少于3次，门把手、水龙头、开关的消毒至少每两小时一次，要配备足够的洗手液(或肥皂)，保证水龙头等供水设施正常工作。</w:t>
      </w:r>
      <w:r>
        <w:rPr>
          <w:lang w:eastAsia="zh-CN"/>
        </w:rPr>
        <w:br/>
      </w:r>
      <w:r>
        <w:rPr>
          <w:lang w:eastAsia="zh-CN"/>
        </w:rPr>
        <w:t>　　12.应保证地下车库通风系统运转正常。地下车库的地面、墙壁应保持清洁，受到污染时及时消毒。停车取卡按键等人员经常接触部位每日消毒不少于3次。</w:t>
      </w:r>
      <w:r>
        <w:rPr>
          <w:lang w:eastAsia="zh-CN"/>
        </w:rPr>
        <w:br/>
      </w:r>
      <w:r>
        <w:rPr>
          <w:lang w:eastAsia="zh-CN"/>
        </w:rPr>
        <w:t>　　三、个人卫生防护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13.工作员工应加强个人防护，佩戴医用外科或以上级别口罩、手套并着工作服上岗，做好手部卫生。工作服保持干净整洁，定期清洗、消毒。禽畜肉类和熟食区从业人员还应当佩戴工作帽。生鲜宰杀等特殊摊位的经营者除工作服外，按防护要求需穿戴防水围裙、橡胶手套等。</w:t>
      </w:r>
      <w:r>
        <w:rPr>
          <w:lang w:eastAsia="zh-CN"/>
        </w:rPr>
        <w:br/>
      </w:r>
      <w:r>
        <w:rPr>
          <w:lang w:eastAsia="zh-CN"/>
        </w:rPr>
        <w:t>　　14.工作员工在物品交接传递时应当佩戴口罩和手套，避免直接接触。查验、收银台等需要与顾客近距离接触的工作员工建议佩戴N95或KN95口罩。</w:t>
      </w:r>
      <w:r>
        <w:rPr>
          <w:lang w:eastAsia="zh-CN"/>
        </w:rPr>
        <w:br/>
      </w:r>
      <w:r>
        <w:rPr>
          <w:lang w:eastAsia="zh-CN"/>
        </w:rPr>
        <w:t>　　15.顾客不戴口罩时，应拒绝其进入商场、超市。乘电梯时要全程佩戴口罩。</w:t>
      </w:r>
      <w:r>
        <w:rPr>
          <w:lang w:eastAsia="zh-CN"/>
        </w:rPr>
        <w:br/>
      </w:r>
      <w:r>
        <w:rPr>
          <w:lang w:eastAsia="zh-CN"/>
        </w:rPr>
        <w:t>　　四、冷链食品要求</w:t>
      </w:r>
      <w:r>
        <w:rPr>
          <w:lang w:eastAsia="zh-CN"/>
        </w:rPr>
        <w:br/>
      </w:r>
      <w:r>
        <w:rPr>
          <w:lang w:eastAsia="zh-CN"/>
        </w:rPr>
        <w:t>　　16.严格落实国务院联防联控机制和__市关于防范新型冠状病毒疫情通过进口冷链食品输入风险的有关要求，执行防控措施，不销售相关手续不完备的进口冷链食品。</w:t>
      </w:r>
      <w:r>
        <w:rPr>
          <w:lang w:eastAsia="zh-CN"/>
        </w:rPr>
        <w:br/>
      </w:r>
      <w:r>
        <w:rPr>
          <w:lang w:eastAsia="zh-CN"/>
        </w:rPr>
        <w:t>　　17.严格执行进口冷链食品“四无五不”(即无检验检疫证明、无核酸检测报告、无消毒证明、无“冷链”追溯信息的进口冷链食品，一律不采购、不使用、不运输、不贮存、不销售)，“不验核酸不入库、不消杀不入库”、专库专区存放、专区(专柜)售卖等防疫措施，在生产、经营、存储、运输等各环节开展预防性全面消毒。所有进口冷链食品必须纳入“冷链”平台，确保“来源可溯、去向可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18.从事进口冷链食品装卸、运输、加工、销售的人员，要增强防护意识，全程规范戴好口罩、手套，必要时佩戴护目镜和面屏，避免货物表面频繁接触体表。引导顾客在使用专用夹取工具挑选进口冷链食品前后进行手部消毒，规范使用购物袋(一次性手套)套在手上挑选食品。</w:t>
      </w:r>
      <w:r>
        <w:rPr>
          <w:lang w:eastAsia="zh-CN"/>
        </w:rPr>
        <w:br/>
      </w:r>
      <w:r>
        <w:rPr>
          <w:lang w:eastAsia="zh-CN"/>
        </w:rPr>
        <w:t>　　19.将进口冷链食品的检验检疫证明、通关证明、消毒证明、核酸检测报告及“冷链”追溯信息，在销售区进行张贴公示，让顾客放心消费。</w:t>
      </w:r>
      <w:r>
        <w:rPr>
          <w:lang w:eastAsia="zh-CN"/>
        </w:rPr>
        <w:br/>
      </w:r>
      <w:r>
        <w:rPr>
          <w:lang w:eastAsia="zh-CN"/>
        </w:rPr>
        <w:t>　　五、进口非冷链货品要求</w:t>
      </w:r>
      <w:r>
        <w:rPr>
          <w:lang w:eastAsia="zh-CN"/>
        </w:rPr>
        <w:br/>
      </w:r>
      <w:r>
        <w:rPr>
          <w:lang w:eastAsia="zh-CN"/>
        </w:rPr>
        <w:t>　　20.严格按照《进口非冷链货品的常态化疫情防控指引(第三版)》，加强源头管控、做好溯源登记、建立人员台账，落实专区存放、专人负责，完善货品转运流程，开展内外同检。</w:t>
      </w:r>
      <w:r>
        <w:rPr>
          <w:lang w:eastAsia="zh-CN"/>
        </w:rPr>
        <w:br/>
      </w:r>
      <w:r>
        <w:rPr>
          <w:lang w:eastAsia="zh-CN"/>
        </w:rPr>
        <w:t>　　21.加强核酸检测。进口非冷链货品涉及的各环节从业人员及环境建立完善的核酸检测及健康监测制度。直接接触进口非冷链货品的高风险岗位人员，应按要求适当增加核酸检测频次，做好健康监测，并经规范培训后上岗工作。</w:t>
      </w:r>
      <w:r>
        <w:rPr>
          <w:lang w:eastAsia="zh-CN"/>
        </w:rPr>
        <w:br/>
      </w:r>
      <w:r>
        <w:rPr>
          <w:lang w:eastAsia="zh-CN"/>
        </w:rPr>
        <w:t>　　22.进口非冷链货品应遵循分类确定存放期的原则，自进入海关开始到送至消费终端为止，可根据材质、保存条件等确定一定的存放时间。原则上非特殊急用货品通关和首次入库存放累计时间不少于10天。</w:t>
      </w:r>
      <w:r>
        <w:rPr>
          <w:lang w:eastAsia="zh-CN"/>
        </w:rPr>
        <w:br/>
      </w:r>
      <w:r>
        <w:rPr>
          <w:lang w:eastAsia="zh-CN"/>
        </w:rPr>
        <w:t>　　六、限流限距措施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23.应设置“一米线”，提醒顾客排队付款时保持安全距离。工作员工与顾客服务交流时应保持安全距离，顾客选购商品时人员之间要保持安全距离。</w:t>
      </w:r>
      <w:r>
        <w:rPr>
          <w:lang w:eastAsia="zh-CN"/>
        </w:rPr>
        <w:br/>
      </w:r>
      <w:r>
        <w:rPr>
          <w:lang w:eastAsia="zh-CN"/>
        </w:rPr>
        <w:t>　　24.应严格根据所在地区疫情风险等级，合理设置一定时段内的顾客最大接待量，通过管控分流，合理控制商场、超市内顾客人数，防止造成人员聚集。</w:t>
      </w:r>
      <w:r>
        <w:rPr>
          <w:lang w:eastAsia="zh-CN"/>
        </w:rPr>
        <w:br/>
      </w:r>
      <w:r>
        <w:rPr>
          <w:lang w:eastAsia="zh-CN"/>
        </w:rPr>
        <w:t>　　25.提倡顾客自助购物、非接触扫码付费，尽量减少排队时间，减少人员接触。</w:t>
      </w:r>
      <w:r>
        <w:rPr>
          <w:lang w:eastAsia="zh-CN"/>
        </w:rPr>
        <w:br/>
      </w:r>
      <w:r>
        <w:rPr>
          <w:lang w:eastAsia="zh-CN"/>
        </w:rPr>
        <w:t>　　26.倡导线上线下结合的方式进行消费，鼓励商场、超市提供网订店送、无接触交易等便利服务，防范疏解购物可能导致的人群聚集。</w:t>
      </w:r>
      <w:r>
        <w:rPr>
          <w:lang w:eastAsia="zh-CN"/>
        </w:rPr>
        <w:br/>
      </w:r>
      <w:r>
        <w:rPr>
          <w:lang w:eastAsia="zh-CN"/>
        </w:rPr>
        <w:t>　　27.商场中的剧院、娱乐等公共场所要按照文化和旅游部门有关规定，控制观影人数，采取有效措施保持人员距离。</w:t>
      </w:r>
      <w:r>
        <w:rPr>
          <w:lang w:eastAsia="zh-CN"/>
        </w:rPr>
        <w:br/>
      </w:r>
      <w:r>
        <w:rPr>
          <w:lang w:eastAsia="zh-CN"/>
        </w:rPr>
        <w:t>　　七、应急处理措施</w:t>
      </w:r>
      <w:r>
        <w:rPr>
          <w:lang w:eastAsia="zh-CN"/>
        </w:rPr>
        <w:br/>
      </w:r>
      <w:r>
        <w:rPr>
          <w:lang w:eastAsia="zh-CN"/>
        </w:rPr>
        <w:t>　　28.当商场、超市出现新冠疑似病例、无症状感染者或确诊病例时，应当配合相关部门做好密切接触者的追踪和流行病学调查，立即采取暂停营业、封闭管理、全员核酸检测等处置措施，同时立即关停疑似病例、无症状感染者或确诊病例活动区域对应的空调通风系统，在当地疾病预防控制中心的指导下对场所进行终末消毒，对空调通风系统进行清洗和消毒处理，经卫生学评价合格后方可重新启用。</w:t>
      </w:r>
      <w:r>
        <w:rPr>
          <w:lang w:eastAsia="zh-CN"/>
        </w:rPr>
        <w:br/>
      </w:r>
      <w:r>
        <w:rPr>
          <w:lang w:eastAsia="zh-CN"/>
        </w:rPr>
        <w:t>　　29.严格按照全市防控工作部署和属地政府要求抓好商场、超市防疫工作，中、高风险地区建议采取缩短营业时间、控制顾客数量等措施。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保洁年度消杀工作计划范文 篇5 </w:t>
      </w:r>
      <w:r>
        <w:rPr>
          <w:lang w:eastAsia="zh-CN"/>
        </w:rPr>
        <w:br/>
      </w:r>
      <w:r>
        <w:rPr>
          <w:lang w:eastAsia="zh-CN"/>
        </w:rPr>
        <w:t>　　为做好项目新型冠状病毒感染的肺炎疫情的防控工作，提高对该疫情的防控和应对能力，控制疫情在项目的输入、传播、蔓延，保障全体客户及工作人员的身体健康和生命安全，维护正常的运营秩序，特制定本预案。</w:t>
      </w:r>
      <w:r>
        <w:rPr>
          <w:lang w:eastAsia="zh-CN"/>
        </w:rPr>
        <w:br/>
      </w:r>
      <w:r>
        <w:rPr>
          <w:lang w:eastAsia="zh-CN"/>
        </w:rPr>
        <w:t>　　一、应急小组</w:t>
      </w:r>
      <w:r>
        <w:rPr>
          <w:lang w:eastAsia="zh-CN"/>
        </w:rPr>
        <w:br/>
      </w:r>
      <w:r>
        <w:rPr>
          <w:lang w:eastAsia="zh-CN"/>
        </w:rPr>
        <w:t>　　组长：</w:t>
      </w:r>
      <w:r>
        <w:rPr>
          <w:lang w:eastAsia="zh-CN"/>
        </w:rPr>
        <w:br/>
      </w:r>
      <w:r>
        <w:rPr>
          <w:lang w:eastAsia="zh-CN"/>
        </w:rPr>
        <w:t>　　副组长：</w:t>
      </w:r>
      <w:r>
        <w:rPr>
          <w:lang w:eastAsia="zh-CN"/>
        </w:rPr>
        <w:br/>
      </w:r>
      <w:r>
        <w:rPr>
          <w:lang w:eastAsia="zh-CN"/>
        </w:rPr>
        <w:t>　　组员：</w:t>
      </w:r>
      <w:r>
        <w:rPr>
          <w:lang w:eastAsia="zh-CN"/>
        </w:rPr>
        <w:br/>
      </w:r>
      <w:r>
        <w:rPr>
          <w:lang w:eastAsia="zh-CN"/>
        </w:rPr>
        <w:t>　　二、开放工位用餐</w:t>
      </w:r>
      <w:r>
        <w:rPr>
          <w:lang w:eastAsia="zh-CN"/>
        </w:rPr>
        <w:br/>
      </w:r>
      <w:r>
        <w:rPr>
          <w:lang w:eastAsia="zh-CN"/>
        </w:rPr>
        <w:t>　　1、开放工位就餐，餐盒扔到自己楼层的湿区处。（湿区增加厨余垃圾桶要求员工将饭盒里的剩饭和饭盒分开倾倒）</w:t>
      </w:r>
      <w:r>
        <w:rPr>
          <w:lang w:eastAsia="zh-CN"/>
        </w:rPr>
        <w:br/>
      </w:r>
      <w:r>
        <w:rPr>
          <w:lang w:eastAsia="zh-CN"/>
        </w:rPr>
        <w:t>　　2、提倡员工自带毛巾用餐后从湿区取用消毒液擦拭桌面（员工用餐时呼吸会造成桌面污染，所以倡导员工自行消毒工位，提升楼宇内的消毒面积）</w:t>
      </w:r>
      <w:r>
        <w:rPr>
          <w:lang w:eastAsia="zh-CN"/>
        </w:rPr>
        <w:br/>
      </w:r>
      <w:r>
        <w:rPr>
          <w:lang w:eastAsia="zh-CN"/>
        </w:rPr>
        <w:t>　　3、湿区增加垃圾袋，员工用餐后消毒整个湿区（因会造成垃圾数量较多保洁人员人数不足，可以组成应急小组在高峰期间进行运输）</w:t>
      </w:r>
      <w:r>
        <w:rPr>
          <w:lang w:eastAsia="zh-CN"/>
        </w:rPr>
        <w:br/>
      </w:r>
      <w:r>
        <w:rPr>
          <w:lang w:eastAsia="zh-CN"/>
        </w:rPr>
        <w:t>　　三、增加员工的用餐渠道分流排队高峰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两栋楼宇内所有供应商可提供盒饭A5咖啡厅一条餐线、A5便利店一条餐线、食堂盒饭一条餐线，A1便利店一层神奇堡门口地下食堂打包小吃餐线7条餐线合计12条餐线，建议员工以小组单位购餐缓解排队密集程度。</w:t>
      </w:r>
      <w:r>
        <w:rPr>
          <w:lang w:eastAsia="zh-CN"/>
        </w:rPr>
        <w:br/>
      </w:r>
      <w:r>
        <w:rPr>
          <w:lang w:eastAsia="zh-CN"/>
        </w:rPr>
        <w:t>　　2、倡导员工从楼梯下楼，以缓解高峰电梯压力。和减少密闭空间交叉污染。</w:t>
      </w:r>
      <w:r>
        <w:rPr>
          <w:lang w:eastAsia="zh-CN"/>
        </w:rPr>
        <w:br/>
      </w:r>
      <w:r>
        <w:rPr>
          <w:lang w:eastAsia="zh-CN"/>
        </w:rPr>
        <w:t>　　3、食堂情况</w:t>
      </w:r>
      <w:r>
        <w:rPr>
          <w:lang w:eastAsia="zh-CN"/>
        </w:rPr>
        <w:br/>
      </w:r>
      <w:r>
        <w:rPr>
          <w:lang w:eastAsia="zh-CN"/>
        </w:rPr>
        <w:t>　　1、目前确认与食堂项目经理确认，整体项目可达到40人；</w:t>
      </w:r>
      <w:r>
        <w:rPr>
          <w:lang w:eastAsia="zh-CN"/>
        </w:rPr>
        <w:br/>
      </w:r>
      <w:r>
        <w:rPr>
          <w:lang w:eastAsia="zh-CN"/>
        </w:rPr>
        <w:t>　　2、神奇堡暂时停止运营，等疫情后恢复运营</w:t>
      </w:r>
      <w:r>
        <w:rPr>
          <w:lang w:eastAsia="zh-CN"/>
        </w:rPr>
        <w:br/>
      </w:r>
      <w:r>
        <w:rPr>
          <w:lang w:eastAsia="zh-CN"/>
        </w:rPr>
        <w:t>　　3、疫情期间食堂供餐方式</w:t>
      </w:r>
      <w:r>
        <w:rPr>
          <w:lang w:eastAsia="zh-CN"/>
        </w:rPr>
        <w:br/>
      </w:r>
      <w:r>
        <w:rPr>
          <w:lang w:eastAsia="zh-CN"/>
        </w:rPr>
        <w:t>　　1）乒乓球区午餐晚餐单餐可供餐200份，开餐后可根据售卖情况每30分钟增加100份，</w:t>
      </w:r>
      <w:r>
        <w:rPr>
          <w:lang w:eastAsia="zh-CN"/>
        </w:rPr>
        <w:br/>
      </w:r>
      <w:r>
        <w:rPr>
          <w:lang w:eastAsia="zh-CN"/>
        </w:rPr>
        <w:t>　　2）A1楼神奇堡门口午餐晚餐可作为售餐点单餐可售卖200份餐食，开餐后根据售卖情况每30分钟可增加100份</w:t>
      </w:r>
      <w:r>
        <w:rPr>
          <w:lang w:eastAsia="zh-CN"/>
        </w:rPr>
        <w:br/>
      </w:r>
      <w:r>
        <w:rPr>
          <w:lang w:eastAsia="zh-CN"/>
        </w:rPr>
        <w:t>　　3）食堂提供固定套餐3条盒饭餐线、每条餐线2名员工固定套餐快速出餐，预计一分钟可出两份套餐。现场准备称好的盒饭放置在保温箱中（推荐）员工进行购买，降低食堂的`人员排队时间。</w:t>
      </w:r>
      <w:r>
        <w:rPr>
          <w:lang w:eastAsia="zh-CN"/>
        </w:rPr>
        <w:br/>
      </w:r>
      <w:r>
        <w:rPr>
          <w:lang w:eastAsia="zh-CN"/>
        </w:rPr>
        <w:t>　　4）小吃快速购餐区域麻辣香锅1条餐线，打卤面1条餐线。黄焖鸡一条餐线每分钟出品2份套餐，可以缓解员工排队时间</w:t>
      </w:r>
      <w:r>
        <w:rPr>
          <w:lang w:eastAsia="zh-CN"/>
        </w:rPr>
        <w:br/>
      </w:r>
      <w:r>
        <w:rPr>
          <w:lang w:eastAsia="zh-CN"/>
        </w:rPr>
        <w:t>　　5）小吃制作区域现煮水饺区域每隔10分钟可以出品12份水饺，为了缓解此区域排队时间同时推出蒸饺套餐缓解排队时间</w:t>
      </w:r>
      <w:r>
        <w:rPr>
          <w:lang w:eastAsia="zh-CN"/>
        </w:rPr>
        <w:br/>
      </w:r>
      <w:r>
        <w:rPr>
          <w:lang w:eastAsia="zh-CN"/>
        </w:rPr>
        <w:t>　　4、每天开餐期间在吃货群实时通知食堂的排队人数要求员工尽可能的错峰买餐，买餐后要求员工快速用餐安排食堂加大保洁力度进行实时清洁。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5、在A1/A5北门放置多格置物架员工的外卖可以置放在置物架上</w:t>
      </w:r>
      <w:r>
        <w:rPr>
          <w:lang w:eastAsia="zh-CN"/>
        </w:rPr>
        <w:br/>
      </w:r>
      <w:r>
        <w:rPr>
          <w:lang w:eastAsia="zh-CN"/>
        </w:rPr>
        <w:t>　　6、推出员工自带饭活动，员工可以将制作方式以邮件形式发给Yuanhang02，编辑视频或者图片发到部落上进行评选。评出员工大厨，受欢迎菜品也会由食堂进行制作推出。</w:t>
      </w:r>
      <w:r>
        <w:rPr>
          <w:lang w:eastAsia="zh-CN"/>
        </w:rPr>
        <w:br/>
      </w:r>
      <w:r>
        <w:rPr>
          <w:lang w:eastAsia="zh-CN"/>
        </w:rPr>
        <w:t>　　四、供应商人员管理</w:t>
      </w:r>
      <w:r>
        <w:rPr>
          <w:lang w:eastAsia="zh-CN"/>
        </w:rPr>
        <w:br/>
      </w:r>
      <w:r>
        <w:rPr>
          <w:lang w:eastAsia="zh-CN"/>
        </w:rPr>
        <w:t>　　1、每天分为早中晚对于供应商员工进行测温并进行登记</w:t>
      </w:r>
      <w:r>
        <w:rPr>
          <w:lang w:eastAsia="zh-CN"/>
        </w:rPr>
        <w:br/>
      </w:r>
      <w:r>
        <w:rPr>
          <w:lang w:eastAsia="zh-CN"/>
        </w:rPr>
        <w:t>　　2、要求供应商员工从出宿舍后就需佩戴口罩</w:t>
      </w:r>
      <w:r>
        <w:rPr>
          <w:lang w:eastAsia="zh-CN"/>
        </w:rPr>
        <w:br/>
      </w:r>
      <w:r>
        <w:rPr>
          <w:lang w:eastAsia="zh-CN"/>
        </w:rPr>
        <w:t>　　3、每天分为早中晚测温进行登记，体温超过37.3度禁止上班。</w:t>
      </w:r>
      <w:r>
        <w:rPr>
          <w:lang w:eastAsia="zh-CN"/>
        </w:rPr>
        <w:br/>
      </w:r>
      <w:r>
        <w:rPr>
          <w:lang w:eastAsia="zh-CN"/>
        </w:rPr>
        <w:t>　　4、自有宿舍管理</w:t>
      </w:r>
      <w:r>
        <w:rPr>
          <w:lang w:eastAsia="zh-CN"/>
        </w:rPr>
        <w:br/>
      </w:r>
      <w:r>
        <w:rPr>
          <w:lang w:eastAsia="zh-CN"/>
        </w:rPr>
        <w:t>　　1）员工只能在宿舍内自由活动，在疫情阶段在休假期不得外出，遇到特殊情况必须外出须告知外出地点及事由。</w:t>
      </w:r>
      <w:r>
        <w:rPr>
          <w:lang w:eastAsia="zh-CN"/>
        </w:rPr>
        <w:br/>
      </w:r>
      <w:r>
        <w:rPr>
          <w:lang w:eastAsia="zh-CN"/>
        </w:rPr>
        <w:t>　　2）每天员工上班后对宿舍使用84喷洒消毒。</w:t>
      </w:r>
      <w:r>
        <w:rPr>
          <w:lang w:eastAsia="zh-CN"/>
        </w:rPr>
        <w:br/>
      </w:r>
      <w:r>
        <w:rPr>
          <w:lang w:eastAsia="zh-CN"/>
        </w:rPr>
        <w:t>　　3）员工每天上下班需一同出行由宿舍长登记员工归宿时间，主管级登记员工到岗时间。</w:t>
      </w:r>
      <w:r>
        <w:rPr>
          <w:lang w:eastAsia="zh-CN"/>
        </w:rPr>
        <w:br/>
      </w:r>
      <w:r>
        <w:rPr>
          <w:lang w:eastAsia="zh-CN"/>
        </w:rPr>
        <w:t>　　5、独自居住员工管理要求员工登记每天出行记录，上班所乘交通工具，如租住室友或家人出现发热等情况该名员工须立即报备，并在家中隔离观察。</w:t>
      </w:r>
      <w:r>
        <w:rPr>
          <w:lang w:eastAsia="zh-CN"/>
        </w:rPr>
        <w:br/>
      </w:r>
      <w:r>
        <w:rPr>
          <w:lang w:eastAsia="zh-CN"/>
        </w:rPr>
        <w:t>　　6、餐厅供应商员工从车库从后门到食堂上班下班，</w:t>
      </w:r>
      <w:r>
        <w:rPr>
          <w:lang w:eastAsia="zh-CN"/>
        </w:rPr>
        <w:br/>
      </w:r>
      <w:r>
        <w:rPr>
          <w:lang w:eastAsia="zh-CN"/>
        </w:rPr>
        <w:t>　　7、所有供应商及员工在工作及休息期间不得离开自有经营区域</w:t>
      </w:r>
      <w:r>
        <w:rPr>
          <w:lang w:eastAsia="zh-CN"/>
        </w:rPr>
        <w:br/>
      </w:r>
      <w:r>
        <w:rPr>
          <w:lang w:eastAsia="zh-CN"/>
        </w:rPr>
        <w:t>　　五、开餐期间消毒措施</w:t>
      </w:r>
      <w:r>
        <w:rPr>
          <w:lang w:eastAsia="zh-CN"/>
        </w:rPr>
        <w:br/>
      </w:r>
      <w:r>
        <w:rPr>
          <w:lang w:eastAsia="zh-CN"/>
        </w:rPr>
        <w:t>　　1.开餐期间安排保洁进行巡场，在员工用餐后对桌面使用小喷壶喷在抹布上，用抹布对桌面进行擦拭。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2.食堂三餐闭餐后对于用餐区喷洒按比例配好的84消毒液，并用</w:t>
      </w:r>
      <w:r>
        <w:rPr>
          <w:lang w:eastAsia="zh-CN"/>
        </w:rPr>
        <w:br/>
      </w:r>
      <w:r>
        <w:rPr>
          <w:lang w:eastAsia="zh-CN"/>
        </w:rPr>
        <w:t>　　消毒液浸泡毛巾，对分餐间玻璃及台面进行擦拭，依次进行消毒午餐晚餐闭餐后，开启消毒灯对于用餐区域进行消毒。</w:t>
      </w:r>
      <w:r>
        <w:rPr>
          <w:lang w:eastAsia="zh-CN"/>
        </w:rPr>
        <w:br/>
      </w:r>
      <w:r>
        <w:rPr>
          <w:lang w:eastAsia="zh-CN"/>
        </w:rPr>
        <w:t>　　六、餐具消毒</w:t>
      </w:r>
      <w:r>
        <w:rPr>
          <w:lang w:eastAsia="zh-CN"/>
        </w:rPr>
        <w:br/>
      </w:r>
      <w:r>
        <w:rPr>
          <w:lang w:eastAsia="zh-CN"/>
        </w:rPr>
        <w:t>　　根据现有餐具增加40%的密胺餐具以供使用，所有餐具在清洗后消毒15钟后才可以使用。并准备一次性餐具餐盒可以由员工进行选择。</w:t>
      </w:r>
      <w:r>
        <w:rPr>
          <w:lang w:eastAsia="zh-CN"/>
        </w:rPr>
        <w:br/>
      </w:r>
      <w:r>
        <w:rPr>
          <w:lang w:eastAsia="zh-CN"/>
        </w:rPr>
        <w:t>　　七、自有供应商管理</w:t>
      </w:r>
      <w:r>
        <w:rPr>
          <w:lang w:eastAsia="zh-CN"/>
        </w:rPr>
        <w:br/>
      </w:r>
      <w:r>
        <w:rPr>
          <w:lang w:eastAsia="zh-CN"/>
        </w:rPr>
        <w:t>　　要求自有供应商每天在运送餐食时提供制作餐食人员运输人员体温检查表，并提供相应资质。</w:t>
      </w:r>
      <w:r>
        <w:rPr>
          <w:lang w:eastAsia="zh-CN"/>
        </w:rPr>
        <w:br/>
      </w:r>
      <w:r>
        <w:rPr>
          <w:lang w:eastAsia="zh-CN"/>
        </w:rPr>
        <w:t>　　八、应急预案</w:t>
      </w:r>
      <w:r>
        <w:rPr>
          <w:lang w:eastAsia="zh-CN"/>
        </w:rPr>
        <w:br/>
      </w:r>
      <w:r>
        <w:rPr>
          <w:lang w:eastAsia="zh-CN"/>
        </w:rPr>
        <w:t>　　1、当发生员工发热时能迅速对确定该名员工的工作岗位和近期接触人员进行重点防控，要求与其同宿舍员工回宿舍进行隔离观察。</w:t>
      </w:r>
      <w:r>
        <w:rPr>
          <w:lang w:eastAsia="zh-CN"/>
        </w:rPr>
        <w:br/>
      </w:r>
      <w:r>
        <w:rPr>
          <w:lang w:eastAsia="zh-CN"/>
        </w:rPr>
        <w:t>　　2、用1：50配比好的84消毒液对于该员工的工作区域进行喷洒空气消毒。</w:t>
      </w:r>
      <w:r>
        <w:rPr>
          <w:lang w:eastAsia="zh-CN"/>
        </w:rPr>
        <w:br/>
      </w:r>
      <w:r>
        <w:rPr>
          <w:lang w:eastAsia="zh-CN"/>
        </w:rPr>
        <w:t>　　3、该名员工接触的餐食直接废弃</w:t>
      </w:r>
      <w:r>
        <w:rPr>
          <w:lang w:eastAsia="zh-CN"/>
        </w:rPr>
        <w:br/>
      </w:r>
      <w:r>
        <w:rPr>
          <w:lang w:eastAsia="zh-CN"/>
        </w:rPr>
        <w:t>　　九、菜品价格预案</w:t>
      </w:r>
      <w:r>
        <w:rPr>
          <w:lang w:eastAsia="zh-CN"/>
        </w:rPr>
        <w:br/>
      </w:r>
      <w:r>
        <w:rPr>
          <w:lang w:eastAsia="zh-CN"/>
        </w:rPr>
        <w:t>　　1.如因疫情引发菜品采购价格上涨，每天根据食堂采购价格核算第二天菜品售价再吃货群及微信群进行公示</w:t>
      </w:r>
      <w:r>
        <w:rPr>
          <w:lang w:eastAsia="zh-CN"/>
        </w:rPr>
        <w:br/>
      </w:r>
      <w:r>
        <w:rPr>
          <w:lang w:eastAsia="zh-CN"/>
        </w:rPr>
        <w:t>　　2.禁止食堂采购冰鲜肉类一切肉类需采购冷冻品并提供资质及检疫报告。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十、应急宣传</w:t>
      </w:r>
      <w:r>
        <w:rPr>
          <w:lang w:eastAsia="zh-CN"/>
        </w:rPr>
        <w:br/>
      </w:r>
      <w:r>
        <w:rPr>
          <w:lang w:eastAsia="zh-CN"/>
        </w:rPr>
        <w:t>　　1、再10日开工前录制食堂准备视频并剪辑再9日18点前发出，并发出10日菜品价格菜单。</w:t>
      </w:r>
      <w:r>
        <w:rPr>
          <w:lang w:eastAsia="zh-CN"/>
        </w:rPr>
        <w:br/>
      </w:r>
      <w:r>
        <w:rPr>
          <w:lang w:eastAsia="zh-CN"/>
        </w:rPr>
        <w:t>　　2、每周推出3-5种含维C较高菜品进行宣传</w:t>
      </w:r>
      <w:r>
        <w:rPr>
          <w:lang w:eastAsia="zh-CN"/>
        </w:rPr>
        <w:br/>
      </w:r>
      <w:r>
        <w:rPr>
          <w:lang w:eastAsia="zh-CN"/>
        </w:rPr>
        <w:t>　　3、录制疫情阶段食堂用餐方式，在食堂电视上重复播出。</w:t>
      </w:r>
      <w:r>
        <w:rPr>
          <w:lang w:eastAsia="zh-CN"/>
        </w:rPr>
        <w:br/>
      </w:r>
      <w:r>
        <w:rPr>
          <w:lang w:eastAsia="zh-CN"/>
        </w:rPr>
        <w:t xml:space="preserve">    保洁年度消杀工作计划范文 篇6 </w:t>
      </w:r>
      <w:r>
        <w:rPr>
          <w:lang w:eastAsia="zh-CN"/>
        </w:rPr>
        <w:br/>
      </w:r>
      <w:r>
        <w:rPr>
          <w:lang w:eastAsia="zh-CN"/>
        </w:rPr>
        <w:t>　　一、适用范围</w:t>
      </w:r>
      <w:r>
        <w:rPr>
          <w:lang w:eastAsia="zh-CN"/>
        </w:rPr>
        <w:br/>
      </w:r>
      <w:r>
        <w:rPr>
          <w:lang w:eastAsia="zh-CN"/>
        </w:rPr>
        <w:t>　　本指引适用于城市、城乡公交汽电车在运行准备、上线运行及到站回场等环节开展消毒、通风、运输组织、人员防护等防控工作，以及城市公交运行应急处置工作。</w:t>
      </w:r>
      <w:r>
        <w:rPr>
          <w:lang w:eastAsia="zh-CN"/>
        </w:rPr>
        <w:br/>
      </w:r>
      <w:r>
        <w:rPr>
          <w:lang w:eastAsia="zh-CN"/>
        </w:rPr>
        <w:t>　　二、各环节防控基本要求</w:t>
      </w:r>
      <w:r>
        <w:rPr>
          <w:lang w:eastAsia="zh-CN"/>
        </w:rPr>
        <w:br/>
      </w:r>
      <w:r>
        <w:rPr>
          <w:lang w:eastAsia="zh-CN"/>
        </w:rPr>
        <w:t>　　（一）运行准备环节</w:t>
      </w:r>
      <w:r>
        <w:rPr>
          <w:lang w:eastAsia="zh-CN"/>
        </w:rPr>
        <w:br/>
      </w:r>
      <w:r>
        <w:rPr>
          <w:lang w:eastAsia="zh-CN"/>
        </w:rPr>
        <w:t>　　1、工作环节风险点</w:t>
      </w:r>
      <w:r>
        <w:rPr>
          <w:lang w:eastAsia="zh-CN"/>
        </w:rPr>
        <w:br/>
      </w:r>
      <w:r>
        <w:rPr>
          <w:lang w:eastAsia="zh-CN"/>
        </w:rPr>
        <w:t>　　（1）公交首末站消毒可能不到位，重点部位的消毒流程可能不规范，存在接触传播风险。</w:t>
      </w:r>
      <w:r>
        <w:rPr>
          <w:lang w:eastAsia="zh-CN"/>
        </w:rPr>
        <w:br/>
      </w:r>
      <w:r>
        <w:rPr>
          <w:lang w:eastAsia="zh-CN"/>
        </w:rPr>
        <w:t>　　（2）车辆消毒可能不到位，车辆重点部位的消毒流程可能不规范，存在被污染的风险。</w:t>
      </w:r>
      <w:r>
        <w:rPr>
          <w:lang w:eastAsia="zh-CN"/>
        </w:rPr>
        <w:br/>
      </w:r>
      <w:r>
        <w:rPr>
          <w:lang w:eastAsia="zh-CN"/>
        </w:rPr>
        <w:t>　　（3）公交驾驶员健康状况可能有异常，出车前人员检测可能未按照要求落实，存在交叉传播风险。</w:t>
      </w:r>
      <w:r>
        <w:rPr>
          <w:lang w:eastAsia="zh-CN"/>
        </w:rPr>
        <w:br/>
      </w:r>
      <w:r>
        <w:rPr>
          <w:lang w:eastAsia="zh-CN"/>
        </w:rPr>
        <w:t>　　2、作业和消毒要求</w:t>
      </w:r>
      <w:r>
        <w:rPr>
          <w:lang w:eastAsia="zh-CN"/>
        </w:rPr>
        <w:br/>
      </w:r>
      <w:r>
        <w:rPr>
          <w:lang w:eastAsia="zh-CN"/>
        </w:rPr>
        <w:t>　　（1）封闭环境的首末站。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乘客接触设施设备如候车厅座椅、无障碍设施设备等设施设备消毒，要求：高风险地区每1小时1次，中风险地区每4小时1次，低风险地区每日1次。</w:t>
      </w:r>
      <w:r>
        <w:rPr>
          <w:lang w:eastAsia="zh-CN"/>
        </w:rPr>
        <w:br/>
      </w:r>
      <w:r>
        <w:rPr>
          <w:lang w:eastAsia="zh-CN"/>
        </w:rPr>
        <w:t>　　乘客接触区域如候车室、公共卫生间、发车位、商店等区域消毒，要求：高风险地区每4小时1次，中风险地区每6小时1次，低风险地区每日1次。</w:t>
      </w:r>
      <w:r>
        <w:rPr>
          <w:lang w:eastAsia="zh-CN"/>
        </w:rPr>
        <w:br/>
      </w:r>
      <w:r>
        <w:rPr>
          <w:lang w:eastAsia="zh-CN"/>
        </w:rPr>
        <w:t>　　公共区域通风时间间隔，要求：高风险地区持续通风，中风险地区每2小时1次，低风险地区每4小时1次。</w:t>
      </w:r>
      <w:r>
        <w:rPr>
          <w:lang w:eastAsia="zh-CN"/>
        </w:rPr>
        <w:br/>
      </w:r>
      <w:r>
        <w:rPr>
          <w:lang w:eastAsia="zh-CN"/>
        </w:rPr>
        <w:t>　　若出现人员发热情况，立即对接触区域及设施设备消毒。</w:t>
      </w:r>
      <w:r>
        <w:rPr>
          <w:lang w:eastAsia="zh-CN"/>
        </w:rPr>
        <w:br/>
      </w:r>
      <w:r>
        <w:rPr>
          <w:lang w:eastAsia="zh-CN"/>
        </w:rPr>
        <w:t>　　（2）公共汽电车。</w:t>
      </w:r>
      <w:r>
        <w:rPr>
          <w:lang w:eastAsia="zh-CN"/>
        </w:rPr>
        <w:br/>
      </w:r>
      <w:r>
        <w:rPr>
          <w:lang w:eastAsia="zh-CN"/>
        </w:rPr>
        <w:t>　　车厢内部空调出风口、扶手、地板、司机方向盘、车窗开关把手消毒，要求：高、中风险地区每趟次1次，低风险地区每日1次。</w:t>
      </w:r>
      <w:r>
        <w:rPr>
          <w:lang w:eastAsia="zh-CN"/>
        </w:rPr>
        <w:br/>
      </w:r>
      <w:r>
        <w:rPr>
          <w:lang w:eastAsia="zh-CN"/>
        </w:rPr>
        <w:t>　　（3）站内工作人员及公交司机。</w:t>
      </w:r>
      <w:r>
        <w:rPr>
          <w:lang w:eastAsia="zh-CN"/>
        </w:rPr>
        <w:br/>
      </w:r>
      <w:r>
        <w:rPr>
          <w:lang w:eastAsia="zh-CN"/>
        </w:rPr>
        <w:t>　　应保持个人卫生，勤洗手，并佩戴一次性医用口罩。</w:t>
      </w:r>
      <w:r>
        <w:rPr>
          <w:lang w:eastAsia="zh-CN"/>
        </w:rPr>
        <w:br/>
      </w:r>
      <w:r>
        <w:rPr>
          <w:lang w:eastAsia="zh-CN"/>
        </w:rPr>
        <w:t>　　工作服应保持清洁卫生，并及时更换。</w:t>
      </w:r>
      <w:r>
        <w:rPr>
          <w:lang w:eastAsia="zh-CN"/>
        </w:rPr>
        <w:br/>
      </w:r>
      <w:r>
        <w:rPr>
          <w:lang w:eastAsia="zh-CN"/>
        </w:rPr>
        <w:t>　　要求：站内工作人员100%佩戴口罩；高、中风险地区100%佩戴防护手套；高风险地区每4小时1次体温测量，中风险地区每6小时1次，低风险地区每日上岗前1次。</w:t>
      </w:r>
      <w:r>
        <w:rPr>
          <w:lang w:eastAsia="zh-CN"/>
        </w:rPr>
        <w:br/>
      </w:r>
      <w:r>
        <w:rPr>
          <w:lang w:eastAsia="zh-CN"/>
        </w:rPr>
        <w:t>　　司机上班时应接受每日健康监测，建立一线司机体温监测台账，当出现发热、乏力、干咳和胸闷等症状时，应及时主动上报，按照规定程序和要求进行就医，不应带病上班。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出现下列情况之一时，一线司机不应出车，并及时上报：15日内有疫情多发地区逗留经历的；有与疫情区域重点人员接触的；有与已确诊或疑似病例接触史的；口腔温度≥37.2℃、腋下温度≥37.0℃或额温≥37.3℃的；有咳嗽、流涕等呼吸道症状的；有呕吐、腹泻等消化症状的；有其他疑似症状。</w:t>
      </w:r>
      <w:r>
        <w:rPr>
          <w:lang w:eastAsia="zh-CN"/>
        </w:rPr>
        <w:br/>
      </w:r>
      <w:r>
        <w:rPr>
          <w:lang w:eastAsia="zh-CN"/>
        </w:rPr>
        <w:t>　　（二）上线运行环节</w:t>
      </w:r>
      <w:r>
        <w:rPr>
          <w:lang w:eastAsia="zh-CN"/>
        </w:rPr>
        <w:br/>
      </w:r>
      <w:r>
        <w:rPr>
          <w:lang w:eastAsia="zh-CN"/>
        </w:rPr>
        <w:t>　　1、工作环节风险点</w:t>
      </w:r>
      <w:r>
        <w:rPr>
          <w:lang w:eastAsia="zh-CN"/>
        </w:rPr>
        <w:br/>
      </w:r>
      <w:r>
        <w:rPr>
          <w:lang w:eastAsia="zh-CN"/>
        </w:rPr>
        <w:t>　　（1）车辆在行驶中考虑通风，空调使用规范情况，车内乘客拥挤度可能不符合要求，存在接触传播风险。</w:t>
      </w:r>
      <w:r>
        <w:rPr>
          <w:lang w:eastAsia="zh-CN"/>
        </w:rPr>
        <w:br/>
      </w:r>
      <w:r>
        <w:rPr>
          <w:lang w:eastAsia="zh-CN"/>
        </w:rPr>
        <w:t>　　（2）公交司机防护措施可能不到位，操作不规范，存在接触传播风险。</w:t>
      </w:r>
      <w:r>
        <w:rPr>
          <w:lang w:eastAsia="zh-CN"/>
        </w:rPr>
        <w:br/>
      </w:r>
      <w:r>
        <w:rPr>
          <w:lang w:eastAsia="zh-CN"/>
        </w:rPr>
        <w:t>　　（3）乘客上车未出示健康凭证，没有规范佩戴口罩，存在接触传播风险。</w:t>
      </w:r>
      <w:r>
        <w:rPr>
          <w:lang w:eastAsia="zh-CN"/>
        </w:rPr>
        <w:br/>
      </w:r>
      <w:r>
        <w:rPr>
          <w:lang w:eastAsia="zh-CN"/>
        </w:rPr>
        <w:t>　　（4）中途站消毒和乘客秩序管理不规范，存在接触传播风险。</w:t>
      </w:r>
      <w:r>
        <w:rPr>
          <w:lang w:eastAsia="zh-CN"/>
        </w:rPr>
        <w:br/>
      </w:r>
      <w:r>
        <w:rPr>
          <w:lang w:eastAsia="zh-CN"/>
        </w:rPr>
        <w:t>　　2、作业和消毒要求</w:t>
      </w:r>
      <w:r>
        <w:rPr>
          <w:lang w:eastAsia="zh-CN"/>
        </w:rPr>
        <w:br/>
      </w:r>
      <w:r>
        <w:rPr>
          <w:lang w:eastAsia="zh-CN"/>
        </w:rPr>
        <w:t>　　（1）车内环境。</w:t>
      </w:r>
      <w:r>
        <w:rPr>
          <w:lang w:eastAsia="zh-CN"/>
        </w:rPr>
        <w:br/>
      </w:r>
      <w:r>
        <w:rPr>
          <w:lang w:eastAsia="zh-CN"/>
        </w:rPr>
        <w:t>　　应遵循疫情防控安排和通知，在车辆明显位置张贴疫情防控告示。</w:t>
      </w:r>
      <w:r>
        <w:rPr>
          <w:lang w:eastAsia="zh-CN"/>
        </w:rPr>
        <w:br/>
      </w:r>
      <w:r>
        <w:rPr>
          <w:lang w:eastAsia="zh-CN"/>
        </w:rPr>
        <w:t>　　通过车载广播、视频等开展卫生防护知识宣传。</w:t>
      </w:r>
      <w:r>
        <w:rPr>
          <w:lang w:eastAsia="zh-CN"/>
        </w:rPr>
        <w:br/>
      </w:r>
      <w:r>
        <w:rPr>
          <w:lang w:eastAsia="zh-CN"/>
        </w:rPr>
        <w:t>　　车辆通风时间间隔，要求：高、中风险地区持续通风，低风险地区每趟次通风1次，每次通风时间≥10分钟；室外温度和车速等条件适宜情况下，车辆可关闭车内空调，开窗通风；高、中风险地区车辆使用空调时，应当选择外循环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车内乘客拥挤度应控制在合理范围，要求：高风险地区每平方米≤4人，中风险地区每平方米≤6人。</w:t>
      </w:r>
      <w:r>
        <w:rPr>
          <w:lang w:eastAsia="zh-CN"/>
        </w:rPr>
        <w:br/>
      </w:r>
      <w:r>
        <w:rPr>
          <w:lang w:eastAsia="zh-CN"/>
        </w:rPr>
        <w:t>　　（2）司机健康。</w:t>
      </w:r>
      <w:r>
        <w:rPr>
          <w:lang w:eastAsia="zh-CN"/>
        </w:rPr>
        <w:br/>
      </w:r>
      <w:r>
        <w:rPr>
          <w:lang w:eastAsia="zh-CN"/>
        </w:rPr>
        <w:t>　　司机上线运行必须做到六个到位：每天检查车辆和公共场所规范消毒到位；司机上岗前测量体温坚决到位；车辆运行时打开车窗通风坚决到位；司机戴口罩、勤洗手坚决到位；监督执行乘客必须戴口罩乘车坚决到位；每天按时报告身体状况及有关情况坚决到位。</w:t>
      </w:r>
      <w:r>
        <w:rPr>
          <w:lang w:eastAsia="zh-CN"/>
        </w:rPr>
        <w:br/>
      </w:r>
      <w:r>
        <w:rPr>
          <w:lang w:eastAsia="zh-CN"/>
        </w:rPr>
        <w:t>　　要求：高、中风险地区100%佩戴手套。</w:t>
      </w:r>
      <w:r>
        <w:rPr>
          <w:lang w:eastAsia="zh-CN"/>
        </w:rPr>
        <w:br/>
      </w:r>
      <w:r>
        <w:rPr>
          <w:lang w:eastAsia="zh-CN"/>
        </w:rPr>
        <w:t>　　上线工作期间司机体温测量高风险地区要求每趟次1次，中风险地区每次往返1次，低风险地区每日上岗前1次。</w:t>
      </w:r>
      <w:r>
        <w:rPr>
          <w:lang w:eastAsia="zh-CN"/>
        </w:rPr>
        <w:br/>
      </w:r>
      <w:r>
        <w:rPr>
          <w:lang w:eastAsia="zh-CN"/>
        </w:rPr>
        <w:t>　　（3）乘客要求。</w:t>
      </w:r>
      <w:r>
        <w:rPr>
          <w:lang w:eastAsia="zh-CN"/>
        </w:rPr>
        <w:br/>
      </w:r>
      <w:r>
        <w:rPr>
          <w:lang w:eastAsia="zh-CN"/>
        </w:rPr>
        <w:t>　　乘客应使用浙里办或支付宝扫公交专用“共富码”，对市民出行信息进行数字化管理，做到对涉疫人员的乘车信息可查询可追踪。</w:t>
      </w:r>
      <w:r>
        <w:rPr>
          <w:lang w:eastAsia="zh-CN"/>
        </w:rPr>
        <w:br/>
      </w:r>
      <w:r>
        <w:rPr>
          <w:lang w:eastAsia="zh-CN"/>
        </w:rPr>
        <w:t>　　对老年人等群体可采取凭有效身份证件登记、持纸质证明、出示“行程卡”等作为辅助行程证明替代措施。</w:t>
      </w:r>
      <w:r>
        <w:rPr>
          <w:lang w:eastAsia="zh-CN"/>
        </w:rPr>
        <w:br/>
      </w:r>
      <w:r>
        <w:rPr>
          <w:lang w:eastAsia="zh-CN"/>
        </w:rPr>
        <w:t>　　乘客应服从、配合公交运输单位疫情流行期间采取的各项管控措施。</w:t>
      </w:r>
      <w:r>
        <w:rPr>
          <w:lang w:eastAsia="zh-CN"/>
        </w:rPr>
        <w:br/>
      </w:r>
      <w:r>
        <w:rPr>
          <w:lang w:eastAsia="zh-CN"/>
        </w:rPr>
        <w:t>　　有发热、乏力、干咳等症状的乘客不应乘坐公共交通工具。</w:t>
      </w:r>
      <w:r>
        <w:rPr>
          <w:lang w:eastAsia="zh-CN"/>
        </w:rPr>
        <w:br/>
      </w:r>
      <w:r>
        <w:rPr>
          <w:lang w:eastAsia="zh-CN"/>
        </w:rPr>
        <w:t>　　乘客应做好下列防护措施：佩戴口罩比率要求100%；不应用手触碰口、眼和鼻部；尽量不触碰车上易污染的部位；接触可能被污染的物品后，下车后必须洗手或用手消毒剂消毒；上车后自觉接受司乘人员的安排，分散乘坐，并与他人保持一定距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要求：高风险地区乘客体温检测率100%，必要时进行复测；劝返有发热、干咳等症状和不佩戴口罩的乘客。</w:t>
      </w:r>
      <w:r>
        <w:rPr>
          <w:lang w:eastAsia="zh-CN"/>
        </w:rPr>
        <w:br/>
      </w:r>
      <w:r>
        <w:rPr>
          <w:lang w:eastAsia="zh-CN"/>
        </w:rPr>
        <w:t>　　鼓励乘客使用移动支付、刷卡等非现金的支付方式，便利老年人持不同类型有效证件乘坐城市公共交通。</w:t>
      </w:r>
      <w:r>
        <w:rPr>
          <w:lang w:eastAsia="zh-CN"/>
        </w:rPr>
        <w:br/>
      </w:r>
      <w:r>
        <w:rPr>
          <w:lang w:eastAsia="zh-CN"/>
        </w:rPr>
        <w:t>　　（4）中途站卫生。</w:t>
      </w:r>
      <w:r>
        <w:rPr>
          <w:lang w:eastAsia="zh-CN"/>
        </w:rPr>
        <w:br/>
      </w:r>
      <w:r>
        <w:rPr>
          <w:lang w:eastAsia="zh-CN"/>
        </w:rPr>
        <w:t>　　通过站亭视频、海报等开展卫生防护知识宣传。</w:t>
      </w:r>
      <w:r>
        <w:rPr>
          <w:lang w:eastAsia="zh-CN"/>
        </w:rPr>
        <w:br/>
      </w:r>
      <w:r>
        <w:rPr>
          <w:lang w:eastAsia="zh-CN"/>
        </w:rPr>
        <w:t>　　环境和物品应以保洁为主，预防性消毒为辅，应避免过度消毒。</w:t>
      </w:r>
      <w:r>
        <w:rPr>
          <w:lang w:eastAsia="zh-CN"/>
        </w:rPr>
        <w:br/>
      </w:r>
      <w:r>
        <w:rPr>
          <w:lang w:eastAsia="zh-CN"/>
        </w:rPr>
        <w:t>　　当受到污染时应随时进行清洁消毒。</w:t>
      </w:r>
      <w:r>
        <w:rPr>
          <w:lang w:eastAsia="zh-CN"/>
        </w:rPr>
        <w:br/>
      </w:r>
      <w:r>
        <w:rPr>
          <w:lang w:eastAsia="zh-CN"/>
        </w:rPr>
        <w:t>　　应加强清洁次数并安排工作人员密切监测站点的清洁状况。</w:t>
      </w:r>
      <w:r>
        <w:rPr>
          <w:lang w:eastAsia="zh-CN"/>
        </w:rPr>
        <w:br/>
      </w:r>
      <w:r>
        <w:rPr>
          <w:lang w:eastAsia="zh-CN"/>
        </w:rPr>
        <w:t>　　根据需要对栏杆、座椅表面及扶手等人员经常接触的部位进行消毒，具体消毒方法应符合要求。</w:t>
      </w:r>
      <w:r>
        <w:rPr>
          <w:lang w:eastAsia="zh-CN"/>
        </w:rPr>
        <w:br/>
      </w:r>
      <w:r>
        <w:rPr>
          <w:lang w:eastAsia="zh-CN"/>
        </w:rPr>
        <w:t>　　应增设生物危害标志垃圾桶，用于收集使用过的口罩。</w:t>
      </w:r>
      <w:r>
        <w:rPr>
          <w:lang w:eastAsia="zh-CN"/>
        </w:rPr>
        <w:br/>
      </w:r>
      <w:r>
        <w:rPr>
          <w:lang w:eastAsia="zh-CN"/>
        </w:rPr>
        <w:t>　　（三）到站回场环节</w:t>
      </w:r>
      <w:r>
        <w:rPr>
          <w:lang w:eastAsia="zh-CN"/>
        </w:rPr>
        <w:br/>
      </w:r>
      <w:r>
        <w:rPr>
          <w:lang w:eastAsia="zh-CN"/>
        </w:rPr>
        <w:t>　　1、工作环节风险点</w:t>
      </w:r>
      <w:r>
        <w:rPr>
          <w:lang w:eastAsia="zh-CN"/>
        </w:rPr>
        <w:br/>
      </w:r>
      <w:r>
        <w:rPr>
          <w:lang w:eastAsia="zh-CN"/>
        </w:rPr>
        <w:t>　　（1）车辆到站消毒及车内设施卫生检查不到位，存在被污染风险。</w:t>
      </w:r>
      <w:r>
        <w:rPr>
          <w:lang w:eastAsia="zh-CN"/>
        </w:rPr>
        <w:br/>
      </w:r>
      <w:r>
        <w:rPr>
          <w:lang w:eastAsia="zh-CN"/>
        </w:rPr>
        <w:t>　　（2）呕吐物、排泄物及分泌物直接污染地面情况的处置不规范，存在被污染风险。</w:t>
      </w:r>
      <w:r>
        <w:rPr>
          <w:lang w:eastAsia="zh-CN"/>
        </w:rPr>
        <w:br/>
      </w:r>
      <w:r>
        <w:rPr>
          <w:lang w:eastAsia="zh-CN"/>
        </w:rPr>
        <w:t>　　（3）防护服处置不到位，工作服的洗消不规范，存在被污染风险。</w:t>
      </w:r>
      <w:r>
        <w:rPr>
          <w:lang w:eastAsia="zh-CN"/>
        </w:rPr>
        <w:br/>
      </w:r>
      <w:r>
        <w:rPr>
          <w:lang w:eastAsia="zh-CN"/>
        </w:rPr>
        <w:t>　　2、作业和消毒要求</w:t>
      </w:r>
      <w:r>
        <w:rPr>
          <w:lang w:eastAsia="zh-CN"/>
        </w:rPr>
        <w:br/>
      </w:r>
      <w:r>
        <w:rPr>
          <w:lang w:eastAsia="zh-CN"/>
        </w:rPr>
        <w:t>　　（1）车辆消毒。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公共汽电车的消毒程序应自公交车后车厢起，至前门上客门处止。</w:t>
      </w:r>
      <w:r>
        <w:rPr>
          <w:lang w:eastAsia="zh-CN"/>
        </w:rPr>
        <w:br/>
      </w:r>
      <w:r>
        <w:rPr>
          <w:lang w:eastAsia="zh-CN"/>
        </w:rPr>
        <w:t>　　公共汽电车的消毒包括下列六个范围：车厢地板全消毒；车厢座椅全消毒；车厢扶手、拉环全消毒；车厢空调通风口全消毒；车厢内壁及乘客接触的设施全消毒；车厢驾驶室及方向盘全消毒。</w:t>
      </w:r>
      <w:r>
        <w:rPr>
          <w:lang w:eastAsia="zh-CN"/>
        </w:rPr>
        <w:br/>
      </w:r>
      <w:r>
        <w:rPr>
          <w:lang w:eastAsia="zh-CN"/>
        </w:rPr>
        <w:t>　　高、中风险地区做到车辆运行到站后，首末站当班司机做好“一趟一保洁”，消毒人员做好“一趟一消毒”。</w:t>
      </w:r>
      <w:r>
        <w:rPr>
          <w:lang w:eastAsia="zh-CN"/>
        </w:rPr>
        <w:br/>
      </w:r>
      <w:r>
        <w:rPr>
          <w:lang w:eastAsia="zh-CN"/>
        </w:rPr>
        <w:t>　　结束运行回场后，由场站物业工作人员对当天营运车辆做好消毒和保洁工作。</w:t>
      </w:r>
      <w:r>
        <w:rPr>
          <w:lang w:eastAsia="zh-CN"/>
        </w:rPr>
        <w:br/>
      </w:r>
      <w:r>
        <w:rPr>
          <w:lang w:eastAsia="zh-CN"/>
        </w:rPr>
        <w:t>　　（2）污染处置。</w:t>
      </w:r>
      <w:r>
        <w:rPr>
          <w:lang w:eastAsia="zh-CN"/>
        </w:rPr>
        <w:br/>
      </w:r>
      <w:r>
        <w:rPr>
          <w:lang w:eastAsia="zh-CN"/>
        </w:rPr>
        <w:t>　　呕吐物、排泄物及分泌物少量污染时，应用一次性纱布、抹布等吸水材料蘸取5000mg/L-10000mg/L含氯消毒剂或能达到高水平消毒的消毒湿巾小心移除。</w:t>
      </w:r>
      <w:r>
        <w:rPr>
          <w:lang w:eastAsia="zh-CN"/>
        </w:rPr>
        <w:br/>
      </w:r>
      <w:r>
        <w:rPr>
          <w:lang w:eastAsia="zh-CN"/>
        </w:rPr>
        <w:t>　　大量污染时，应用抹布等一次性使用5000mg/L-10000mg/L含氯消毒剂或含高效消毒剂的吸附巾对污染物进行覆盖消毒。</w:t>
      </w:r>
      <w:r>
        <w:rPr>
          <w:lang w:eastAsia="zh-CN"/>
        </w:rPr>
        <w:br/>
      </w:r>
      <w:r>
        <w:rPr>
          <w:lang w:eastAsia="zh-CN"/>
        </w:rPr>
        <w:t>　　处理污染物时，工作人员应戴手套与口罩，并使用专用工具进行处理，处理完毕后应彻底洗手消毒。</w:t>
      </w:r>
      <w:r>
        <w:rPr>
          <w:lang w:eastAsia="zh-CN"/>
        </w:rPr>
        <w:br/>
      </w:r>
      <w:r>
        <w:rPr>
          <w:lang w:eastAsia="zh-CN"/>
        </w:rPr>
        <w:t>　　（3）工作服应一日一换，采用可高温洗涤模式的洗衣机，水温达65℃以上浸泡30min后，洗涤烘干，也可煮沸30min后或用500mg/L含氯消毒液浸泡30min以上，再进行常规洗涤烘干。</w:t>
      </w:r>
      <w:r>
        <w:rPr>
          <w:lang w:eastAsia="zh-CN"/>
        </w:rPr>
        <w:br/>
      </w:r>
      <w:r>
        <w:rPr>
          <w:lang w:eastAsia="zh-CN"/>
        </w:rPr>
        <w:t>　　需重复使用的织物手套也按上述步骤进行消毒洗涤。</w:t>
      </w:r>
      <w:r>
        <w:rPr>
          <w:lang w:eastAsia="zh-CN"/>
        </w:rPr>
        <w:br/>
      </w:r>
      <w:r>
        <w:rPr>
          <w:lang w:eastAsia="zh-CN"/>
        </w:rPr>
        <w:t>　　使用过的口罩、手套应投放在有生物危害标志的垃圾桶集中规范处置。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三、可疑情形处置</w:t>
      </w:r>
      <w:r>
        <w:rPr>
          <w:lang w:eastAsia="zh-CN"/>
        </w:rPr>
        <w:br/>
      </w:r>
      <w:r>
        <w:rPr>
          <w:lang w:eastAsia="zh-CN"/>
        </w:rPr>
        <w:t>　　制定相应的应急预案，并根据预案进行应急演练。</w:t>
      </w:r>
      <w:r>
        <w:rPr>
          <w:lang w:eastAsia="zh-CN"/>
        </w:rPr>
        <w:br/>
      </w:r>
      <w:r>
        <w:rPr>
          <w:lang w:eastAsia="zh-CN"/>
        </w:rPr>
        <w:t>　　发现乘客有可疑症状如：症状包括口腔温度≥37.2℃、腋下温度≥37.0℃、直肠温度≥37.7℃、额温≥37.3℃，手持体温测量仪≥37.5℃，应及时报告预防工作小组并通知其亲属，在有效防护及有人员陪同的情况下送医。</w:t>
      </w:r>
      <w:r>
        <w:rPr>
          <w:lang w:eastAsia="zh-CN"/>
        </w:rPr>
        <w:br/>
      </w:r>
      <w:r>
        <w:rPr>
          <w:lang w:eastAsia="zh-CN"/>
        </w:rPr>
        <w:t>　　司乘人员有可疑症状时，症状包括口腔温度大于37.2℃、腋下温度大于37.0℃、直肠温度大于37.7℃、额温大于37.3℃，手持体温测量仪≥37.5℃，应停止工作并及时到医疗机构就诊排查。</w:t>
      </w:r>
      <w:r>
        <w:rPr>
          <w:lang w:eastAsia="zh-CN"/>
        </w:rPr>
        <w:br/>
      </w:r>
      <w:r>
        <w:rPr>
          <w:lang w:eastAsia="zh-CN"/>
        </w:rPr>
        <w:t>　　确诊不属于疑似病例时，可正常复岗。</w:t>
      </w:r>
      <w:r>
        <w:rPr>
          <w:lang w:eastAsia="zh-CN"/>
        </w:rPr>
        <w:br/>
      </w:r>
      <w:r>
        <w:rPr>
          <w:lang w:eastAsia="zh-CN"/>
        </w:rPr>
        <w:t xml:space="preserve">    保洁年度消杀工作计划范文 篇7 </w:t>
      </w:r>
      <w:r>
        <w:rPr>
          <w:lang w:eastAsia="zh-CN"/>
        </w:rPr>
        <w:br/>
      </w:r>
      <w:r>
        <w:rPr>
          <w:lang w:eastAsia="zh-CN"/>
        </w:rPr>
        <w:t>　　一、园区环境（大门、门锁、钥匙、保安室、大型玩具、公用垃圾桶、扫把、报纸杂志）</w:t>
      </w:r>
      <w:r>
        <w:rPr>
          <w:lang w:eastAsia="zh-CN"/>
        </w:rPr>
        <w:br/>
      </w:r>
      <w:r>
        <w:rPr>
          <w:lang w:eastAsia="zh-CN"/>
        </w:rPr>
        <w:t>　　（1）园区大门：每天早中晚使用1:50含氯消毒剂进行喷杀消毒，作用30分钟后净水搽拭干净，每次人员进出有触摸后，同样方式进行消毒。</w:t>
      </w:r>
      <w:r>
        <w:rPr>
          <w:lang w:eastAsia="zh-CN"/>
        </w:rPr>
        <w:br/>
      </w:r>
      <w:r>
        <w:rPr>
          <w:lang w:eastAsia="zh-CN"/>
        </w:rPr>
        <w:t>　　（2）大门门锁、钥匙：每次触摸后，采用75%乙醇消毒液喷洒消毒。</w:t>
      </w:r>
      <w:r>
        <w:rPr>
          <w:lang w:eastAsia="zh-CN"/>
        </w:rPr>
        <w:br/>
      </w:r>
      <w:r>
        <w:rPr>
          <w:lang w:eastAsia="zh-CN"/>
        </w:rPr>
        <w:t>　　（3）保安室的物品（监控台、开关、门窗把手）：使用1:200含氯消毒剂的擦拭，作用30分钟后，再用清水擦拭干净，每天一次。</w:t>
      </w:r>
      <w:r>
        <w:rPr>
          <w:lang w:eastAsia="zh-CN"/>
        </w:rPr>
        <w:br/>
      </w:r>
      <w:r>
        <w:rPr>
          <w:lang w:eastAsia="zh-CN"/>
        </w:rPr>
        <w:t>　　（4）地面：采用1:200含氯消毒剂拖拭，作用30分钟后清水拖拭干净，每天一次。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（5）户外大型玩具：使用1:50含氯消毒剂进行喷洒消毒，作用30分钟后，使用清水擦拭，每天一次。</w:t>
      </w:r>
      <w:r>
        <w:rPr>
          <w:lang w:eastAsia="zh-CN"/>
        </w:rPr>
        <w:br/>
      </w:r>
      <w:r>
        <w:rPr>
          <w:lang w:eastAsia="zh-CN"/>
        </w:rPr>
        <w:t>　　（6）户外公共垃圾桶：使用1:50含氯消毒剂进行消毒，每天三次，垃圾日产日清，喷洒消毒液。医用及口罩收纳垃圾桶，日产日清，用1:50含氯消毒剂浸湿垃圾后，扎进袋口进行清理。</w:t>
      </w:r>
      <w:r>
        <w:rPr>
          <w:lang w:eastAsia="zh-CN"/>
        </w:rPr>
        <w:br/>
      </w:r>
      <w:r>
        <w:rPr>
          <w:lang w:eastAsia="zh-CN"/>
        </w:rPr>
        <w:t>　　（7）扫把、拖把：使用后在1:200有效的含氯消毒液中浸泡30分钟后用清水冲洗干净，并摆放在通风情况良好的地方晾晒，每天至少一次。</w:t>
      </w:r>
      <w:r>
        <w:rPr>
          <w:lang w:eastAsia="zh-CN"/>
        </w:rPr>
        <w:br/>
      </w:r>
      <w:r>
        <w:rPr>
          <w:lang w:eastAsia="zh-CN"/>
        </w:rPr>
        <w:t>　　（8）报刊杂志类接收：无接触传递，送递人员将报刊杂志放到指定位置，接收人员用75%乙醇消毒液喷洒后取进园内，再进行手消毒。</w:t>
      </w:r>
      <w:r>
        <w:rPr>
          <w:lang w:eastAsia="zh-CN"/>
        </w:rPr>
        <w:br/>
      </w:r>
      <w:r>
        <w:rPr>
          <w:lang w:eastAsia="zh-CN"/>
        </w:rPr>
        <w:t>　　二、保健室、隔离室（空气、地面、空调、物体表面）</w:t>
      </w:r>
      <w:r>
        <w:rPr>
          <w:lang w:eastAsia="zh-CN"/>
        </w:rPr>
        <w:br/>
      </w:r>
      <w:r>
        <w:rPr>
          <w:lang w:eastAsia="zh-CN"/>
        </w:rPr>
        <w:t>　　（1）空气：开窗通风一天三次，每次20--30分钟，天气好的话全天候通风，无人条件下紫外灯照射，不少于小时，每天一次。</w:t>
      </w:r>
      <w:r>
        <w:rPr>
          <w:lang w:eastAsia="zh-CN"/>
        </w:rPr>
        <w:br/>
      </w:r>
      <w:r>
        <w:rPr>
          <w:lang w:eastAsia="zh-CN"/>
        </w:rPr>
        <w:t>　　（2）室内地面：用有效的含氯消毒剂拖拭，作用30分钟后，再用清水拖拭干净，每天一次。</w:t>
      </w:r>
      <w:r>
        <w:rPr>
          <w:lang w:eastAsia="zh-CN"/>
        </w:rPr>
        <w:br/>
      </w:r>
      <w:r>
        <w:rPr>
          <w:lang w:eastAsia="zh-CN"/>
        </w:rPr>
        <w:t>　　（3）室内台面及物体表面：使用有效的含氯消毒剂擦拭，作用30分钟后，再用清水擦拭干净，每天至少一次。</w:t>
      </w:r>
      <w:r>
        <w:rPr>
          <w:lang w:eastAsia="zh-CN"/>
        </w:rPr>
        <w:br/>
      </w:r>
      <w:r>
        <w:rPr>
          <w:lang w:eastAsia="zh-CN"/>
        </w:rPr>
        <w:t>　　（4）空调：过滤网进行清洗后含氯消毒剂浸泡30分钟后清水冲洗晾干，每月一次。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三、班级活动室（含门把手、窗把手、更衣柜、床、寝具、玩具、图书、钢琴、桌椅、玩具柜、毛巾架、茶杯架、毛巾、饮水机、空调、空气净化器、栏杆、一体机、键盘鼠标、垃圾桶）</w:t>
      </w:r>
      <w:r>
        <w:rPr>
          <w:lang w:eastAsia="zh-CN"/>
        </w:rPr>
        <w:br/>
      </w:r>
      <w:r>
        <w:rPr>
          <w:lang w:eastAsia="zh-CN"/>
        </w:rPr>
        <w:t>　　（1）地面、门把手、窗把手、更衣柜、栏杆等高频接触部位：使用含氯消毒剂进行擦拭，作用30分钟后清水擦净，早上（头天晚上离园时消毒剂喷洒，早上清水擦拭）、每天一次，门把手使用频率高，使用后可用75%酒精随时进行喷洒。</w:t>
      </w:r>
      <w:r>
        <w:rPr>
          <w:lang w:eastAsia="zh-CN"/>
        </w:rPr>
        <w:br/>
      </w:r>
      <w:r>
        <w:rPr>
          <w:lang w:eastAsia="zh-CN"/>
        </w:rPr>
        <w:t>　　（2）床和寝具：每日午睡起床后用含氯消毒剂清洁过道，紫外线灯进行空气和被褥消毒不少于一小时，每周幼儿寝具带回家进行清洗，取走寝具之后，采用有效的含氯消毒剂彻底清理寝区，每周至少一次。</w:t>
      </w:r>
      <w:r>
        <w:rPr>
          <w:lang w:eastAsia="zh-CN"/>
        </w:rPr>
        <w:br/>
      </w:r>
      <w:r>
        <w:rPr>
          <w:lang w:eastAsia="zh-CN"/>
        </w:rPr>
        <w:t>　　（3）玩具柜、毛巾架、水杯架、饮水机柜体、空调柜体、空气净化器等，使用氯消毒剂作用30分钟，清水擦拭干净，每天至少一次。</w:t>
      </w:r>
      <w:r>
        <w:rPr>
          <w:lang w:eastAsia="zh-CN"/>
        </w:rPr>
        <w:br/>
      </w:r>
      <w:r>
        <w:rPr>
          <w:lang w:eastAsia="zh-CN"/>
        </w:rPr>
        <w:t>　　（4）毛巾：肥皂搓洗，日光暴晒或紫外线灯照射，每天一次；</w:t>
      </w:r>
      <w:r>
        <w:rPr>
          <w:lang w:eastAsia="zh-CN"/>
        </w:rPr>
        <w:br/>
      </w:r>
      <w:r>
        <w:rPr>
          <w:lang w:eastAsia="zh-CN"/>
        </w:rPr>
        <w:t>　　（5）桌子：每餐前后进行常规消毒。在幼儿离园后，对幼儿的桌椅，使用含氯消毒剂进行喷杀消毒。</w:t>
      </w:r>
      <w:r>
        <w:rPr>
          <w:lang w:eastAsia="zh-CN"/>
        </w:rPr>
        <w:br/>
      </w:r>
      <w:r>
        <w:rPr>
          <w:lang w:eastAsia="zh-CN"/>
        </w:rPr>
        <w:t>　　（6）玩教具、图书：塑制用消毒液浸泡30分钟后清水洗净，木质玩具、图书采用日光暴晒2-4小时或者紫外灯照射60分钟，每天一次。</w:t>
      </w:r>
      <w:r>
        <w:rPr>
          <w:lang w:eastAsia="zh-CN"/>
        </w:rPr>
        <w:br/>
      </w:r>
      <w:r>
        <w:rPr>
          <w:lang w:eastAsia="zh-CN"/>
        </w:rPr>
        <w:t>　　（7）室内垃圾桶：应套有塑料袋并加盖，每日上午、下午含氯消毒剂喷洒一次，在垃圾清理之后，使用后用清水冲洗干净，有效的含氯消毒液进行喷洒，每天一次。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（8）一体机以及键盘鼠标：可使用含氯消毒剂进行擦拭，每天一次。</w:t>
      </w:r>
      <w:r>
        <w:rPr>
          <w:lang w:eastAsia="zh-CN"/>
        </w:rPr>
        <w:br/>
      </w:r>
      <w:r>
        <w:rPr>
          <w:lang w:eastAsia="zh-CN"/>
        </w:rPr>
        <w:t>　　（9）空气净化器、空调：过滤网进行清洗后含氯消毒剂浸泡30分钟后清水冲洗晾干，每月一次。</w:t>
      </w:r>
      <w:r>
        <w:rPr>
          <w:lang w:eastAsia="zh-CN"/>
        </w:rPr>
        <w:br/>
      </w:r>
      <w:r>
        <w:rPr>
          <w:lang w:eastAsia="zh-CN"/>
        </w:rPr>
        <w:t>　　（10）空气：早上、上下午户外活动时开窗通风，一天不少于3次，每次20--30分钟，天气晴好时全天候通风，离园后紫外灯照射，不少于1小时，每天一次。</w:t>
      </w:r>
      <w:r>
        <w:rPr>
          <w:lang w:eastAsia="zh-CN"/>
        </w:rPr>
        <w:br/>
      </w:r>
      <w:r>
        <w:rPr>
          <w:lang w:eastAsia="zh-CN"/>
        </w:rPr>
        <w:t>　　四、餐饮具（幼儿餐具、杯子、盛饭勺、盛饭桶（盆））</w:t>
      </w:r>
      <w:r>
        <w:rPr>
          <w:lang w:eastAsia="zh-CN"/>
        </w:rPr>
        <w:br/>
      </w:r>
      <w:r>
        <w:rPr>
          <w:lang w:eastAsia="zh-CN"/>
        </w:rPr>
        <w:t>　　（1）幼儿餐具：一用一消，幼儿使用餐具后，用洗洁精对餐具进行清洗，并用清水冲洗干净，控水之后，将餐具放入消毒柜中进行消毒（温度100-120℃，作用20分钟）。</w:t>
      </w:r>
      <w:r>
        <w:rPr>
          <w:lang w:eastAsia="zh-CN"/>
        </w:rPr>
        <w:br/>
      </w:r>
      <w:r>
        <w:rPr>
          <w:lang w:eastAsia="zh-CN"/>
        </w:rPr>
        <w:t>　　（2）水杯：采用消毒柜高温消毒法（温度100℃，作用20分钟），视疫情发展状况，每天至少一次，可适当增加消毒频率。</w:t>
      </w:r>
      <w:r>
        <w:rPr>
          <w:lang w:eastAsia="zh-CN"/>
        </w:rPr>
        <w:br/>
      </w:r>
      <w:r>
        <w:rPr>
          <w:lang w:eastAsia="zh-CN"/>
        </w:rPr>
        <w:t>　　（3）盛饭勺、盛饭桶（盆）应在规定时间内送回厨房，由厨房工作人员进行清洁并消毒。</w:t>
      </w:r>
      <w:r>
        <w:rPr>
          <w:lang w:eastAsia="zh-CN"/>
        </w:rPr>
        <w:br/>
      </w:r>
      <w:r>
        <w:rPr>
          <w:lang w:eastAsia="zh-CN"/>
        </w:rPr>
        <w:t xml:space="preserve">    保洁年度消杀工作计划范文 篇8 </w:t>
      </w:r>
      <w:r>
        <w:rPr>
          <w:lang w:eastAsia="zh-CN"/>
        </w:rPr>
        <w:br/>
      </w:r>
      <w:r>
        <w:rPr>
          <w:lang w:eastAsia="zh-CN"/>
        </w:rPr>
        <w:t>　　根据六指办17号文件精神和六安市商务局[20__]7号明电《关于做好新型冠状病毒防控期间商场供应及全面实行“一日一消毒”措施的通知》、裕安区疫情防控指挥部和裕安区商务局相关要求，进一步履行好顺河镇属地疫情防控工作的职责，现制定顺河镇疫情防控工作方案。</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贯彻落实党中央、国务院和省委省政府以及市、区的部署要求，牢固树立以人民为中心的思想，把新型冠状病毒感染的肺炎疫情应对工作作为当前最重要的一项任务来抓。</w:t>
      </w:r>
      <w:r>
        <w:rPr>
          <w:lang w:eastAsia="zh-CN"/>
        </w:rPr>
        <w:br/>
      </w:r>
      <w:r>
        <w:rPr>
          <w:lang w:eastAsia="zh-CN"/>
        </w:rPr>
        <w:t>　　二、工作原则</w:t>
      </w:r>
      <w:r>
        <w:rPr>
          <w:lang w:eastAsia="zh-CN"/>
        </w:rPr>
        <w:br/>
      </w:r>
      <w:r>
        <w:rPr>
          <w:lang w:eastAsia="zh-CN"/>
        </w:rPr>
        <w:t>　　（一）统一领导，落实责任。成立书记任政委，镇长任指挥长的顺河镇防控新型冠状病毒指挥部，落实对辖区商场、超市做好新型冠状病毒防控期间的“一日一消毒”措施。</w:t>
      </w:r>
      <w:r>
        <w:rPr>
          <w:lang w:eastAsia="zh-CN"/>
        </w:rPr>
        <w:br/>
      </w:r>
      <w:r>
        <w:rPr>
          <w:lang w:eastAsia="zh-CN"/>
        </w:rPr>
        <w:t>　　（二）协调配合，快速反应。建立各村居、卫生院、应急办、新安市场监管所等部门信息沟通机制，强化部门工作协调配合，密切协作、快速反应、形成合力、全面落实“一日一消毒”。</w:t>
      </w:r>
      <w:r>
        <w:rPr>
          <w:lang w:eastAsia="zh-CN"/>
        </w:rPr>
        <w:br/>
      </w:r>
      <w:r>
        <w:rPr>
          <w:lang w:eastAsia="zh-CN"/>
        </w:rPr>
        <w:t>　　（三）预防为主、防控结合。加强对商场、超市等人流量大的经营场所督导，增强对新型冠状病毒感染的.肺炎疫情的预防宣传防护意识。</w:t>
      </w:r>
      <w:r>
        <w:rPr>
          <w:lang w:eastAsia="zh-CN"/>
        </w:rPr>
        <w:br/>
      </w:r>
      <w:r>
        <w:rPr>
          <w:lang w:eastAsia="zh-CN"/>
        </w:rPr>
        <w:t>　　三、主要任务</w:t>
      </w:r>
      <w:r>
        <w:rPr>
          <w:lang w:eastAsia="zh-CN"/>
        </w:rPr>
        <w:br/>
      </w:r>
      <w:r>
        <w:rPr>
          <w:lang w:eastAsia="zh-CN"/>
        </w:rPr>
        <w:t>　　（一)抓好商场、超市疫情防控工作。对商场超市实施“一日一消毒”防控措施。严格执行工作人员戴口罩上岗；加强经营场所通风，督促经营主体对经营场所落实“一日一消毒”措施。</w:t>
      </w:r>
      <w:r>
        <w:rPr>
          <w:lang w:eastAsia="zh-CN"/>
        </w:rPr>
        <w:br/>
      </w:r>
      <w:r>
        <w:rPr>
          <w:lang w:eastAsia="zh-CN"/>
        </w:rPr>
        <w:t>　　（二）设置和公布举报投诉电话。顺河镇疫情防控举报投诉电话：。</w:t>
      </w:r>
      <w:r>
        <w:rPr>
          <w:lang w:eastAsia="zh-CN"/>
        </w:rPr>
        <w:br/>
      </w:r>
      <w:r>
        <w:rPr>
          <w:lang w:eastAsia="zh-CN"/>
        </w:rPr>
        <w:t>　　四、保障措施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（一）建立组织机构。成立以顺河镇镇长为组长，分管负责人为副组长，相关单位负责人为成员的商务领域新型冠状病毒感染的肺炎疫情工作领导小组，负责统筹协调全镇商务领域肺炎疫情应对工作。</w:t>
      </w:r>
      <w:r>
        <w:rPr>
          <w:lang w:eastAsia="zh-CN"/>
        </w:rPr>
        <w:br/>
      </w:r>
      <w:r>
        <w:rPr>
          <w:lang w:eastAsia="zh-CN"/>
        </w:rPr>
        <w:t>　　（二）开展日常巡查。每天由值班领导对商务领域联防</w:t>
      </w:r>
      <w:r>
        <w:rPr>
          <w:lang w:eastAsia="zh-CN"/>
        </w:rPr>
        <w:br/>
      </w:r>
      <w:r>
        <w:rPr>
          <w:lang w:eastAsia="zh-CN"/>
        </w:rPr>
        <w:t>　　联控新型冠状病毒感染肺炎疫情开展情况，对各村居进行专项巡查督导，对“一日一消毒、值班值守”等工作进行全面督查，并形成查访记录。同时，要求超市工作人员必须戴口罩、进出超市人员必须戴口罩。</w:t>
      </w:r>
      <w:r>
        <w:rPr>
          <w:lang w:eastAsia="zh-CN"/>
        </w:rPr>
        <w:br/>
      </w:r>
      <w:r>
        <w:rPr>
          <w:lang w:eastAsia="zh-CN"/>
        </w:rPr>
        <w:t>　　（三）加强信息报送。落实疫情防控专项值班值守，加强对商场、超市疫情防控工作的督导、检查，及时掌握相关情况。严格执行“日报告”制度，各村居结合疫情上报制度，要明确一名村两委干部，建立本辖区内商场、超市等商贸企业台账，自发文之日起，每日12时前报送前24小时内商超”一日一消毒”疫情防控信息。</w:t>
      </w:r>
      <w:r>
        <w:rPr>
          <w:lang w:eastAsia="zh-CN"/>
        </w:rPr>
        <w:br/>
      </w:r>
      <w:r>
        <w:rPr>
          <w:lang w:eastAsia="zh-CN"/>
        </w:rPr>
        <w:t>　　（四）强化舆论引导。利用商场、超市等商贸企业户外的LED可视电子屏等开展肺炎防护科普宣传。</w:t>
      </w:r>
      <w:r>
        <w:rPr>
          <w:lang w:eastAsia="zh-CN"/>
        </w:rPr>
        <w:br/>
      </w:r>
      <w:r>
        <w:rPr>
          <w:lang w:eastAsia="zh-CN"/>
        </w:rPr>
        <w:t xml:space="preserve">    保洁年度消杀工作计划范文 篇9 </w:t>
      </w:r>
      <w:r>
        <w:rPr>
          <w:lang w:eastAsia="zh-CN"/>
        </w:rPr>
        <w:br/>
      </w:r>
      <w:r>
        <w:rPr>
          <w:lang w:eastAsia="zh-CN"/>
        </w:rPr>
        <w:t>　　一、消毒原则</w:t>
      </w:r>
      <w:r>
        <w:rPr>
          <w:lang w:eastAsia="zh-CN"/>
        </w:rPr>
        <w:br/>
      </w:r>
      <w:r>
        <w:rPr>
          <w:lang w:eastAsia="zh-CN"/>
        </w:rPr>
        <w:t>　　1、消毒范围与对象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新型冠状病毒流行期间，文化娱乐场所（电影院、KTV、剧院、室内游乐场等）、车站候车室（包括地铁运行站点）、超市、购物中心、书店、宾馆、饭店等公共场所室内环境（包括大厅、走廊、厕所等公共区域）所有物体表面开展预防性消毒；不推荐场所内部环境空气采用化学方法进行预防性消毒。有疑似或确诊病例出现过时，根据流行病学调查结果，按照《疫源地消毒总则》（GB19193-）开展相应公共场所的终末消毒。</w:t>
      </w:r>
      <w:r>
        <w:rPr>
          <w:lang w:eastAsia="zh-CN"/>
        </w:rPr>
        <w:br/>
      </w:r>
      <w:r>
        <w:rPr>
          <w:lang w:eastAsia="zh-CN"/>
        </w:rPr>
        <w:t>　　2、消毒方法的选择</w:t>
      </w:r>
      <w:r>
        <w:rPr>
          <w:lang w:eastAsia="zh-CN"/>
        </w:rPr>
        <w:br/>
      </w:r>
      <w:r>
        <w:rPr>
          <w:lang w:eastAsia="zh-CN"/>
        </w:rPr>
        <w:t>　　针对消毒对象和消毒现场的不同，选择合适的化学消毒剂，建议选用含氯类等高效消毒剂或复合双链季铵盐类消毒剂。物体表面在清洁的前提下，以喷洒和擦拭为主，空调回风口过滤网采用消毒剂浸泡和清洗为主，按照作用浓度和作用时间进行消毒，以确保消毒效果，使用含氯消毒剂作用到规定时间后必须通风且清水清洗干净。</w:t>
      </w:r>
      <w:r>
        <w:rPr>
          <w:lang w:eastAsia="zh-CN"/>
        </w:rPr>
        <w:br/>
      </w:r>
      <w:r>
        <w:rPr>
          <w:lang w:eastAsia="zh-CN"/>
        </w:rPr>
        <w:t>　　二、个人防护要求</w:t>
      </w:r>
      <w:r>
        <w:rPr>
          <w:lang w:eastAsia="zh-CN"/>
        </w:rPr>
        <w:br/>
      </w:r>
      <w:r>
        <w:rPr>
          <w:lang w:eastAsia="zh-CN"/>
        </w:rPr>
        <w:t>　　预防性消毒工作人员采用一级防护，选择一次性外科口罩、工作服、一次性橡胶（或丁腈）手套。</w:t>
      </w:r>
      <w:r>
        <w:rPr>
          <w:lang w:eastAsia="zh-CN"/>
        </w:rPr>
        <w:br/>
      </w:r>
      <w:r>
        <w:rPr>
          <w:lang w:eastAsia="zh-CN"/>
        </w:rPr>
        <w:t>　　终末消毒时工作人员采取二级防护，要求着一次性连体医用防护服、医用防护（N95）口罩、防护眼镜或面屏、一次性脚套、一次性工作帽、一次性橡胶（或丁腈）手套。</w:t>
      </w:r>
      <w:r>
        <w:rPr>
          <w:lang w:eastAsia="zh-CN"/>
        </w:rPr>
        <w:br/>
      </w:r>
      <w:r>
        <w:rPr>
          <w:lang w:eastAsia="zh-CN"/>
        </w:rPr>
        <w:t>　　加强工作人员手部清洗和消毒意识。清洗采用流动清水，消毒用快速手消毒剂。</w:t>
      </w:r>
      <w:r>
        <w:rPr>
          <w:lang w:eastAsia="zh-CN"/>
        </w:rPr>
        <w:br/>
      </w:r>
      <w:r>
        <w:rPr>
          <w:lang w:eastAsia="zh-CN"/>
        </w:rPr>
        <w:t>　　三、消毒内容</w:t>
      </w:r>
      <w:r>
        <w:rPr>
          <w:lang w:eastAsia="zh-CN"/>
        </w:rPr>
        <w:br/>
      </w:r>
      <w:r>
        <w:rPr>
          <w:lang w:eastAsia="zh-CN"/>
        </w:rPr>
        <w:t>　　1、预防性消毒</w:t>
      </w:r>
      <w:r>
        <w:rPr>
          <w:lang w:eastAsia="zh-CN"/>
        </w:rPr>
        <w:br/>
      </w:r>
      <w:r>
        <w:rPr>
          <w:lang w:eastAsia="zh-CN"/>
        </w:rPr>
        <w:t>　　（1）文化娱乐场所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禁止使用中央空调。电影院、KTV、剧院适当延长接台时间，每次接台间隙有条件地采用开窗通风，无开窗条件的环境，开启空调新风系统强排以增加换气次数，时间不低于15分钟；做好环境清理，应使用湿试清扫以减少粉尘扩散。每天停止营业后，有条件的集中开窗（门）通风不低于1个小时，无开窗条件则开启空调强排措施，时间不低于15分钟。集中空调送风系统回风口每天停止营业后将过滤网拆卸用有效率20__mg/L消毒剂浸泡消毒一次，时间不少于30分钟，然后用清水冲洗并晾干后重新使用。或选择复合季铵盐消毒液，按使用说明书操作，晾干后重新使用。</w:t>
      </w:r>
      <w:r>
        <w:rPr>
          <w:lang w:eastAsia="zh-CN"/>
        </w:rPr>
        <w:br/>
      </w:r>
      <w:r>
        <w:rPr>
          <w:lang w:eastAsia="zh-CN"/>
        </w:rPr>
        <w:t>　　对顾客经常触摸的部位（扶手、电梯按钮、3D眼镜、门把手、话筒等）进行预防性消毒，可以用250-500mg/L有效氯消毒剂或1000mg/L~20__mg/L复合季铵盐消毒液进行擦拭消毒，作用30分钟以上，消毒过后用清水擦拭。每天至少在营业前消毒一次，根据客流量增加消毒次数。有条件的可以使用紫外线消毒柜对3D眼镜、话筒等公用物品进行消毒。</w:t>
      </w:r>
      <w:r>
        <w:rPr>
          <w:lang w:eastAsia="zh-CN"/>
        </w:rPr>
        <w:br/>
      </w:r>
      <w:r>
        <w:rPr>
          <w:lang w:eastAsia="zh-CN"/>
        </w:rPr>
        <w:t>　　（2）、车站候车室、地铁站点</w:t>
      </w:r>
      <w:r>
        <w:rPr>
          <w:lang w:eastAsia="zh-CN"/>
        </w:rPr>
        <w:br/>
      </w:r>
      <w:r>
        <w:rPr>
          <w:lang w:eastAsia="zh-CN"/>
        </w:rPr>
        <w:t>　　禁止使用中央空调。首选自然通风，尽可能勤开门窗通风换气，无开窗条件的环境，开启空调新风系统强排以增加换气次数。每天停止营业后，有条件的集中开窗（门）通风不低于1个小时，无开窗条件则开启空调强排措施，时间不低于15分钟。集中空调送风系统回风口每天停止运行后将过滤网拆卸用有效率20__mg/L消毒剂浸泡消毒一次，时间不少于30分钟，然后用清水冲洗并晾干后重新使用。或选择复合季铵盐消毒液，按使用说明书操作，晾干后重新使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对旅客经常接触的地方（座椅把手、售票窗口、自助购取票机、电梯扶手、洗手池的水龙头、公共饮水机的开关龙头等）进行预防性消毒，可以用250-500mg/L有效氯消毒剂或1000mg/L~20__mg/L复合季铵盐消毒液进行擦拭消毒，作用30分钟以上，消毒过后用清水擦拭。每天至少在营业前消毒一次，根据客流量调整消毒次数。</w:t>
      </w:r>
      <w:r>
        <w:rPr>
          <w:lang w:eastAsia="zh-CN"/>
        </w:rPr>
        <w:br/>
      </w:r>
      <w:r>
        <w:rPr>
          <w:lang w:eastAsia="zh-CN"/>
        </w:rPr>
        <w:t>　　（3）超市、购物中心、书店</w:t>
      </w:r>
      <w:r>
        <w:rPr>
          <w:lang w:eastAsia="zh-CN"/>
        </w:rPr>
        <w:br/>
      </w:r>
      <w:r>
        <w:rPr>
          <w:lang w:eastAsia="zh-CN"/>
        </w:rPr>
        <w:t>　　禁止使用中央空调。首选自然通风，尽可能勤开门窗通风换气，无开窗条件的环境，开启空调新风系统强排以增加换气次数。每天停止营业后，有条件的集中开窗（门）通风不低于1个小时，无开窗条件则开启空调强排措施，时间不低于15分钟。集中空调送风系统回风口每天停止营业后将过滤网拆卸用20__mg/L浸泡消毒一次，时间不少于30分钟，然后用清水冲洗并晾干后重新使用。或选择复合季铵盐消毒液，按使用说明书操作，晾干后重新使用。</w:t>
      </w:r>
      <w:r>
        <w:rPr>
          <w:lang w:eastAsia="zh-CN"/>
        </w:rPr>
        <w:br/>
      </w:r>
      <w:r>
        <w:rPr>
          <w:lang w:eastAsia="zh-CN"/>
        </w:rPr>
        <w:t>　　对顾客经常性接触的物件（推车、购物篮、电梯扶手、电梯按钮、公共座椅把手等）进行预防性消毒，可以用250-500mg/L有效氯消毒剂或1000mg/L~20__mg/L复合季铵盐消毒液进行擦拭消毒，作用30分钟以上，消毒过后用清水擦拭。每天至少在营业前消毒一次，根据客流量调整消毒次数。</w:t>
      </w:r>
      <w:r>
        <w:rPr>
          <w:lang w:eastAsia="zh-CN"/>
        </w:rPr>
        <w:br/>
      </w:r>
      <w:r>
        <w:rPr>
          <w:lang w:eastAsia="zh-CN"/>
        </w:rPr>
        <w:t>　　（4）宾馆、饭店</w:t>
      </w:r>
      <w:r>
        <w:rPr>
          <w:lang w:eastAsia="zh-CN"/>
        </w:rPr>
        <w:br/>
      </w:r>
      <w:r>
        <w:rPr>
          <w:lang w:eastAsia="zh-CN"/>
        </w:rPr>
        <w:t>　　禁止使用中央空调。首选自然通风，尽可能勤开门窗通风换气，无开窗条件的环境，开启空调新风系统强排以增加换气次数。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床上卧具和毛巾可煮沸消毒或送清洗消毒公司进行消毒。可用250-500mg/L有效氯消毒剂或1000mg/L~20__mg/L复合季铵盐消毒液浸泡物品30min。含氯消毒剂现配现用，消毒后及时取出，用清水漂洗干净。</w:t>
      </w:r>
      <w:r>
        <w:rPr>
          <w:lang w:eastAsia="zh-CN"/>
        </w:rPr>
        <w:br/>
      </w:r>
      <w:r>
        <w:rPr>
          <w:lang w:eastAsia="zh-CN"/>
        </w:rPr>
        <w:t>　　餐饮具可用煮沸或蒸汽消毒，也可用烤箱或红外线消毒柜进行消毒，也可使用有效氯浓度为250-500mg/L或1000mg/L~20__mg/L复合季铵盐消毒液的消毒液，浸泡30min后用清水清洗。</w:t>
      </w:r>
      <w:r>
        <w:rPr>
          <w:lang w:eastAsia="zh-CN"/>
        </w:rPr>
        <w:br/>
      </w:r>
      <w:r>
        <w:rPr>
          <w:lang w:eastAsia="zh-CN"/>
        </w:rPr>
        <w:t>　　洗脸池、浴缸、坐垫可使用250-500mg/L有效氯消毒剂或1000mg/L~20__mg/L复合季铵盐消毒液擦拭，30分钟后用清水擦拭。</w:t>
      </w:r>
      <w:r>
        <w:rPr>
          <w:lang w:eastAsia="zh-CN"/>
        </w:rPr>
        <w:br/>
      </w:r>
      <w:r>
        <w:rPr>
          <w:lang w:eastAsia="zh-CN"/>
        </w:rPr>
        <w:t>　　拖鞋（非一次性的）可用250-500mg/L有效氯消毒剂或1000mg/L~20__mg/L复合季铵盐消毒液浸泡20分钟左右后用清水冲洗。</w:t>
      </w:r>
      <w:r>
        <w:rPr>
          <w:lang w:eastAsia="zh-CN"/>
        </w:rPr>
        <w:br/>
      </w:r>
      <w:r>
        <w:rPr>
          <w:lang w:eastAsia="zh-CN"/>
        </w:rPr>
        <w:t>　　2、终末消毒</w:t>
      </w:r>
      <w:r>
        <w:rPr>
          <w:lang w:eastAsia="zh-CN"/>
        </w:rPr>
        <w:br/>
      </w:r>
      <w:r>
        <w:rPr>
          <w:lang w:eastAsia="zh-CN"/>
        </w:rPr>
        <w:t>　　有疑似或确诊病例出现时，根据流行病学调查结果，按照《疫源地消毒总则》（GB19193-），严格个人防护，在辖区疾病预防控制中心专业人员指导下开展相应的消毒工作。</w:t>
      </w:r>
      <w:r>
        <w:rPr>
          <w:lang w:eastAsia="zh-CN"/>
        </w:rPr>
        <w:br/>
      </w:r>
      <w:r>
        <w:rPr>
          <w:lang w:eastAsia="zh-CN"/>
        </w:rPr>
        <w:t>　　四、注意事项</w:t>
      </w:r>
      <w:r>
        <w:rPr>
          <w:lang w:eastAsia="zh-CN"/>
        </w:rPr>
        <w:br/>
      </w:r>
      <w:r>
        <w:rPr>
          <w:lang w:eastAsia="zh-CN"/>
        </w:rPr>
        <w:t>　　1、针对不同消毒对象，应按照上述使用浓度、作用时间和消毒方法进行消毒，以确保消毒效果。</w:t>
      </w:r>
      <w:r>
        <w:rPr>
          <w:lang w:eastAsia="zh-CN"/>
        </w:rPr>
        <w:br/>
      </w:r>
      <w:r>
        <w:rPr>
          <w:lang w:eastAsia="zh-CN"/>
        </w:rPr>
        <w:t>　　2、消毒剂具有一定的毒性刺激性，配制和使用时应注意个人防护，同时消毒剂具有一定的腐蚀性，注意消毒后用清水擦拭，防止对消毒物品造成损坏。</w:t>
      </w:r>
      <w:r>
        <w:rPr>
          <w:lang w:eastAsia="zh-CN"/>
        </w:rPr>
        <w:br/>
      </w:r>
      <w:r>
        <w:rPr>
          <w:lang w:eastAsia="zh-CN"/>
        </w:rPr>
        <w:t>　　3、所使用消毒剂应有卫生安全评价报告的正规产品，应在有效期内。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4、其他人群密集场所及临时性大型室内活动场所消毒方法参考上述要求。</w:t>
      </w:r>
      <w:r>
        <w:rPr>
          <w:lang w:eastAsia="zh-CN"/>
        </w:rPr>
        <w:br/>
      </w:r>
      <w:r>
        <w:rPr>
          <w:lang w:eastAsia="zh-CN"/>
        </w:rPr>
        <w:t>　　公共场所消毒措施</w:t>
      </w:r>
      <w:r>
        <w:rPr>
          <w:lang w:eastAsia="zh-CN"/>
        </w:rPr>
        <w:br/>
      </w:r>
      <w:r>
        <w:rPr>
          <w:lang w:eastAsia="zh-CN"/>
        </w:rPr>
        <w:t>　　1、空气消毒：开窗通风换气每天2-3次。也可加装排风装置，排风扇要清洁，可使用84消毒液1：200浸泡消毒半小时后清水擦拭干净使用。空气用浓度1000mg/l的含氯消毒剂、3%过氧化氢、0.5%过氧乙酸喷雾消毒，用量15ml/m3，1小时后开窗通风。或使用空气消毒机消毒。空调场所加强新风量，加大换气次数，并及时清洗、消毒空调过滤系统。</w:t>
      </w:r>
      <w:r>
        <w:rPr>
          <w:lang w:eastAsia="zh-CN"/>
        </w:rPr>
        <w:br/>
      </w:r>
      <w:r>
        <w:rPr>
          <w:lang w:eastAsia="zh-CN"/>
        </w:rPr>
        <w:t>　　2、物体表面：清洁为主，每天用浓度为250mg/l含氯消毒剂（84消毒液1：200）擦拭30分钟后清水擦洗。电子产品或金属表面用75%的医用酒精擦拭。</w:t>
      </w:r>
      <w:r>
        <w:rPr>
          <w:lang w:eastAsia="zh-CN"/>
        </w:rPr>
        <w:br/>
      </w:r>
      <w:r>
        <w:rPr>
          <w:lang w:eastAsia="zh-CN"/>
        </w:rPr>
        <w:t>　　3、地面：随时湿式清洁，用含氯消毒剂500mg/l的浓度拖地（84消毒液1：100）。</w:t>
      </w:r>
      <w:r>
        <w:rPr>
          <w:lang w:eastAsia="zh-CN"/>
        </w:rPr>
        <w:br/>
      </w:r>
      <w:r>
        <w:rPr>
          <w:lang w:eastAsia="zh-CN"/>
        </w:rPr>
        <w:t>　　4、垃圾桶、痰盂：清洗内外表面，用含氯消毒剂500mg/l的浓度擦拭或喷雾消毒（84消毒液1：100）30分钟后洗净。</w:t>
      </w:r>
      <w:r>
        <w:rPr>
          <w:lang w:eastAsia="zh-CN"/>
        </w:rPr>
        <w:br/>
      </w:r>
      <w:r>
        <w:rPr>
          <w:lang w:eastAsia="zh-CN"/>
        </w:rPr>
        <w:t>　　5、厕所、便池、下水道：清洁后用含氯消毒剂1000mg/l的浓度浸润30分钟后清水冲洗。</w:t>
      </w:r>
      <w:r>
        <w:rPr>
          <w:lang w:eastAsia="zh-CN"/>
        </w:rPr>
        <w:br/>
      </w:r>
      <w:r>
        <w:rPr>
          <w:lang w:eastAsia="zh-CN"/>
        </w:rPr>
        <w:t>　　居民预防性消毒措施</w:t>
      </w:r>
      <w:r>
        <w:rPr>
          <w:lang w:eastAsia="zh-CN"/>
        </w:rPr>
        <w:br/>
      </w:r>
      <w:r>
        <w:rPr>
          <w:lang w:eastAsia="zh-CN"/>
        </w:rPr>
        <w:t>　　1、空气：开窗通风，2-3次/天，每次30分钟。</w:t>
      </w:r>
      <w:r>
        <w:rPr>
          <w:lang w:eastAsia="zh-CN"/>
        </w:rPr>
        <w:br/>
      </w:r>
      <w:r>
        <w:rPr>
          <w:lang w:eastAsia="zh-CN"/>
        </w:rPr>
        <w:t>　　2、地面：湿式清洁为主，消毒可用84消毒液1：100（含氯浓度500mg/l）拖地。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3、物体表面：清洁为主，消毒可用84消毒液1：200（含氯浓度250mg/l）擦拭，30分钟后清水洗净。金属和电器可用75%酒精擦拭。</w:t>
      </w:r>
      <w:r>
        <w:rPr>
          <w:lang w:eastAsia="zh-CN"/>
        </w:rPr>
        <w:br/>
      </w:r>
      <w:r>
        <w:rPr>
          <w:lang w:eastAsia="zh-CN"/>
        </w:rPr>
        <w:t>　　4、餐具：开水煮至少10分钟以上。</w:t>
      </w:r>
      <w:r>
        <w:rPr>
          <w:lang w:eastAsia="zh-CN"/>
        </w:rPr>
        <w:br/>
      </w:r>
      <w:r>
        <w:rPr>
          <w:lang w:eastAsia="zh-CN"/>
        </w:rPr>
        <w:t>　　5、手：流动水香皂洗手，六步：内外夹弓大立，每步至少15秒。</w:t>
      </w:r>
      <w:r>
        <w:rPr>
          <w:lang w:eastAsia="zh-CN"/>
        </w:rPr>
        <w:br/>
      </w:r>
      <w:r>
        <w:rPr>
          <w:lang w:eastAsia="zh-CN"/>
        </w:rPr>
        <w:t>　　交通工具预防性消毒措施</w:t>
      </w:r>
      <w:r>
        <w:rPr>
          <w:lang w:eastAsia="zh-CN"/>
        </w:rPr>
        <w:br/>
      </w:r>
      <w:r>
        <w:rPr>
          <w:lang w:eastAsia="zh-CN"/>
        </w:rPr>
        <w:t>　　1、空气：开窗通风，空调加大新风量。</w:t>
      </w:r>
      <w:r>
        <w:rPr>
          <w:lang w:eastAsia="zh-CN"/>
        </w:rPr>
        <w:br/>
      </w:r>
      <w:r>
        <w:rPr>
          <w:lang w:eastAsia="zh-CN"/>
        </w:rPr>
        <w:t>　　2、扶手座椅等：消毒可用84消毒液1：200（含氯浓度250mg/l）擦拭30分钟后清水洗净。</w:t>
      </w:r>
      <w:r>
        <w:rPr>
          <w:lang w:eastAsia="zh-CN"/>
        </w:rPr>
        <w:br/>
      </w:r>
      <w:r>
        <w:rPr>
          <w:lang w:eastAsia="zh-CN"/>
        </w:rPr>
        <w:t>　　3、地面：湿式清洁为主，消毒可用84消毒液1：100（含氯浓度500mg/l）拖地，1小时后清水清除消毒剂残留防腐蚀金属。</w:t>
      </w:r>
      <w:r>
        <w:rPr>
          <w:lang w:eastAsia="zh-CN"/>
        </w:rPr>
        <w:br/>
      </w:r>
      <w:r>
        <w:rPr>
          <w:lang w:eastAsia="zh-CN"/>
        </w:rPr>
        <w:t>　　4、垃圾及时清理。</w:t>
      </w:r>
      <w:r>
        <w:rPr>
          <w:lang w:eastAsia="zh-CN"/>
        </w:rPr>
        <w:br/>
      </w:r>
      <w:r>
        <w:rPr>
          <w:lang w:eastAsia="zh-CN"/>
        </w:rPr>
        <w:t>　　5、座套等棉质物：可煮沸消毒30分钟后洗涤。</w:t>
      </w:r>
      <w:r>
        <w:rPr>
          <w:lang w:eastAsia="zh-CN"/>
        </w:rPr>
        <w:br/>
      </w:r>
      <w:r>
        <w:rPr>
          <w:lang w:eastAsia="zh-CN"/>
        </w:rPr>
        <w:t>　　6、餐具：开水煮至少10分钟以上。</w:t>
      </w:r>
      <w:r>
        <w:rPr>
          <w:lang w:eastAsia="zh-CN"/>
        </w:rPr>
        <w:br/>
      </w:r>
      <w:r>
        <w:rPr>
          <w:lang w:eastAsia="zh-CN"/>
        </w:rPr>
        <w:t>　　7、吐泻物：消毒粉覆盖清除。</w:t>
      </w:r>
      <w:r>
        <w:rPr>
          <w:lang w:eastAsia="zh-CN"/>
        </w:rPr>
        <w:br/>
      </w:r>
      <w:r>
        <w:rPr>
          <w:lang w:eastAsia="zh-CN"/>
        </w:rPr>
        <w:t xml:space="preserve">    保洁年度消杀工作计划范文 篇10 </w:t>
      </w:r>
      <w:r>
        <w:rPr>
          <w:lang w:eastAsia="zh-CN"/>
        </w:rPr>
        <w:br/>
      </w:r>
      <w:r>
        <w:rPr>
          <w:lang w:eastAsia="zh-CN"/>
        </w:rPr>
        <w:t>　　根据国家、省、市爱卫办关于做好防控新冠肺炎疫情期间病煤生物防制工作的要求，为预防和控制病媒生物传播传染病暴发，降低新型冠状病毒通过环境传播的风险，我县将结合第32个爱国卫生月活动，在全县统一开展春季除“四害”工作，方案如下：</w:t>
      </w:r>
      <w:r>
        <w:rPr>
          <w:lang w:eastAsia="zh-CN"/>
        </w:rPr>
        <w:br/>
      </w:r>
      <w:r>
        <w:rPr>
          <w:lang w:eastAsia="zh-CN"/>
        </w:rPr>
        <w:t>　　一、工作目标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各部门单位进一步完善“四害”防制长效机制，完善“四害”防制设施和化学防治等综合防制措施，通过开展环境治理，达到环境卫生整洁，“四害”孳生场所得到有效清理，“四害”密度控制水平达到国家标准要求，确保人民群众的身体健康。</w:t>
      </w:r>
      <w:r>
        <w:rPr>
          <w:lang w:eastAsia="zh-CN"/>
        </w:rPr>
        <w:br/>
      </w:r>
      <w:r>
        <w:rPr>
          <w:lang w:eastAsia="zh-CN"/>
        </w:rPr>
        <w:t>　　二、时间安排</w:t>
      </w:r>
      <w:r>
        <w:rPr>
          <w:lang w:eastAsia="zh-CN"/>
        </w:rPr>
        <w:br/>
      </w:r>
      <w:r>
        <w:rPr>
          <w:lang w:eastAsia="zh-CN"/>
        </w:rPr>
        <w:t>　　20__年春季除“四害”以灭鼠、灭蟑、灭蚊幼为重点，行动时间为3月10日至4月8日，共分三个阶段：</w:t>
      </w:r>
      <w:r>
        <w:rPr>
          <w:lang w:eastAsia="zh-CN"/>
        </w:rPr>
        <w:br/>
      </w:r>
      <w:r>
        <w:rPr>
          <w:lang w:eastAsia="zh-CN"/>
        </w:rPr>
        <w:t>　　（一）部署准备阶段(3月10日至3月17日)。各部门单位要制定实施方案、落实经费、明确人员、开展宣传培训、备好药械、广泛发动群众搞好环境卫生，并做好防制前鼠、蟑密度监测调查。</w:t>
      </w:r>
      <w:r>
        <w:rPr>
          <w:lang w:eastAsia="zh-CN"/>
        </w:rPr>
        <w:br/>
      </w:r>
      <w:r>
        <w:rPr>
          <w:lang w:eastAsia="zh-CN"/>
        </w:rPr>
        <w:t>　　(二)统一投药阶段(3月17日至4月1日)。组织各单位、住户、经营户和有害生物防制服务机构(PCO公司)按照相关技术要求进行全面、集中灭鼠、灭蟑、灭蚊幼投药。3月17日至3月24日，完成饱和投药(如遇雨天投药时间顺延)；3月24日至3月31日，开展查漏补缺，对重点区域场所开展补投。</w:t>
      </w:r>
      <w:r>
        <w:rPr>
          <w:lang w:eastAsia="zh-CN"/>
        </w:rPr>
        <w:br/>
      </w:r>
      <w:r>
        <w:rPr>
          <w:lang w:eastAsia="zh-CN"/>
        </w:rPr>
        <w:t>　　(三)检查总结阶段(4月1日至4月8日)。各部门单位要对本辖区灭鼠、灭蟑及灭蚊幼工作的实施过程及效果进行抽查。要彻底清除鼠迹蟑迹，做好防制后鼠情蟑情调查，并及时进行总结评估。</w:t>
      </w:r>
      <w:r>
        <w:rPr>
          <w:lang w:eastAsia="zh-CN"/>
        </w:rPr>
        <w:br/>
      </w:r>
      <w:r>
        <w:rPr>
          <w:lang w:eastAsia="zh-CN"/>
        </w:rPr>
        <w:t>　　三、工作要求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一）清理卫生死角，消除“四害”孽生地。要组织企事业单位特别是近期复工复产的企事业单位开展工作环境整洁专项行动，对车间厂房、办公室、职工宿舍、食堂、厕所、运动场等人员较集中的场所及单位周边环境进行清脏治乱大扫除；要针对仓库、车间，食堂、宿舍、地下车库、垃圾收集点等重点区域采取病媒生物防制有效措施，控制病媒生物密度，清除病媒生物孳生地；要督促街道社区、乡村进一步完善保洁制度，定时定点清理垃圾和废弃物，消除卫生死角；要以社区的绿地、楼道、地下车库、管道井及农村厕所、牲畜棚、粪堆、水井、河道等区域为重点，规范开展病媒生物防制工作，消除鼠、蟑、蚊蝇等病媒生物孽生环境，有效降低病媒生物密度。</w:t>
      </w:r>
      <w:r>
        <w:rPr>
          <w:lang w:eastAsia="zh-CN"/>
        </w:rPr>
        <w:br/>
      </w:r>
      <w:r>
        <w:rPr>
          <w:lang w:eastAsia="zh-CN"/>
        </w:rPr>
        <w:t>　　（二）规范市场管理，开展环境卫生整治。要以集贸市场、农贸市场为重点，全面清理市场所有摊位及周边环境卫生，加强对市场内公厕、水池、垃圾桶、活禽宰杀点等基础设施的清扫保洁和消毒，及时密闭收运垃级，正确有效设置市场内外防鼠、防蝇等设施，强化下水道、厕所及摊位内外等关键部位的病媒生物防制措施。</w:t>
      </w:r>
      <w:r>
        <w:rPr>
          <w:lang w:eastAsia="zh-CN"/>
        </w:rPr>
        <w:br/>
      </w:r>
      <w:r>
        <w:rPr>
          <w:lang w:eastAsia="zh-CN"/>
        </w:rPr>
        <w:t>　　(三)广泛宣传，全民参与。各部门单位要加大宣传力度，以第32个爱卫月活动为契机，结合当前新冠肺炎防控工作做好宣传引导，充分发动乡镇(街道)、村(社区)、物业公司以及乡镇卫生院等多方力量，利用健康教育宣传栏、宣传横幅、小喇叭、微信群等多种形式开展爱国卫生知识宣传。一方面要动员广大群众搞好室内外卫生、堵好门窗孔洞、收好各类食物，共同消除鼠类孳生场所；另一方面要加强安全教育，提前告知鼠药投放相关事宜，避免人畜误食鼠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四)明确分工，落实责任。县爱卫办负责全县春季除“四害”工作的统一部署和监督检查；各部门单位负责所管辖区域群众性春季除四害工作的具体组织实施，要聘请专业的有害生物防制服务机构(PCO公司)开展所辖区域春季除“四害”工作；乡镇（街道）以及村、居委员会负责组织辖区内单位和村(居)民参与春季除“四害”活动，做好除害防病宣传资料和灭鼠告知书的张贴、发放及防制督促检查工作；县疾控中心负责做好春季除“四害”工作的技术指导，负责防制前后鼠蟑密度监测、灭鼠灭蟑活动效果评估；承担防制任务的PCO公司要做好责任区域的春季除“四害”工作，并开展“四害”宣传工作，提供业务培训、技术指导。</w:t>
      </w:r>
      <w:r>
        <w:rPr>
          <w:lang w:eastAsia="zh-CN"/>
        </w:rPr>
        <w:br/>
      </w:r>
      <w:r>
        <w:rPr>
          <w:lang w:eastAsia="zh-CN"/>
        </w:rPr>
        <w:t>　　(五)加大投入，保障经费。按照《__省爱国卫生条例》《娄底市除“四害”管理办法》的有关规定，各级政府及其财政部门要安排专项经费，解决宣传、培训、公共场所除“四害”用药等相关费用，保证全县春季统一灭鼠、灭蟑及灭蚊幼工作的`正常开展。根据“谁受益、谁出钱”的原则，聘请技术过硬、有防制服务能力的专业PCO公司开展防制服务。</w:t>
      </w:r>
      <w:r>
        <w:rPr>
          <w:lang w:eastAsia="zh-CN"/>
        </w:rPr>
        <w:br/>
      </w:r>
      <w:r>
        <w:rPr>
          <w:lang w:eastAsia="zh-CN"/>
        </w:rPr>
        <w:t>　　(六)加强督查，认真总结。各单位要做好辖区内春季除“四害”工作的指导、督促、检查，并及时总结。县爱卫办将组织相关部门及病媒生物防制专家，对全县各单位春季除“四害”工作开展情况进行效果评估及考核，结果纳入全年爱卫工作绩效管理。</w:t>
      </w:r>
      <w:r>
        <w:rPr>
          <w:lang w:eastAsia="zh-CN"/>
        </w:rPr>
        <w:br/>
      </w:r>
      <w:r>
        <w:rPr>
          <w:lang w:eastAsia="zh-CN"/>
        </w:rPr>
        <w:t xml:space="preserve">    保洁年度消杀工作计划范文 篇11 </w:t>
      </w:r>
      <w:r>
        <w:rPr>
          <w:lang w:eastAsia="zh-CN"/>
        </w:rPr>
        <w:br/>
      </w:r>
      <w:r>
        <w:rPr>
          <w:lang w:eastAsia="zh-CN"/>
        </w:rPr>
        <w:t>　　一、活动范围</w:t>
      </w:r>
      <w:r>
        <w:rPr>
          <w:lang w:eastAsia="zh-CN"/>
        </w:rPr>
        <w:br/>
      </w:r>
      <w:r>
        <w:rPr>
          <w:lang w:eastAsia="zh-CN"/>
        </w:rPr>
        <w:t>　　全镇所属范围内的村、单位内外环境，不包括农田范围。</w:t>
      </w:r>
      <w:r>
        <w:rPr>
          <w:lang w:eastAsia="zh-CN"/>
        </w:rPr>
        <w:br/>
      </w:r>
      <w:r>
        <w:rPr>
          <w:lang w:eastAsia="zh-CN"/>
        </w:rPr>
        <w:t>　　二、主要任务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（一）开展四害滋生地治理。按行政管辖职责，发动广大干部群众大搞环境卫生，清除室内外垃圾、废物等各类卫生死角。清理绿化带、疏通阴阳沟，清除角落鼠迹，阻塞鼠洞。妥善保管好食物。</w:t>
      </w:r>
      <w:r>
        <w:rPr>
          <w:lang w:eastAsia="zh-CN"/>
        </w:rPr>
        <w:br/>
      </w:r>
      <w:r>
        <w:rPr>
          <w:lang w:eastAsia="zh-CN"/>
        </w:rPr>
        <w:t>　　（二）落实防鼠设施。要求重点行业（农贸市场、宾馆、饭店、饮食店、副食店、食品加工厂、酿造厂区、粮库粮站[店]、医院、单位食堂）和重点场所（餐厅、加工间、厨房、仓库）设置防鼠网等设施。</w:t>
      </w:r>
      <w:r>
        <w:rPr>
          <w:lang w:eastAsia="zh-CN"/>
        </w:rPr>
        <w:br/>
      </w:r>
      <w:r>
        <w:rPr>
          <w:lang w:eastAsia="zh-CN"/>
        </w:rPr>
        <w:t>　　（三）统一投放药物。各村、单位按镇爱卫办统一要求，在统一时间内投放药物。</w:t>
      </w:r>
      <w:r>
        <w:rPr>
          <w:lang w:eastAsia="zh-CN"/>
        </w:rPr>
        <w:br/>
      </w:r>
      <w:r>
        <w:rPr>
          <w:lang w:eastAsia="zh-CN"/>
        </w:rPr>
        <w:t>　　三、时间与步骤安排</w:t>
      </w:r>
      <w:r>
        <w:rPr>
          <w:lang w:eastAsia="zh-CN"/>
        </w:rPr>
        <w:br/>
      </w:r>
      <w:r>
        <w:rPr>
          <w:lang w:eastAsia="zh-CN"/>
        </w:rPr>
        <w:t>　　（一）准备阶段（3月29日-）。制定活动方案，培训灭鼠队伍，宣传灭鼠技术知识及安全注意事项，药物采购与分发，开展四害滋生地治理。</w:t>
      </w:r>
      <w:r>
        <w:rPr>
          <w:lang w:eastAsia="zh-CN"/>
        </w:rPr>
        <w:br/>
      </w:r>
      <w:r>
        <w:rPr>
          <w:lang w:eastAsia="zh-CN"/>
        </w:rPr>
        <w:t>　　（二）药物投放阶段（4月9日-16日）。各村落实人员将药物分到辖区各居民，并进行投放。建成区投药由除四害专业服务公司统一负责投放。药物采用一投二补的办法，即一次投放、二次补药，投药后，隔日检查，吃多少补多少，吃光的加倍补。</w:t>
      </w:r>
      <w:r>
        <w:rPr>
          <w:lang w:eastAsia="zh-CN"/>
        </w:rPr>
        <w:br/>
      </w:r>
      <w:r>
        <w:rPr>
          <w:lang w:eastAsia="zh-CN"/>
        </w:rPr>
        <w:t>　　（三）整改提高阶段(4月17日-22日)。对四害滋生地治理、重点场所防鼠设施、鼠药投放情况和灭鼠效果等进行检查，发现问题，及时整改。</w:t>
      </w:r>
      <w:r>
        <w:rPr>
          <w:lang w:eastAsia="zh-CN"/>
        </w:rPr>
        <w:br/>
      </w:r>
      <w:r>
        <w:rPr>
          <w:lang w:eastAsia="zh-CN"/>
        </w:rPr>
        <w:t>　　四、技术方案</w:t>
      </w:r>
      <w:r>
        <w:rPr>
          <w:lang w:eastAsia="zh-CN"/>
        </w:rPr>
        <w:br/>
      </w:r>
      <w:r>
        <w:rPr>
          <w:lang w:eastAsia="zh-CN"/>
        </w:rPr>
        <w:t>　　（见奉爱卫〔20__〕2号文件）</w:t>
      </w:r>
      <w:r>
        <w:rPr>
          <w:lang w:eastAsia="zh-CN"/>
        </w:rPr>
        <w:br/>
      </w:r>
    </w:p>
    <w:p w:rsidR="001B1F19" w14:textId="27C3F48A">
      <w:pPr>
        <w:rPr>
          <w:rFonts w:hint="eastAsia"/>
          <w:lang w:eastAsia="zh-CN"/>
        </w:rPr>
      </w:pPr>
      <w:r>
        <w:rPr>
          <w:lang w:eastAsia="zh-CN"/>
        </w:rPr>
        <w:t>　　五、药物与经费</w:t>
      </w:r>
      <w:r>
        <w:rPr>
          <w:lang w:eastAsia="zh-CN"/>
        </w:rPr>
        <w:br/>
      </w:r>
      <w:r>
        <w:rPr>
          <w:lang w:eastAsia="zh-CN"/>
        </w:rPr>
        <w:t>　　为便于管理，确保杀灭效果，药物由镇爱卫办委托市爱卫会统一采购，各村卫生联络员免费领取。</w:t>
      </w:r>
      <w:r>
        <w:rPr>
          <w:lang w:eastAsia="zh-CN"/>
        </w:rPr>
        <w:br/>
      </w:r>
      <w:r>
        <w:rPr>
          <w:lang w:eastAsia="zh-CN"/>
        </w:rPr>
        <w:t>　　六、工作要求</w:t>
      </w:r>
      <w:r>
        <w:rPr>
          <w:lang w:eastAsia="zh-CN"/>
        </w:rPr>
        <w:br/>
      </w:r>
      <w:r>
        <w:rPr>
          <w:lang w:eastAsia="zh-CN"/>
        </w:rPr>
        <w:t>　　（一）加强领导，全面行动。春季是老鼠活动和繁殖的高峰期，开展春季灭鼠意义重大。各村、各单位务必高度重视，明确职责与人员，统一行动。</w:t>
      </w:r>
      <w:r>
        <w:rPr>
          <w:lang w:eastAsia="zh-CN"/>
        </w:rPr>
        <w:br/>
      </w:r>
      <w:r>
        <w:rPr>
          <w:lang w:eastAsia="zh-CN"/>
        </w:rPr>
        <w:t>　　（二）广泛宣传，强化培训。各村要开展形式多样的宣传活动，发动广大群众，共同参与这次活动。下发灭鼠公告（附件1）以及灭鼠技巧知识（附件2）等宣传资料，做好必要的告知工作，一手抓效果，一手抓安全，确保本次灭鼠工作顺利开展。</w:t>
      </w:r>
      <w:r>
        <w:rPr>
          <w:lang w:eastAsia="zh-CN"/>
        </w:rPr>
        <w:br/>
      </w:r>
      <w:r>
        <w:rPr>
          <w:lang w:eastAsia="zh-CN"/>
        </w:rPr>
        <w:t>　　（三）综合防治，科学灭鼠。灭鼠工作要坚持环境治理为主、药物杀灭为辅的综合防治方针。大力开展室内外环境卫生整治，消灭四害滋生地。同时全方位放置药物，科学杀灭。严禁使用国家禁用药物，注意用药安全，严防中毒事故的发生，如有误食中毒者，即送医院救治，维生素K1为解药。</w:t>
      </w:r>
      <w:r>
        <w:rPr>
          <w:lang w:eastAsia="zh-CN"/>
        </w:rPr>
        <w:br/>
      </w:r>
      <w:r>
        <w:rPr>
          <w:lang w:eastAsia="zh-CN"/>
        </w:rPr>
        <w:t>　　（四）加强督查，务求实效。各村要抓住滋生地治理、防鼠设施配置、投药等几个重点环节，加强督促检查，确保灭鼠工作落到实处，取得实效。</w:t>
      </w:r>
      <w:r>
        <w:rPr>
          <w:lang w:eastAsia="zh-CN"/>
        </w:rPr>
        <w:br/>
      </w:r>
      <w:r>
        <w:rPr>
          <w:lang w:eastAsia="zh-CN"/>
        </w:rPr>
        <w:t xml:space="preserve">    保洁年度消杀工作计划范文 篇12 </w:t>
      </w:r>
      <w:r>
        <w:rPr>
          <w:lang w:eastAsia="zh-CN"/>
        </w:rPr>
        <w:br/>
      </w:r>
      <w:r>
        <w:rPr>
          <w:lang w:eastAsia="zh-CN"/>
        </w:rPr>
        <w:t>　　为进一步做好新型冠状病毒防控工作，切断病毒交叉感染的途径，现对我公司疫情防控工作具体要求如下；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https://d.book118.com/976012002010010051</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6012002010010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