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2024年新学期校长的发言稿范文（32篇）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2024年新学期校长的发言稿范文（精选32篇）</w:t>
      </w:r>
      <w:r>
        <w:rPr>
          <w:lang w:eastAsia="zh-CN"/>
        </w:rPr>
        <w:br/>
      </w:r>
      <w:r>
        <w:rPr>
          <w:lang w:eastAsia="zh-CN"/>
        </w:rPr>
        <w:t xml:space="preserve">    2024年新学期校长的发言稿范文 篇1 </w:t>
      </w:r>
      <w:r>
        <w:rPr>
          <w:lang w:eastAsia="zh-CN"/>
        </w:rPr>
        <w:br/>
      </w:r>
      <w:r>
        <w:rPr>
          <w:lang w:eastAsia="zh-CN"/>
        </w:rPr>
        <w:t>　　各位老师，亲爱的同学：</w:t>
      </w:r>
      <w:r>
        <w:rPr>
          <w:lang w:eastAsia="zh-CN"/>
        </w:rPr>
        <w:br/>
      </w:r>
      <w:r>
        <w:rPr>
          <w:lang w:eastAsia="zh-CN"/>
        </w:rPr>
        <w:t>　　大家新春好！</w:t>
      </w:r>
      <w:r>
        <w:rPr>
          <w:lang w:eastAsia="zh-CN"/>
        </w:rPr>
        <w:br/>
      </w:r>
      <w:r>
        <w:rPr>
          <w:lang w:eastAsia="zh-CN"/>
        </w:rPr>
        <w:t>　　当广袤的北方大地，嗅着她春意微微的气息时，开始它生机盎然的变化。在这意气风发，斗志昂扬的新学期，同学们定会有新的希望和对明天的憧憬，那么把今天当作一个起点吧，从今天开始，或许你以前是老师眼中的后进生，你是否想过，从现在开始，发奋努力，迎头赶上；或许，你以前是一个思想有些玩劣，让老师头疼，让家长伤心的同学，你是否想过，在新学期要规范自己的言行，约束自己的鲁莽，使自己成为一个受老师欣赏，受同学夸赞，让家长宽心的人；或许你在学习方面有困难，你是否想过，在其他方面获的进步，在一些活动中，展示自己的.特长，从而促进学习的进步；或许你各个方面都很优秀，但是中学阶段只是你们人生前进的一个阶段，知识无穷尽，志当存高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新的一年开启新的希望，新的空白承载新的梦想，同学们，在你们求学的旅程中，你们的父母在关注着你们；我们每一位教师都在祝福你们。因为希望学校的教师将秉承这样的誓词，教书育人是我们神圣的天职，学生是我们服务的对象，我们要把整个身心奉献给可亲可爱的学生们，奉献给希望中学，奉献给祖国的教育事业。三尺讲台，传播文明薪火；希望学校，铸就辉煌人生，用人格影响人格，用爱心唤起信心，用智慧启迪智慧，用意志砥砺意志，这将是我们不懈的追求。</w:t>
      </w:r>
      <w:r>
        <w:rPr>
          <w:lang w:eastAsia="zh-CN"/>
        </w:rPr>
        <w:br/>
      </w:r>
      <w:r>
        <w:rPr>
          <w:lang w:eastAsia="zh-CN"/>
        </w:rPr>
        <w:t>　　作为一名班主任，我希望同学们做到对祖国有忠心，对父母有孝心，对同学有爱心，对学习有恒心，对前途有信心。</w:t>
      </w:r>
      <w:r>
        <w:rPr>
          <w:lang w:eastAsia="zh-CN"/>
        </w:rPr>
        <w:br/>
      </w:r>
      <w:r>
        <w:rPr>
          <w:lang w:eastAsia="zh-CN"/>
        </w:rPr>
        <w:t>　　我还希望你们努力做到平凡而不平庸，大胆而不大意，敢说而不空说，谦让而不迁就，虚心而不虚荣，天真而不幼稚，活泼而守纪律，倔强而不固执，热情而不冲动，乐观而不盲目。</w:t>
      </w:r>
      <w:r>
        <w:rPr>
          <w:lang w:eastAsia="zh-CN"/>
        </w:rPr>
        <w:br/>
      </w:r>
      <w:r>
        <w:rPr>
          <w:lang w:eastAsia="zh-CN"/>
        </w:rPr>
        <w:t>　　在这里，送给同学们四句诗，与同学们共勉。</w:t>
      </w:r>
      <w:r>
        <w:rPr>
          <w:lang w:eastAsia="zh-CN"/>
        </w:rPr>
        <w:br/>
      </w:r>
      <w:r>
        <w:rPr>
          <w:lang w:eastAsia="zh-CN"/>
        </w:rPr>
        <w:t>　　“少壮不努力，老大徒伤悲。”亲爱的同学们，请珍惜每一个晴朗的早晨，全身心地投入学习，让那灿烂的朝阳点缀我们的精彩人生。</w:t>
      </w:r>
      <w:r>
        <w:rPr>
          <w:lang w:eastAsia="zh-CN"/>
        </w:rPr>
        <w:br/>
      </w:r>
      <w:r>
        <w:rPr>
          <w:lang w:eastAsia="zh-CN"/>
        </w:rPr>
        <w:t>　　“欲穷千里目，更上一层楼。”希望同学们在新学期里积极向上，大显身手发展自己的个性特长，全面提高自己的综合素质。</w:t>
      </w:r>
      <w:r>
        <w:rPr>
          <w:lang w:eastAsia="zh-CN"/>
        </w:rPr>
        <w:br/>
      </w:r>
      <w:r>
        <w:rPr>
          <w:lang w:eastAsia="zh-CN"/>
        </w:rPr>
        <w:t>　　“梅花香自苦寒来，宝剑锋从磨砺出。”成功之花是用辛勤的汗水浇灌出来的。无论何时，我们都需要刻苦自觉的精神，都需要顽强拼搏的勇气。</w:t>
      </w:r>
      <w:r>
        <w:rPr>
          <w:lang w:eastAsia="zh-CN"/>
        </w:rPr>
        <w:br/>
      </w:r>
      <w:r>
        <w:rPr>
          <w:lang w:eastAsia="zh-CN"/>
        </w:rPr>
        <w:t>　　“问渠哪的清如许，为有源头活水来。”一泓清池，必须不断有清泉的注入。读书也是一样，读书贵在持之以恒，要用心去感悟每一本书每一个文字。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相信在新的学期里，这四句诗会伴随同学们取的更大的进步。</w:t>
      </w:r>
      <w:r>
        <w:rPr>
          <w:lang w:eastAsia="zh-CN"/>
        </w:rPr>
        <w:br/>
      </w:r>
      <w:r>
        <w:rPr>
          <w:lang w:eastAsia="zh-CN"/>
        </w:rPr>
        <w:t>　　播种一个信念，收获一个行动；播种一个行动，收获一个习惯；播种一个习惯，收获一个性格；播种一个性格，收获一个命运。</w:t>
      </w:r>
      <w:r>
        <w:rPr>
          <w:lang w:eastAsia="zh-CN"/>
        </w:rPr>
        <w:br/>
      </w:r>
      <w:r>
        <w:rPr>
          <w:lang w:eastAsia="zh-CN"/>
        </w:rPr>
        <w:t>　　在新学期里，祝一，二年级的学生，象雄鹰一样在希望的天空展翅翱翔，汲取知识的真谛，祝三年级的同学，立鸿鹄之志，拼搏进取，在六月收获的季节，金榜题名，再创佳绩！祝老师们工作顺利，和谐共进！</w:t>
      </w:r>
      <w:r>
        <w:rPr>
          <w:lang w:eastAsia="zh-CN"/>
        </w:rPr>
        <w:br/>
      </w:r>
      <w:r>
        <w:rPr>
          <w:lang w:eastAsia="zh-CN"/>
        </w:rPr>
        <w:t xml:space="preserve">    2024年新学期校长的发言稿范文 篇2 </w:t>
      </w:r>
      <w:r>
        <w:rPr>
          <w:lang w:eastAsia="zh-CN"/>
        </w:rPr>
        <w:br/>
      </w:r>
      <w:r>
        <w:rPr>
          <w:lang w:eastAsia="zh-CN"/>
        </w:rPr>
        <w:t>　　老师们、同学们：</w:t>
      </w:r>
      <w:r>
        <w:rPr>
          <w:lang w:eastAsia="zh-CN"/>
        </w:rPr>
        <w:br/>
      </w:r>
      <w:r>
        <w:rPr>
          <w:lang w:eastAsia="zh-CN"/>
        </w:rPr>
        <w:t>　　大家好！</w:t>
      </w:r>
      <w:r>
        <w:rPr>
          <w:lang w:eastAsia="zh-CN"/>
        </w:rPr>
        <w:br/>
      </w:r>
      <w:r>
        <w:rPr>
          <w:lang w:eastAsia="zh-CN"/>
        </w:rPr>
        <w:t>　　今天，是新学期的第一天，首先我衷心地祝愿各位老师在新的一年里家庭幸福，工作顺利，生活开心，同学们天天向上，快乐成长。过去的一学年，在全体老师和同学们的共同努力下，我们迎难而上，与时俱进，开拓创新，学校各方面的工作稳步推进，在方方面面都取得了理想的成绩，受到了各级领导的好评。</w:t>
      </w:r>
      <w:r>
        <w:rPr>
          <w:lang w:eastAsia="zh-CN"/>
        </w:rPr>
        <w:br/>
      </w:r>
      <w:r>
        <w:rPr>
          <w:lang w:eastAsia="zh-CN"/>
        </w:rPr>
        <w:t>　　新的学期已经来到了，我们将面临新的机遇和挑战，我坚信“机遇永远留给有准备的人”。我相信，店张小学的老师、同学们个个都是好样的。我校在以后的各项工作中，将继续坚持以“学生发展为本，教师提高为本，学校发展为本”的办学方略，外塑形象，内强素质，关注师生的互动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同学们，面对迎风飘扬的五星红旗，你在想什么呢？作为一个小学生，如何使自己成为家庭的好孩子、学校的好学生、社会的好少年呢？将来如何更好地适应新形势的需求，把自己塑造成为符合时代发展的、能为社会作出贡献的合格人才呢？我对同学们提出如下希望和要求：</w:t>
      </w:r>
      <w:r>
        <w:rPr>
          <w:lang w:eastAsia="zh-CN"/>
        </w:rPr>
        <w:br/>
      </w:r>
      <w:r>
        <w:rPr>
          <w:lang w:eastAsia="zh-CN"/>
        </w:rPr>
        <w:t>　　首先，要学会做人。同学们要学会关心他人，互助友爱，文明礼貌，尊重师长，争做一个德才兼备、品学兼优的好学生。</w:t>
      </w:r>
      <w:r>
        <w:rPr>
          <w:lang w:eastAsia="zh-CN"/>
        </w:rPr>
        <w:br/>
      </w:r>
      <w:r>
        <w:rPr>
          <w:lang w:eastAsia="zh-CN"/>
        </w:rPr>
        <w:t>　　第二，要学会学习。在学习的过程中，掌握正确的学习方法，培养勤奋刻苦的学习精神，以求得事半功倍的学习效果。</w:t>
      </w:r>
      <w:r>
        <w:rPr>
          <w:lang w:eastAsia="zh-CN"/>
        </w:rPr>
        <w:br/>
      </w:r>
      <w:r>
        <w:rPr>
          <w:lang w:eastAsia="zh-CN"/>
        </w:rPr>
        <w:t>　　第三，发展特长，为将来的发展打下良好的基础。希望同学们能根据自己的兴趣爱好培养自己特长，如绘画、书法、乐器、微机、朗读、舞蹈、英语、读书、写作等，学校会给同学们提供全面发展的机会，给同学们创造展示自己才华的舞台，希望同学踊跃参加。</w:t>
      </w:r>
      <w:r>
        <w:rPr>
          <w:lang w:eastAsia="zh-CN"/>
        </w:rPr>
        <w:br/>
      </w:r>
      <w:r>
        <w:rPr>
          <w:lang w:eastAsia="zh-CN"/>
        </w:rPr>
        <w:t>　　第四，要团结友爱，遵纪守法。要增强集体意识，培养团队精神，文明礼貌，团结互助，争做学校的好学生。</w:t>
      </w:r>
      <w:r>
        <w:rPr>
          <w:lang w:eastAsia="zh-CN"/>
        </w:rPr>
        <w:br/>
      </w:r>
      <w:r>
        <w:rPr>
          <w:lang w:eastAsia="zh-CN"/>
        </w:rPr>
        <w:t>　　第五，要讲卫生、讲文明，爱我校园，从我做起，营造好我们整洁、舒适、美丽的校园。开展好“五个一”活动。人人能写一手好字；能写一篇好文章；有一项兴趣特长；读一本好书，每天做一件好事。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同学们，你们是二十一世纪的主人，是未来祖国建设的生力军，是中华民族的希望！同学们要加倍努力。你们的父母在关注着你们；我们的每一位教师都在祝福你们。今天我们要将新学期视为一个新的起点，以全新的精神面貌投入学习和生活之中。遵守学校规章制度，尊敬老师，刻苦学习，热爱劳动，关心他人，善于合作，以优异的成绩向你们的父母汇报。</w:t>
      </w:r>
      <w:r>
        <w:rPr>
          <w:lang w:eastAsia="zh-CN"/>
        </w:rPr>
        <w:br/>
      </w:r>
      <w:r>
        <w:rPr>
          <w:lang w:eastAsia="zh-CN"/>
        </w:rPr>
        <w:t>　　最后，祝我们的全体老师在新的学期中身体健康、愉快工作、家庭幸福！祝同学们快乐成长，快乐学习，天天进步！谢谢大家。</w:t>
      </w:r>
      <w:r>
        <w:rPr>
          <w:lang w:eastAsia="zh-CN"/>
        </w:rPr>
        <w:br/>
      </w:r>
      <w:r>
        <w:rPr>
          <w:lang w:eastAsia="zh-CN"/>
        </w:rPr>
        <w:t xml:space="preserve">    2024年新学期校长的发言稿范文 篇3 </w:t>
      </w:r>
      <w:r>
        <w:rPr>
          <w:lang w:eastAsia="zh-CN"/>
        </w:rPr>
        <w:br/>
      </w:r>
      <w:r>
        <w:rPr>
          <w:lang w:eastAsia="zh-CN"/>
        </w:rPr>
        <w:t>　　同学们、老师们：</w:t>
      </w:r>
      <w:r>
        <w:rPr>
          <w:lang w:eastAsia="zh-CN"/>
        </w:rPr>
        <w:br/>
      </w:r>
      <w:r>
        <w:rPr>
          <w:lang w:eastAsia="zh-CN"/>
        </w:rPr>
        <w:t>　　大家好！</w:t>
      </w:r>
      <w:r>
        <w:rPr>
          <w:lang w:eastAsia="zh-CN"/>
        </w:rPr>
        <w:br/>
      </w:r>
      <w:r>
        <w:rPr>
          <w:lang w:eastAsia="zh-CN"/>
        </w:rPr>
        <w:t>　　春回大地，万物复苏。经过了一个寒假的休息和调整，今天，我们全体师生又回到了学校，开始了新学期的工作和学习。在此，我谨代表学校领导向全体师生致以新春的问候和良好的祝愿。</w:t>
      </w:r>
      <w:r>
        <w:rPr>
          <w:lang w:eastAsia="zh-CN"/>
        </w:rPr>
        <w:br/>
      </w:r>
      <w:r>
        <w:rPr>
          <w:lang w:eastAsia="zh-CN"/>
        </w:rPr>
        <w:t>　　回首过去的一年，经过全校师生的共同努力，学校方方面面都取得了可喜的成绩，学校得到了进一步发展，老百姓的认可度进一步提高。特别是综合督导评估我们取得了和__学校一样的成绩，学校环境改善明显，这些都凝聚了我们每一位国校人的努力和付出，是我们全校师生勤奋好学、忘我工作、同心同德、紧密团结、锐意进取的结果。</w:t>
      </w:r>
      <w:r>
        <w:rPr>
          <w:lang w:eastAsia="zh-CN"/>
        </w:rPr>
        <w:br/>
      </w:r>
      <w:r>
        <w:rPr>
          <w:lang w:eastAsia="zh-CN"/>
        </w:rPr>
        <w:t>　　老师们、同学们，我们必须清醒地认识到，成绩只能代表过去，展望新的一年，我们任重而道远，需要我们更加刻苦学习、奋发图强，每位同学扪心自问，新的一学期已经开始，我准备好了吗？</w:t>
      </w:r>
      <w:r>
        <w:rPr>
          <w:lang w:eastAsia="zh-CN"/>
        </w:rPr>
        <w:br/>
      </w:r>
      <w:r>
        <w:rPr>
          <w:lang w:eastAsia="zh-CN"/>
        </w:rPr>
        <w:t>　　本学期，我们将面临中考的挑战，面临学生综合素质全面检阅，特别是2+2项目的实施，特色校园、“五个”校园建设任重而道远。我坚信，全体师生定会以饱满的热情、昂扬的斗志、踏实的精神、坚定的信心去迎接各类考试，再创我校新的辉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俗话说：一份耕耘，一份收获。成功的结果来源于点滴的过程。在新的一学期，我希望大家记住以下几点：</w:t>
      </w:r>
      <w:r>
        <w:rPr>
          <w:lang w:eastAsia="zh-CN"/>
        </w:rPr>
        <w:br/>
      </w:r>
      <w:r>
        <w:rPr>
          <w:lang w:eastAsia="zh-CN"/>
        </w:rPr>
        <w:t>　　第一，“细节决定成败”：</w:t>
      </w:r>
      <w:r>
        <w:rPr>
          <w:lang w:eastAsia="zh-CN"/>
        </w:rPr>
        <w:br/>
      </w:r>
      <w:r>
        <w:rPr>
          <w:lang w:eastAsia="zh-CN"/>
        </w:rPr>
        <w:t>　　生活中有许多细节，如果长时间忽略，就会积淀成习惯，甚至是一些不好的习惯。同样，学习中也有许多细节，如果经常地疏忽，就会造成大的漏洞。因此，在平时的学习中，必须抓好每一个细小的环节，上课、作业、考试、提问都要踏踏实实，实事求是，一步一个脚印地走稳。我希望同学们继续发扬我校的良好学风，养成良好的学习习惯，抓学习过程。相信，只要抓住了过程，就一定会有很好的结果，就一定会取得令人满意的成绩。</w:t>
      </w:r>
      <w:r>
        <w:rPr>
          <w:lang w:eastAsia="zh-CN"/>
        </w:rPr>
        <w:br/>
      </w:r>
      <w:r>
        <w:rPr>
          <w:lang w:eastAsia="zh-CN"/>
        </w:rPr>
        <w:t>　　第二，“态度决定一切”：</w:t>
      </w:r>
      <w:r>
        <w:rPr>
          <w:lang w:eastAsia="zh-CN"/>
        </w:rPr>
        <w:br/>
      </w:r>
      <w:r>
        <w:rPr>
          <w:lang w:eastAsia="zh-CN"/>
        </w:rPr>
        <w:t>　　有一句话说得好：我们不能选择生活，但是可以选择生活的态度。好的态度能弥补不足，不良的态度将使优势变成劣势。成功和失败往往取决于两种态度：一种是积极向上，一种是消极悲观。一个人的态度决定了他的将来，态度是通往成功之门的钥匙，它始终会影响一个人学习和生活的质量。所以，我希望我们每一位同学都能发扬积极进取、意志坚定、刻苦学习的精神，要有责任心、要经得起挫折，要乐观坚强，要胸有大志，要用积极的态度创就我们人生的辉煌。</w:t>
      </w:r>
      <w:r>
        <w:rPr>
          <w:lang w:eastAsia="zh-CN"/>
        </w:rPr>
        <w:br/>
      </w:r>
      <w:r>
        <w:rPr>
          <w:lang w:eastAsia="zh-CN"/>
        </w:rPr>
        <w:t>　　第三，“人格影响一生”：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同学们不但要有优异的成绩，而且要有高贵的品质，要从生活的点滴中体现出优良的品格。本学期，学校将继续推进德育特色活动，将继续完善形象，使同学们真正成为人格健全，道德高尚的祖国栋梁之才。</w:t>
      </w:r>
      <w:r>
        <w:rPr>
          <w:lang w:eastAsia="zh-CN"/>
        </w:rPr>
        <w:br/>
      </w:r>
      <w:r>
        <w:rPr>
          <w:lang w:eastAsia="zh-CN"/>
        </w:rPr>
        <w:t>　　老师们、同学们，春华秋实，春天是播种的季节，让我们共同努力，播种成功，播种希望。让我们在新的一年里以更饱满的热情和更踏实的精神，迎接新的挑战，寻求新的发展，为把我校办成人民群众满意学校而努力奋斗。</w:t>
      </w:r>
      <w:r>
        <w:rPr>
          <w:lang w:eastAsia="zh-CN"/>
        </w:rPr>
        <w:br/>
      </w:r>
      <w:r>
        <w:rPr>
          <w:lang w:eastAsia="zh-CN"/>
        </w:rPr>
        <w:t>　　最后，衷心祝愿全校师生新学期身体健康、生活愉快、工作顺利、学习进步！</w:t>
      </w:r>
      <w:r>
        <w:rPr>
          <w:lang w:eastAsia="zh-CN"/>
        </w:rPr>
        <w:br/>
      </w:r>
      <w:r>
        <w:rPr>
          <w:lang w:eastAsia="zh-CN"/>
        </w:rPr>
        <w:t xml:space="preserve">    2024年新学期校长的发言稿范文 篇4 </w:t>
      </w:r>
      <w:r>
        <w:rPr>
          <w:lang w:eastAsia="zh-CN"/>
        </w:rPr>
        <w:br/>
      </w:r>
      <w:r>
        <w:rPr>
          <w:lang w:eastAsia="zh-CN"/>
        </w:rPr>
        <w:t>　　老师、同学们：</w:t>
      </w:r>
      <w:r>
        <w:rPr>
          <w:lang w:eastAsia="zh-CN"/>
        </w:rPr>
        <w:br/>
      </w:r>
      <w:r>
        <w:rPr>
          <w:lang w:eastAsia="zh-CN"/>
        </w:rPr>
        <w:t>　　大家早上好！</w:t>
      </w:r>
      <w:r>
        <w:rPr>
          <w:lang w:eastAsia="zh-CN"/>
        </w:rPr>
        <w:br/>
      </w:r>
      <w:r>
        <w:rPr>
          <w:lang w:eastAsia="zh-CN"/>
        </w:rPr>
        <w:t>　　“最是一年春好处”，伴随着新春的脚步，我们即将迎来一年中最灿烂、最明媚的春天。带着对春天的期盼，对新学期的向往，我们又一次在校园相聚了，很高兴见到你们，学校欢迎你们！</w:t>
      </w:r>
      <w:r>
        <w:rPr>
          <w:lang w:eastAsia="zh-CN"/>
        </w:rPr>
        <w:br/>
      </w:r>
      <w:r>
        <w:rPr>
          <w:lang w:eastAsia="zh-CN"/>
        </w:rPr>
        <w:t>　　冰心奶奶说过：多读书、读好书、好读书、读书好。</w:t>
      </w:r>
      <w:r>
        <w:rPr>
          <w:lang w:eastAsia="zh-CN"/>
        </w:rPr>
        <w:br/>
      </w:r>
      <w:r>
        <w:rPr>
          <w:lang w:eastAsia="zh-CN"/>
        </w:rPr>
        <w:t>　　从今天开始，同学们又将和老师一起走进书的世界中，从中欣赏美好风光、了解更多的知识、感悟多姿多彩的生活。老师相信，只要你们勤奋学习、善于思考、努力实践、在老师的引领下一定能幸福的健康成长！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们要争做“行为文明、学习勤奋、身心健康、特长突出”的学生。要从点点滴滴做起，争做讲文明、懂礼貌的好学生。讲究礼仪，注重形象，穿戴整洁，每天要佩戴红领巾和校徽上学；如遇到师长、客人主动敬礼问好；上下楼梯，注意谦让、靠右行走、慢步轻声、不在教学楼内从事体育活动；讲究卫生、不乱扔果皮，见到纸屑随时捡起，尤其是在大街上，随时有城管的叔叔在监督我们，发现乱扔垃圾的同学要给予罚款；爱护校园的一草一木，不乱踩乱踏，尤其是一年级的小朋友不要到后校门两边的花池中或花池台上玩耍；爱护桌椅门窗，不乱刻乱划；按时作息、不迟到早退，尊重老师；热爱劳动，及时搞好环境卫生，确保学校整洁美观；路队放学，遵守秩序，按要求有序出校门；我们要按照双河小学学生礼仪标准来约束自己，人人争做校园之星。</w:t>
      </w:r>
      <w:r>
        <w:rPr>
          <w:lang w:eastAsia="zh-CN"/>
        </w:rPr>
        <w:br/>
      </w:r>
      <w:r>
        <w:rPr>
          <w:lang w:eastAsia="zh-CN"/>
        </w:rPr>
        <w:t>　　同学们，春天是一年中最美好的季节，而童年是人生最幸福的时光。在这大好的春光里，在这金色的童年里，请你们好好地珍惜光阴。努力学习、刻苦锻炼、团结友爱、奋发向上，美好的明天一定是属于你们的！</w:t>
      </w:r>
      <w:r>
        <w:rPr>
          <w:lang w:eastAsia="zh-CN"/>
        </w:rPr>
        <w:br/>
      </w:r>
      <w:r>
        <w:rPr>
          <w:lang w:eastAsia="zh-CN"/>
        </w:rPr>
        <w:t xml:space="preserve">    2024年新学期校长的发言稿范文 篇5 </w:t>
      </w:r>
      <w:r>
        <w:rPr>
          <w:lang w:eastAsia="zh-CN"/>
        </w:rPr>
        <w:br/>
      </w:r>
      <w:r>
        <w:rPr>
          <w:lang w:eastAsia="zh-CN"/>
        </w:rPr>
        <w:t>　　老师们、同学们：</w:t>
      </w:r>
      <w:r>
        <w:rPr>
          <w:lang w:eastAsia="zh-CN"/>
        </w:rPr>
        <w:br/>
      </w:r>
      <w:r>
        <w:rPr>
          <w:lang w:eastAsia="zh-CN"/>
        </w:rPr>
        <w:t>　　大家好！</w:t>
      </w:r>
      <w:r>
        <w:rPr>
          <w:lang w:eastAsia="zh-CN"/>
        </w:rPr>
        <w:br/>
      </w:r>
      <w:r>
        <w:rPr>
          <w:lang w:eastAsia="zh-CN"/>
        </w:rPr>
        <w:t>　　带着对寒假生活的美好记忆，怀着对新学期新生活的无限向往，我们又回到了可爱宁静的校园，载歌载舞、欢聚一堂。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新的学年，孕育着新的希望和憧憬，我们每一位老师与同学经过寒假短暂休息与调整，又满怀信心与斗志地站在新学期的起跑线上，为实现人生目标而全身心投入，努力奋斗。在此，我谨代表学校及全体老师，热情欢迎同学们回到城东小学这个温暖的大家庭；热烈祝贺同学们在过去一年文明守纪、勤奋学习，踏上了人生的又一个台阶；衷心感谢各位老师过去一年为学校发展付出的努力、作出的贡献！</w:t>
      </w:r>
      <w:r>
        <w:rPr>
          <w:lang w:eastAsia="zh-CN"/>
        </w:rPr>
        <w:br/>
      </w:r>
      <w:r>
        <w:rPr>
          <w:lang w:eastAsia="zh-CN"/>
        </w:rPr>
        <w:t>　　亲爱的同学们，面对新学年新的任务、新的挑战，我们肩负着重担。新学期中，我们每一位老师都怀着巨大的企盼期待着你们在阳光下健康快乐的成长，希望你们长得更高、身体更棒、变得更懂事、成绩更优异。而你们，也一定会用自己的言行，让老师们由衷地感到，出现在他们面前的学生更活泼、更可爱了。</w:t>
      </w:r>
      <w:r>
        <w:rPr>
          <w:lang w:eastAsia="zh-CN"/>
        </w:rPr>
        <w:br/>
      </w:r>
      <w:r>
        <w:rPr>
          <w:lang w:eastAsia="zh-CN"/>
        </w:rPr>
        <w:t>　　俗话说：“良好的开端等于成功的一半。”新学期开学了，我相信同学们一定会满怀信心走向成功。怎样争取有一个良好的开端呢？在这里，我向同学们提议：</w:t>
      </w:r>
      <w:r>
        <w:rPr>
          <w:lang w:eastAsia="zh-CN"/>
        </w:rPr>
        <w:br/>
      </w:r>
      <w:r>
        <w:rPr>
          <w:lang w:eastAsia="zh-CN"/>
        </w:rPr>
        <w:t>　　第一，树立一个信心：我能我行</w:t>
      </w:r>
      <w:r>
        <w:rPr>
          <w:lang w:eastAsia="zh-CN"/>
        </w:rPr>
        <w:br/>
      </w:r>
      <w:r>
        <w:rPr>
          <w:lang w:eastAsia="zh-CN"/>
        </w:rPr>
        <w:t>　　自信心对我们的学习很重要。我们读书学习，需要有决心、有信心、有行动。在这儿要送大家三句话：“相信自己，我能成功！鼓励自己，天天成功！超越自己，一定成功！”</w:t>
      </w:r>
      <w:r>
        <w:rPr>
          <w:lang w:eastAsia="zh-CN"/>
        </w:rPr>
        <w:br/>
      </w:r>
      <w:r>
        <w:rPr>
          <w:lang w:eastAsia="zh-CN"/>
        </w:rPr>
        <w:t>　　第二，创立一种学风：认真刻苦</w:t>
      </w:r>
      <w:r>
        <w:rPr>
          <w:lang w:eastAsia="zh-CN"/>
        </w:rPr>
        <w:br/>
      </w:r>
      <w:r>
        <w:rPr>
          <w:lang w:eastAsia="zh-CN"/>
        </w:rPr>
        <w:t>　　新学期开始，我们要在全校、各自的班队创立一种优良的学习风气。</w:t>
      </w:r>
      <w:r>
        <w:rPr>
          <w:lang w:eastAsia="zh-CN"/>
        </w:rPr>
        <w:br/>
      </w:r>
      <w:r>
        <w:rPr>
          <w:lang w:eastAsia="zh-CN"/>
        </w:rPr>
        <w:t>　　凡事从“认真”开始，认认真真地读书，认认真真地上课，认认真真地做作业。学业成功的过程离不开勤奋和刻苦。</w:t>
      </w:r>
      <w:r>
        <w:rPr>
          <w:lang w:eastAsia="zh-CN"/>
        </w:rPr>
        <w:br/>
      </w:r>
      <w:r>
        <w:rPr>
          <w:lang w:eastAsia="zh-CN"/>
        </w:rPr>
        <w:t>　　第三，培养一个习惯：自觉自愿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学业进步，贵在自觉。我们要在老师的指引下，培养自己良好的行为习惯、学习习惯和生活习惯。同学们要自觉自愿遵守小学生守则和学校的规章制度，自觉养成良好的学习习惯和生活习惯。</w:t>
      </w:r>
      <w:r>
        <w:rPr>
          <w:lang w:eastAsia="zh-CN"/>
        </w:rPr>
        <w:br/>
      </w:r>
      <w:r>
        <w:rPr>
          <w:lang w:eastAsia="zh-CN"/>
        </w:rPr>
        <w:t>　　第四，创设一个环境：文明有序</w:t>
      </w:r>
      <w:r>
        <w:rPr>
          <w:lang w:eastAsia="zh-CN"/>
        </w:rPr>
        <w:br/>
      </w:r>
      <w:r>
        <w:rPr>
          <w:lang w:eastAsia="zh-CN"/>
        </w:rPr>
        <w:t>　　每个班级都是学校的缩影，每个学生都代表学校的形象，每寸校园都代表学校面貌，同学们要做到语言文明，行为文明，在校园内不乱丢杂物；不欺负小同学；在校外遵守交通规则；不进网吧、游戏厅；在家尊重父母、孝敬长辈。在社会，做一个爱国爱民、遵纪守法、诚实守信、文明礼貌的优秀小公民。</w:t>
      </w:r>
      <w:r>
        <w:rPr>
          <w:lang w:eastAsia="zh-CN"/>
        </w:rPr>
        <w:br/>
      </w:r>
      <w:r>
        <w:rPr>
          <w:lang w:eastAsia="zh-CN"/>
        </w:rPr>
        <w:t>　　尊敬的老师们，我们肩上的责任关系着学生、家庭和社会的未来，只有以充满着无私和宽容的爱心投入工作，才能无愧于我们光荣的职业。我们应以高尚的人格感染学生，以文明的仪表影响学生，以广博的知识引导学生，以博大的胸怀爱护学生，我希望我们每位教师争做学生欢迎、家长满意、同行敬佩、社会认可的优秀教师。我相信，我校这支思想素质好，业务能力强，富有责任意识和进取精神的教师队伍一定能为我们每一位学生的成长和发展搭建广阔的平台！</w:t>
      </w:r>
      <w:r>
        <w:rPr>
          <w:lang w:eastAsia="zh-CN"/>
        </w:rPr>
        <w:br/>
      </w:r>
      <w:r>
        <w:rPr>
          <w:lang w:eastAsia="zh-CN"/>
        </w:rPr>
        <w:t>　　老师们、同学们，新学期奋进的号角已经吹响，新的希望、新的挑战在迎接着我们，未来的美好蓝图等待我们用勤劳和聪明去描绘，让我们一起努力，共同放飞心中的理想，共同再铸徐州城东小学新的辉煌，创办开发区一流学校，迎接徐州城东小学美好的明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我衷心希望每一位老师、每一位同学都能以满腔的热情、高度的责任感、昂扬的精神投入新学期的工作、学习中去。用我们的实干精神、拼搏进取精神去创造学校的稳步发展。</w:t>
      </w:r>
      <w:r>
        <w:rPr>
          <w:lang w:eastAsia="zh-CN"/>
        </w:rPr>
        <w:br/>
      </w:r>
      <w:r>
        <w:rPr>
          <w:lang w:eastAsia="zh-CN"/>
        </w:rPr>
        <w:t>　　最后，祝老师们身体健康、家庭幸福、工作顺利！祝同学们快乐学习、快乐生活、快乐成长！</w:t>
      </w:r>
      <w:r>
        <w:rPr>
          <w:lang w:eastAsia="zh-CN"/>
        </w:rPr>
        <w:br/>
      </w:r>
      <w:r>
        <w:rPr>
          <w:lang w:eastAsia="zh-CN"/>
        </w:rPr>
        <w:t>　　让我们共同祝愿我们城东小学平平安安、生气勃勃、蒸蒸日上、走向辉煌！</w:t>
      </w:r>
      <w:r>
        <w:rPr>
          <w:lang w:eastAsia="zh-CN"/>
        </w:rPr>
        <w:br/>
      </w:r>
      <w:r>
        <w:rPr>
          <w:lang w:eastAsia="zh-CN"/>
        </w:rPr>
        <w:t>　　谢谢大家。</w:t>
      </w:r>
      <w:r>
        <w:rPr>
          <w:lang w:eastAsia="zh-CN"/>
        </w:rPr>
        <w:br/>
      </w:r>
      <w:r>
        <w:rPr>
          <w:lang w:eastAsia="zh-CN"/>
        </w:rPr>
        <w:t xml:space="preserve">    2024年新学期校长的发言稿范文 篇6 </w:t>
      </w:r>
      <w:r>
        <w:rPr>
          <w:lang w:eastAsia="zh-CN"/>
        </w:rPr>
        <w:br/>
      </w:r>
      <w:r>
        <w:rPr>
          <w:lang w:eastAsia="zh-CN"/>
        </w:rPr>
        <w:t>　　今天，我们要将新学期视为一个新的起点，以全新的精神面貌投入学习和生活之中。遵守学校规章制度，尊敬老师，刻苦学习，热爱劳动，关心他人，善于合作，以优异的成绩向你们的父母汇报。</w:t>
      </w:r>
      <w:r>
        <w:rPr>
          <w:lang w:eastAsia="zh-CN"/>
        </w:rPr>
        <w:br/>
      </w:r>
      <w:r>
        <w:rPr>
          <w:lang w:eastAsia="zh-CN"/>
        </w:rPr>
        <w:t>　　在这里我要特别对毕业班的同学说几句，这个学年你们进入了一个非常关键的学习阶段，我们希望你们能找准方向，增强信心，做好大哥哥，大姐姐，发扬成绩，自主、自觉参与学习过程，刻苦钻研。我们相信你们一定会努力学习，能考取好的成绩，为我们学校争光！</w:t>
      </w:r>
      <w:r>
        <w:rPr>
          <w:lang w:eastAsia="zh-CN"/>
        </w:rPr>
        <w:br/>
      </w:r>
      <w:r>
        <w:rPr>
          <w:lang w:eastAsia="zh-CN"/>
        </w:rPr>
        <w:t>　　我提议：让我们以热烈的掌声给予毕业班的同学以最大的鼓励！</w:t>
      </w:r>
      <w:r>
        <w:rPr>
          <w:lang w:eastAsia="zh-CN"/>
        </w:rPr>
        <w:br/>
      </w:r>
      <w:r>
        <w:rPr>
          <w:lang w:eastAsia="zh-CN"/>
        </w:rPr>
        <w:t>　　下面，我再向同学们提出四个小小的问题，请大家好好想想，自己给自己一个答案：</w:t>
      </w:r>
      <w:r>
        <w:rPr>
          <w:lang w:eastAsia="zh-CN"/>
        </w:rPr>
        <w:br/>
      </w:r>
      <w:r>
        <w:rPr>
          <w:lang w:eastAsia="zh-CN"/>
        </w:rPr>
        <w:t>　　第一，这学期，你的奋斗目标是什么？</w:t>
      </w:r>
      <w:r>
        <w:rPr>
          <w:lang w:eastAsia="zh-CN"/>
        </w:rPr>
        <w:br/>
      </w:r>
      <w:r>
        <w:rPr>
          <w:lang w:eastAsia="zh-CN"/>
        </w:rPr>
        <w:t>　　第二，这学期，你想获得的进步是什么？</w:t>
      </w:r>
      <w:r>
        <w:rPr>
          <w:lang w:eastAsia="zh-CN"/>
        </w:rPr>
        <w:br/>
      </w:r>
      <w:r>
        <w:rPr>
          <w:lang w:eastAsia="zh-CN"/>
        </w:rPr>
        <w:t>　　第三，这学期，你想向身边的同学学习哪些长处？</w:t>
      </w:r>
      <w:r>
        <w:rPr>
          <w:lang w:eastAsia="zh-CN"/>
        </w:rPr>
        <w:br/>
      </w:r>
      <w:r>
        <w:rPr>
          <w:lang w:eastAsia="zh-CN"/>
        </w:rPr>
        <w:t>　　第四，这学期，你准备怎样让自己更快乐？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敬爱的各位老师：“舟大者任重，马骏者远驰”。选择了这个职业，也就意味着你同时也选择了作为教师可能要承受的清贫、委屈、不如意，但既然选择了远方，就让我们一起同舟共济、风雨兼程！在新学年里我们继续以提升教育教学质量为中心，大力开展“课堂效益年”和“校园文化年”活动。</w:t>
      </w:r>
      <w:r>
        <w:rPr>
          <w:lang w:eastAsia="zh-CN"/>
        </w:rPr>
        <w:br/>
      </w:r>
      <w:r>
        <w:rPr>
          <w:lang w:eastAsia="zh-CN"/>
        </w:rPr>
        <w:t>　　亲爱的同学们：千里之行，始于足下。有理想才会有奋斗的目标，为了实现我们的奋斗目标，让我们从现在起，从开学的第一天开始，踏踏实实地学习，一步一步地前进，这才是迈向成功的唯一阶梯。</w:t>
      </w:r>
      <w:r>
        <w:rPr>
          <w:lang w:eastAsia="zh-CN"/>
        </w:rPr>
        <w:br/>
      </w:r>
      <w:r>
        <w:rPr>
          <w:lang w:eastAsia="zh-CN"/>
        </w:rPr>
        <w:t>　　谢谢大家！</w:t>
      </w:r>
      <w:r>
        <w:rPr>
          <w:lang w:eastAsia="zh-CN"/>
        </w:rPr>
        <w:br/>
      </w:r>
      <w:r>
        <w:rPr>
          <w:lang w:eastAsia="zh-CN"/>
        </w:rPr>
        <w:t xml:space="preserve">    2024年新学期校长的发言稿范文 篇7 </w:t>
      </w:r>
      <w:r>
        <w:rPr>
          <w:lang w:eastAsia="zh-CN"/>
        </w:rPr>
        <w:br/>
      </w:r>
      <w:r>
        <w:rPr>
          <w:lang w:eastAsia="zh-CN"/>
        </w:rPr>
        <w:t>　　老师们、同学们：</w:t>
      </w:r>
      <w:r>
        <w:rPr>
          <w:lang w:eastAsia="zh-CN"/>
        </w:rPr>
        <w:br/>
      </w:r>
      <w:r>
        <w:rPr>
          <w:lang w:eastAsia="zh-CN"/>
        </w:rPr>
        <w:t>　　大家好！</w:t>
      </w:r>
      <w:r>
        <w:rPr>
          <w:lang w:eastAsia="zh-CN"/>
        </w:rPr>
        <w:br/>
      </w:r>
      <w:r>
        <w:rPr>
          <w:lang w:eastAsia="zh-CN"/>
        </w:rPr>
        <w:t>　　新春伊始，万象更新。踏着春天的脚步，我们又回到了美丽的校园，步入了新学期，开始了新一年的播种与耕耘。首先，我代表校委会向全校师生致以最诚挚的新春祝福！祝同学们学习进步、快乐成长，祝各位教师事业有成，生活幸福，祝我们的学校各项工作百尺竿头更进一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过去的一学期，是我们全校师生认真努力，艰苦拼搏，全面发展的一学期，通过全体师生的勤奋工作，共同努力，学校各项工作取得了进一步的发展。在今天的开学典礼大会上，我们表彰了上学期在各方面表现突出的优秀学生。在这里，我代表学校对他们表示热烈的祝贺，希望将获得表扬的同学能够继续保持以往的优良作风，争取更上一层楼，希望其他同学要以他们为榜样！</w:t>
      </w:r>
      <w:r>
        <w:rPr>
          <w:lang w:eastAsia="zh-CN"/>
        </w:rPr>
        <w:br/>
      </w:r>
      <w:r>
        <w:rPr>
          <w:lang w:eastAsia="zh-CN"/>
        </w:rPr>
        <w:t>　　新的学期已经开始了，这是一个寻常的开始，校园依旧，班级依旧，同学依旧；但这又是一个非同寻常的开始，本学期时间很短，但我们承担的任务是相当繁重的。在新学期里，各项工作要进一步加强，全体师生要进一步提高，毕业班的同学，将迎来中考的冲刺；非毕业班的同学，也将准备升入更高的年级，所以本学期将是一个繁忙、紧张的学期。</w:t>
      </w:r>
      <w:r>
        <w:rPr>
          <w:lang w:eastAsia="zh-CN"/>
        </w:rPr>
        <w:br/>
      </w:r>
      <w:r>
        <w:rPr>
          <w:lang w:eastAsia="zh-CN"/>
        </w:rPr>
        <w:t>　　比起以往任何时候，今天我们更需要增强的是使命意识、责任意识和竞争意识。因此，学校殷切希望师生更加精诚团结，发扬艰苦奋斗的精神、求实创新的态度和勇攀高峰的品质，充分发挥主观能动性和创造性，与时俱进，奋力开拓，把我们的各项工作做好、做实。新的一年开启新的希望，新的空白承载新的梦想。为了让我们的梦想成为现实，我代表学校向同学们提出几点希望和要求：</w:t>
      </w:r>
      <w:r>
        <w:rPr>
          <w:lang w:eastAsia="zh-CN"/>
        </w:rPr>
        <w:br/>
      </w:r>
      <w:r>
        <w:rPr>
          <w:lang w:eastAsia="zh-CN"/>
        </w:rPr>
        <w:t>　　一是希望同学们志存高远，努力塑造成功的人格。</w:t>
      </w:r>
      <w:r>
        <w:rPr>
          <w:lang w:eastAsia="zh-CN"/>
        </w:rPr>
        <w:br/>
      </w:r>
      <w:r>
        <w:rPr>
          <w:lang w:eastAsia="zh-CN"/>
        </w:rPr>
        <w:t>　　俗话说，播种行为，收获习惯，播种习惯，收获性格，播种性格，收获人生。“不学礼，无以立”。初中生活转瞬即逝，这就要求我们来不得半点松懈和马虎，要对自己的将来负责就必须对自己的现在负责，现在只有从点滴做起，把每一个要求变成习惯，把习惯升华为素质，才能为将来的成功打下一个坚实的基础。</w:t>
      </w:r>
      <w:r>
        <w:rPr>
          <w:lang w:eastAsia="zh-CN"/>
        </w:rPr>
        <w:br/>
      </w:r>
      <w:r>
        <w:rPr>
          <w:lang w:eastAsia="zh-CN"/>
        </w:rPr>
        <w:t>　　二是希望同学们做一个会学习的人。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学海无涯”，学无止境，对于学习来说，“得法者事半功倍，不得法者事倍功半”“未来的文盲，不再是不识字的人，而是不会学习的人。”每个学生不仅要善于跟着老师学，还要学会主动学习、主动发展，要有意识地培养自己主动学习的态度和能力。我们提倡刻苦钻研，努力拼搏的学习精神，我们更倡导活泼主动的学习态度和善思善学的学习能力。</w:t>
      </w:r>
      <w:r>
        <w:rPr>
          <w:lang w:eastAsia="zh-CN"/>
        </w:rPr>
        <w:br/>
      </w:r>
      <w:r>
        <w:rPr>
          <w:lang w:eastAsia="zh-CN"/>
        </w:rPr>
        <w:t>　　三是希望同学们做一个有责任感、充满感恩和爱心的人。</w:t>
      </w:r>
      <w:r>
        <w:rPr>
          <w:lang w:eastAsia="zh-CN"/>
        </w:rPr>
        <w:br/>
      </w:r>
      <w:r>
        <w:rPr>
          <w:lang w:eastAsia="zh-CN"/>
        </w:rPr>
        <w:t>　　一名优秀人才必须具备四种品质：对国家对社会有责任意识，对学习对工作有进取精神，与他人合作有团队精神，对自己有否定超越的态度。这四种品质的核心就是责任感，对学生来说，勤奋学习、刻苦锻炼是我们的责任，遵纪守法、遵守社会公德就是对社会的责任，孝敬父母、尊敬长辈就是对家庭的责任，爱护公物、讲究卫生、关心集体就是对班级的责任。如果没有了责任感，就不会有团结向上的班集体、就不会有整洁优美的学习环境、就不会有稳定的'社会秩序，希望同学们要以对国家、对社会、对家庭、对人生的责任感，按照中学生日常行为规范来严格要求自己，努力修炼自己的思想和学业。只有这样，才能在未来的社会中有立足之地，才能在发展自己的同时促进社会发展，实现自己人生价值。</w:t>
      </w:r>
      <w:r>
        <w:rPr>
          <w:lang w:eastAsia="zh-CN"/>
        </w:rPr>
        <w:br/>
      </w:r>
      <w:r>
        <w:rPr>
          <w:lang w:eastAsia="zh-CN"/>
        </w:rPr>
        <w:t>　　老师们、同学们，“一万年太久，只争朝夕”。我们要发扬龙马精神，以坚定的信心、务实的态度、百倍的努力，全身心地投入到紧张而充实的工作学习之中，全力以赴抓好当前，起好步，开好头。乘风破浪，奋力前行，用自己的勤奋和智慧，书写人生新的篇章，铸造20__年新的辉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谢谢大家！</w:t>
      </w:r>
      <w:r>
        <w:rPr>
          <w:lang w:eastAsia="zh-CN"/>
        </w:rPr>
        <w:br/>
      </w:r>
      <w:r>
        <w:rPr>
          <w:lang w:eastAsia="zh-CN"/>
        </w:rPr>
        <w:t xml:space="preserve">    2024年新学期校长的发言稿范文 篇8 </w:t>
      </w:r>
      <w:r>
        <w:rPr>
          <w:lang w:eastAsia="zh-CN"/>
        </w:rPr>
        <w:br/>
      </w:r>
      <w:r>
        <w:rPr>
          <w:lang w:eastAsia="zh-CN"/>
        </w:rPr>
        <w:t>　　老师们，同学们：</w:t>
      </w:r>
      <w:r>
        <w:rPr>
          <w:lang w:eastAsia="zh-CN"/>
        </w:rPr>
        <w:br/>
      </w:r>
      <w:r>
        <w:rPr>
          <w:lang w:eastAsia="zh-CN"/>
        </w:rPr>
        <w:t>　　大家上午好！</w:t>
      </w:r>
      <w:r>
        <w:rPr>
          <w:lang w:eastAsia="zh-CN"/>
        </w:rPr>
        <w:br/>
      </w:r>
      <w:r>
        <w:rPr>
          <w:lang w:eastAsia="zh-CN"/>
        </w:rPr>
        <w:t>　　经过一个愉快的春节，我们喜气洋洋地迎来了新的一年，新的一个学期。今天是我们全体师生的第一次集会，首先，我代表学校对返校工作、学习的老师们、同学们致以新春的问候与良好的祝愿：祝大家兔年吉祥，牛运亨通！</w:t>
      </w:r>
      <w:r>
        <w:rPr>
          <w:lang w:eastAsia="zh-CN"/>
        </w:rPr>
        <w:br/>
      </w:r>
      <w:r>
        <w:rPr>
          <w:lang w:eastAsia="zh-CN"/>
        </w:rPr>
        <w:t>　　一年之计在于春。春天是播洒希望、点燃激情的季节，一年中有哪些要实现的愿望？要达到怎样的目标？要如何去实现？是我们每一位师生现在必须明确的问题。</w:t>
      </w:r>
      <w:r>
        <w:rPr>
          <w:lang w:eastAsia="zh-CN"/>
        </w:rPr>
        <w:br/>
      </w:r>
      <w:r>
        <w:rPr>
          <w:lang w:eastAsia="zh-CN"/>
        </w:rPr>
        <w:t>　　教书先育人，是我对老师们的期望，也是我对老师们的要求。知识、分数固然重要，然影响一个人的成长，让孩子们终生受益除了必要的知识外，健康、乐观的心态，良好的生活习惯和文明素养也有着举足轻重的作用。希望老师们要身体力行，用自己的健康的心态和良好习惯去影响、教育学生，用行为规范、制度约束、日常管理、榜样引领去引导、感化学生，用对孩子真挚的爱，充分的理解与尊重，让每一个孩子在我们悉心呵护下，如暖春的映山红，骄艳、美丽，茁壮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学知先从做人学起，是我对同学们的期望，也是我对同学们的要求。认真、勤奋、上进、乐观、谦虚是我们做人应具备的良好品质，也是我们学好知识本领的前提。一个没有乐观、健康心态，消极厌世的人，就会对任何事物没兴趣，对学校、老师，甚至对自己都没信心；一个不能谦虚、勤奋的人，只能是一个只有满腹理想与抱负，而缺乏脚踏实地实干精神的人；一个没有上进心的人，就只能原地踏步，最终只能如逆水行舟，不进只退。</w:t>
      </w:r>
      <w:r>
        <w:rPr>
          <w:lang w:eastAsia="zh-CN"/>
        </w:rPr>
        <w:br/>
      </w:r>
      <w:r>
        <w:rPr>
          <w:lang w:eastAsia="zh-CN"/>
        </w:rPr>
        <w:t>　　因此，希望同学们：</w:t>
      </w:r>
      <w:r>
        <w:rPr>
          <w:lang w:eastAsia="zh-CN"/>
        </w:rPr>
        <w:br/>
      </w:r>
      <w:r>
        <w:rPr>
          <w:lang w:eastAsia="zh-CN"/>
        </w:rPr>
        <w:t>　　1、要有一颗积极乐观的心态，要相信老师，相信自己，有付出就有收获，付出的努力越多，离成功的距离越近。</w:t>
      </w:r>
      <w:r>
        <w:rPr>
          <w:lang w:eastAsia="zh-CN"/>
        </w:rPr>
        <w:br/>
      </w:r>
      <w:r>
        <w:rPr>
          <w:lang w:eastAsia="zh-CN"/>
        </w:rPr>
        <w:t>　　2、要脚踏实地，真学苦练。对老师布置的作业要按质按量完成，对老师课堂提出的问题要进行认真细致的思考，对学习遇到的困难要迎难而上，尽自己所能努力克服。</w:t>
      </w:r>
      <w:r>
        <w:rPr>
          <w:lang w:eastAsia="zh-CN"/>
        </w:rPr>
        <w:br/>
      </w:r>
      <w:r>
        <w:rPr>
          <w:lang w:eastAsia="zh-CN"/>
        </w:rPr>
        <w:t>　　3、要立争完美，追求上进。学如逆水行舟，不进则退。这是大家浅俗易懂的道理。不比能力，比努力，不比以前，比眼前，把每个问题弄通弄透，把每个知识学深学精，绝不放过，认真对待，立争完美。</w:t>
      </w:r>
      <w:r>
        <w:rPr>
          <w:lang w:eastAsia="zh-CN"/>
        </w:rPr>
        <w:br/>
      </w:r>
      <w:r>
        <w:rPr>
          <w:lang w:eastAsia="zh-CN"/>
        </w:rPr>
        <w:t>　　宝剑锋从磨砺出，梅花香自苦寒来。每一个孩子就像一朵玫瑰花蕾，有不同的花期，最后开的花与最早开的花一样美丽。愿每一位同学都如向阳之花，热情、奔放，永远向着太阳的方向绽放。</w:t>
      </w:r>
      <w:r>
        <w:rPr>
          <w:lang w:eastAsia="zh-CN"/>
        </w:rPr>
        <w:br/>
      </w:r>
      <w:r>
        <w:rPr>
          <w:lang w:eastAsia="zh-CN"/>
        </w:rPr>
        <w:t>　　谢谢大家！</w:t>
      </w:r>
      <w:r>
        <w:rPr>
          <w:lang w:eastAsia="zh-CN"/>
        </w:rPr>
        <w:br/>
      </w:r>
      <w:r>
        <w:rPr>
          <w:lang w:eastAsia="zh-CN"/>
        </w:rPr>
        <w:t xml:space="preserve">    2024年新学期校长的发言稿范文 篇9 </w:t>
      </w:r>
      <w:r>
        <w:rPr>
          <w:lang w:eastAsia="zh-CN"/>
        </w:rPr>
        <w:br/>
      </w:r>
      <w:r>
        <w:rPr>
          <w:lang w:eastAsia="zh-CN"/>
        </w:rPr>
        <w:t>　　老师们、同学们：</w:t>
      </w:r>
      <w:r>
        <w:rPr>
          <w:lang w:eastAsia="zh-CN"/>
        </w:rPr>
        <w:br/>
      </w:r>
      <w:r>
        <w:rPr>
          <w:lang w:eastAsia="zh-CN"/>
        </w:rPr>
        <w:t>　　早上好！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新春伊始，万象更新!寂静了二十多天的校园，因为新学期的开学又变得生机勃勃，充满朝气了。今天，我们隆重举行20__年度春季开学典礼。在此，我谨代表学校向辛勤工作的全体教职员工表示崇高的敬意和衷心的感谢!向努力学习并取得进步的同学们表示真诚的祝贺和亲切的慰问，同时衷心祝愿我们的学校、老师和同学们在新的一年里取得新的成功，获得更大的发展。</w:t>
      </w:r>
      <w:r>
        <w:rPr>
          <w:lang w:eastAsia="zh-CN"/>
        </w:rPr>
        <w:br/>
      </w:r>
      <w:r>
        <w:rPr>
          <w:lang w:eastAsia="zh-CN"/>
        </w:rPr>
        <w:t>　　回顾上个学期，我们播种过希望，也收获了累累硕果，同学们有张有弛，在刻苦学习的同时，积极参加各项活动，不仅学习成绩进步了，行为习惯改变了，而且见识和能力也增长了，各方面的素质都有了明显的提高。一张张试卷，凝聚着你们勤奋的汗水和智慧;一篇篇获奖作文见证了你们深厚的文学底蕴;一份份精美的数学自编小报和科普小报彰显了你们多方面的智慧和才华;一次次异彩纷呈的活动展示了你们独特的少年风采;就在你们当中，有的参加运动会取得好的成绩，为学校增了光;有的参加海陵区小学生篮球赛，名列前茅，替学校添了彩;有的被评上“文明小乘客”，在校外树立了学子良好的形象;有的被评上三好生、品学兼优生、文明队员，获得了全面发展;有的当上了优秀值日生，有的被评上优秀图书管理员，乐此不疲地甘当服务先锋;还有不少学生参加了妇代会献辞，出色的表现赢得了与会者的一致好评……尤其是于子成同学更是令人自豪，他光荣地被评为全国优秀少先队员，这些同学都是大家的榜样，是我们__小学的骄子!在此，请大家再一次把掌声送给他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回眸过去，我们欢欣鼓舞;展望未来，我们豪情满怀。为构建更加和谐的校园，进一步树立我们__人的美好形象。新学期,新气象，新起点，新辉煌。从今天起，我们全体师生都要计划,都要奋斗,都要拼搏,都要增强紧迫感,责任感和使命感。我希望也相信大家一定会以崭新的面貌，饱满的热情，积极的态度，投入到新学期的工作和学习中去,充分地展示自我，努力做最好的自己!学校将会通过落实学习常规,集会两操常规,教室卫生常规,文明礼仪常规等养成教育系列活动,让同学们的行为更加规范,习惯更加良好,并通过评比,以及文明班的创建来促进同学们的进步与提高，努力让学校成为你们幸福成长的乐园!那么，怎样才能做到“百尺竿头，更进一步”呢?下面我就新学期工作提几点建议和要求：</w:t>
      </w:r>
      <w:r>
        <w:rPr>
          <w:lang w:eastAsia="zh-CN"/>
        </w:rPr>
        <w:br/>
      </w:r>
      <w:r>
        <w:rPr>
          <w:lang w:eastAsia="zh-CN"/>
        </w:rPr>
        <w:t>　　1.开好头，起好步。凡事开头难，良好的开端是成功的一半。无论老师还是学生，都要重视开学的第一天、第一周。那么，怎样重视呢?首先，要有一个计划和目标;其次，要在小事上做实在，比如：弯腰捡起校园内的一张纸屑，听到铃声教室里立刻安静下来，整理好自己的学习用品等，事情虽很小，但关系到同学们良好的行为习惯的养成问题，是大事。</w:t>
      </w:r>
      <w:r>
        <w:rPr>
          <w:lang w:eastAsia="zh-CN"/>
        </w:rPr>
        <w:br/>
      </w:r>
      <w:r>
        <w:rPr>
          <w:lang w:eastAsia="zh-CN"/>
        </w:rPr>
        <w:t>　　2.改陋习，勤钻研。坚决改掉学习中的一些不良习惯，不浪费课堂上的一分一秒，发扬刻苦钻研精神，与同学互相帮助，取人之长，补己之短。将压力转化为学习的动力，加倍努力，力争做到最好。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3.健身心，提素养。养成良好的道德行为习惯，遵章守纪，诚实守信，礼貌待人，孝敬父母，关心集体，爱护公物，坚持锻炼身体，上好两课两操，讲究卫生，尤其要注意保洁;积极参加学校组织的活动，正确对待困难与挫折，保持心理健康。要学会学习、学会做事，读有益的书、做有益的事、交有益的人。本学期学校将深入开展“图书漂流”活动，希望更多的同学能与书为友，多读书、读好书，在陶冶情操、滋润心灵的读书活动中，学会关注自然，关心社会，关爱他人，丰富自己的心灵。</w:t>
      </w:r>
      <w:r>
        <w:rPr>
          <w:lang w:eastAsia="zh-CN"/>
        </w:rPr>
        <w:br/>
      </w:r>
      <w:r>
        <w:rPr>
          <w:lang w:eastAsia="zh-CN"/>
        </w:rPr>
        <w:t>　　4.讲文明，懂礼仪。在行为礼仪方面，每位同学都要按照《小学生日常行为规范》来严格要求自己，遇人要面带微笑，问好要主动大方，对同学要真诚友善，从身边的小事做起，说文明话、行文明事、做文明人;在安全与纪律方面，一定要按学校的要求办，听从老师的教导，集队上操要做到快齐静，课间活动，上、放学路上等都要把安全放在第一位，严格遵守交通安全、公共安全。</w:t>
      </w:r>
      <w:r>
        <w:rPr>
          <w:lang w:eastAsia="zh-CN"/>
        </w:rPr>
        <w:br/>
      </w:r>
      <w:r>
        <w:rPr>
          <w:lang w:eastAsia="zh-CN"/>
        </w:rPr>
        <w:t>　　5.显个性，展风采。本学期，学校还将举办丰富多彩的活动，希望全体师生一如既往的积极主动参加，不放过每一次锻炼自己的机会，让大家尽情享受校园文化盛宴，让师生们流动的魅力更加充满朝气。</w:t>
      </w:r>
      <w:r>
        <w:rPr>
          <w:lang w:eastAsia="zh-CN"/>
        </w:rPr>
        <w:br/>
      </w:r>
      <w:r>
        <w:rPr>
          <w:lang w:eastAsia="zh-CN"/>
        </w:rPr>
        <w:t>　　老师们、同学们，一年之计在于春!开学了，松弛的神经又该绷紧了，床头的闹钟又将激起清晨的奏鸣!让我们踏着春天的脚步，在前进的道路上留下醉人的芬芳!</w:t>
      </w:r>
      <w:r>
        <w:rPr>
          <w:lang w:eastAsia="zh-CN"/>
        </w:rPr>
        <w:br/>
      </w:r>
      <w:r>
        <w:rPr>
          <w:lang w:eastAsia="zh-CN"/>
        </w:rPr>
        <w:t>　　最后，祝全体师生在新的一年里，龙腾虎跃，更上一层!祝我们的学校蒸蒸日上、前景辉煌!</w:t>
      </w:r>
      <w:r>
        <w:rPr>
          <w:lang w:eastAsia="zh-CN"/>
        </w:rPr>
        <w:br/>
      </w:r>
      <w:r>
        <w:rPr>
          <w:lang w:eastAsia="zh-CN"/>
        </w:rPr>
        <w:t xml:space="preserve">    2024年新学期校长的发言稿范文 篇10 </w:t>
      </w:r>
      <w:r>
        <w:rPr>
          <w:lang w:eastAsia="zh-CN"/>
        </w:rPr>
        <w:br/>
      </w:r>
      <w:r>
        <w:rPr>
          <w:lang w:eastAsia="zh-CN"/>
        </w:rPr>
        <w:t>　　尊敬的老师们，亲爱的同学们：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早上好！</w:t>
      </w:r>
      <w:r>
        <w:rPr>
          <w:lang w:eastAsia="zh-CN"/>
        </w:rPr>
        <w:br/>
      </w:r>
      <w:r>
        <w:rPr>
          <w:lang w:eastAsia="zh-CN"/>
        </w:rPr>
        <w:t>　　春回大地，生机勃勃。踏着春天的脚步，20__年春学期开学了。带着春天的希望，我们又将踏上新的征程。在此，我我谨代表全校老师真诚地向同学们道一声：新学期好！</w:t>
      </w:r>
      <w:r>
        <w:rPr>
          <w:lang w:eastAsia="zh-CN"/>
        </w:rPr>
        <w:br/>
      </w:r>
      <w:r>
        <w:rPr>
          <w:lang w:eastAsia="zh-CN"/>
        </w:rPr>
        <w:t>　　春学期是播种的季节，只有用辛勤的劳动播下希望的种子，到时候才能有满意的收获。回顾上个学期，我们播种过希望，我们曾有过收获，但是也有些遗憾，或是失落，怎样发扬成绩，弥补过去的不足，这是摆在我们每位同学面前并且需要用实际行动来回答的一个问题。面对徐徐升起的五星红旗，作为一名小学生，如何使自己成为家庭的好孩子、学校的好学生、社会的好少年，我们每一位同学都应该思考。新的一年开启新的希望，新的空白承载新的梦想。为了让我们的梦想成为现实，下面向同学们提出五点希望：</w:t>
      </w:r>
      <w:r>
        <w:rPr>
          <w:lang w:eastAsia="zh-CN"/>
        </w:rPr>
        <w:br/>
      </w:r>
      <w:r>
        <w:rPr>
          <w:lang w:eastAsia="zh-CN"/>
        </w:rPr>
        <w:t>　　一，要学会做人。要学会关心他人，互助友爱，文明礼貌，争做一名德才兼备、品学兼优的好学生。</w:t>
      </w:r>
      <w:r>
        <w:rPr>
          <w:lang w:eastAsia="zh-CN"/>
        </w:rPr>
        <w:br/>
      </w:r>
      <w:r>
        <w:rPr>
          <w:lang w:eastAsia="zh-CN"/>
        </w:rPr>
        <w:t>　　二，要学会学习。在学习过程中，应该坚持勤奋刻苦的学习精神，还应掌握好的学习方法，以求得事半功倍的学习效果。</w:t>
      </w:r>
      <w:r>
        <w:rPr>
          <w:lang w:eastAsia="zh-CN"/>
        </w:rPr>
        <w:br/>
      </w:r>
      <w:r>
        <w:rPr>
          <w:lang w:eastAsia="zh-CN"/>
        </w:rPr>
        <w:t>　　三，要拥有强健的体魄和良好的心理素质，掌握基本的生活技能，形成健康的审美情趣，发展特长，为将来的发展打下良好的基础。</w:t>
      </w:r>
      <w:r>
        <w:rPr>
          <w:lang w:eastAsia="zh-CN"/>
        </w:rPr>
        <w:br/>
      </w:r>
      <w:r>
        <w:rPr>
          <w:lang w:eastAsia="zh-CN"/>
        </w:rPr>
        <w:t>　　四，要团结友爱，遵纪守法。增强集体意识，坚持团队精神，做到团结互助，争做学校的好学生。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五，要讲卫生、讲安全。卫生、安全无小事，爱校，爱己从我做起，从小事做起。</w:t>
      </w:r>
      <w:r>
        <w:rPr>
          <w:lang w:eastAsia="zh-CN"/>
        </w:rPr>
        <w:br/>
      </w:r>
      <w:r>
        <w:rPr>
          <w:lang w:eastAsia="zh-CN"/>
        </w:rPr>
        <w:t>　　20__年是学校阶段性发展的关键年，今年学校的工作重点是，加强师生养成教育，追求课堂教学效果，注重过程管理，探索财商教育，探究教师培养模式，打造特色学科，完善管理制度，试行项目奖励。着重在“规范”上下功夫，在“细节”上做文章，从小事做起，逐步实现学校办学水平心跨越。</w:t>
      </w:r>
      <w:r>
        <w:rPr>
          <w:lang w:eastAsia="zh-CN"/>
        </w:rPr>
        <w:br/>
      </w:r>
      <w:r>
        <w:rPr>
          <w:lang w:eastAsia="zh-CN"/>
        </w:rPr>
        <w:t>　　同学们，新学期的钟声已经敲响，当我们在为我们伟大的祖国送上那份最美好的祝福时，我们的父母在关注着你们；我们的老师都在祝福着你们。因此，希望每位同学将新学期视为一个新的起点，以阳光、健康、自信、奋进的姿态投入到学习和生活之中。我们相信，通过你们不懈的努力，就一定能能取得好的成绩，为学校争光，为自己添彩！</w:t>
      </w:r>
      <w:r>
        <w:rPr>
          <w:lang w:eastAsia="zh-CN"/>
        </w:rPr>
        <w:br/>
      </w:r>
      <w:r>
        <w:rPr>
          <w:lang w:eastAsia="zh-CN"/>
        </w:rPr>
        <w:t>　　最后祝愿我们的老师在新的学年里身体健康、工作愉快！祝同学们快乐成长，学习进步！</w:t>
      </w:r>
      <w:r>
        <w:rPr>
          <w:lang w:eastAsia="zh-CN"/>
        </w:rPr>
        <w:br/>
      </w:r>
      <w:r>
        <w:rPr>
          <w:lang w:eastAsia="zh-CN"/>
        </w:rPr>
        <w:t>　　谢谢大家。</w:t>
      </w:r>
      <w:r>
        <w:rPr>
          <w:lang w:eastAsia="zh-CN"/>
        </w:rPr>
        <w:br/>
      </w:r>
      <w:r>
        <w:rPr>
          <w:lang w:eastAsia="zh-CN"/>
        </w:rPr>
        <w:t xml:space="preserve">    2024年新学期校长的发言稿范文 篇11 </w:t>
      </w:r>
      <w:r>
        <w:rPr>
          <w:lang w:eastAsia="zh-CN"/>
        </w:rPr>
        <w:br/>
      </w:r>
      <w:r>
        <w:rPr>
          <w:lang w:eastAsia="zh-CN"/>
        </w:rPr>
        <w:t>　　我是光荣的少先队员——国旗下讲话稿学会自强 我们的必修课程孝敬父母 感恩母校 报效祖国做一个文明之人 第一学期国旗下讲话学年度第二学期第二周国旗下讲话——良好的规范，...节能减排，你我齐行动 春第十六周国旗下讲话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全体同学们，一年之计在于春，在此我希望你们：养成习惯。如果我们把对学生的教育和培养比作企业经营的话，那么，做为学生，智育不合格是次品，体育不合格是废品，德育不合格便是危险品。有鉴于此，我们要进一步加强学校德育工作，以培养学生良好的行为习惯作为实现德育目标的根本归宿。爱因斯坦曾说：人类最需要的努力，是在我们的行为中追求道德，因为只有道德的行为，才能给生命以美和尊严。教师的最大成功，是培养出一批精神高贵、人格独立、思想健全、品质优秀的学生。因此，我们要把学生良好行为习惯的养成始终作为一种追求。叶圣陶先生说：教育的全部目的就是养成良好的习惯，好习惯比什么高学历都重要。而习惯的养成是通过平常的点滴细节形成的。细节决定成败，习惯决定命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德育就是为知、为己、为人的世界。为知，即积累知识，增长学问、见识和智慧；为己即修身、正己、涵养自己的品格、道德和情操；为人即为教育、为学生、为中华之崛起。同学们，因为德育，你们将眼界更宽，心胸更广，思维更敏，规范做事，坦荡做人的意识更强，因为德育，你们将很充实，很快乐；也因为德育，你们将成为一个有激情、负责任的人；因为德育，你们将提升生命品质，撑起做人的一片晴空。学会学习。学习是你们的主要任务，知识的`丰富、能力的提高，品格的养成都离不开学习。同学们，一定要志存高远，勤奋学习，把学习当成自己的第一需要，以全新的面貌和满腔热情投入到新学期的学习和生活中去。不想学习、不愿学习、谈到学习就头痛，看到书本就发呆，碰到作业就跑开等不良现象必须纠正，没有勤奋的学习就不可能有任何的进步和成长，放弃学习，就是放弃幸福，就是放弃自己美好的未来。毕业班同学，今天离高考还不足三个月。教育部确定了今年全国普通高等教育本专科招生计划为657万人，比上一年度增长3%，其中本科339万人，这一扩招幅度是12年来最小的一年，也是普通高校本专科招生规模增幅连续第11年下降。高考竞争更为激烈，同学们要树雄心，立壮志，龙争虎斗战高考。在今后的学习中，我希望你们：</w:t>
      </w:r>
      <w:r>
        <w:rPr>
          <w:lang w:eastAsia="zh-CN"/>
        </w:rPr>
        <w:br/>
      </w:r>
      <w:r>
        <w:rPr>
          <w:lang w:eastAsia="zh-CN"/>
        </w:rPr>
        <w:t>　　1、要有信心要树立必胜的信心。信心是基石，拼搏是保障。充满信心，是决战高考的前提。要相信自己的能力、相信老师的支持、相信学校的后盾，勇往直前。只要拥有了信心，才可能拥抱成功；只有树立了信念，才能挥洒自如，超常发挥。</w:t>
      </w:r>
      <w:r>
        <w:rPr>
          <w:lang w:eastAsia="zh-CN"/>
        </w:rPr>
        <w:br/>
      </w:r>
      <w:r>
        <w:rPr>
          <w:lang w:eastAsia="zh-CN"/>
        </w:rPr>
        <w:t>　　2、要有恒心要有坚强的意志和毅力。坚定的意志和顽强的毅力，是决战高考的支柱。考试不仅仅是人的智力水平的检验，同时也是人非智力因素的较量。压力难免，竞争难免，但是，响鼓还得重锤敲，人生能有几回搏，只有加倍地努力，才能不为庸庸碌碌而后悔。坚持就是胜利，有许多放弃往往不是失败的那一刻而是在距离成功只有一步之遥时。只要再咬紧牙关，坚持一下，就会达到成功的彼岸。</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3、要细心学习要细致，要查漏补缺。要学会总结和反思，对各科知识进行逐条梳理，把没有记住的知识记住，把没有掌握的解题方法巩固好，把本学科知识的内在联系串联好，把自己做过的题型、题例重新回炉，尤其是对做过的错题进行反复和纠偏，温故而知新。老师们、同学们，只要我们胸怀希望，我们就总能与成功相伴。新的一年，学校在各项工作中将一如既往抓落实，不遗余力求创新，使每一位同学都享受健康，拥有快乐，学会做人，学会创造，享受成功的体验；让每一位教师都与时俱进，爱岗敬业，心情舒畅，幸福快乐；让一中的光辉历程在求真求学求发展、创新创业创未来中更加卓越辉煌。</w:t>
      </w:r>
      <w:r>
        <w:rPr>
          <w:lang w:eastAsia="zh-CN"/>
        </w:rPr>
        <w:br/>
      </w:r>
      <w:r>
        <w:rPr>
          <w:lang w:eastAsia="zh-CN"/>
        </w:rPr>
        <w:t xml:space="preserve">    2024年新学期校长的发言稿范文 篇12 </w:t>
      </w:r>
      <w:r>
        <w:rPr>
          <w:lang w:eastAsia="zh-CN"/>
        </w:rPr>
        <w:br/>
      </w:r>
      <w:r>
        <w:rPr>
          <w:lang w:eastAsia="zh-CN"/>
        </w:rPr>
        <w:t>　　各位领导、老师们、同学们：</w:t>
      </w:r>
      <w:r>
        <w:rPr>
          <w:lang w:eastAsia="zh-CN"/>
        </w:rPr>
        <w:br/>
      </w:r>
      <w:r>
        <w:rPr>
          <w:lang w:eastAsia="zh-CN"/>
        </w:rPr>
        <w:t>　　今天伴着雄壮义勇军进行曲鲜艳五星红旗再次在我们眼前冉冉升起——一个充满希望新学年开始了首先我代表学校对前来参加仪式领导表示衷心感谢对新加入二中大家庭师生表示热烈欢迎!</w:t>
      </w:r>
      <w:r>
        <w:rPr>
          <w:lang w:eastAsia="zh-CN"/>
        </w:rPr>
        <w:br/>
      </w:r>
      <w:r>
        <w:rPr>
          <w:lang w:eastAsia="zh-CN"/>
        </w:rPr>
        <w:t>　　回首刚刚过去一学年我校全体师生在市区教育局正确领导和热切关注下团结一心扎实工作开拓创新各项工作取得了长足进步校园建设进一步发展教育教学质量全面提升常规管理落实到位课堂改革不断深化历城二中迅速成为深受社会关注、学生家长欢迎、学子向往热门学校在今年高考中我校38级同学有917人参加高考本科上线666人上线率为72.6％其中本科上线率已第三次居济南市第一又有一大批优秀学生考入山东大学、南京大学、浙江大学、北京师范大学、中国政法大学、国防科技大学等名牌大学我校李占洋同学以644分全省第一名成绩考入中国飞行学院为我校争得了荣誉39、40级同学在老师们悉心教育、耐心培养下遵守纪律、认真学习在上学期期末考试中取得了骄人成绩同时我校学生能全面发展在各项比赛中取得了较好成绩实践了“为每一个学生搭建发展阶梯”办学理念致使济南市出现了空前二中热现象这使我们无上荣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我们取得每一个进步、每一份成绩都与全校师生顽强拼搏和辛勤付出分不开在此我代表学校向一年来兢兢业业、努力工作、勤奋学习老师和同学们表示衷心感谢！</w:t>
      </w:r>
      <w:r>
        <w:rPr>
          <w:lang w:eastAsia="zh-CN"/>
        </w:rPr>
        <w:br/>
      </w:r>
      <w:r>
        <w:rPr>
          <w:lang w:eastAsia="zh-CN"/>
        </w:rPr>
        <w:t>　　过去一年成绩记录着每一个二中人辛勤蕴含着我们智慧今天新学年开始了新形势、新机遇和挑战需要全校师生抖擞精神以高昂干劲、踏实作风和崭新思路去做好每一项工作我们要牢记邓小平同志“发展才硬道理”思想择传统之优势走持续发展道路</w:t>
      </w:r>
      <w:r>
        <w:rPr>
          <w:lang w:eastAsia="zh-CN"/>
        </w:rPr>
        <w:br/>
      </w:r>
      <w:r>
        <w:rPr>
          <w:lang w:eastAsia="zh-CN"/>
        </w:rPr>
        <w:t>　　积极探讨和落实高中课堂教学改革模式研究实践新课改我们重要任务今年我省在全国率先进入高中新课改这对每一个学校和老师都一个挑战更一次机遇我们要抓住机遇主动迎接挑战按照新课程标准创造性做好我们教学工作进一步加强校园文化建设这一学年校园文化建设有两个重点,一发扬光大历城二中半个世纪文化积淀,其精髓就我们校风、校训、学风、教风及历城二中特有行为规范和管理机制这就我们校园文化我们特色我们使这发扬光大做到细微之处见二中精神二弘扬和培育民族精神我们民族精神什么？就雅典奥运会上中国体育健儿所表现出顽强拼搏、勇争第一、不服输精神我们要向们学习担负起民族复兴重任努力成为德才兼备合格人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历城二中初中部在一个更新更高起点上建立起来了不仅可以扩大学校品牌优势而且可以有效地将品牌优势转化为资源优势和效益优势我们要先进教育理念高层次培养目标科学教育手段打造出二中初中部办学品质以高质量教育赢得社会赞誉这我们目标初中部办学成功将为我区教育积累办学模式经验推动我区教育发展树立全区教育系统良好社会形象</w:t>
      </w:r>
      <w:r>
        <w:rPr>
          <w:lang w:eastAsia="zh-CN"/>
        </w:rPr>
        <w:br/>
      </w:r>
      <w:r>
        <w:rPr>
          <w:lang w:eastAsia="zh-CN"/>
        </w:rPr>
        <w:t>　　老师们我们继续发扬爱生敬业、甘于奉献优良作风；认清教育改革深入发展对我们提出新要求自觉学习现代教育理论更新观念积极探索教学改革提高教学效率同时加强自身道德修养提升思想境界以高尚师德实践“为人师表”、“身正为范”教育诺言以纯洁心灵塑造青年学生灵魂以健康人格魅力带动学生品格养成从而营造我校和谐健康洋溢着人文色彩人际氛围努力实践教育促进人发展崇高目标</w:t>
      </w:r>
      <w:r>
        <w:rPr>
          <w:lang w:eastAsia="zh-CN"/>
        </w:rPr>
        <w:br/>
      </w:r>
      <w:r>
        <w:rPr>
          <w:lang w:eastAsia="zh-CN"/>
        </w:rPr>
        <w:t>　　同学们作为二中莘莘学子你们首先要珍惜宝贵学习机会和大好青春时光牢记“人生在勤”校训从点滴做起专心致志、争取以优异成绩回报父母、回报学校当今社会竞争主流知识和人才竞争如果不接受良好教育没有丰富知识就难以在未来高科技社会中立足更谈不上报答父母奉献社会了所以你们要端正学习态度积极主动地学习发扬顽强拼搏、不怕困难、敢于竞争精神勤于思考、善于总结、学会学习、学会创造为进一步提高学习成绩而努力还有你们要继续发扬遵规守纪良好习惯严格遵守《中学生日常行为规范》和学校管理制度加强责任感不断规范自身言行学会做人学会合作及早成为一名具有品格高尚、人格健全、志向远大优秀学生老师们、同学们历城二中已经成为管理规范科学教育质量优良具有良好社会声誉和优质教育资源学校成为青少年学生向往理想中学让我们共同携手为创建全国示范性高中、为开创历城二中美好明天而共同努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祝老师们在新学年里工作顺利、精神愉快！祝同学们学习进步、健康成长。</w:t>
      </w:r>
      <w:r>
        <w:rPr>
          <w:lang w:eastAsia="zh-CN"/>
        </w:rPr>
        <w:br/>
      </w:r>
      <w:r>
        <w:rPr>
          <w:lang w:eastAsia="zh-CN"/>
        </w:rPr>
        <w:t>　　谢谢大家！</w:t>
      </w:r>
      <w:r>
        <w:rPr>
          <w:lang w:eastAsia="zh-CN"/>
        </w:rPr>
        <w:br/>
      </w:r>
      <w:r>
        <w:rPr>
          <w:lang w:eastAsia="zh-CN"/>
        </w:rPr>
        <w:t xml:space="preserve">    2024年新学期校长的发言稿范文 篇13 </w:t>
      </w:r>
      <w:r>
        <w:rPr>
          <w:lang w:eastAsia="zh-CN"/>
        </w:rPr>
        <w:br/>
      </w:r>
      <w:r>
        <w:rPr>
          <w:lang w:eastAsia="zh-CN"/>
        </w:rPr>
        <w:t>　　尊敬的老师：</w:t>
      </w:r>
      <w:r>
        <w:rPr>
          <w:lang w:eastAsia="zh-CN"/>
        </w:rPr>
        <w:br/>
      </w:r>
      <w:r>
        <w:rPr>
          <w:lang w:eastAsia="zh-CN"/>
        </w:rPr>
        <w:t>　　鲜艳的五星红旗伴着雄壮的义勇军进行曲，在我们眼前冉冉升起，这预示着又一个充满希望的新学年开始了。借此机会，我代表学校向全体师生致以亲切的问候和美好的祝愿！</w:t>
      </w:r>
      <w:r>
        <w:rPr>
          <w:lang w:eastAsia="zh-CN"/>
        </w:rPr>
        <w:br/>
      </w:r>
      <w:r>
        <w:rPr>
          <w:lang w:eastAsia="zh-CN"/>
        </w:rPr>
        <w:t>　　同时，我更要代表全校师生，对前来就读的高一新生致以热烈的欢迎和诚挚的祝贺：你们有主见，不人云亦云；你们重事实，不随波逐流，你们比你们那些去外地就读的同学多了一些理性和成熟。同学们，今年一中的高考成绩就是对你们的选择做出的最有力的回答。</w:t>
      </w:r>
      <w:r>
        <w:rPr>
          <w:lang w:eastAsia="zh-CN"/>
        </w:rPr>
        <w:br/>
      </w:r>
      <w:r>
        <w:rPr>
          <w:lang w:eastAsia="zh-CN"/>
        </w:rPr>
        <w:t>　　同样的入学成绩，我们这里的高三毕业生超出了去外地就读的同学成绩，同样的升学考试，我们这里的升学比例超出了所说的名校，很多的“同样”却出现了很多的“不一样”。高三学生的笑脸可以印证，高三学生的通知书可以印证，高三学生家长的感激可以印证。</w:t>
      </w:r>
      <w:r>
        <w:rPr>
          <w:lang w:eastAsia="zh-CN"/>
        </w:rPr>
        <w:br/>
      </w:r>
      <w:r>
        <w:rPr>
          <w:lang w:eastAsia="zh-CN"/>
        </w:rPr>
        <w:t>　　同学们，选择对的，不选择贵的，这就是智者的选择；我们一中的老师会在今后的时间里对你们的选择做出最好的解答。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老师们，同学们，过去的成绩记录着我们的勤劳，蕴含着我们的智慧，新学年开始了新形势，面临着新的机遇和挑战。站在更新更高的起点上，需要全校师生抖擞精神，乘势而上，发扬我们范家屯一中优良的传统，学生进步，家长满意，社会称赞。希望全体教师继续发扬爱生敬业、甘于奉献的.优良作风，加强道德修养，提升思想境界，以纯洁心灵塑造学生灵魂，以人格魅力铸就学生品格，营造我校和谐、健康、发展的氛围，实践“教育促进学生发展”的目标。</w:t>
      </w:r>
      <w:r>
        <w:rPr>
          <w:lang w:eastAsia="zh-CN"/>
        </w:rPr>
        <w:br/>
      </w:r>
      <w:r>
        <w:rPr>
          <w:lang w:eastAsia="zh-CN"/>
        </w:rPr>
        <w:t>　　同学们“千里之行，始于足下”，希望你们珍惜宝贵的学习机会和大好的青春时光，端正学习态度，从自己做起，从现在做起，多一份务实，少一份浮躁虚荣；多一份自律，少一份率性而为；多一份理解，少一份懵(měng)懂无知。</w:t>
      </w:r>
      <w:r>
        <w:rPr>
          <w:lang w:eastAsia="zh-CN"/>
        </w:rPr>
        <w:br/>
      </w:r>
      <w:r>
        <w:rPr>
          <w:lang w:eastAsia="zh-CN"/>
        </w:rPr>
        <w:t>　　“业精于勤，荒于嬉(_ī)，行成于思，毁于随”要牢记：人生在勤，勤于学习，善于总结；学会学习，学会创造，学会生活，学会成长，在新的起点上更好地去努力，去拼搏，对得起父母，对得起老师，对得起自己成长的岁月。</w:t>
      </w:r>
      <w:r>
        <w:rPr>
          <w:lang w:eastAsia="zh-CN"/>
        </w:rPr>
        <w:br/>
      </w:r>
      <w:r>
        <w:rPr>
          <w:lang w:eastAsia="zh-CN"/>
        </w:rPr>
        <w:t>　　最后，祝全校师生在新的学期里都能快乐的学习，快乐的生活，快乐的度过每一天！</w:t>
      </w:r>
      <w:r>
        <w:rPr>
          <w:lang w:eastAsia="zh-CN"/>
        </w:rPr>
        <w:br/>
      </w:r>
      <w:r>
        <w:rPr>
          <w:lang w:eastAsia="zh-CN"/>
        </w:rPr>
        <w:t>　　谢谢大家！</w:t>
      </w:r>
      <w:r>
        <w:rPr>
          <w:lang w:eastAsia="zh-CN"/>
        </w:rPr>
        <w:br/>
      </w:r>
      <w:r>
        <w:rPr>
          <w:lang w:eastAsia="zh-CN"/>
        </w:rPr>
        <w:t xml:space="preserve">    2024年新学期校长的发言稿范文 篇14 </w:t>
      </w:r>
      <w:r>
        <w:rPr>
          <w:lang w:eastAsia="zh-CN"/>
        </w:rPr>
        <w:br/>
      </w:r>
      <w:r>
        <w:rPr>
          <w:lang w:eastAsia="zh-CN"/>
        </w:rPr>
        <w:t>　　各位领导、各位老师，各位同学：</w:t>
      </w:r>
      <w:r>
        <w:rPr>
          <w:lang w:eastAsia="zh-CN"/>
        </w:rPr>
        <w:br/>
      </w:r>
      <w:r>
        <w:rPr>
          <w:lang w:eastAsia="zh-CN"/>
        </w:rPr>
        <w:t>　　上午好！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今天，我们在这里隆重地举行20__级新生开学典礼。在这激动人心的新生开学时刻，热烈欢迎新老师来我校耕耘职教这块热土，对20__级新同学来到我校学习表示最热烈的欢迎！欢迎你们融入__大家庭，开始实现自己的人生理想！</w:t>
      </w:r>
      <w:r>
        <w:rPr>
          <w:lang w:eastAsia="zh-CN"/>
        </w:rPr>
        <w:br/>
      </w:r>
      <w:r>
        <w:rPr>
          <w:lang w:eastAsia="zh-CN"/>
        </w:rPr>
        <w:t>　　为使同学们四年里学有所成，把自己塑造成为对社会有用的合格大学生，我给大家提四点希望。</w:t>
      </w:r>
      <w:r>
        <w:rPr>
          <w:lang w:eastAsia="zh-CN"/>
        </w:rPr>
        <w:br/>
      </w:r>
      <w:r>
        <w:rPr>
          <w:lang w:eastAsia="zh-CN"/>
        </w:rPr>
        <w:t>　　第一：要追求全新的生活。给自己一个新的定位，给自己一份新的希望，给自己一个新的奋斗平台。给老师一个惊喜，给家长一份欣喜。给同学多一些微笑，跟老师多一些沟通。珍惜时间、抓住机会、认真听课、勤于思考，不断提高知识水平和实践能力，做一名有理想的大学生。</w:t>
      </w:r>
      <w:r>
        <w:rPr>
          <w:lang w:eastAsia="zh-CN"/>
        </w:rPr>
        <w:br/>
      </w:r>
      <w:r>
        <w:rPr>
          <w:lang w:eastAsia="zh-CN"/>
        </w:rPr>
        <w:t>　　第二，要强化专业技能训练。技能创造财富，技能成就人生。同学们要不怕苦、不怕累、多思考、多动手，力争通过勤学苦练掌握一技之长，通过严格训练掌握过硬的技术本领，为实现自己的职业理想创造条件。我校校训中即倡导师生勤学苦练，掌握业务技能，奠定处事创业之基。</w:t>
      </w:r>
      <w:r>
        <w:rPr>
          <w:lang w:eastAsia="zh-CN"/>
        </w:rPr>
        <w:br/>
      </w:r>
      <w:r>
        <w:rPr>
          <w:lang w:eastAsia="zh-CN"/>
        </w:rPr>
        <w:t>　　只有这样，才能使自己在将来的职场竞争中立于不败之地，做一名有技能的大学生。</w:t>
      </w:r>
      <w:r>
        <w:rPr>
          <w:lang w:eastAsia="zh-CN"/>
        </w:rPr>
        <w:br/>
      </w:r>
      <w:r>
        <w:rPr>
          <w:lang w:eastAsia="zh-CN"/>
        </w:rPr>
        <w:t>　　第三，要养成良好的生活、学习、工作习惯。希望全体学生能自觉、主动、积极地投身到管理的实践中，最终提升自己的品质，做一名有素质的大学生。</w:t>
      </w:r>
      <w:r>
        <w:rPr>
          <w:lang w:eastAsia="zh-CN"/>
        </w:rPr>
        <w:br/>
      </w:r>
      <w:r>
        <w:rPr>
          <w:lang w:eastAsia="zh-CN"/>
        </w:rPr>
        <w:t>　　第四，要学会做事做人。一个人的成功与做事的效果、做事方式方法、对事物的认识和理解、做事的态度等是密不可分的。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学会做事，首先要学会做人。学会做人首先要学会与人相处。学会与人相处，首先要有良好的道德修养。就像《西游记》里师徒四人那样：你挑着担，我牵着马，踏平坎坷又出发。不怕悟空神通，但头上一定要有紧箍咒；不怕八戒调皮，一定要善良和厚道；可以没有沙僮的老实，但一定要有沙僧的忠诚。我校校训中，即倡导师生养成良好个性品德和行为规范，稳固立身做人之本。做一名有道德的大学生。</w:t>
      </w:r>
      <w:r>
        <w:rPr>
          <w:lang w:eastAsia="zh-CN"/>
        </w:rPr>
        <w:br/>
      </w:r>
      <w:r>
        <w:rPr>
          <w:lang w:eastAsia="zh-CN"/>
        </w:rPr>
        <w:t>　　同学们，今天你们是芬芳的桃李，明天你们是祖国的栋梁。机遇总是垂青那些有准备的人，新的学期，新的起点，只要你们能本着之精神，抱有之态度，真正做到，就一定会成为一名社会满意的合格人才！</w:t>
      </w:r>
      <w:r>
        <w:rPr>
          <w:lang w:eastAsia="zh-CN"/>
        </w:rPr>
        <w:br/>
      </w:r>
      <w:r>
        <w:rPr>
          <w:lang w:eastAsia="zh-CN"/>
        </w:rPr>
        <w:t xml:space="preserve">    2024年新学期校长的发言稿范文 篇15 </w:t>
      </w:r>
      <w:r>
        <w:rPr>
          <w:lang w:eastAsia="zh-CN"/>
        </w:rPr>
        <w:br/>
      </w:r>
      <w:r>
        <w:rPr>
          <w:lang w:eastAsia="zh-CN"/>
        </w:rPr>
        <w:t>　　尊敬的各位、来宾，老师们、同学们:</w:t>
      </w:r>
      <w:r>
        <w:rPr>
          <w:lang w:eastAsia="zh-CN"/>
        </w:rPr>
        <w:br/>
      </w:r>
      <w:r>
        <w:rPr>
          <w:lang w:eastAsia="zh-CN"/>
        </w:rPr>
        <w:t>　　下午好!</w:t>
      </w:r>
      <w:r>
        <w:rPr>
          <w:lang w:eastAsia="zh-CN"/>
        </w:rPr>
        <w:br/>
      </w:r>
      <w:r>
        <w:rPr>
          <w:lang w:eastAsia="zh-CN"/>
        </w:rPr>
        <w:t>　　值此金风送爽、丹桂飘香之际，我们欢聚一堂隆重举行南邮—纽约理工国际学院开学典礼。首先我代表南京邮电大学全体师生对国际学院的各位新同学表示诚挚的祝贺!向远涉重洋来我校参加典礼的爱德华〃朱利安诺校长、美国纽约理工学院的各位教师和朋友表示热烈的欢迎!向拨冗参加开学典礼的各位和新闻界的朋友们表示衷心的`感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南京邮电大学是一所以电子、信息学科为特色的理工院校，为我国信息产业的发展做出了重要的贡献，被誉为“我国培养IT精英的摇篮”。之际，南邮人心中有了一个更美好的愿景，即把学校建成在信息学科领域国内一流、国际有影响的教学研究型大学。今天，我们朝着实现这个梦想迈进了坚实的一步。南京邮电大学与来自大洋彼岸的美国纽约理工学院合作，成功开办了南邮—纽约理工国际学院。纽约理工学院在美国享有较高的知名度，连年被《美国新闻与世界报道》杂志(US</w:t>
      </w:r>
      <w:r>
        <w:rPr>
          <w:lang w:eastAsia="zh-CN"/>
        </w:rPr>
        <w:t xml:space="preserve"> News</w:t>
      </w:r>
      <w:r>
        <w:rPr>
          <w:lang w:eastAsia="zh-CN"/>
        </w:rPr>
        <w:t xml:space="preserve"> &amp;</w:t>
      </w:r>
      <w:r>
        <w:rPr>
          <w:lang w:eastAsia="zh-CN"/>
        </w:rPr>
        <w:t xml:space="preserve"> World</w:t>
      </w:r>
      <w:r>
        <w:rPr>
          <w:lang w:eastAsia="zh-CN"/>
        </w:rPr>
        <w:t xml:space="preserve"> Report)</w:t>
      </w:r>
      <w:r>
        <w:rPr>
          <w:lang w:eastAsia="zh-CN"/>
        </w:rPr>
        <w:t xml:space="preserve"> 评为“颇具竞争力的理工学院”之一。我们相信，双方强强联手，纽约理工学院先进的教育理念、管理模式、办学经验与南京邮电大学的优质教育资源相结合，一定能够把“南邮—纽约理工国际学院”打造成中外合作办学的知名品牌，提升南京邮电大学的办学水平和国际影响，产生“1+1&gt;2”的效果。</w:t>
      </w:r>
      <w:r>
        <w:rPr>
          <w:lang w:eastAsia="zh-CN"/>
        </w:rPr>
        <w:br/>
      </w:r>
      <w:r>
        <w:rPr>
          <w:lang w:eastAsia="zh-CN"/>
        </w:rPr>
        <w:t>　　同学们，今天是你们人生中难忘的时刻。十年寒窗苦读,你们终于如愿以偿实现了自己的大学梦。今天也是南邮历史上值得纪念的日子,南邮—纽约理工国际学院将作为南邮对外合作办学的里程碑而载入校史。</w:t>
      </w:r>
      <w:r>
        <w:rPr>
          <w:lang w:eastAsia="zh-CN"/>
        </w:rPr>
        <w:br/>
      </w:r>
      <w:r>
        <w:rPr>
          <w:lang w:eastAsia="zh-CN"/>
        </w:rPr>
        <w:t>　　同学们,你们是南邮历史上特殊而幸运的学生。你们是南京邮电大学的学生,所以你们肩负着传承南邮的使命;你们又是南邮—纽约理工国际学院的学生，所以你们是中美合作办学的受益者，是传递中美友谊的使者。我校的中外合作办学才刚刚起步，但是我相信：南邮优良的学风和教育环境、纽约理工学院先进的管理经验一定能把同学们培养成具有国际竞争力的人才!</w:t>
      </w:r>
      <w:r>
        <w:rPr>
          <w:lang w:eastAsia="zh-CN"/>
        </w:rPr>
        <w:br/>
      </w:r>
      <w:r>
        <w:rPr>
          <w:lang w:eastAsia="zh-CN"/>
        </w:rPr>
        <w:t>　　同学们，“人生中没有什么成功是纯粹偶然得来的”，我希望这句话能照亮你们未来的四年行程。希望你们在校期间刻苦学习、勇于探索，用骄人的成绩来书写自己无悔的青春。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最后，预祝全体同学们生活愉快!学有所成!万事如意! 谢谢大家!</w:t>
      </w:r>
      <w:r>
        <w:rPr>
          <w:lang w:eastAsia="zh-CN"/>
        </w:rPr>
        <w:br/>
      </w:r>
      <w:r>
        <w:rPr>
          <w:lang w:eastAsia="zh-CN"/>
        </w:rPr>
        <w:t xml:space="preserve">    2024年新学期校长的发言稿范文 篇16 </w:t>
      </w:r>
      <w:r>
        <w:rPr>
          <w:lang w:eastAsia="zh-CN"/>
        </w:rPr>
        <w:br/>
      </w:r>
      <w:r>
        <w:rPr>
          <w:lang w:eastAsia="zh-CN"/>
        </w:rPr>
        <w:t>　　尊敬的老师们、亲爱的同学们：</w:t>
      </w:r>
      <w:r>
        <w:rPr>
          <w:lang w:eastAsia="zh-CN"/>
        </w:rPr>
        <w:br/>
      </w:r>
      <w:r>
        <w:rPr>
          <w:lang w:eastAsia="zh-CN"/>
        </w:rPr>
        <w:t>　　大家好！</w:t>
      </w:r>
      <w:r>
        <w:rPr>
          <w:lang w:eastAsia="zh-CN"/>
        </w:rPr>
        <w:br/>
      </w:r>
      <w:r>
        <w:rPr>
          <w:lang w:eastAsia="zh-CN"/>
        </w:rPr>
        <w:t>　　今天，在这里，首先我衷心地祝愿各位老师在新的一年里家庭幸福，工作顺利，生活开心，同学们学习天天向上，身体健康成长。过去的一学年，在全体老师和同学们的共同努力下，我们迎难而上，与时俱进，开拓创新，学校各方面的工作稳步推进，取得优异成绩。</w:t>
      </w:r>
      <w:r>
        <w:rPr>
          <w:lang w:eastAsia="zh-CN"/>
        </w:rPr>
        <w:br/>
      </w:r>
      <w:r>
        <w:rPr>
          <w:lang w:eastAsia="zh-CN"/>
        </w:rPr>
        <w:t>　　新的学期已经来到了，我们将面临新的机遇和挑战，浦市江卫小学的老师、同学们是好样的。学校在以后的各项工作中，将始终坚持“视质量为生命，靠创新求发展”的办学理念，坚持以“学生发展为本，教师提高为本，学校发展为本”的办学方略，外塑形象，内强素质，关注师生的互动发展，使每一位同学都拥有快乐，学会创造，学会做人；让每一位老师都爱岗敬业、爱校如家、团结和谐。</w:t>
      </w:r>
      <w:r>
        <w:rPr>
          <w:lang w:eastAsia="zh-CN"/>
        </w:rPr>
        <w:br/>
      </w:r>
      <w:r>
        <w:rPr>
          <w:lang w:eastAsia="zh-CN"/>
        </w:rPr>
        <w:t>　　同学们，你在想什么呢？作为一个小学生，如何使自己成为家庭的好孩子、学校的好学生、社会的好少年呢？将来如何更好地适应新形势的需求，把自己塑造成为符合时代发展的、能为社会作出贡献的合格人才呢？我对同学们提出如下希望和要求：</w:t>
      </w:r>
      <w:r>
        <w:rPr>
          <w:lang w:eastAsia="zh-CN"/>
        </w:rPr>
        <w:br/>
      </w:r>
      <w:r>
        <w:rPr>
          <w:lang w:eastAsia="zh-CN"/>
        </w:rPr>
        <w:t>　　首先，要学会做人。同学们要学会关心他人，互助友爱，文明礼貌，争做优秀自理生与五星学生。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第二，同学们要学会学习。在学习的过程中，应该培养勤奋刻苦的学习精神，还应掌握好的学习方法，以求得事半功倍的学习效果。</w:t>
      </w:r>
      <w:r>
        <w:rPr>
          <w:lang w:eastAsia="zh-CN"/>
        </w:rPr>
        <w:br/>
      </w:r>
      <w:r>
        <w:rPr>
          <w:lang w:eastAsia="zh-CN"/>
        </w:rPr>
        <w:t>　　第三，要拥有强健的体魄和良好的心理素质，掌握基本的生活技能，培养健康的审美情趣，发展特长，为将来的发展打下良好的基础。学习成绩达到“更高、更好、更上一层楼”。</w:t>
      </w:r>
      <w:r>
        <w:rPr>
          <w:lang w:eastAsia="zh-CN"/>
        </w:rPr>
        <w:br/>
      </w:r>
      <w:r>
        <w:rPr>
          <w:lang w:eastAsia="zh-CN"/>
        </w:rPr>
        <w:t>　　第四，要团结友爱，遵纪守法。同学们要为加强校风和班风建设作出贡献，要增强集体意识，培养团队精神，文明礼貌，团结互助，争做学校的好学生。</w:t>
      </w:r>
      <w:r>
        <w:rPr>
          <w:lang w:eastAsia="zh-CN"/>
        </w:rPr>
        <w:br/>
      </w:r>
      <w:r>
        <w:rPr>
          <w:lang w:eastAsia="zh-CN"/>
        </w:rPr>
        <w:t>　　第五，要讲卫生、讲文明，爱我校园，从我做起，营造好我们整洁、舒适、美丽的校园。开展好“五个一”活动。人人学会写一手好字；能写一篇好文章；有一项兴趣特长；读一本好书，每天做一件好事。</w:t>
      </w:r>
      <w:r>
        <w:rPr>
          <w:lang w:eastAsia="zh-CN"/>
        </w:rPr>
        <w:br/>
      </w:r>
      <w:r>
        <w:rPr>
          <w:lang w:eastAsia="zh-CN"/>
        </w:rPr>
        <w:t>　　同学们，你们是二十一世纪的主人，是未来祖国建设的生力军，是中华民族的希望！过去，我们浦市江卫小学为各中学输送了一大批优秀的生源，赢得了有关中学和广大学生和学生家长的信任和支持。今后，我们将继续发扬学校的优良传统，不断提高教育教学水平。学校会尽力为同学们创造良好的学习条件，同学们要加倍努力。你们的父母在关注着你们；我们的每一位教师都在祝福你们。今天我们要将新学期视为一个新的起点，以全新的'精神面貌投入学习和生活之中。遵守学校规章制度，尊敬老师，刻苦学习，热爱劳动，关心他人，善于合作，以优异的成绩向你们的父母汇报。</w:t>
      </w:r>
      <w:r>
        <w:rPr>
          <w:lang w:eastAsia="zh-CN"/>
        </w:rPr>
        <w:br/>
      </w:r>
    </w:p>
    <w:p w:rsidR="001B1F19" w14:textId="27C3F48A">
      <w:pPr>
        <w:rPr>
          <w:rFonts w:hint="eastAsia"/>
          <w:lang w:eastAsia="zh-CN"/>
        </w:rPr>
      </w:pPr>
      <w:r>
        <w:rPr>
          <w:lang w:eastAsia="zh-CN"/>
        </w:rPr>
        <w:t>　　老师们、同学们，收获的在同学们的勤奋中，她蕴藏在我们每一位江卫小学人的心中。让我们在前进的道路上策马扬鞭，与时俱进，开拓创新，以饱满的热情迎接新的挑战，寻求新的发展，为浦市江卫小学的未来而奋斗！让鲜花和掌声永远与浦市江卫小学相伴，让我们共同的家园-浦市江卫小学永远温馨。</w:t>
      </w:r>
      <w:r>
        <w:rPr>
          <w:lang w:eastAsia="zh-CN"/>
        </w:rPr>
        <w:br/>
      </w:r>
      <w:r>
        <w:rPr>
          <w:lang w:eastAsia="zh-CN"/>
        </w:rPr>
        <w:t>　　最后，祝我们的全体老师在新的学期中身体健康、工作愉快、家庭幸福！祝同学们快乐成长，学习进步！谢谢大家。</w:t>
      </w:r>
      <w:r>
        <w:rPr>
          <w:lang w:eastAsia="zh-CN"/>
        </w:rPr>
        <w:br/>
      </w:r>
      <w:r>
        <w:rPr>
          <w:lang w:eastAsia="zh-CN"/>
        </w:rPr>
        <w:t xml:space="preserve">    2024年新学期校长的发言稿范文 篇17 </w:t>
      </w:r>
      <w:r>
        <w:rPr>
          <w:lang w:eastAsia="zh-CN"/>
        </w:rPr>
        <w:br/>
      </w:r>
      <w:r>
        <w:rPr>
          <w:lang w:eastAsia="zh-CN"/>
        </w:rPr>
        <w:t>　　尊敬的，老师，亲爱同学们</w:t>
      </w:r>
      <w:r>
        <w:rPr>
          <w:lang w:eastAsia="zh-CN"/>
        </w:rPr>
        <w:br/>
      </w:r>
      <w:r>
        <w:rPr>
          <w:lang w:eastAsia="zh-CN"/>
        </w:rPr>
        <w:t>　　大家好！</w:t>
      </w:r>
      <w:r>
        <w:rPr>
          <w:lang w:eastAsia="zh-CN"/>
        </w:rPr>
        <w:br/>
      </w:r>
      <w:r>
        <w:rPr>
          <w:lang w:eastAsia="zh-CN"/>
        </w:rPr>
        <w:t>　　昨天还在考场上为自己的理想拼搏，今天我们为了梦想聚在一起，这一崭新的舞台上，大学生活徐徐拉开帷幕，我们开始放飞梦想，扬帆起航，虽然我们远离家乡，但是我们并不孤独，我们拥有最诚挚的关爱最永久的友情，我们相信一定可以在这里灌溉自己，为日后实现志打下坚定的基础，年轻的我们有着绚丽多彩的梦，但是我们还要砥砺品格，博学笃志，发奋图强。无论我们来自哪里，我们都要在这精英荟萃之地度过我们人生中最璀璨的年华。</w:t>
      </w:r>
      <w:r>
        <w:rPr>
          <w:lang w:eastAsia="zh-CN"/>
        </w:rPr>
        <w:br/>
      </w:r>
      <w:r>
        <w:rPr>
          <w:lang w:eastAsia="zh-CN"/>
        </w:rPr>
        <w:t>　　我们会尽快适应新的学习生活，树立远大的奋斗目标，积极参加学校的各项活动，努力提高自己的实践能力，平于律己，树立规范意识，遵守学校的各项规章制度，共同营造一个文明优雅的校园，我坚信一份耕耘一份收获，学习的根是苦的，学习的果子是甜的`。</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https://d.book118.com/977003041063006040</w:t>
        </w:r>
      </w:hyperlink>
    </w:p>
    <w:p w:rsidR="001B1F19">
      <w:pPr>
        <w:rPr>
          <w:rFonts w:hint="eastAsia"/>
          <w:lang w:eastAsia="zh-CN"/>
        </w:rPr>
      </w:pPr>
    </w:p>
    <w:sectPr>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7700304106300604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