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八年级地理教学计划集锦（34篇）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一、指导思想</w:t>
      </w:r>
      <w:r>
        <w:rPr>
          <w:lang w:eastAsia="zh-CN"/>
        </w:rPr>
        <w:br/>
      </w:r>
      <w:r>
        <w:rPr>
          <w:lang w:eastAsia="zh-CN"/>
        </w:rPr>
        <w:t>　　在新课标理论的指导下，特别是以《标准(最新一年版)》为依据，以学校教导处工作计划为指导，加强课堂教学，参考，更加高效地完成本学科教学目标。积极参加教科研活动，加强集体备课，努力使教学水平，业务能力有更大的提高。同时，通过传授与学生生活密切联系的地理知识，传达地理思想，培养学生学习地理的兴趣和初步能力，最终使学生从“学会地理”，走向“会学地理”。</w:t>
      </w:r>
      <w:r>
        <w:rPr>
          <w:lang w:eastAsia="zh-CN"/>
        </w:rPr>
        <w:br/>
      </w:r>
      <w:r>
        <w:rPr>
          <w:lang w:eastAsia="zh-CN"/>
        </w:rPr>
        <w:t>　　二、 教学任务</w:t>
      </w:r>
      <w:r>
        <w:rPr>
          <w:lang w:eastAsia="zh-CN"/>
        </w:rPr>
        <w:br/>
      </w:r>
      <w:r>
        <w:rPr>
          <w:lang w:eastAsia="zh-CN"/>
        </w:rPr>
        <w:t>　　本学期讲授九年义务教育课程标准实验教材(人教版)——《中国地理》(八年级上册)。</w:t>
      </w:r>
      <w:r>
        <w:rPr>
          <w:lang w:eastAsia="zh-CN"/>
        </w:rPr>
        <w:br/>
      </w:r>
      <w:r>
        <w:rPr>
          <w:lang w:eastAsia="zh-CN"/>
        </w:rPr>
        <w:t>　　三、学生情况分析</w:t>
      </w:r>
      <w:r>
        <w:rPr>
          <w:lang w:eastAsia="zh-CN"/>
        </w:rPr>
        <w:br/>
      </w:r>
      <w:r>
        <w:rPr>
          <w:lang w:eastAsia="zh-CN"/>
        </w:rPr>
        <w:t>　　总体上讲，本届初二生是全县选拔较好的学生，学生来自各乡镇，学生差异大，学生学习积极性比较高，课堂讨论较激烈，具备一定的学习自觉性，求知欲较高。课堂气氛好，学生思维灵活;四个班当中每班学生上课活跃，尖子生较多。班班 学生积极，差生面小。各班学生学习主动，比较平衡。</w:t>
      </w:r>
      <w:r>
        <w:rPr>
          <w:lang w:eastAsia="zh-CN"/>
        </w:rPr>
        <w:br/>
      </w:r>
      <w:r>
        <w:rPr>
          <w:lang w:eastAsia="zh-CN"/>
        </w:rPr>
        <w:t>　　四、教材分析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八年级地理上册(人教版)教材内容是中国地理为主，分为从世界看中国、中国的自然环境、中国的自然资源和中国的经济发展</w:t>
      </w:r>
      <w:r>
        <w:rPr>
          <w:lang w:eastAsia="zh-CN"/>
        </w:rPr>
        <w:t xml:space="preserve"> 四大部分。八年级地理上册表现出对各种能力的培养，教材更多篇幅的图片和活动的训练。我国地域辽阔，资源丰富，但存在巨大的地域差异，这就需要在教学上处理好整体与差异的关系。</w:t>
      </w:r>
      <w:r>
        <w:rPr>
          <w:lang w:eastAsia="zh-CN"/>
        </w:rPr>
        <w:br/>
      </w:r>
      <w:r>
        <w:rPr>
          <w:lang w:eastAsia="zh-CN"/>
        </w:rPr>
        <w:t>　　例如：我国的疆域面积居世界第三，但东西和南北都跨度很大，带来了冬季气候上的南北差异也带来了东西的时间差异。</w:t>
      </w:r>
      <w:r>
        <w:rPr>
          <w:lang w:eastAsia="zh-CN"/>
        </w:rPr>
        <w:br/>
      </w:r>
      <w:r>
        <w:rPr>
          <w:lang w:eastAsia="zh-CN"/>
        </w:rPr>
        <w:t>　　例如：我国地形以山地为主，但地形复杂多样。自然环境存在南北气温的差异、东西降水的差异。自然环境的差异带来了各区经济、文化等方面的不同。因此北方地区的能源与工业，南方地区的商业与农业，西北地区矿产资源与畜牧业，青藏地区的高寒景观各具特色形成了四大地区差异。</w:t>
      </w:r>
      <w:r>
        <w:rPr>
          <w:lang w:eastAsia="zh-CN"/>
        </w:rPr>
        <w:br/>
      </w:r>
      <w:r>
        <w:rPr>
          <w:lang w:eastAsia="zh-CN"/>
        </w:rPr>
        <w:t>　　又例如：我国自然资源丰富，许多资源的总量都居世界前列。由于人口众多，经济发展东西差距较大，许多重要的资源分布不均，在利用的过程中出现极大的浪费。以可持续发展的战略，如何因地制宜地开发可更新能源，保护好现有的能源是我们在这一章节不可忽略的主题思想。</w:t>
      </w:r>
      <w:r>
        <w:rPr>
          <w:lang w:eastAsia="zh-CN"/>
        </w:rPr>
        <w:br/>
      </w:r>
      <w:r>
        <w:rPr>
          <w:lang w:eastAsia="zh-CN"/>
        </w:rPr>
        <w:t>　　五、教学总目标：</w:t>
      </w:r>
      <w:r>
        <w:rPr>
          <w:lang w:eastAsia="zh-CN"/>
        </w:rPr>
        <w:br/>
      </w:r>
      <w:r>
        <w:rPr>
          <w:lang w:eastAsia="zh-CN"/>
        </w:rPr>
        <w:t>　　1、通过义务教育阶段《地理》(八年级上册)课程的学习，学生在知识、能力、情感态度与价值观几方面得到发展。</w:t>
      </w:r>
      <w:r>
        <w:rPr>
          <w:lang w:eastAsia="zh-CN"/>
        </w:rPr>
        <w:br/>
      </w:r>
      <w:r>
        <w:rPr>
          <w:lang w:eastAsia="zh-CN"/>
        </w:rPr>
        <w:t>　　2、成绩：努力提高学生的成绩，在月考、期中期末考试中争取没有不及格学生。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3、期考目标：人平均分70以上，综合成绩排名力争定安县前三名</w:t>
      </w:r>
      <w:r>
        <w:rPr>
          <w:lang w:eastAsia="zh-CN"/>
        </w:rPr>
        <w:br/>
      </w:r>
      <w:r>
        <w:rPr>
          <w:lang w:eastAsia="zh-CN"/>
        </w:rPr>
        <w:t>　　六、具体措施</w:t>
      </w:r>
      <w:r>
        <w:rPr>
          <w:lang w:eastAsia="zh-CN"/>
        </w:rPr>
        <w:br/>
      </w:r>
      <w:r>
        <w:rPr>
          <w:lang w:eastAsia="zh-CN"/>
        </w:rPr>
        <w:t>　　1. 教学中充分发挥双主体的作用，采用各种形式，给学生一个学习探究、合作的空间，培学习地理的兴趣、积极性和主动性，在加强“双基”的基础上，注重过程和方法，情感态度和价值观的形成与培养。</w:t>
      </w:r>
      <w:r>
        <w:rPr>
          <w:lang w:eastAsia="zh-CN"/>
        </w:rPr>
        <w:br/>
      </w:r>
      <w:r>
        <w:rPr>
          <w:lang w:eastAsia="zh-CN"/>
        </w:rPr>
        <w:t>　　2.有计划、有步骤地指导学生提高读图能力，并且要大力开发课程资源，丰富学生的地理知识，学习生活中的地理，学习有用的地理。</w:t>
      </w:r>
      <w:r>
        <w:rPr>
          <w:lang w:eastAsia="zh-CN"/>
        </w:rPr>
        <w:br/>
      </w:r>
      <w:r>
        <w:rPr>
          <w:lang w:eastAsia="zh-CN"/>
        </w:rPr>
        <w:t>　　3. 教学中做到精讲，重知识体系、结构、联系和思维方法及解题思路，不要面面俱到、拖泥带水，要讲究教学技巧和艺术，提高课时效益。训练题要做到精选、精练，鼓励微型试题。做到讲练结合，努力提高复习效率。</w:t>
      </w:r>
      <w:r>
        <w:rPr>
          <w:lang w:eastAsia="zh-CN"/>
        </w:rPr>
        <w:br/>
      </w:r>
      <w:r>
        <w:rPr>
          <w:lang w:eastAsia="zh-CN"/>
        </w:rPr>
        <w:t>　　4. 重点热点抓辐射 重点据生活实际中的具体问题，运用地理知识解决问题，学以致用、活学活用，切忌将教材内容重复复习一遍，应在所例举的重点热点专题复习中，运用探究性、自主性的学习方法，相互研讨、归纳，让学生从教材内容中挖掘有一定思维深度的问题，激活学生思维，培养学生思维能力，并做到“宽口径、粗线条、广辐射。”</w:t>
      </w:r>
      <w:r>
        <w:rPr>
          <w:lang w:eastAsia="zh-CN"/>
        </w:rPr>
        <w:br/>
      </w:r>
      <w:r>
        <w:rPr>
          <w:lang w:eastAsia="zh-CN"/>
        </w:rPr>
        <w:t>　　5、抓好常规地理课堂教学。认真备好每一节课，搞好集体备课，努力讲好每一节课;讲究练习的实效性。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6、认真学习新课标理论，领会新课标精髓，用科学的理论指导教学实践。</w:t>
      </w:r>
      <w:r>
        <w:rPr>
          <w:lang w:eastAsia="zh-CN"/>
        </w:rPr>
        <w:br/>
      </w:r>
      <w:r>
        <w:rPr>
          <w:lang w:eastAsia="zh-CN"/>
        </w:rPr>
        <w:t>　　7、充分利用网络资源，切实做好地课备课资料的收集，整理工作，为地理课件的制作准备充分的素材。</w:t>
      </w:r>
      <w:r>
        <w:rPr>
          <w:lang w:eastAsia="zh-CN"/>
        </w:rPr>
        <w:br/>
      </w:r>
      <w:r>
        <w:rPr>
          <w:lang w:eastAsia="zh-CN"/>
        </w:rPr>
        <w:t>　　8、积极参加教研教改活动，在教研组，教务处的指导下，努力使教育教学能力再上新台阶。</w:t>
      </w:r>
      <w:r>
        <w:rPr>
          <w:lang w:eastAsia="zh-CN"/>
        </w:rPr>
        <w:br/>
      </w:r>
      <w:r>
        <w:rPr>
          <w:lang w:eastAsia="zh-CN"/>
        </w:rPr>
        <w:t>　　9、教学中关注学生的身心发展。结合学科特点，开展学科知识竞赛活动，激发学生学习兴趣。</w:t>
      </w:r>
      <w:r>
        <w:rPr>
          <w:lang w:eastAsia="zh-CN"/>
        </w:rPr>
        <w:br/>
      </w:r>
      <w:r>
        <w:rPr>
          <w:lang w:eastAsia="zh-CN"/>
        </w:rPr>
        <w:t>　　10、每次月度考试后，全面做好每个学生，每个班级的质量分析。注意发现教学和学生学习中存在的问题并及时解决。</w:t>
      </w:r>
      <w:r>
        <w:rPr>
          <w:lang w:eastAsia="zh-CN"/>
        </w:rPr>
        <w:br/>
      </w:r>
      <w:r>
        <w:rPr>
          <w:lang w:eastAsia="zh-CN"/>
        </w:rPr>
        <w:t>　　总之，在本学期中，我会努力以新的教学理念、教学原则、教学策略和方法去引导教育学生。从而切切实实地提高教育质量，取得新的成绩。向学校、学生、家长交一份满意的答卷。</w:t>
      </w:r>
      <w:r>
        <w:rPr>
          <w:lang w:eastAsia="zh-CN"/>
        </w:rPr>
        <w:br/>
      </w:r>
      <w:r>
        <w:rPr>
          <w:lang w:eastAsia="zh-CN"/>
        </w:rPr>
        <w:t>　　七、教学进度表</w:t>
      </w:r>
      <w:r>
        <w:rPr>
          <w:lang w:eastAsia="zh-CN"/>
        </w:rPr>
        <w:br/>
      </w:r>
      <w:r>
        <w:rPr>
          <w:lang w:eastAsia="zh-CN"/>
        </w:rPr>
        <w:t>　　周次</w:t>
      </w:r>
      <w:r>
        <w:rPr>
          <w:lang w:eastAsia="zh-CN"/>
        </w:rPr>
        <w:br/>
      </w:r>
      <w:r>
        <w:rPr>
          <w:lang w:eastAsia="zh-CN"/>
        </w:rPr>
        <w:t>　　教材内容</w:t>
      </w:r>
      <w:r>
        <w:rPr>
          <w:lang w:eastAsia="zh-CN"/>
        </w:rPr>
        <w:br/>
      </w:r>
      <w:r>
        <w:rPr>
          <w:lang w:eastAsia="zh-CN"/>
        </w:rPr>
        <w:t>　　课时</w:t>
      </w:r>
      <w:r>
        <w:rPr>
          <w:lang w:eastAsia="zh-CN"/>
        </w:rPr>
        <w:br/>
      </w:r>
      <w:r>
        <w:rPr>
          <w:lang w:eastAsia="zh-CN"/>
        </w:rPr>
        <w:t>　　主要知识或重点知识</w:t>
      </w:r>
      <w:r>
        <w:rPr>
          <w:lang w:eastAsia="zh-CN"/>
        </w:rPr>
        <w:br/>
      </w:r>
      <w:r>
        <w:rPr>
          <w:lang w:eastAsia="zh-CN"/>
        </w:rPr>
        <w:t>　　1</w:t>
      </w:r>
      <w:r>
        <w:rPr>
          <w:lang w:eastAsia="zh-CN"/>
        </w:rPr>
        <w:br/>
      </w:r>
      <w:r>
        <w:rPr>
          <w:lang w:eastAsia="zh-CN"/>
        </w:rPr>
        <w:t>　　1-1辽阔的疆域</w:t>
      </w:r>
      <w:r>
        <w:rPr>
          <w:lang w:eastAsia="zh-CN"/>
        </w:rPr>
        <w:br/>
      </w:r>
      <w:r>
        <w:rPr>
          <w:lang w:eastAsia="zh-CN"/>
        </w:rPr>
        <w:t>　　2</w:t>
      </w:r>
      <w:r>
        <w:rPr>
          <w:lang w:eastAsia="zh-CN"/>
        </w:rPr>
        <w:br/>
      </w:r>
      <w:r>
        <w:rPr>
          <w:lang w:eastAsia="zh-CN"/>
        </w:rPr>
        <w:t>　　地理优越、国土辽阔、34省级行政区名称、位置、行政中心、简称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2</w:t>
      </w:r>
      <w:r>
        <w:rPr>
          <w:lang w:eastAsia="zh-CN"/>
        </w:rPr>
        <w:br/>
      </w:r>
      <w:r>
        <w:rPr>
          <w:lang w:eastAsia="zh-CN"/>
        </w:rPr>
        <w:t>　　1-2众多的人口</w:t>
      </w:r>
      <w:r>
        <w:rPr>
          <w:lang w:eastAsia="zh-CN"/>
        </w:rPr>
        <w:br/>
      </w:r>
      <w:r>
        <w:rPr>
          <w:lang w:eastAsia="zh-CN"/>
        </w:rPr>
        <w:t>　　2</w:t>
      </w:r>
      <w:r>
        <w:rPr>
          <w:lang w:eastAsia="zh-CN"/>
        </w:rPr>
        <w:br/>
      </w:r>
      <w:r>
        <w:rPr>
          <w:lang w:eastAsia="zh-CN"/>
        </w:rPr>
        <w:t>　　人口特点、增长趋势、人口国策；民族政策、民族分布特点</w:t>
      </w:r>
      <w:r>
        <w:rPr>
          <w:lang w:eastAsia="zh-CN"/>
        </w:rPr>
        <w:br/>
      </w:r>
      <w:r>
        <w:rPr>
          <w:lang w:eastAsia="zh-CN"/>
        </w:rPr>
        <w:t>　　3</w:t>
      </w:r>
      <w:r>
        <w:rPr>
          <w:lang w:eastAsia="zh-CN"/>
        </w:rPr>
        <w:br/>
      </w:r>
      <w:r>
        <w:rPr>
          <w:lang w:eastAsia="zh-CN"/>
        </w:rPr>
        <w:t>　　1-3多民族的大家庭</w:t>
      </w:r>
      <w:r>
        <w:rPr>
          <w:lang w:eastAsia="zh-CN"/>
        </w:rPr>
        <w:br/>
      </w:r>
      <w:r>
        <w:rPr>
          <w:lang w:eastAsia="zh-CN"/>
        </w:rPr>
        <w:t>　　2</w:t>
      </w:r>
      <w:r>
        <w:rPr>
          <w:lang w:eastAsia="zh-CN"/>
        </w:rPr>
        <w:br/>
      </w:r>
      <w:r>
        <w:rPr>
          <w:lang w:eastAsia="zh-CN"/>
        </w:rPr>
        <w:t>　　56个民族、民族的分布</w:t>
      </w:r>
      <w:r>
        <w:rPr>
          <w:lang w:eastAsia="zh-CN"/>
        </w:rPr>
        <w:br/>
      </w:r>
      <w:r>
        <w:rPr>
          <w:lang w:eastAsia="zh-CN"/>
        </w:rPr>
        <w:t>　　4</w:t>
      </w:r>
      <w:r>
        <w:rPr>
          <w:lang w:eastAsia="zh-CN"/>
        </w:rPr>
        <w:br/>
      </w:r>
      <w:r>
        <w:rPr>
          <w:lang w:eastAsia="zh-CN"/>
        </w:rPr>
        <w:t>　　2-1中国的地势和地形</w:t>
      </w:r>
      <w:r>
        <w:rPr>
          <w:lang w:eastAsia="zh-CN"/>
        </w:rPr>
        <w:br/>
      </w:r>
      <w:r>
        <w:rPr>
          <w:lang w:eastAsia="zh-CN"/>
        </w:rPr>
        <w:t>　　2</w:t>
      </w:r>
      <w:r>
        <w:rPr>
          <w:lang w:eastAsia="zh-CN"/>
        </w:rPr>
        <w:br/>
      </w:r>
      <w:r>
        <w:rPr>
          <w:lang w:eastAsia="zh-CN"/>
        </w:rPr>
        <w:t>　　地势地形、山区面积广大</w:t>
      </w:r>
      <w:r>
        <w:rPr>
          <w:lang w:eastAsia="zh-CN"/>
        </w:rPr>
        <w:br/>
      </w:r>
      <w:r>
        <w:rPr>
          <w:lang w:eastAsia="zh-CN"/>
        </w:rPr>
        <w:t>　　5</w:t>
      </w:r>
      <w:r>
        <w:rPr>
          <w:lang w:eastAsia="zh-CN"/>
        </w:rPr>
        <w:br/>
      </w:r>
      <w:r>
        <w:rPr>
          <w:lang w:eastAsia="zh-CN"/>
        </w:rPr>
        <w:t>　　国庆放假</w:t>
      </w:r>
      <w:r>
        <w:rPr>
          <w:lang w:eastAsia="zh-CN"/>
        </w:rPr>
        <w:br/>
      </w:r>
      <w:r>
        <w:rPr>
          <w:lang w:eastAsia="zh-CN"/>
        </w:rPr>
        <w:t>　　2</w:t>
      </w:r>
      <w:r>
        <w:rPr>
          <w:lang w:eastAsia="zh-CN"/>
        </w:rPr>
        <w:br/>
      </w:r>
      <w:r>
        <w:rPr>
          <w:lang w:eastAsia="zh-CN"/>
        </w:rPr>
        <w:t>　　6</w:t>
      </w:r>
      <w:r>
        <w:rPr>
          <w:lang w:eastAsia="zh-CN"/>
        </w:rPr>
        <w:br/>
      </w:r>
      <w:r>
        <w:rPr>
          <w:lang w:eastAsia="zh-CN"/>
        </w:rPr>
        <w:t>　　第一次月考</w:t>
      </w:r>
      <w:r>
        <w:rPr>
          <w:lang w:eastAsia="zh-CN"/>
        </w:rPr>
        <w:br/>
      </w:r>
      <w:r>
        <w:rPr>
          <w:lang w:eastAsia="zh-CN"/>
        </w:rPr>
        <w:t>　　2</w:t>
      </w:r>
      <w:r>
        <w:rPr>
          <w:lang w:eastAsia="zh-CN"/>
        </w:rPr>
        <w:br/>
      </w:r>
      <w:r>
        <w:rPr>
          <w:lang w:eastAsia="zh-CN"/>
        </w:rPr>
        <w:t>　　所教内容</w:t>
      </w:r>
      <w:r>
        <w:rPr>
          <w:lang w:eastAsia="zh-CN"/>
        </w:rPr>
        <w:br/>
      </w:r>
      <w:r>
        <w:rPr>
          <w:lang w:eastAsia="zh-CN"/>
        </w:rPr>
        <w:t>　　7</w:t>
      </w:r>
      <w:r>
        <w:rPr>
          <w:lang w:eastAsia="zh-CN"/>
        </w:rPr>
        <w:br/>
      </w:r>
      <w:r>
        <w:rPr>
          <w:lang w:eastAsia="zh-CN"/>
        </w:rPr>
        <w:t>　　2-2中国的气候</w:t>
      </w:r>
      <w:r>
        <w:rPr>
          <w:lang w:eastAsia="zh-CN"/>
        </w:rPr>
        <w:br/>
      </w:r>
      <w:r>
        <w:rPr>
          <w:lang w:eastAsia="zh-CN"/>
        </w:rPr>
        <w:t>　　2</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我国南北温差、东西干湿、季风气候显著</w:t>
      </w:r>
      <w:r>
        <w:rPr>
          <w:lang w:eastAsia="zh-CN"/>
        </w:rPr>
        <w:br/>
      </w:r>
      <w:r>
        <w:rPr>
          <w:lang w:eastAsia="zh-CN"/>
        </w:rPr>
        <w:t>　　8</w:t>
      </w:r>
      <w:r>
        <w:rPr>
          <w:lang w:eastAsia="zh-CN"/>
        </w:rPr>
        <w:br/>
      </w:r>
      <w:r>
        <w:rPr>
          <w:lang w:eastAsia="zh-CN"/>
        </w:rPr>
        <w:t>　　2-3河流和湖泊</w:t>
      </w:r>
      <w:r>
        <w:rPr>
          <w:lang w:eastAsia="zh-CN"/>
        </w:rPr>
        <w:br/>
      </w:r>
      <w:r>
        <w:rPr>
          <w:lang w:eastAsia="zh-CN"/>
        </w:rPr>
        <w:t>　　2</w:t>
      </w:r>
      <w:r>
        <w:rPr>
          <w:lang w:eastAsia="zh-CN"/>
        </w:rPr>
        <w:br/>
      </w:r>
      <w:r>
        <w:rPr>
          <w:lang w:eastAsia="zh-CN"/>
        </w:rPr>
        <w:t>　　众多的河湖、黄河的治理</w:t>
      </w:r>
      <w:r>
        <w:rPr>
          <w:lang w:eastAsia="zh-CN"/>
        </w:rPr>
        <w:br/>
      </w:r>
      <w:r>
        <w:rPr>
          <w:lang w:eastAsia="zh-CN"/>
        </w:rPr>
        <w:t>　　9</w:t>
      </w:r>
      <w:r>
        <w:rPr>
          <w:lang w:eastAsia="zh-CN"/>
        </w:rPr>
        <w:br/>
      </w:r>
      <w:r>
        <w:rPr>
          <w:lang w:eastAsia="zh-CN"/>
        </w:rPr>
        <w:t>　　2-3河流和湖泊</w:t>
      </w:r>
      <w:r>
        <w:rPr>
          <w:lang w:eastAsia="zh-CN"/>
        </w:rPr>
        <w:br/>
      </w:r>
      <w:r>
        <w:rPr>
          <w:lang w:eastAsia="zh-CN"/>
        </w:rPr>
        <w:t>　　2</w:t>
      </w:r>
      <w:r>
        <w:rPr>
          <w:lang w:eastAsia="zh-CN"/>
        </w:rPr>
        <w:br/>
      </w:r>
      <w:r>
        <w:rPr>
          <w:lang w:eastAsia="zh-CN"/>
        </w:rPr>
        <w:t>　　长江的开发</w:t>
      </w:r>
      <w:r>
        <w:rPr>
          <w:lang w:eastAsia="zh-CN"/>
        </w:rPr>
        <w:br/>
      </w:r>
      <w:r>
        <w:rPr>
          <w:lang w:eastAsia="zh-CN"/>
        </w:rPr>
        <w:t>　　10</w:t>
      </w:r>
      <w:r>
        <w:rPr>
          <w:lang w:eastAsia="zh-CN"/>
        </w:rPr>
        <w:br/>
      </w:r>
      <w:r>
        <w:rPr>
          <w:lang w:eastAsia="zh-CN"/>
        </w:rPr>
        <w:t>　　3-1中国的自然资源</w:t>
      </w:r>
      <w:r>
        <w:rPr>
          <w:lang w:eastAsia="zh-CN"/>
        </w:rPr>
        <w:br/>
      </w:r>
      <w:r>
        <w:rPr>
          <w:lang w:eastAsia="zh-CN"/>
        </w:rPr>
        <w:t>　　2</w:t>
      </w:r>
      <w:r>
        <w:rPr>
          <w:lang w:eastAsia="zh-CN"/>
        </w:rPr>
        <w:br/>
      </w:r>
      <w:r>
        <w:rPr>
          <w:lang w:eastAsia="zh-CN"/>
        </w:rPr>
        <w:t>　　自然资源与我们总量丰富，人均不足</w:t>
      </w:r>
      <w:r>
        <w:rPr>
          <w:lang w:eastAsia="zh-CN"/>
        </w:rPr>
        <w:br/>
      </w:r>
      <w:r>
        <w:rPr>
          <w:lang w:eastAsia="zh-CN"/>
        </w:rPr>
        <w:t>　　11</w:t>
      </w:r>
      <w:r>
        <w:rPr>
          <w:lang w:eastAsia="zh-CN"/>
        </w:rPr>
        <w:br/>
      </w:r>
      <w:r>
        <w:rPr>
          <w:lang w:eastAsia="zh-CN"/>
        </w:rPr>
        <w:t>　　期中考试</w:t>
      </w:r>
      <w:r>
        <w:rPr>
          <w:lang w:eastAsia="zh-CN"/>
        </w:rPr>
        <w:br/>
      </w:r>
      <w:r>
        <w:rPr>
          <w:lang w:eastAsia="zh-CN"/>
        </w:rPr>
        <w:t>　　2</w:t>
      </w:r>
      <w:r>
        <w:rPr>
          <w:lang w:eastAsia="zh-CN"/>
        </w:rPr>
        <w:br/>
      </w:r>
      <w:r>
        <w:rPr>
          <w:lang w:eastAsia="zh-CN"/>
        </w:rPr>
        <w:t>　　复习考试</w:t>
      </w:r>
      <w:r>
        <w:rPr>
          <w:lang w:eastAsia="zh-CN"/>
        </w:rPr>
        <w:br/>
      </w:r>
      <w:r>
        <w:rPr>
          <w:lang w:eastAsia="zh-CN"/>
        </w:rPr>
        <w:t>　　12</w:t>
      </w:r>
      <w:r>
        <w:rPr>
          <w:lang w:eastAsia="zh-CN"/>
        </w:rPr>
        <w:br/>
      </w:r>
      <w:r>
        <w:rPr>
          <w:lang w:eastAsia="zh-CN"/>
        </w:rPr>
        <w:t>　　3-2土地资源</w:t>
      </w:r>
      <w:r>
        <w:rPr>
          <w:lang w:eastAsia="zh-CN"/>
        </w:rPr>
        <w:br/>
      </w:r>
      <w:r>
        <w:rPr>
          <w:lang w:eastAsia="zh-CN"/>
        </w:rPr>
        <w:t>　　2</w:t>
      </w:r>
      <w:r>
        <w:rPr>
          <w:lang w:eastAsia="zh-CN"/>
        </w:rPr>
        <w:br/>
      </w:r>
      <w:r>
        <w:rPr>
          <w:lang w:eastAsia="zh-CN"/>
        </w:rPr>
        <w:t>　　土地资源的利用、分布、利用</w:t>
      </w:r>
      <w:r>
        <w:rPr>
          <w:lang w:eastAsia="zh-CN"/>
        </w:rPr>
        <w:br/>
      </w:r>
      <w:r>
        <w:rPr>
          <w:lang w:eastAsia="zh-CN"/>
        </w:rPr>
        <w:t>　　13</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3-3水资源</w:t>
      </w:r>
      <w:r>
        <w:rPr>
          <w:lang w:eastAsia="zh-CN"/>
        </w:rPr>
        <w:br/>
      </w:r>
      <w:r>
        <w:rPr>
          <w:lang w:eastAsia="zh-CN"/>
        </w:rPr>
        <w:t>　　2</w:t>
      </w:r>
      <w:r>
        <w:rPr>
          <w:lang w:eastAsia="zh-CN"/>
        </w:rPr>
        <w:br/>
      </w:r>
      <w:r>
        <w:rPr>
          <w:lang w:eastAsia="zh-CN"/>
        </w:rPr>
        <w:t>　　水是宝贵的资源、时空分布、节约、保护水资源</w:t>
      </w:r>
      <w:r>
        <w:rPr>
          <w:lang w:eastAsia="zh-CN"/>
        </w:rPr>
        <w:br/>
      </w:r>
      <w:r>
        <w:rPr>
          <w:lang w:eastAsia="zh-CN"/>
        </w:rPr>
        <w:t>　　14</w:t>
      </w:r>
      <w:r>
        <w:rPr>
          <w:lang w:eastAsia="zh-CN"/>
        </w:rPr>
        <w:br/>
      </w:r>
      <w:r>
        <w:rPr>
          <w:lang w:eastAsia="zh-CN"/>
        </w:rPr>
        <w:t>　　3-3水资源</w:t>
      </w:r>
      <w:r>
        <w:rPr>
          <w:lang w:eastAsia="zh-CN"/>
        </w:rPr>
        <w:br/>
      </w:r>
      <w:r>
        <w:rPr>
          <w:lang w:eastAsia="zh-CN"/>
        </w:rPr>
        <w:t>　　2</w:t>
      </w:r>
      <w:r>
        <w:rPr>
          <w:lang w:eastAsia="zh-CN"/>
        </w:rPr>
        <w:br/>
      </w:r>
      <w:r>
        <w:rPr>
          <w:lang w:eastAsia="zh-CN"/>
        </w:rPr>
        <w:t>　　15</w:t>
      </w:r>
      <w:r>
        <w:rPr>
          <w:lang w:eastAsia="zh-CN"/>
        </w:rPr>
        <w:br/>
      </w:r>
      <w:r>
        <w:rPr>
          <w:lang w:eastAsia="zh-CN"/>
        </w:rPr>
        <w:t>　　4-1逐步完善的交通运输网</w:t>
      </w:r>
      <w:r>
        <w:rPr>
          <w:lang w:eastAsia="zh-CN"/>
        </w:rPr>
        <w:br/>
      </w:r>
      <w:r>
        <w:rPr>
          <w:lang w:eastAsia="zh-CN"/>
        </w:rPr>
        <w:t>　　2</w:t>
      </w:r>
      <w:r>
        <w:rPr>
          <w:lang w:eastAsia="zh-CN"/>
        </w:rPr>
        <w:br/>
      </w:r>
      <w:r>
        <w:rPr>
          <w:lang w:eastAsia="zh-CN"/>
        </w:rPr>
        <w:t>　　先行官、交通运输网</w:t>
      </w:r>
      <w:r>
        <w:rPr>
          <w:lang w:eastAsia="zh-CN"/>
        </w:rPr>
        <w:br/>
      </w:r>
      <w:r>
        <w:rPr>
          <w:lang w:eastAsia="zh-CN"/>
        </w:rPr>
        <w:t>　　16</w:t>
      </w:r>
      <w:r>
        <w:rPr>
          <w:lang w:eastAsia="zh-CN"/>
        </w:rPr>
        <w:br/>
      </w:r>
      <w:r>
        <w:rPr>
          <w:lang w:eastAsia="zh-CN"/>
        </w:rPr>
        <w:t>　　第二次月考</w:t>
      </w:r>
      <w:r>
        <w:rPr>
          <w:lang w:eastAsia="zh-CN"/>
        </w:rPr>
        <w:br/>
      </w:r>
      <w:r>
        <w:rPr>
          <w:lang w:eastAsia="zh-CN"/>
        </w:rPr>
        <w:t>　　段考后内容</w:t>
      </w:r>
      <w:r>
        <w:rPr>
          <w:lang w:eastAsia="zh-CN"/>
        </w:rPr>
        <w:br/>
      </w:r>
      <w:r>
        <w:rPr>
          <w:lang w:eastAsia="zh-CN"/>
        </w:rPr>
        <w:t>　　17</w:t>
      </w:r>
      <w:r>
        <w:rPr>
          <w:lang w:eastAsia="zh-CN"/>
        </w:rPr>
        <w:br/>
      </w:r>
      <w:r>
        <w:rPr>
          <w:lang w:eastAsia="zh-CN"/>
        </w:rPr>
        <w:t>　　4-1逐步完善的交通运输网</w:t>
      </w:r>
      <w:r>
        <w:rPr>
          <w:lang w:eastAsia="zh-CN"/>
        </w:rPr>
        <w:br/>
      </w:r>
      <w:r>
        <w:rPr>
          <w:lang w:eastAsia="zh-CN"/>
        </w:rPr>
        <w:t>　　2</w:t>
      </w:r>
      <w:r>
        <w:rPr>
          <w:lang w:eastAsia="zh-CN"/>
        </w:rPr>
        <w:br/>
      </w:r>
      <w:r>
        <w:rPr>
          <w:lang w:eastAsia="zh-CN"/>
        </w:rPr>
        <w:t>　　选择、转换交通运输方式</w:t>
      </w:r>
      <w:r>
        <w:rPr>
          <w:lang w:eastAsia="zh-CN"/>
        </w:rPr>
        <w:br/>
      </w:r>
      <w:r>
        <w:rPr>
          <w:lang w:eastAsia="zh-CN"/>
        </w:rPr>
        <w:t>　　18</w:t>
      </w:r>
      <w:r>
        <w:rPr>
          <w:lang w:eastAsia="zh-CN"/>
        </w:rPr>
        <w:br/>
      </w:r>
      <w:r>
        <w:rPr>
          <w:lang w:eastAsia="zh-CN"/>
        </w:rPr>
        <w:t>　　4-2因地制宜发展农业</w:t>
      </w:r>
      <w:r>
        <w:rPr>
          <w:lang w:eastAsia="zh-CN"/>
        </w:rPr>
        <w:br/>
      </w:r>
      <w:r>
        <w:rPr>
          <w:lang w:eastAsia="zh-CN"/>
        </w:rPr>
        <w:t>　　2</w:t>
      </w:r>
      <w:r>
        <w:rPr>
          <w:lang w:eastAsia="zh-CN"/>
        </w:rPr>
        <w:br/>
      </w:r>
      <w:r>
        <w:rPr>
          <w:lang w:eastAsia="zh-CN"/>
        </w:rPr>
        <w:t>　　农业与我们、农业的分布</w:t>
      </w:r>
      <w:r>
        <w:rPr>
          <w:lang w:eastAsia="zh-CN"/>
        </w:rPr>
        <w:br/>
      </w:r>
      <w:r>
        <w:rPr>
          <w:lang w:eastAsia="zh-CN"/>
        </w:rPr>
        <w:t>　　19</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4-2因地制宜发展农业</w:t>
      </w:r>
      <w:r>
        <w:rPr>
          <w:lang w:eastAsia="zh-CN"/>
        </w:rPr>
        <w:br/>
      </w:r>
      <w:r>
        <w:rPr>
          <w:lang w:eastAsia="zh-CN"/>
        </w:rPr>
        <w:t>　　2</w:t>
      </w:r>
      <w:r>
        <w:rPr>
          <w:lang w:eastAsia="zh-CN"/>
        </w:rPr>
        <w:br/>
      </w:r>
      <w:r>
        <w:rPr>
          <w:lang w:eastAsia="zh-CN"/>
        </w:rPr>
        <w:t>　　发展农业要因地制宜、挑战与对策</w:t>
      </w:r>
      <w:r>
        <w:rPr>
          <w:lang w:eastAsia="zh-CN"/>
        </w:rPr>
        <w:br/>
      </w:r>
      <w:r>
        <w:rPr>
          <w:lang w:eastAsia="zh-CN"/>
        </w:rPr>
        <w:t>　　20</w:t>
      </w:r>
      <w:r>
        <w:rPr>
          <w:lang w:eastAsia="zh-CN"/>
        </w:rPr>
        <w:br/>
      </w:r>
      <w:r>
        <w:rPr>
          <w:lang w:eastAsia="zh-CN"/>
        </w:rPr>
        <w:t>　　4-3工业的分布与发展</w:t>
      </w:r>
      <w:r>
        <w:rPr>
          <w:lang w:eastAsia="zh-CN"/>
        </w:rPr>
        <w:br/>
      </w:r>
      <w:r>
        <w:rPr>
          <w:lang w:eastAsia="zh-CN"/>
        </w:rPr>
        <w:t>　　2</w:t>
      </w:r>
      <w:r>
        <w:rPr>
          <w:lang w:eastAsia="zh-CN"/>
        </w:rPr>
        <w:br/>
      </w:r>
      <w:r>
        <w:rPr>
          <w:lang w:eastAsia="zh-CN"/>
        </w:rPr>
        <w:t>　　工业与我们、空间分布、高新技术</w:t>
      </w:r>
      <w:r>
        <w:rPr>
          <w:lang w:eastAsia="zh-CN"/>
        </w:rPr>
        <w:br/>
      </w:r>
      <w:r>
        <w:rPr>
          <w:lang w:eastAsia="zh-CN"/>
        </w:rPr>
        <w:t>　　21</w:t>
      </w:r>
      <w:r>
        <w:rPr>
          <w:lang w:eastAsia="zh-CN"/>
        </w:rPr>
        <w:br/>
      </w:r>
      <w:r>
        <w:rPr>
          <w:lang w:eastAsia="zh-CN"/>
        </w:rPr>
        <w:t>　　乡土地理（海南地理上册）</w:t>
      </w:r>
      <w:r>
        <w:rPr>
          <w:lang w:eastAsia="zh-CN"/>
        </w:rPr>
        <w:br/>
      </w:r>
      <w:r>
        <w:rPr>
          <w:lang w:eastAsia="zh-CN"/>
        </w:rPr>
        <w:t>　　2</w:t>
      </w:r>
      <w:r>
        <w:rPr>
          <w:lang w:eastAsia="zh-CN"/>
        </w:rPr>
        <w:br/>
      </w:r>
      <w:r>
        <w:rPr>
          <w:lang w:eastAsia="zh-CN"/>
        </w:rPr>
        <w:t>　　海南的地理位置，自然环境等</w:t>
      </w:r>
      <w:r>
        <w:rPr>
          <w:lang w:eastAsia="zh-CN"/>
        </w:rPr>
        <w:br/>
      </w:r>
      <w:r>
        <w:rPr>
          <w:lang w:eastAsia="zh-CN"/>
        </w:rPr>
        <w:t>　　22</w:t>
      </w:r>
      <w:r>
        <w:rPr>
          <w:lang w:eastAsia="zh-CN"/>
        </w:rPr>
        <w:br/>
      </w:r>
      <w:r>
        <w:rPr>
          <w:lang w:eastAsia="zh-CN"/>
        </w:rPr>
        <w:t>　　期末复习、考试</w:t>
      </w:r>
      <w:r>
        <w:rPr>
          <w:lang w:eastAsia="zh-CN"/>
        </w:rPr>
        <w:br/>
      </w:r>
      <w:r>
        <w:rPr>
          <w:lang w:eastAsia="zh-CN"/>
        </w:rPr>
        <w:t>　　2</w:t>
      </w:r>
      <w:r>
        <w:rPr>
          <w:lang w:eastAsia="zh-CN"/>
        </w:rPr>
        <w:br/>
      </w:r>
      <w:r>
        <w:rPr>
          <w:lang w:eastAsia="zh-CN"/>
        </w:rPr>
        <w:t>　　第一章——第四章</w:t>
      </w:r>
      <w:r>
        <w:rPr>
          <w:lang w:eastAsia="zh-CN"/>
        </w:rPr>
        <w:br/>
      </w:r>
      <w:r>
        <w:rPr>
          <w:lang w:eastAsia="zh-CN"/>
        </w:rPr>
        <w:t xml:space="preserve">    八年级地理教学计划集锦 篇16 </w:t>
      </w:r>
      <w:r>
        <w:rPr>
          <w:lang w:eastAsia="zh-CN"/>
        </w:rPr>
        <w:br/>
      </w:r>
      <w:r>
        <w:rPr>
          <w:lang w:eastAsia="zh-CN"/>
        </w:rPr>
        <w:t>　　一、班情分析</w:t>
      </w:r>
      <w:r>
        <w:rPr>
          <w:lang w:eastAsia="zh-CN"/>
        </w:rPr>
        <w:br/>
      </w:r>
      <w:r>
        <w:rPr>
          <w:lang w:eastAsia="zh-CN"/>
        </w:rPr>
        <w:t>　　学生进入初中后，其认知水平由形象思维逐步向抽象思维发展，具有一定的抽象思维能力和系统思维能力。通过学生在课堂上的表现可以看出，学生通过小学阶段的学习，并结合日常生活，已经掌握了一些比较简单的地理学知识。同时，对学习地理知识的重要性和学习方法也有所了解，学习兴趣和未知欲望显得非常浓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二、教学目标</w:t>
      </w:r>
      <w:r>
        <w:rPr>
          <w:lang w:eastAsia="zh-CN"/>
        </w:rPr>
        <w:br/>
      </w:r>
      <w:r>
        <w:rPr>
          <w:lang w:eastAsia="zh-CN"/>
        </w:rPr>
        <w:t>　　完成七年级上册地理教学任务。通过本期地理课教学，培养学生观察能力、读图能力、分析能力和思维能力。使学生掌握学习地理知识的方法与技巧。通过地理教学活动，提高学生将地理知识运用到日常生活的能力。通过本学期的地理教学，使学生掌握地球的基本概况和基本的地理常识，全面认识地球，掌握经纬网知识，学会辨别方向等。</w:t>
      </w:r>
      <w:r>
        <w:rPr>
          <w:lang w:eastAsia="zh-CN"/>
        </w:rPr>
        <w:br/>
      </w:r>
      <w:r>
        <w:rPr>
          <w:lang w:eastAsia="zh-CN"/>
        </w:rPr>
        <w:t>　　三、教材分析</w:t>
      </w:r>
      <w:r>
        <w:rPr>
          <w:lang w:eastAsia="zh-CN"/>
        </w:rPr>
        <w:br/>
      </w:r>
      <w:r>
        <w:rPr>
          <w:lang w:eastAsia="zh-CN"/>
        </w:rPr>
        <w:t>　　第一章让我们走进地理</w:t>
      </w:r>
      <w:r>
        <w:rPr>
          <w:lang w:eastAsia="zh-CN"/>
        </w:rPr>
        <w:br/>
      </w:r>
      <w:r>
        <w:rPr>
          <w:lang w:eastAsia="zh-CN"/>
        </w:rPr>
        <w:t>　　本章主要介绍地理学基本常识，介绍地理的学习内容与学习意义、地理学习的方法与途径。学习本章内容是为今后学习地理做情感上的铺垫与准备，引导学生热爱并亲近地理学科。</w:t>
      </w:r>
      <w:r>
        <w:rPr>
          <w:lang w:eastAsia="zh-CN"/>
        </w:rPr>
        <w:br/>
      </w:r>
      <w:r>
        <w:rPr>
          <w:lang w:eastAsia="zh-CN"/>
        </w:rPr>
        <w:t>　　第二章地球的面貌</w:t>
      </w:r>
      <w:r>
        <w:rPr>
          <w:lang w:eastAsia="zh-CN"/>
        </w:rPr>
        <w:br/>
      </w:r>
      <w:r>
        <w:rPr>
          <w:lang w:eastAsia="zh-CN"/>
        </w:rPr>
        <w:t>　　本章主要内容包括认识地球、世界的海陆分布、世界的地形、海陆变迁四部分。这些内容都是学习地理的基础知识，同时又是帮助学生确立正确世界观、人生观的基础知识，蕴含着辩证唯物主义的世界观和方法论。既是地理知识的基础课，又是人生发展的奠基课。</w:t>
      </w:r>
      <w:r>
        <w:rPr>
          <w:lang w:eastAsia="zh-CN"/>
        </w:rPr>
        <w:br/>
      </w:r>
      <w:r>
        <w:rPr>
          <w:lang w:eastAsia="zh-CN"/>
        </w:rPr>
        <w:t>　　第三章世界的居民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本章最基本的内容是世界人口，包括人口的数量、分布和人口问题。在此基础上再讲述人种、语言、宗教、聚落等内容，让学生了解世界人口的基本状况，说明人口问题对环境及社会、经济发展的影响，正确看待世界的人种、语言和宗教，了解聚落与自然环境的关系，懂得尊重历史和珍惜祖先留给我文化遗产。</w:t>
      </w:r>
      <w:r>
        <w:rPr>
          <w:lang w:eastAsia="zh-CN"/>
        </w:rPr>
        <w:br/>
      </w:r>
      <w:r>
        <w:rPr>
          <w:lang w:eastAsia="zh-CN"/>
        </w:rPr>
        <w:t>　　第四章世界的气候</w:t>
      </w:r>
      <w:r>
        <w:rPr>
          <w:lang w:eastAsia="zh-CN"/>
        </w:rPr>
        <w:br/>
      </w:r>
      <w:r>
        <w:rPr>
          <w:lang w:eastAsia="zh-CN"/>
        </w:rPr>
        <w:t>　　本章内容主要包括天气和气候、气温和降水、影响气候的主要因素、世界气候类型四部分内容。通过本章的学习，学生能够掌握天气和气候的概念，看懂天气图、知道气温和降水的测定方法，会阅读气温和降水曲线图，了解主要降水类型，了解影响气候的主要因素及世界主要气候类型，并能结合所学知识进行基本的气候特点分析。</w:t>
      </w:r>
      <w:r>
        <w:rPr>
          <w:lang w:eastAsia="zh-CN"/>
        </w:rPr>
        <w:br/>
      </w:r>
      <w:r>
        <w:rPr>
          <w:lang w:eastAsia="zh-CN"/>
        </w:rPr>
        <w:t>　　第五章世界的发展差异</w:t>
      </w:r>
      <w:r>
        <w:rPr>
          <w:lang w:eastAsia="zh-CN"/>
        </w:rPr>
        <w:br/>
      </w:r>
      <w:r>
        <w:rPr>
          <w:lang w:eastAsia="zh-CN"/>
        </w:rPr>
        <w:t>　　本章引入世界的发展差异、国际合作、国际组织等政治经济概念，为以后学习各大洲、认识国家和地区的人文地理概况起到基础性作用。通过本章的教学，学生可以对国家、对世界有一个更深入、更完整地认识，从而通过现象了解世界发展变化的本质，理解合作与发展是人类社会发展的方向，为做一个“世界中的中国人”奠定基础。</w:t>
      </w:r>
      <w:r>
        <w:rPr>
          <w:lang w:eastAsia="zh-CN"/>
        </w:rPr>
        <w:br/>
      </w:r>
      <w:r>
        <w:rPr>
          <w:lang w:eastAsia="zh-CN"/>
        </w:rPr>
        <w:t>　　四、教学措施</w:t>
      </w:r>
      <w:r>
        <w:rPr>
          <w:lang w:eastAsia="zh-CN"/>
        </w:rPr>
        <w:br/>
      </w:r>
      <w:r>
        <w:rPr>
          <w:lang w:eastAsia="zh-CN"/>
        </w:rPr>
        <w:t>　　1、认真钻研教材，理清教材知识结构和教学思路，把握教材重点、难点。运用现代化教学设施，制作教学道具等，创设教学情境，设置多种课堂教学模式，从而激发学生学习兴趣调动学生的主观能动性和积极性，变被动学习为主动探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2、强化学生基础知识和基本技能的训练，巩固学生读图、填图和绘图的能力。利用地图、地理填充图增强学生的感性认识，强化理性认识。同时结合日常生活中的地理常识和地理现象，帮助学生理解地理概念。</w:t>
      </w:r>
      <w:r>
        <w:rPr>
          <w:lang w:eastAsia="zh-CN"/>
        </w:rPr>
        <w:br/>
      </w:r>
      <w:r>
        <w:rPr>
          <w:lang w:eastAsia="zh-CN"/>
        </w:rPr>
        <w:t>　　3、培养学生运用地理知识、分析问题和解决问题的能力。组织好课堂教学，面向全体学生。注意收集学生反馈的信息，并及时解决学生存在的问题，激发学生情感，创造良好的课堂学习氛围和融洽的师生情感，从而更好的引导学生积极主动的学习。</w:t>
      </w:r>
      <w:r>
        <w:rPr>
          <w:lang w:eastAsia="zh-CN"/>
        </w:rPr>
        <w:br/>
      </w:r>
      <w:r>
        <w:rPr>
          <w:lang w:eastAsia="zh-CN"/>
        </w:rPr>
        <w:t>　　4、开展多种丰富多彩的课余活动，充分利用电视、网络等设施，多方位不断拓宽学生的知识面，为课堂教学注入新鲜的血液。</w:t>
      </w:r>
      <w:r>
        <w:rPr>
          <w:lang w:eastAsia="zh-CN"/>
        </w:rPr>
        <w:br/>
      </w:r>
      <w:r>
        <w:rPr>
          <w:lang w:eastAsia="zh-CN"/>
        </w:rPr>
        <w:t xml:space="preserve">    八年级地理教学计划集锦 篇17 </w:t>
      </w:r>
      <w:r>
        <w:rPr>
          <w:lang w:eastAsia="zh-CN"/>
        </w:rPr>
        <w:br/>
      </w:r>
      <w:r>
        <w:rPr>
          <w:lang w:eastAsia="zh-CN"/>
        </w:rPr>
        <w:t>　　经过七年级的地理教学，学生已经初步掌握了学习地理的方法，掌握了阅读地图并通过地图分析地理现象的方法，掌握了初中地理教学大纲规定必须掌握的地理基础知识和基本概念。</w:t>
      </w:r>
      <w:r>
        <w:rPr>
          <w:lang w:eastAsia="zh-CN"/>
        </w:rPr>
        <w:br/>
      </w:r>
      <w:r>
        <w:rPr>
          <w:lang w:eastAsia="zh-CN"/>
        </w:rPr>
        <w:t>　　二、教学目标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通过本期地理教学，使学生能比较熟练的运用所学的地理知识解释生活中的地理现象，进一步提高阅读地图的能力和分析推理能力，提高学生绘图的能力。同时，通过本期地理教学，使学生掌握中国地理概况，包括中国疆域概况，中国人口、民族特点及其地理分布特点，了解人口问题给社会、经济、资源、环境带来的压力。掌握中国的自然环境，包括地形、地势，气候，河流概况，及其相互之间的联系与影响。了解中国自然资源分布和自然资源所面临的现状，认识能源危机和环境问题给社会、经济发展造成的不良影响，提高学生节能、节约的主动意识。认识祖国各地风土人情和地区差异，了解人文地理的区域差异。</w:t>
      </w:r>
      <w:r>
        <w:rPr>
          <w:lang w:eastAsia="zh-CN"/>
        </w:rPr>
        <w:br/>
      </w:r>
      <w:r>
        <w:rPr>
          <w:lang w:eastAsia="zh-CN"/>
        </w:rPr>
        <w:t>　　三、教材分析</w:t>
      </w:r>
      <w:r>
        <w:rPr>
          <w:lang w:eastAsia="zh-CN"/>
        </w:rPr>
        <w:br/>
      </w:r>
      <w:r>
        <w:rPr>
          <w:lang w:eastAsia="zh-CN"/>
        </w:rPr>
        <w:t>　　第一章</w:t>
      </w:r>
      <w:r>
        <w:rPr>
          <w:lang w:eastAsia="zh-CN"/>
        </w:rPr>
        <w:br/>
      </w:r>
      <w:r>
        <w:rPr>
          <w:lang w:eastAsia="zh-CN"/>
        </w:rPr>
        <w:t>　　中国的疆域与人口</w:t>
      </w:r>
      <w:r>
        <w:rPr>
          <w:lang w:eastAsia="zh-CN"/>
        </w:rPr>
        <w:br/>
      </w:r>
      <w:r>
        <w:rPr>
          <w:lang w:eastAsia="zh-CN"/>
        </w:rPr>
        <w:t>　　本章主要学习中国疆域概况、人口与民族特点、构成与分布，掌握行政区划划分的标准。</w:t>
      </w:r>
      <w:r>
        <w:rPr>
          <w:lang w:eastAsia="zh-CN"/>
        </w:rPr>
        <w:br/>
      </w:r>
      <w:r>
        <w:rPr>
          <w:lang w:eastAsia="zh-CN"/>
        </w:rPr>
        <w:t>　　本章的教学重点是中国疆域概况、人口与民族特点及其分布特点、行政区划划分标准及行政区划构成。本章的教学难点是掌握三十四个省级行政区划的名称、简称和行政中心，以及部分省级行政区划的地理位置，记住中国省级行政区划图。</w:t>
      </w:r>
      <w:r>
        <w:rPr>
          <w:lang w:eastAsia="zh-CN"/>
        </w:rPr>
        <w:br/>
      </w:r>
      <w:r>
        <w:rPr>
          <w:lang w:eastAsia="zh-CN"/>
        </w:rPr>
        <w:t>　　第二章</w:t>
      </w:r>
      <w:r>
        <w:rPr>
          <w:lang w:eastAsia="zh-CN"/>
        </w:rPr>
        <w:br/>
      </w:r>
      <w:r>
        <w:rPr>
          <w:lang w:eastAsia="zh-CN"/>
        </w:rPr>
        <w:t>　　中国的自然环境</w:t>
      </w:r>
      <w:r>
        <w:rPr>
          <w:lang w:eastAsia="zh-CN"/>
        </w:rPr>
        <w:br/>
      </w:r>
      <w:r>
        <w:rPr>
          <w:lang w:eastAsia="zh-CN"/>
        </w:rPr>
        <w:t>　　本章的内容较多，包括中国的地势特点与地形特点，掌握四大高原、四大盆地、三大平原、三大丘陵的地理位置和特色。学习中国的气候类型及其分布，中国河流与分布，区分季风区与非季风区、内流区与外流区、内流河与外流河的特点。本章在中国地理中占有重要的作用，内容繁多，难度较大。教学中应注意结合立体模型图，以帮助学生理解和掌握。</w:t>
      </w:r>
      <w:r>
        <w:rPr>
          <w:lang w:eastAsia="zh-CN"/>
        </w:rPr>
        <w:br/>
      </w:r>
      <w:r>
        <w:rPr>
          <w:lang w:eastAsia="zh-CN"/>
        </w:rPr>
        <w:t>　　第三章</w:t>
      </w:r>
      <w:r>
        <w:rPr>
          <w:lang w:eastAsia="zh-CN"/>
        </w:rPr>
        <w:br/>
      </w:r>
      <w:r>
        <w:rPr>
          <w:lang w:eastAsia="zh-CN"/>
        </w:rPr>
        <w:t>　　中国的自然资源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本章主要学习中国的自然资源概况，包括矿产资源、水资源、土地资源、森林资源、海洋资源等，学习它们的分布及特点。通过学习本章理解人口问题对自然资源对影响，明确节约自然资源的重要意义。本章的教学重点是部分重要的自然资源的分布。本章的教学难点是部分重要矿产资源如煤碳、石油、铁矿和有色金属的分布。</w:t>
      </w:r>
      <w:r>
        <w:rPr>
          <w:lang w:eastAsia="zh-CN"/>
        </w:rPr>
        <w:br/>
      </w:r>
      <w:r>
        <w:rPr>
          <w:lang w:eastAsia="zh-CN"/>
        </w:rPr>
        <w:t>　　第四章</w:t>
      </w:r>
      <w:r>
        <w:rPr>
          <w:lang w:eastAsia="zh-CN"/>
        </w:rPr>
        <w:br/>
      </w:r>
      <w:r>
        <w:rPr>
          <w:lang w:eastAsia="zh-CN"/>
        </w:rPr>
        <w:t>　　中国的区域差异</w:t>
      </w:r>
      <w:r>
        <w:rPr>
          <w:lang w:eastAsia="zh-CN"/>
        </w:rPr>
        <w:br/>
      </w:r>
      <w:r>
        <w:rPr>
          <w:lang w:eastAsia="zh-CN"/>
        </w:rPr>
        <w:t>　　本章主要内容是学习中国四大地区的概况和自然地理特点。本章的教学重点包括中国地理中最重要的三大地理界线，尤其是秦岭－淮河线在中国自然地理上的重要意义。其次是四大地理区域各自的自然地理特色。教学难点是理解三大地理界线两侧不同的自然地理特色形成的原因。</w:t>
      </w:r>
      <w:r>
        <w:rPr>
          <w:lang w:eastAsia="zh-CN"/>
        </w:rPr>
        <w:br/>
      </w:r>
      <w:r>
        <w:rPr>
          <w:lang w:eastAsia="zh-CN"/>
        </w:rPr>
        <w:t>　　四、教学措施</w:t>
      </w:r>
      <w:r>
        <w:rPr>
          <w:lang w:eastAsia="zh-CN"/>
        </w:rPr>
        <w:br/>
      </w:r>
      <w:r>
        <w:rPr>
          <w:lang w:eastAsia="zh-CN"/>
        </w:rPr>
        <w:t>　　1、强化基本技能训练，通过识图、绘图、比较、分析、归纳、总结等方式，提高学生 地理基本技能和阅读、分析、理解能力。</w:t>
      </w:r>
      <w:r>
        <w:rPr>
          <w:lang w:eastAsia="zh-CN"/>
        </w:rPr>
        <w:br/>
      </w:r>
      <w:r>
        <w:rPr>
          <w:lang w:eastAsia="zh-CN"/>
        </w:rPr>
        <w:t>　　2、强化学生运用所学地理知识解决生活中存在的地理现象和解释地理现象产生的原因的能力。开展形式多样的化的课堂教学方式，利用一切可利用的教学资源丰富教学手段，激发学生学习的兴趣和求知欲望。</w:t>
      </w:r>
      <w:r>
        <w:rPr>
          <w:lang w:eastAsia="zh-CN"/>
        </w:rPr>
        <w:br/>
      </w:r>
      <w:r>
        <w:rPr>
          <w:lang w:eastAsia="zh-CN"/>
        </w:rPr>
        <w:t>　　3、加强课后的辅导，注重学以致用。开展各种地理小知识竞赛活动，帮助学生理解和掌握所学的地理知识，并提高应用地理知识的能力。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4、搞好单元测试，发现问题及时加以解决，以确保所授知识的准确性，同时培养学生尊重科学的.思想品质。</w:t>
      </w:r>
      <w:r>
        <w:rPr>
          <w:lang w:eastAsia="zh-CN"/>
        </w:rPr>
        <w:br/>
      </w:r>
      <w:r>
        <w:rPr>
          <w:lang w:eastAsia="zh-CN"/>
        </w:rPr>
        <w:t>　　五、课时安排</w:t>
      </w:r>
      <w:r>
        <w:rPr>
          <w:lang w:eastAsia="zh-CN"/>
        </w:rPr>
        <w:br/>
      </w:r>
      <w:r>
        <w:rPr>
          <w:lang w:eastAsia="zh-CN"/>
        </w:rPr>
        <w:t>　　第一周</w:t>
      </w:r>
      <w:r>
        <w:rPr>
          <w:lang w:eastAsia="zh-CN"/>
        </w:rPr>
        <w:br/>
      </w:r>
      <w:r>
        <w:rPr>
          <w:lang w:eastAsia="zh-CN"/>
        </w:rPr>
        <w:t>　　中国的疆域</w:t>
      </w:r>
      <w:r>
        <w:rPr>
          <w:lang w:eastAsia="zh-CN"/>
        </w:rPr>
        <w:br/>
      </w:r>
      <w:r>
        <w:rPr>
          <w:lang w:eastAsia="zh-CN"/>
        </w:rPr>
        <w:t>　　课时2</w:t>
      </w:r>
      <w:r>
        <w:rPr>
          <w:lang w:eastAsia="zh-CN"/>
        </w:rPr>
        <w:br/>
      </w:r>
      <w:r>
        <w:rPr>
          <w:lang w:eastAsia="zh-CN"/>
        </w:rPr>
        <w:t>　　第二周</w:t>
      </w:r>
      <w:r>
        <w:rPr>
          <w:lang w:eastAsia="zh-CN"/>
        </w:rPr>
        <w:br/>
      </w:r>
      <w:r>
        <w:rPr>
          <w:lang w:eastAsia="zh-CN"/>
        </w:rPr>
        <w:t>　　中国的行政区划</w:t>
      </w:r>
      <w:r>
        <w:rPr>
          <w:lang w:eastAsia="zh-CN"/>
        </w:rPr>
        <w:br/>
      </w:r>
      <w:r>
        <w:rPr>
          <w:lang w:eastAsia="zh-CN"/>
        </w:rPr>
        <w:t>　　课时3</w:t>
      </w:r>
      <w:r>
        <w:rPr>
          <w:lang w:eastAsia="zh-CN"/>
        </w:rPr>
        <w:br/>
      </w:r>
      <w:r>
        <w:rPr>
          <w:lang w:eastAsia="zh-CN"/>
        </w:rPr>
        <w:t>　　第三周</w:t>
      </w:r>
      <w:r>
        <w:rPr>
          <w:lang w:eastAsia="zh-CN"/>
        </w:rPr>
        <w:br/>
      </w:r>
      <w:r>
        <w:rPr>
          <w:lang w:eastAsia="zh-CN"/>
        </w:rPr>
        <w:t>　　中国的人口</w:t>
      </w:r>
      <w:r>
        <w:rPr>
          <w:lang w:eastAsia="zh-CN"/>
        </w:rPr>
        <w:br/>
      </w:r>
      <w:r>
        <w:rPr>
          <w:lang w:eastAsia="zh-CN"/>
        </w:rPr>
        <w:t>　　课时2</w:t>
      </w:r>
      <w:r>
        <w:rPr>
          <w:lang w:eastAsia="zh-CN"/>
        </w:rPr>
        <w:br/>
      </w:r>
      <w:r>
        <w:rPr>
          <w:lang w:eastAsia="zh-CN"/>
        </w:rPr>
        <w:t>　　中国的民族</w:t>
      </w:r>
      <w:r>
        <w:rPr>
          <w:lang w:eastAsia="zh-CN"/>
        </w:rPr>
        <w:br/>
      </w:r>
      <w:r>
        <w:rPr>
          <w:lang w:eastAsia="zh-CN"/>
        </w:rPr>
        <w:t>　　课时2</w:t>
      </w:r>
      <w:r>
        <w:rPr>
          <w:lang w:eastAsia="zh-CN"/>
        </w:rPr>
        <w:br/>
      </w:r>
      <w:r>
        <w:rPr>
          <w:lang w:eastAsia="zh-CN"/>
        </w:rPr>
        <w:t>　　第四周—第五周</w:t>
      </w:r>
      <w:r>
        <w:rPr>
          <w:lang w:eastAsia="zh-CN"/>
        </w:rPr>
        <w:br/>
      </w:r>
      <w:r>
        <w:rPr>
          <w:lang w:eastAsia="zh-CN"/>
        </w:rPr>
        <w:t>　　中国的地形</w:t>
      </w:r>
      <w:r>
        <w:rPr>
          <w:lang w:eastAsia="zh-CN"/>
        </w:rPr>
        <w:br/>
      </w:r>
      <w:r>
        <w:rPr>
          <w:lang w:eastAsia="zh-CN"/>
        </w:rPr>
        <w:t>　　课时6</w:t>
      </w:r>
      <w:r>
        <w:rPr>
          <w:lang w:eastAsia="zh-CN"/>
        </w:rPr>
        <w:br/>
      </w:r>
      <w:r>
        <w:rPr>
          <w:lang w:eastAsia="zh-CN"/>
        </w:rPr>
        <w:t>　　第六周—第七周</w:t>
      </w:r>
      <w:r>
        <w:rPr>
          <w:lang w:eastAsia="zh-CN"/>
        </w:rPr>
        <w:br/>
      </w:r>
      <w:r>
        <w:rPr>
          <w:lang w:eastAsia="zh-CN"/>
        </w:rPr>
        <w:t>　　月考、中国的气候</w:t>
      </w:r>
      <w:r>
        <w:rPr>
          <w:lang w:eastAsia="zh-CN"/>
        </w:rPr>
        <w:br/>
      </w:r>
      <w:r>
        <w:rPr>
          <w:lang w:eastAsia="zh-CN"/>
        </w:rPr>
        <w:t>　　课时8</w:t>
      </w:r>
      <w:r>
        <w:rPr>
          <w:lang w:eastAsia="zh-CN"/>
        </w:rPr>
        <w:br/>
      </w:r>
      <w:r>
        <w:rPr>
          <w:lang w:eastAsia="zh-CN"/>
        </w:rPr>
        <w:t>　　第九周</w:t>
      </w:r>
      <w:r>
        <w:rPr>
          <w:lang w:eastAsia="zh-CN"/>
        </w:rPr>
        <w:br/>
      </w:r>
      <w:r>
        <w:rPr>
          <w:lang w:eastAsia="zh-CN"/>
        </w:rPr>
        <w:t>　　中国的河流</w:t>
      </w:r>
      <w:r>
        <w:rPr>
          <w:lang w:eastAsia="zh-CN"/>
        </w:rPr>
        <w:br/>
      </w:r>
      <w:r>
        <w:rPr>
          <w:lang w:eastAsia="zh-CN"/>
        </w:rPr>
        <w:t>　　课时4</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第十、十一周</w:t>
      </w:r>
      <w:r>
        <w:rPr>
          <w:lang w:eastAsia="zh-CN"/>
        </w:rPr>
        <w:br/>
      </w:r>
      <w:r>
        <w:rPr>
          <w:lang w:eastAsia="zh-CN"/>
        </w:rPr>
        <w:t>　　期中考试及分析</w:t>
      </w:r>
      <w:r>
        <w:rPr>
          <w:lang w:eastAsia="zh-CN"/>
        </w:rPr>
        <w:br/>
      </w:r>
      <w:r>
        <w:rPr>
          <w:lang w:eastAsia="zh-CN"/>
        </w:rPr>
        <w:t>　　自然资源概况</w:t>
      </w:r>
      <w:r>
        <w:rPr>
          <w:lang w:eastAsia="zh-CN"/>
        </w:rPr>
        <w:br/>
      </w:r>
      <w:r>
        <w:rPr>
          <w:lang w:eastAsia="zh-CN"/>
        </w:rPr>
        <w:t>　　课时6</w:t>
      </w:r>
      <w:r>
        <w:rPr>
          <w:lang w:eastAsia="zh-CN"/>
        </w:rPr>
        <w:br/>
      </w:r>
      <w:r>
        <w:rPr>
          <w:lang w:eastAsia="zh-CN"/>
        </w:rPr>
        <w:t>　　第十二周</w:t>
      </w:r>
      <w:r>
        <w:rPr>
          <w:lang w:eastAsia="zh-CN"/>
        </w:rPr>
        <w:br/>
      </w:r>
      <w:r>
        <w:rPr>
          <w:lang w:eastAsia="zh-CN"/>
        </w:rPr>
        <w:t>　　中国的土地资源</w:t>
      </w:r>
      <w:r>
        <w:rPr>
          <w:lang w:eastAsia="zh-CN"/>
        </w:rPr>
        <w:br/>
      </w:r>
      <w:r>
        <w:rPr>
          <w:lang w:eastAsia="zh-CN"/>
        </w:rPr>
        <w:t>　　课时3</w:t>
      </w:r>
      <w:r>
        <w:rPr>
          <w:lang w:eastAsia="zh-CN"/>
        </w:rPr>
        <w:br/>
      </w:r>
      <w:r>
        <w:rPr>
          <w:lang w:eastAsia="zh-CN"/>
        </w:rPr>
        <w:t>　　第十三周</w:t>
      </w:r>
      <w:r>
        <w:rPr>
          <w:lang w:eastAsia="zh-CN"/>
        </w:rPr>
        <w:br/>
      </w:r>
      <w:r>
        <w:rPr>
          <w:lang w:eastAsia="zh-CN"/>
        </w:rPr>
        <w:t>　　中国的水资源</w:t>
      </w:r>
      <w:r>
        <w:rPr>
          <w:lang w:eastAsia="zh-CN"/>
        </w:rPr>
        <w:br/>
      </w:r>
      <w:r>
        <w:rPr>
          <w:lang w:eastAsia="zh-CN"/>
        </w:rPr>
        <w:t>　　课时2</w:t>
      </w:r>
      <w:r>
        <w:rPr>
          <w:lang w:eastAsia="zh-CN"/>
        </w:rPr>
        <w:br/>
      </w:r>
      <w:r>
        <w:rPr>
          <w:lang w:eastAsia="zh-CN"/>
        </w:rPr>
        <w:t>　　中国的海洋资源</w:t>
      </w:r>
      <w:r>
        <w:rPr>
          <w:lang w:eastAsia="zh-CN"/>
        </w:rPr>
        <w:br/>
      </w:r>
      <w:r>
        <w:rPr>
          <w:lang w:eastAsia="zh-CN"/>
        </w:rPr>
        <w:t>　　课时1</w:t>
      </w:r>
      <w:r>
        <w:rPr>
          <w:lang w:eastAsia="zh-CN"/>
        </w:rPr>
        <w:br/>
      </w:r>
      <w:r>
        <w:rPr>
          <w:lang w:eastAsia="zh-CN"/>
        </w:rPr>
        <w:t>　　第十四周</w:t>
      </w:r>
      <w:r>
        <w:rPr>
          <w:lang w:eastAsia="zh-CN"/>
        </w:rPr>
        <w:br/>
      </w:r>
      <w:r>
        <w:rPr>
          <w:lang w:eastAsia="zh-CN"/>
        </w:rPr>
        <w:t>　　月考及分析</w:t>
      </w:r>
      <w:r>
        <w:rPr>
          <w:lang w:eastAsia="zh-CN"/>
        </w:rPr>
        <w:br/>
      </w:r>
      <w:r>
        <w:rPr>
          <w:lang w:eastAsia="zh-CN"/>
        </w:rPr>
        <w:t>　　课时2</w:t>
      </w:r>
      <w:r>
        <w:rPr>
          <w:lang w:eastAsia="zh-CN"/>
        </w:rPr>
        <w:br/>
      </w:r>
      <w:r>
        <w:rPr>
          <w:lang w:eastAsia="zh-CN"/>
        </w:rPr>
        <w:t>　　第十五、十六周</w:t>
      </w:r>
      <w:r>
        <w:rPr>
          <w:lang w:eastAsia="zh-CN"/>
        </w:rPr>
        <w:br/>
      </w:r>
      <w:r>
        <w:rPr>
          <w:lang w:eastAsia="zh-CN"/>
        </w:rPr>
        <w:t>　　中国的主要产业</w:t>
      </w:r>
      <w:r>
        <w:rPr>
          <w:lang w:eastAsia="zh-CN"/>
        </w:rPr>
        <w:br/>
      </w:r>
      <w:r>
        <w:rPr>
          <w:lang w:eastAsia="zh-CN"/>
        </w:rPr>
        <w:t>　　课时2</w:t>
      </w:r>
      <w:r>
        <w:rPr>
          <w:lang w:eastAsia="zh-CN"/>
        </w:rPr>
        <w:br/>
      </w:r>
      <w:r>
        <w:rPr>
          <w:lang w:eastAsia="zh-CN"/>
        </w:rPr>
        <w:t>　　第十七、十八周</w:t>
      </w:r>
      <w:r>
        <w:rPr>
          <w:lang w:eastAsia="zh-CN"/>
        </w:rPr>
        <w:br/>
      </w:r>
      <w:r>
        <w:rPr>
          <w:lang w:eastAsia="zh-CN"/>
        </w:rPr>
        <w:t>　　文体节</w:t>
      </w:r>
      <w:r>
        <w:rPr>
          <w:lang w:eastAsia="zh-CN"/>
        </w:rPr>
        <w:br/>
      </w:r>
      <w:r>
        <w:rPr>
          <w:lang w:eastAsia="zh-CN"/>
        </w:rPr>
        <w:t>　　十九至二十二周</w:t>
      </w:r>
      <w:r>
        <w:rPr>
          <w:lang w:eastAsia="zh-CN"/>
        </w:rPr>
        <w:br/>
      </w:r>
      <w:r>
        <w:rPr>
          <w:lang w:eastAsia="zh-CN"/>
        </w:rPr>
        <w:t>　　复习考试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六、具体措施</w:t>
      </w:r>
      <w:r>
        <w:rPr>
          <w:lang w:eastAsia="zh-CN"/>
        </w:rPr>
        <w:br/>
      </w:r>
      <w:r>
        <w:rPr>
          <w:lang w:eastAsia="zh-CN"/>
        </w:rPr>
        <w:t>　　1、认真参与集体备课，精益求精。</w:t>
      </w:r>
      <w:r>
        <w:rPr>
          <w:lang w:eastAsia="zh-CN"/>
        </w:rPr>
        <w:br/>
      </w:r>
      <w:r>
        <w:rPr>
          <w:lang w:eastAsia="zh-CN"/>
        </w:rPr>
        <w:t>　　2、参加听课评课活动。虚心向他人学习，取长补短，不断提高教学水平。</w:t>
      </w:r>
      <w:r>
        <w:rPr>
          <w:lang w:eastAsia="zh-CN"/>
        </w:rPr>
        <w:br/>
      </w:r>
      <w:r>
        <w:rPr>
          <w:lang w:eastAsia="zh-CN"/>
        </w:rPr>
        <w:t>　　3、抓好常规地理课堂教学。认真备好每一节课，努力讲好每一节课；</w:t>
      </w:r>
      <w:r>
        <w:rPr>
          <w:lang w:eastAsia="zh-CN"/>
        </w:rPr>
        <w:br/>
      </w:r>
      <w:r>
        <w:rPr>
          <w:lang w:eastAsia="zh-CN"/>
        </w:rPr>
        <w:t>　　4、积极参加教研教改活动，在教研处，教务处的指导下，努力使教育教学能力再上新台阶。</w:t>
      </w:r>
      <w:r>
        <w:rPr>
          <w:lang w:eastAsia="zh-CN"/>
        </w:rPr>
        <w:br/>
      </w:r>
      <w:r>
        <w:rPr>
          <w:lang w:eastAsia="zh-CN"/>
        </w:rPr>
        <w:t>　　5、教学中关注学生的身心发展。结合地理学科特点，开展学科知识竞赛活动，激发学生学习兴趣。</w:t>
      </w:r>
      <w:r>
        <w:rPr>
          <w:lang w:eastAsia="zh-CN"/>
        </w:rPr>
        <w:br/>
      </w:r>
      <w:r>
        <w:rPr>
          <w:lang w:eastAsia="zh-CN"/>
        </w:rPr>
        <w:t>　　6、充分利用网络资源，切实做好地课备课资料的收集，整理工作，为地理课件的制作准备充分的素材。不断自学，提高课件的制作水平。</w:t>
      </w:r>
      <w:r>
        <w:rPr>
          <w:lang w:eastAsia="zh-CN"/>
        </w:rPr>
        <w:br/>
      </w:r>
      <w:r>
        <w:rPr>
          <w:lang w:eastAsia="zh-CN"/>
        </w:rPr>
        <w:t>　　八年级地理教学计划3</w:t>
      </w:r>
      <w:r>
        <w:rPr>
          <w:lang w:eastAsia="zh-CN"/>
        </w:rPr>
        <w:br/>
      </w:r>
      <w:r>
        <w:rPr>
          <w:lang w:eastAsia="zh-CN"/>
        </w:rPr>
        <w:t>　　本学期学生及学情分析：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八年级地理主要是学习完成中国地理部分，然后进行初中地理会考总复习以迎接6月14号的初中地理学业考试。涉及的内容多而且较为繁杂，因为是毕业学科，大多数学生学习的积极性也会更高一些。八年级学生通过一年半以来地理教材的学习，对地理知识有了一定的感性认识，具备了初步的读图、分析、判断的能力。对初中地理概况有了一定的了解，掌握了初中地理教学大纲规定的必须掌握的地理基础知识和基本概念，对地理学习方法已基本掌握。这对于学生进行会考地理总复习打下了良好的基础。但由于学生的程度参差不齐，在教学中要注重分层次，面向全体，不放弃每一位学生。从现在起必须做些工作，加强学生重视的程度，为地理会考取得好成绩打下基础。</w:t>
      </w:r>
      <w:r>
        <w:rPr>
          <w:lang w:eastAsia="zh-CN"/>
        </w:rPr>
        <w:br/>
      </w:r>
      <w:r>
        <w:rPr>
          <w:lang w:eastAsia="zh-CN"/>
        </w:rPr>
        <w:t>　　本学期教材内容分析（哪些单元，重难点）：</w:t>
      </w:r>
      <w:r>
        <w:rPr>
          <w:lang w:eastAsia="zh-CN"/>
        </w:rPr>
        <w:br/>
      </w:r>
      <w:r>
        <w:rPr>
          <w:lang w:eastAsia="zh-CN"/>
        </w:rPr>
        <w:t>　　指导思想以《地理课程标准》为依据，以学校教导处工作计划为指导，加强课堂教学，高效地完成本学科教学目标。努力使每一位学生通过学习地理，能够对地理学知识有更深入的理解，能够对今后的学习方向有更多的思考；能够在探究能力、学习能力和解决问题能力方面有更多的发展；能够在责任感、合作精神和创新意识等方面得到提高。通过学习与学生生活密切联系的地理知识，传达地理思想，培养学生学习地理的兴趣和初步能力，最终培养学生“会学地理”，并且会考地理，在学业水平测试中取得理想成绩。</w:t>
      </w:r>
      <w:r>
        <w:rPr>
          <w:lang w:eastAsia="zh-CN"/>
        </w:rPr>
        <w:br/>
      </w:r>
      <w:r>
        <w:rPr>
          <w:lang w:eastAsia="zh-CN"/>
        </w:rPr>
        <w:t>　　教材分析</w:t>
      </w:r>
      <w:r>
        <w:rPr>
          <w:lang w:eastAsia="zh-CN"/>
        </w:rPr>
        <w:br/>
      </w:r>
      <w:r>
        <w:rPr>
          <w:lang w:eastAsia="zh-CN"/>
        </w:rPr>
        <w:t>　　针对我校学生地理学科基础薄弱，且中考复习时间短、内容多、要求高的实际情况，为了在有限的时间里，把握考试要点，做到科学合理、优质高效地复习，我们八年级地理教师经过仔细磋商，在全面分析课程标准和考试大纲的基础上，特制定三阶段复习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第一阶段：（3月中旬——4月下旬，约40天）看书复习教材，梳理知识体系，准确把握课程标准，立足课本，夯实基础。因此这一阶段的复习主要是严格扣紧考试课标规定的范围，建立知识体系为线索，搞好单元过关，引导学生认真研读课本，特别是课本中大小标题（黑体字）的内容，它们概括性强，重点突出。课本中的“活动”插图图表，重要的阅读材料（如“之最”）也不能疏忽。做到正确把握地理概念，正确掌握读图、填图、绘图等基本技能。只有掌握熟悉了基础知识和基本技能，才能够灵活应对各种试题，做到以不变应万变。迎接全市第一轮水平测试，为后续复习奠定一个稳定基础。</w:t>
      </w:r>
      <w:r>
        <w:rPr>
          <w:lang w:eastAsia="zh-CN"/>
        </w:rPr>
        <w:br/>
      </w:r>
      <w:r>
        <w:rPr>
          <w:lang w:eastAsia="zh-CN"/>
        </w:rPr>
        <w:t>　　第二阶段：（4月下旬——5月下旬，约30天）专题复习，以《学业水平测试》为蓝本，讲练结合，迎接全市第二轮水平测试。课本的基本知识点的熟悉掌握是必要的，但是仅仅有这个环节，还是不够，针对地理考题的特点（“无图不成题”是地理中考试卷的重要特点）。我们这阶段安排了以下两个环节：</w:t>
      </w:r>
      <w:r>
        <w:rPr>
          <w:lang w:eastAsia="zh-CN"/>
        </w:rPr>
        <w:br/>
      </w:r>
      <w:r>
        <w:rPr>
          <w:lang w:eastAsia="zh-CN"/>
        </w:rPr>
        <w:t>　　1、梳理体系环节。打破几册课本之间、单元与单元之间、课与课之间的界限，以地图为中心，整合相关地理知识，形成知识的系统化，从而帮助学生形成空间观念、提高空间思维能力，也便于学生形成知识专题。</w:t>
      </w:r>
      <w:r>
        <w:rPr>
          <w:lang w:eastAsia="zh-CN"/>
        </w:rPr>
        <w:br/>
      </w:r>
      <w:r>
        <w:rPr>
          <w:lang w:eastAsia="zh-CN"/>
        </w:rPr>
        <w:t>　　2、讲练结合环节。主要分各种题型的讲练，以做《学业水平测试》为主，帮助学生理解、巩固、掌握和应用所学知识，并从中发现不足和漏洞，及时调整教学，补缺补漏。通过这个环节的复习，让绝大多数学生基本做到熟悉课本知识点，掌握应考方法，能够举一反三。力争在全市第二轮水平测试中，学生总体水平有长足进步。</w:t>
      </w:r>
      <w:r>
        <w:rPr>
          <w:lang w:eastAsia="zh-CN"/>
        </w:rPr>
        <w:br/>
      </w:r>
      <w:r>
        <w:rPr>
          <w:lang w:eastAsia="zh-CN"/>
        </w:rPr>
        <w:t>　　第三阶段：（5月下旬——中考，约20天），综合模拟，强化训练，冲刺中考。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这一阶段的复习目的是：通过模拟题实战的强化训练（读图、填图、绘图训练，材料分析题训练，开放性题目训练），各种专题的讲练（精选部分中考试题，组成几套专题练习）。通过讲练，帮助学生总结和归纳有规律性的知识，教给学生解题思路和方法。学习解决某一类问题抓切入点的方法、规范表达的方法、分析地图的方法及提取有效信息的方法。精选几套中考模拟试题进行近似实战的强化训练（做到限时、限量、优质），注意发现问题，及时指导，进一步提高学生综合运用知识、分析解决问题的能力，并熟练掌握解题方法、解题技巧，最终以百倍的信心冲刺中考。</w:t>
      </w:r>
      <w:r>
        <w:rPr>
          <w:lang w:eastAsia="zh-CN"/>
        </w:rPr>
        <w:br/>
      </w:r>
      <w:r>
        <w:rPr>
          <w:lang w:eastAsia="zh-CN"/>
        </w:rPr>
        <w:t>　　与此同时，教师应有针对性的搞好各教学班的培优工作，努力提高有效优分数，提高合格率，降低低分率，让我校今年的地理中考取得更大的进步。面对压力和挑战，我们只有埋头肯干，把有限的精力投入渗出到无限的学习和工作中去，才能不辜负家长、社会对我们的支持，才能赢得最后的胜利。</w:t>
      </w:r>
      <w:r>
        <w:rPr>
          <w:lang w:eastAsia="zh-CN"/>
        </w:rPr>
        <w:br/>
      </w:r>
      <w:r>
        <w:rPr>
          <w:lang w:eastAsia="zh-CN"/>
        </w:rPr>
        <w:t>　　本学期教学目的及方法：</w:t>
      </w:r>
      <w:r>
        <w:rPr>
          <w:lang w:eastAsia="zh-CN"/>
        </w:rPr>
        <w:br/>
      </w:r>
      <w:r>
        <w:rPr>
          <w:lang w:eastAsia="zh-CN"/>
        </w:rPr>
        <w:t>　　教学目标：</w:t>
      </w:r>
      <w:r>
        <w:rPr>
          <w:lang w:eastAsia="zh-CN"/>
        </w:rPr>
        <w:br/>
      </w:r>
      <w:r>
        <w:rPr>
          <w:lang w:eastAsia="zh-CN"/>
        </w:rPr>
        <w:t>　　提高优分率，合格率，降低低分率。</w:t>
      </w:r>
      <w:r>
        <w:rPr>
          <w:lang w:eastAsia="zh-CN"/>
        </w:rPr>
        <w:br/>
      </w:r>
      <w:r>
        <w:rPr>
          <w:lang w:eastAsia="zh-CN"/>
        </w:rPr>
        <w:t>　　完成本学期教学任务的具体措施：</w:t>
      </w:r>
      <w:r>
        <w:rPr>
          <w:lang w:eastAsia="zh-CN"/>
        </w:rPr>
        <w:br/>
      </w:r>
      <w:r>
        <w:rPr>
          <w:lang w:eastAsia="zh-CN"/>
        </w:rPr>
        <w:t>　　1、认真落实复习计划。</w:t>
      </w:r>
      <w:r>
        <w:rPr>
          <w:lang w:eastAsia="zh-CN"/>
        </w:rPr>
        <w:br/>
      </w:r>
      <w:r>
        <w:rPr>
          <w:lang w:eastAsia="zh-CN"/>
        </w:rPr>
        <w:t>　　2、充分发挥备课组的作用，依靠集体力量认真研究课程标准、教材和中考地理大纲。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3、充分发挥集体的力量，抓好集体备考工作，有效实行资源共享、经验共享。</w:t>
      </w:r>
      <w:r>
        <w:rPr>
          <w:lang w:eastAsia="zh-CN"/>
        </w:rPr>
        <w:br/>
      </w:r>
      <w:r>
        <w:rPr>
          <w:lang w:eastAsia="zh-CN"/>
        </w:rPr>
        <w:t>　　4、针对全体学生，重点抓好苗子和线上、线下的学生的知识过关。</w:t>
      </w:r>
      <w:r>
        <w:rPr>
          <w:lang w:eastAsia="zh-CN"/>
        </w:rPr>
        <w:br/>
      </w:r>
      <w:r>
        <w:rPr>
          <w:lang w:eastAsia="zh-CN"/>
        </w:rPr>
        <w:t>　　5、加强学法指导，答题技巧的训练、知识归纳能力、书写能力的训练。</w:t>
      </w:r>
      <w:r>
        <w:rPr>
          <w:lang w:eastAsia="zh-CN"/>
        </w:rPr>
        <w:br/>
      </w:r>
      <w:r>
        <w:rPr>
          <w:lang w:eastAsia="zh-CN"/>
        </w:rPr>
        <w:t>　　6、认真上好复习课，提高每节课的复习效率。</w:t>
      </w:r>
      <w:r>
        <w:rPr>
          <w:lang w:eastAsia="zh-CN"/>
        </w:rPr>
        <w:br/>
      </w:r>
      <w:r>
        <w:rPr>
          <w:lang w:eastAsia="zh-CN"/>
        </w:rPr>
        <w:t>　　教学进度安排：</w:t>
      </w:r>
      <w:r>
        <w:rPr>
          <w:lang w:eastAsia="zh-CN"/>
        </w:rPr>
        <w:br/>
      </w:r>
      <w:r>
        <w:rPr>
          <w:lang w:eastAsia="zh-CN"/>
        </w:rPr>
        <w:t>　　周次教学内容和课时安排</w:t>
      </w:r>
      <w:r>
        <w:rPr>
          <w:lang w:eastAsia="zh-CN"/>
        </w:rPr>
        <w:br/>
      </w:r>
      <w:r>
        <w:rPr>
          <w:lang w:eastAsia="zh-CN"/>
        </w:rPr>
        <w:t>　　第一周：学习《第八章认识区域：环境与发展》1—3节</w:t>
      </w:r>
      <w:r>
        <w:rPr>
          <w:lang w:eastAsia="zh-CN"/>
        </w:rPr>
        <w:br/>
      </w:r>
      <w:r>
        <w:rPr>
          <w:lang w:eastAsia="zh-CN"/>
        </w:rPr>
        <w:t>　　第二周；学习《第八章认识区域：环境与发展》4—5节</w:t>
      </w:r>
      <w:r>
        <w:rPr>
          <w:lang w:eastAsia="zh-CN"/>
        </w:rPr>
        <w:br/>
      </w:r>
      <w:r>
        <w:rPr>
          <w:lang w:eastAsia="zh-CN"/>
        </w:rPr>
        <w:t>　　学习《第九章建设永续发展的美丽中国》</w:t>
      </w:r>
      <w:r>
        <w:rPr>
          <w:lang w:eastAsia="zh-CN"/>
        </w:rPr>
        <w:br/>
      </w:r>
      <w:r>
        <w:rPr>
          <w:lang w:eastAsia="zh-CN"/>
        </w:rPr>
        <w:t>　　第三周：地球、地图，陆地和海洋；天气与气候，</w:t>
      </w:r>
      <w:r>
        <w:rPr>
          <w:lang w:eastAsia="zh-CN"/>
        </w:rPr>
        <w:br/>
      </w:r>
      <w:r>
        <w:rPr>
          <w:lang w:eastAsia="zh-CN"/>
        </w:rPr>
        <w:t>　　第四周：居民与聚落，发展与合作；考试七年级上册。</w:t>
      </w:r>
      <w:r>
        <w:rPr>
          <w:lang w:eastAsia="zh-CN"/>
        </w:rPr>
        <w:br/>
      </w:r>
      <w:r>
        <w:rPr>
          <w:lang w:eastAsia="zh-CN"/>
        </w:rPr>
        <w:t>　　第五周：亚洲，各具特色的地区，</w:t>
      </w:r>
      <w:r>
        <w:rPr>
          <w:lang w:eastAsia="zh-CN"/>
        </w:rPr>
        <w:br/>
      </w:r>
      <w:r>
        <w:rPr>
          <w:lang w:eastAsia="zh-CN"/>
        </w:rPr>
        <w:t>　　第六周：极地地区，不同类型的国家；考试七年级下册。</w:t>
      </w:r>
      <w:r>
        <w:rPr>
          <w:lang w:eastAsia="zh-CN"/>
        </w:rPr>
        <w:br/>
      </w:r>
      <w:r>
        <w:rPr>
          <w:lang w:eastAsia="zh-CN"/>
        </w:rPr>
        <w:t>　　第七周：国土与居民，中国的自然资源，第一次抽考</w:t>
      </w:r>
      <w:r>
        <w:rPr>
          <w:lang w:eastAsia="zh-CN"/>
        </w:rPr>
        <w:br/>
      </w:r>
      <w:r>
        <w:rPr>
          <w:lang w:eastAsia="zh-CN"/>
        </w:rPr>
        <w:t>　　第八周：经济与文化；考试八年级上册；</w:t>
      </w:r>
      <w:r>
        <w:rPr>
          <w:lang w:eastAsia="zh-CN"/>
        </w:rPr>
        <w:br/>
      </w:r>
      <w:r>
        <w:rPr>
          <w:lang w:eastAsia="zh-CN"/>
        </w:rPr>
        <w:t>　　第九周：八年级下册</w:t>
      </w:r>
      <w:r>
        <w:rPr>
          <w:lang w:eastAsia="zh-CN"/>
        </w:rPr>
        <w:br/>
      </w:r>
      <w:r>
        <w:rPr>
          <w:lang w:eastAsia="zh-CN"/>
        </w:rPr>
        <w:t>　　第十周：阶段性测试（一）</w:t>
      </w:r>
      <w:r>
        <w:rPr>
          <w:lang w:eastAsia="zh-CN"/>
        </w:rPr>
        <w:br/>
      </w:r>
      <w:r>
        <w:rPr>
          <w:lang w:eastAsia="zh-CN"/>
        </w:rPr>
        <w:t>　　第十一周：阶段性测试（二）</w:t>
      </w:r>
      <w:r>
        <w:rPr>
          <w:lang w:eastAsia="zh-CN"/>
        </w:rPr>
        <w:br/>
      </w:r>
      <w:r>
        <w:rPr>
          <w:lang w:eastAsia="zh-CN"/>
        </w:rPr>
        <w:t>　　第十二周：专题复习一；读图，填图，绘图，用图，</w:t>
      </w:r>
      <w:r>
        <w:rPr>
          <w:lang w:eastAsia="zh-CN"/>
        </w:rPr>
        <w:br/>
      </w:r>
      <w:r>
        <w:rPr>
          <w:lang w:eastAsia="zh-CN"/>
        </w:rPr>
        <w:t>　　第十三周：专题复习二，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第十四周：专题复习三；</w:t>
      </w:r>
      <w:r>
        <w:rPr>
          <w:lang w:eastAsia="zh-CN"/>
        </w:rPr>
        <w:br/>
      </w:r>
      <w:r>
        <w:rPr>
          <w:lang w:eastAsia="zh-CN"/>
        </w:rPr>
        <w:t>　　第十五周：综合模拟，强化训练；</w:t>
      </w:r>
      <w:r>
        <w:rPr>
          <w:lang w:eastAsia="zh-CN"/>
        </w:rPr>
        <w:br/>
      </w:r>
      <w:r>
        <w:rPr>
          <w:lang w:eastAsia="zh-CN"/>
        </w:rPr>
        <w:t>　　第十六周：综合复习，中考模拟。</w:t>
      </w:r>
      <w:r>
        <w:rPr>
          <w:lang w:eastAsia="zh-CN"/>
        </w:rPr>
        <w:br/>
      </w:r>
      <w:r>
        <w:rPr>
          <w:lang w:eastAsia="zh-CN"/>
        </w:rPr>
        <w:t xml:space="preserve">    八年级地理教学计划集锦 篇18 </w:t>
      </w:r>
      <w:r>
        <w:rPr>
          <w:lang w:eastAsia="zh-CN"/>
        </w:rPr>
        <w:br/>
      </w:r>
      <w:r>
        <w:rPr>
          <w:lang w:eastAsia="zh-CN"/>
        </w:rPr>
        <w:t>　　一、复习指导思想和达成目标</w:t>
      </w:r>
      <w:r>
        <w:rPr>
          <w:lang w:eastAsia="zh-CN"/>
        </w:rPr>
        <w:br/>
      </w:r>
      <w:r>
        <w:rPr>
          <w:lang w:eastAsia="zh-CN"/>
        </w:rPr>
        <w:t>　　为了巩固全体学生本学期地理学科的基本知识，提高学生基本技能，养成良好的情感、态度、价值观，七、八年级同步进行全面复习。</w:t>
      </w:r>
      <w:r>
        <w:rPr>
          <w:lang w:eastAsia="zh-CN"/>
        </w:rPr>
        <w:br/>
      </w:r>
      <w:r>
        <w:rPr>
          <w:lang w:eastAsia="zh-CN"/>
        </w:rPr>
        <w:t>　　教师围绕地理学科的课程标准，结合中考考点说明进行紧抓课本，夯实基础，突出重点，突破难点，查漏补缺。具体方法是，首先，立足章节进行知识归类。其次，课时训练形成知识体系。再次，总结提升体现适当拓展。复习过程中尽可能关注每个班级中学生个别差异，进行辅导。力争做到循序渐进，一步一个脚印。</w:t>
      </w:r>
      <w:r>
        <w:rPr>
          <w:lang w:eastAsia="zh-CN"/>
        </w:rPr>
        <w:br/>
      </w:r>
      <w:r>
        <w:rPr>
          <w:lang w:eastAsia="zh-CN"/>
        </w:rPr>
        <w:t>　　二、重难点分析和主要复习措施</w:t>
      </w:r>
      <w:r>
        <w:rPr>
          <w:lang w:eastAsia="zh-CN"/>
        </w:rPr>
        <w:br/>
      </w:r>
      <w:r>
        <w:rPr>
          <w:lang w:eastAsia="zh-CN"/>
        </w:rPr>
        <w:t>　　七年级地理：</w:t>
      </w:r>
      <w:r>
        <w:rPr>
          <w:lang w:eastAsia="zh-CN"/>
        </w:rPr>
        <w:br/>
      </w:r>
      <w:r>
        <w:rPr>
          <w:lang w:eastAsia="zh-CN"/>
        </w:rPr>
        <w:t>　　第一章《地球和地图》和第三章《天气和气候》是本学期的教学重难点。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第一章《地球和地图》最难，学生普遍掌握较差。复习时，这部分应作重点讲解复习。经过一学期的学习，学生的理解能力和空间想象能力已有所提高，复习时再讲解，学生理解起来就应该容易些。所以，教师应抓住这个时机全面系统地引导学生理解掌握，给学生一个整体知识的框架，让学生理清思路。第三章《天气和气候》的难度比第一章要降低一些。复习时可以多以实际生活作为例子帮助学生理解记忆，尤其是第二、三节气温、降水时空分布的变化。这两章内容都应以读图理解作为突破，其他章节可以点清重点，让学生理解记忆。总之，复习要紧扣教材，有效运用插图，精选练习加以训练巩固。</w:t>
      </w:r>
      <w:r>
        <w:rPr>
          <w:lang w:eastAsia="zh-CN"/>
        </w:rPr>
        <w:br/>
      </w:r>
      <w:r>
        <w:rPr>
          <w:lang w:eastAsia="zh-CN"/>
        </w:rPr>
        <w:t>　　八年级地理：</w:t>
      </w:r>
      <w:r>
        <w:rPr>
          <w:lang w:eastAsia="zh-CN"/>
        </w:rPr>
        <w:br/>
      </w:r>
      <w:r>
        <w:rPr>
          <w:lang w:eastAsia="zh-CN"/>
        </w:rPr>
        <w:t>　　难点很少，重点很多。大部分学生对基础知识的巩固还不过关，所以复习的方式应以夯牢重点基础知识记忆，抓住读图理解掌握为主。重点章节有：第一章第一节《辽阔的疆域》；第二章《中国的自然环境》；第三章第三节《水资源》；第四章第一节《逐步完善的交通运输网》、第二节《因地制宜发展农业》。也是计划一节复习一章。每复习完一章，做到大部分学生课本基础知识牢固记忆；插图读懂并理解其用途，能正确获取其所承载的知识信息；复习训练中的题目都能解决。</w:t>
      </w:r>
      <w:r>
        <w:rPr>
          <w:lang w:eastAsia="zh-CN"/>
        </w:rPr>
        <w:br/>
      </w:r>
      <w:r>
        <w:rPr>
          <w:lang w:eastAsia="zh-CN"/>
        </w:rPr>
        <w:t>　　总之，复习中立足课堂，做好课下作业辅导和知识点过关的督促，重视“一对一，一帮一”复习氛围的建立，同时多鼓励，让每个学生都能够在不断努力中完善自己。</w:t>
      </w:r>
      <w:r>
        <w:rPr>
          <w:lang w:eastAsia="zh-CN"/>
        </w:rPr>
        <w:br/>
      </w:r>
      <w:r>
        <w:rPr>
          <w:lang w:eastAsia="zh-CN"/>
        </w:rPr>
        <w:t xml:space="preserve">    八年级地理教学计划集锦 篇19 </w:t>
      </w:r>
      <w:r>
        <w:rPr>
          <w:lang w:eastAsia="zh-CN"/>
        </w:rPr>
        <w:br/>
      </w:r>
      <w:r>
        <w:rPr>
          <w:lang w:eastAsia="zh-CN"/>
        </w:rPr>
        <w:t>　　八年级地理主要是学习中国地理，设计内容中有关的地理基础知识已经在七年级学过，因此八年级地理相对于七年级地理而言，要变得轻易一些，同时，相当部分内容学生有一定的了解，学习起来爱好更浓厚，学习积极性也会更高一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一、指导思想</w:t>
      </w:r>
      <w:r>
        <w:rPr>
          <w:lang w:eastAsia="zh-CN"/>
        </w:rPr>
        <w:br/>
      </w:r>
      <w:r>
        <w:rPr>
          <w:lang w:eastAsia="zh-CN"/>
        </w:rPr>
        <w:t>　　八年级地理学科将要学习中国地理，这是一个既熟悉又陌生的领域，但是由于中国疆域太大，太辽阔，学生们的了解熟悉不免有很大的局限性，加上他们只是结构的不完整，熟悉上的不全面，使得他们知其一不知其二，应该说他们的中国地理知识还有很大缺陷，不足以满足成长对地理知识的需要，另外八年级学生在七年级进行了一年的地理学习，具备了一定的读图能力，地理思维能力，地理学习动机，地理学习爱好，独立分析题目的能力，可以说他们大部分基本具备地理学习的能力，当然在学习地理过程中他们也会碰到很多题目，碰到很多障碍，对地理学习出现一些困惑，甚至有点讨厌，对学生学习地理出现的题目的思考也将是八年级地理教学的一大课题，八年级地理课程的可设正好可以弥补学生对地理知识的渴求，同事在学习地理知识过程中，不仅可以增长才干，培养学习爱好，更重要的是对祖国的关心与热爱，与与日俱增，在潜隐默化中提升了他们的思想熟悉水平与道德情操</w:t>
      </w:r>
      <w:r>
        <w:rPr>
          <w:lang w:eastAsia="zh-CN"/>
        </w:rPr>
        <w:br/>
      </w:r>
      <w:r>
        <w:rPr>
          <w:lang w:eastAsia="zh-CN"/>
        </w:rPr>
        <w:t>　　二、情况分析</w:t>
      </w:r>
      <w:r>
        <w:rPr>
          <w:lang w:eastAsia="zh-CN"/>
        </w:rPr>
        <w:br/>
      </w:r>
      <w:r>
        <w:rPr>
          <w:lang w:eastAsia="zh-CN"/>
        </w:rPr>
        <w:t>　　(一)教材分析</w:t>
      </w:r>
      <w:r>
        <w:rPr>
          <w:lang w:eastAsia="zh-CN"/>
        </w:rPr>
        <w:br/>
      </w:r>
      <w:r>
        <w:rPr>
          <w:lang w:eastAsia="zh-CN"/>
        </w:rPr>
        <w:t>　　第一章中国的疆域与人口</w:t>
      </w:r>
      <w:r>
        <w:rPr>
          <w:lang w:eastAsia="zh-CN"/>
        </w:rPr>
        <w:br/>
      </w:r>
      <w:r>
        <w:rPr>
          <w:lang w:eastAsia="zh-CN"/>
        </w:rPr>
        <w:t>　　本章主要学习中国疆域概况，人口与民族特点，构成与分布，把握</w:t>
      </w:r>
      <w:r>
        <w:rPr>
          <w:lang w:eastAsia="zh-CN"/>
        </w:rPr>
        <w:t xml:space="preserve"> 行政区划分的标准，本章的教学重点是中国疆域概况，人口与民族特点及分布特点，行政区划分标准及行政区划构成，本章的教学难点是把握</w:t>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xml:space="preserve"> 三十四个省级行政区划的名称、简称和行政中心，以及部分省级行政区划的地理位置，记住中国省级行政区划图</w:t>
      </w:r>
      <w:r>
        <w:rPr>
          <w:lang w:eastAsia="zh-CN"/>
        </w:rPr>
        <w:br/>
      </w:r>
      <w:r>
        <w:rPr>
          <w:lang w:eastAsia="zh-CN"/>
        </w:rPr>
        <w:t>　　第二章中国的自然环境</w:t>
      </w:r>
      <w:r>
        <w:rPr>
          <w:lang w:eastAsia="zh-CN"/>
        </w:rPr>
        <w:br/>
      </w:r>
      <w:r>
        <w:rPr>
          <w:lang w:eastAsia="zh-CN"/>
        </w:rPr>
        <w:t>　　本章的内容较多，包括中国的地势特点与地形特点，把握 四大高原，四大盆地，三大平原，三大丘陵的地理位置和特点，学习中国的天气类型及其分布，中国河流与分布，区分季风区与非季风区，内流区与外流区，内流河与外流河的特点，本章在中国地理中占有重要的作用，内容繁多，难度较大，教学中应留意结合主体模型图，以帮助学生理解和把握</w:t>
      </w:r>
      <w:r>
        <w:rPr>
          <w:lang w:eastAsia="zh-CN"/>
        </w:rPr>
        <w:br/>
      </w:r>
      <w:r>
        <w:rPr>
          <w:lang w:eastAsia="zh-CN"/>
        </w:rPr>
        <w:t>　　第三章中国的自然环境</w:t>
      </w:r>
      <w:r>
        <w:rPr>
          <w:lang w:eastAsia="zh-CN"/>
        </w:rPr>
        <w:br/>
      </w:r>
      <w:r>
        <w:rPr>
          <w:lang w:eastAsia="zh-CN"/>
        </w:rPr>
        <w:t>　　本章主要学习中国的自然环境概况，包括矿产资源、水资源、土地资源、森林资源、海洋资源等，学习它们的分布及特点，通过学习本章理解人口题目对自然环境的影响，明确节约自然环境的意义，本章的教学重点是部分重要的自然环境的分布，本章的教学难点是部分重要矿产资源如煤铁，石油，铁矿和有色金属的分布</w:t>
      </w:r>
      <w:r>
        <w:rPr>
          <w:lang w:eastAsia="zh-CN"/>
        </w:rPr>
        <w:br/>
      </w:r>
      <w:r>
        <w:rPr>
          <w:lang w:eastAsia="zh-CN"/>
        </w:rPr>
        <w:t>　　第四章中国的区域差异</w:t>
      </w:r>
      <w:r>
        <w:rPr>
          <w:lang w:eastAsia="zh-CN"/>
        </w:rPr>
        <w:br/>
      </w:r>
      <w:r>
        <w:rPr>
          <w:lang w:eastAsia="zh-CN"/>
        </w:rPr>
        <w:t>　　本章主要内容是学习中国四大地区的概况和自然地理特点，本章的教学重点包括中国地理中最重要的三大地理界线，尤其是秦岭――淮河线在中国自然地理上的重要意义，其次是四大地理区域各自的自然地理特色，教学难点是理解三大地理界线两侧不同的自然地理特色形成的原因</w:t>
      </w:r>
      <w:r>
        <w:rPr>
          <w:lang w:eastAsia="zh-CN"/>
        </w:rPr>
        <w:br/>
      </w:r>
      <w:r>
        <w:rPr>
          <w:lang w:eastAsia="zh-CN"/>
        </w:rPr>
        <w:t>　　三、教学目标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通过本学期地理教学，使学生能比较熟练的运用所学的地理知识理解生活中的地理现象，进一步进步阅读舆图的能力和分析推理能力，进步学生绘图的能力，同时通过本学期地理教学，使学生把握</w:t>
      </w:r>
      <w:r>
        <w:rPr>
          <w:lang w:eastAsia="zh-CN"/>
        </w:rPr>
        <w:t xml:space="preserve"> 中国地理概况，包括中国疆域概况，中国人口，民族特点及其地理分布特点，了解人口题目给社会经济，环境带来的压力，把握</w:t>
      </w:r>
      <w:r>
        <w:rPr>
          <w:lang w:eastAsia="zh-CN"/>
        </w:rPr>
        <w:t xml:space="preserve"> 中国的自然环境，包括地形，地势，天气，河流概括，及其相互之间的联系与影响，了解中国自然资源分布和自然环境所面临的状况，熟悉能源危机和环境题目给社会、经济发展造成的不良影响，进步学生节能，节约的主动意识，熟悉祖国各地风土人情和地区差异</w:t>
      </w:r>
      <w:r>
        <w:rPr>
          <w:lang w:eastAsia="zh-CN"/>
        </w:rPr>
        <w:br/>
      </w:r>
      <w:r>
        <w:rPr>
          <w:lang w:eastAsia="zh-CN"/>
        </w:rPr>
        <w:t>　　四、教学措施</w:t>
      </w:r>
      <w:r>
        <w:rPr>
          <w:lang w:eastAsia="zh-CN"/>
        </w:rPr>
        <w:br/>
      </w:r>
      <w:r>
        <w:rPr>
          <w:lang w:eastAsia="zh-CN"/>
        </w:rPr>
        <w:t>　　1、教学中充分发挥双主体作用，采用各种形式，给学生一个学习探究，合作的空间，培养学习地理的爱好，积极性和主动性，在加强“双基”的基础上，注重过程和方法、情感和态度，价值观的形成与培养</w:t>
      </w:r>
      <w:r>
        <w:rPr>
          <w:lang w:eastAsia="zh-CN"/>
        </w:rPr>
        <w:br/>
      </w:r>
      <w:r>
        <w:rPr>
          <w:lang w:eastAsia="zh-CN"/>
        </w:rPr>
        <w:t>　　2、有计划，有步骤地指导学生他进步读图能力，并且要大力开发课程资源，丰富学生的地理知识，学习生活中的地理，学习有用的地理</w:t>
      </w:r>
      <w:r>
        <w:rPr>
          <w:lang w:eastAsia="zh-CN"/>
        </w:rPr>
        <w:br/>
      </w:r>
      <w:r>
        <w:rPr>
          <w:lang w:eastAsia="zh-CN"/>
        </w:rPr>
        <w:t>　　3、教学中做到精讲，重知识体系，结构，联系和思维方法及解题思路，不要面面俱到，拖泥带水，要讲究教学技巧和艺术，进步课堂效益，练习题做到精选，精练，鼓励微型试题，做到讲练结合，努力进步效率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4、重点热门抓辐射，重点依据生活实际的具体题目，运用地理知识解决题目，学以致用，活学活用，切忌将教材内容重复温习一遍，运用探究性，自主性的学习方法，相互研究，回纳，让学生从教材内容中挖掘有一定思维深度的题目，激活学生思维，培养学生思维能力，并做到“宽口径、粗线条、广辐射”</w:t>
      </w:r>
      <w:r>
        <w:rPr>
          <w:lang w:eastAsia="zh-CN"/>
        </w:rPr>
        <w:br/>
      </w:r>
      <w:r>
        <w:rPr>
          <w:lang w:eastAsia="zh-CN"/>
        </w:rPr>
        <w:t>　　5、抓好常规地理课堂教学，认真备好每一节课，搞好集体备课，努力讲好每一节课，讲究练习的实效性</w:t>
      </w:r>
      <w:r>
        <w:rPr>
          <w:lang w:eastAsia="zh-CN"/>
        </w:rPr>
        <w:br/>
      </w:r>
      <w:r>
        <w:rPr>
          <w:lang w:eastAsia="zh-CN"/>
        </w:rPr>
        <w:t>　　6、认真学习新课程标准理论，领会新课标精华，用科学理论指导教学实践</w:t>
      </w:r>
      <w:r>
        <w:rPr>
          <w:lang w:eastAsia="zh-CN"/>
        </w:rPr>
        <w:br/>
      </w:r>
      <w:r>
        <w:rPr>
          <w:lang w:eastAsia="zh-CN"/>
        </w:rPr>
        <w:t>　　7、教学中关注学生的身心发展，结合学科特点，开展学科知识竞赛，激发学生学习爱好</w:t>
      </w:r>
      <w:r>
        <w:rPr>
          <w:lang w:eastAsia="zh-CN"/>
        </w:rPr>
        <w:br/>
      </w:r>
      <w:r>
        <w:rPr>
          <w:lang w:eastAsia="zh-CN"/>
        </w:rPr>
        <w:t>　　五、教研重点与教改专题</w:t>
      </w:r>
      <w:r>
        <w:rPr>
          <w:lang w:eastAsia="zh-CN"/>
        </w:rPr>
        <w:br/>
      </w:r>
      <w:r>
        <w:rPr>
          <w:lang w:eastAsia="zh-CN"/>
        </w:rPr>
        <w:t>　　“345”教学模式的实践</w:t>
      </w:r>
      <w:r>
        <w:rPr>
          <w:lang w:eastAsia="zh-CN"/>
        </w:rPr>
        <w:br/>
      </w:r>
      <w:r>
        <w:rPr>
          <w:lang w:eastAsia="zh-CN"/>
        </w:rPr>
        <w:t>　　六、教学进度安排表</w:t>
      </w:r>
      <w:r>
        <w:rPr>
          <w:lang w:eastAsia="zh-CN"/>
        </w:rPr>
        <w:br/>
      </w:r>
      <w:r>
        <w:rPr>
          <w:lang w:eastAsia="zh-CN"/>
        </w:rPr>
        <w:t xml:space="preserve">    八年级地理教学计划集锦 篇20 </w:t>
      </w:r>
      <w:r>
        <w:rPr>
          <w:lang w:eastAsia="zh-CN"/>
        </w:rPr>
        <w:br/>
      </w:r>
      <w:r>
        <w:rPr>
          <w:lang w:eastAsia="zh-CN"/>
        </w:rPr>
        <w:t>　　一、基本情况分析：</w:t>
      </w:r>
      <w:r>
        <w:rPr>
          <w:lang w:eastAsia="zh-CN"/>
        </w:rPr>
        <w:br/>
      </w:r>
      <w:r>
        <w:rPr>
          <w:lang w:eastAsia="zh-CN"/>
        </w:rPr>
        <w:t>　　通过七年级地理教材的学习，学生对地理知识有了一定的感性认识，具备了初步的读图、分析、判断的能力。对世界概况有了一定地了解。但由于我不是地理专业毕业，教学中也许存在不少误区、盲区，学生知识没有形成系统。再加上学校和学生自身条件等</w:t>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xml:space="preserve"> 多方面原因造成练习、测试都很不到位。大部分学生上进心强，能够遵守纪律，热爱学习，个个争上进。但班级之间教学成绩差距较大，有不少学生好动、贪玩，精力不集中，学习方法欠恰当，因而学习成绩不够理想。面对这种情况，作为教师要加强思想教育，做到因人因材施教。</w:t>
      </w:r>
      <w:r>
        <w:rPr>
          <w:lang w:eastAsia="zh-CN"/>
        </w:rPr>
        <w:br/>
      </w:r>
      <w:r>
        <w:rPr>
          <w:lang w:eastAsia="zh-CN"/>
        </w:rPr>
        <w:t>　　二、本学期教学总目标：</w:t>
      </w:r>
      <w:r>
        <w:rPr>
          <w:lang w:eastAsia="zh-CN"/>
        </w:rPr>
        <w:br/>
      </w:r>
      <w:r>
        <w:rPr>
          <w:lang w:eastAsia="zh-CN"/>
        </w:rPr>
        <w:t>　　本年度教学以中国地理为主，主要的地理教学任务：主要是学习中国的疆域与人口、中国的自然环境、中国的自然资源、中国的区域地理。第一章：中国的疆域与人口。主要学习中国的疆域、行政区划、人口、民族，介绍了我国的领土情况、行政区域的划分、人口概况及其政策、民族的基本情况、我国的民族政策。第二章：中国自然环境。介绍了我国地形、气候、河流的基本情况，介绍了对我国经济发展的</w:t>
      </w:r>
      <w:r>
        <w:rPr>
          <w:lang w:eastAsia="zh-CN"/>
        </w:rPr>
        <w:br/>
      </w:r>
      <w:r>
        <w:rPr>
          <w:lang w:eastAsia="zh-CN"/>
        </w:rPr>
        <w:t>　　有利影响，并指出了不足。第三章：中国的自然资源。介绍了我国主要自然资源的特点、分布、利用中存在的问题及其解决措施。第四章：中国经济：介绍了区域地理的划分。重点讲述了四大区域的情况。</w:t>
      </w:r>
      <w:r>
        <w:rPr>
          <w:lang w:eastAsia="zh-CN"/>
        </w:rPr>
        <w:br/>
      </w:r>
      <w:r>
        <w:rPr>
          <w:lang w:eastAsia="zh-CN"/>
        </w:rPr>
        <w:t>　　三、教学措施：</w:t>
      </w:r>
      <w:r>
        <w:rPr>
          <w:lang w:eastAsia="zh-CN"/>
        </w:rPr>
        <w:br/>
      </w:r>
      <w:r>
        <w:rPr>
          <w:lang w:eastAsia="zh-CN"/>
        </w:rPr>
        <w:t>　　1、强化学生的基本技能，学会读图、填图，从宏观上了解地理单元的知识。</w:t>
      </w:r>
      <w:r>
        <w:rPr>
          <w:lang w:eastAsia="zh-CN"/>
        </w:rPr>
        <w:br/>
      </w:r>
      <w:r>
        <w:rPr>
          <w:lang w:eastAsia="zh-CN"/>
        </w:rPr>
        <w:t>　　2、进行地理基础知识和基本数据的强化记忆，对地理知识进行必要的储备。</w:t>
      </w:r>
      <w:r>
        <w:rPr>
          <w:lang w:eastAsia="zh-CN"/>
        </w:rPr>
        <w:br/>
      </w:r>
      <w:r>
        <w:rPr>
          <w:lang w:eastAsia="zh-CN"/>
        </w:rPr>
        <w:t>　　3、强化学生运用所学的地理知识，分析解决问题的能力。</w:t>
      </w:r>
      <w:r>
        <w:rPr>
          <w:lang w:eastAsia="zh-CN"/>
        </w:rPr>
        <w:br/>
      </w:r>
      <w:r>
        <w:rPr>
          <w:lang w:eastAsia="zh-CN"/>
        </w:rPr>
        <w:t>　　4、以课改的精神和要求指导教学。特别要注重激发学生学习的积极性、创造性。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5、注重课堂教学改革与创新，信息技术的应用与整合：教学活动应该是由教学内容、学生、教师、教学环境整合而成的系统，不仅要重视学生学习的结果，更应注重师生共同探究新知识的过程，重视学生学习的经历和经验，关注学生体验、感悟和实践的过程，通过学习情境的创设、实践环节的开发和学习渠道的拓宽，丰富学生的经历和经验，改变学生的学习方式，实现知识传承、能力发展、态度与价值观形成的统一。</w:t>
      </w:r>
      <w:r>
        <w:rPr>
          <w:lang w:eastAsia="zh-CN"/>
        </w:rPr>
        <w:br/>
      </w:r>
      <w:r>
        <w:rPr>
          <w:lang w:eastAsia="zh-CN"/>
        </w:rPr>
        <w:t>　　6、要特别注重学习方法的研究和指导，以收到事半功倍的效果。通过勤于钻研、辛勤劳动，精于业务、精备教案，周到思考、周密安排，严格要求、严把关口；勇于改革、勇于创新，来夯实每一位学生的学习基础，以“严、实、精、活”的教风带动“勤、实、悟、活”的学风。</w:t>
      </w:r>
      <w:r>
        <w:rPr>
          <w:lang w:eastAsia="zh-CN"/>
        </w:rPr>
        <w:br/>
      </w:r>
      <w:r>
        <w:rPr>
          <w:lang w:eastAsia="zh-CN"/>
        </w:rPr>
        <w:t>　　四、主要任务及目标</w:t>
      </w:r>
      <w:r>
        <w:rPr>
          <w:lang w:eastAsia="zh-CN"/>
        </w:rPr>
        <w:br/>
      </w:r>
      <w:r>
        <w:rPr>
          <w:lang w:eastAsia="zh-CN"/>
        </w:rPr>
        <w:t>　　1、认真备课、上课，细致批阅作业。一堂好课，前提还在于备课的高低。“向四十五分钟要质量”的离不开夜以继日的研究教材及学生、查阅资料、学习各种新的教育教学思想、手段。</w:t>
      </w:r>
      <w:r>
        <w:rPr>
          <w:lang w:eastAsia="zh-CN"/>
        </w:rPr>
        <w:br/>
      </w:r>
      <w:r>
        <w:rPr>
          <w:lang w:eastAsia="zh-CN"/>
        </w:rPr>
        <w:t>　　2、关爱学生，激励学生，做他们学习、生活的引导者。在日常的学习、生活中，我善于处理自身在不同场合的不同身份。对同学们，仅仅严师是不够的；一味地与他们知心交友，也是不可取的。</w:t>
      </w:r>
      <w:r>
        <w:rPr>
          <w:lang w:eastAsia="zh-CN"/>
        </w:rPr>
        <w:br/>
      </w:r>
      <w:r>
        <w:rPr>
          <w:lang w:eastAsia="zh-CN"/>
        </w:rPr>
        <w:t>　　3、深入教研教改，不断提高教育教学的水平，提升为人民教育服务的能力。</w:t>
      </w:r>
      <w:r>
        <w:rPr>
          <w:lang w:eastAsia="zh-CN"/>
        </w:rPr>
        <w:br/>
      </w:r>
      <w:r>
        <w:rPr>
          <w:lang w:eastAsia="zh-CN"/>
        </w:rPr>
        <w:t>　　4、积极进行新教材、新教法、新教育思想的学习、与运用实践。</w:t>
      </w:r>
      <w:r>
        <w:rPr>
          <w:lang w:eastAsia="zh-CN"/>
        </w:rPr>
        <w:br/>
      </w:r>
      <w:r>
        <w:rPr>
          <w:lang w:eastAsia="zh-CN"/>
        </w:rPr>
        <w:t>　　5、学以致用，课程整合，探索教育教学的新模式。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6、组织进行多种形式的知识竞赛和各种课外活动，丰富同学的业余生活，提高对地理的学习兴趣。</w:t>
      </w:r>
      <w:r>
        <w:rPr>
          <w:lang w:eastAsia="zh-CN"/>
        </w:rPr>
        <w:br/>
      </w:r>
      <w:r>
        <w:rPr>
          <w:lang w:eastAsia="zh-CN"/>
        </w:rPr>
        <w:t xml:space="preserve">    八年级地理教学计划集锦 篇21 </w:t>
      </w:r>
      <w:r>
        <w:rPr>
          <w:lang w:eastAsia="zh-CN"/>
        </w:rPr>
        <w:br/>
      </w:r>
      <w:r>
        <w:rPr>
          <w:lang w:eastAsia="zh-CN"/>
        </w:rPr>
        <w:t>　　为了更好地做好本学期地理教学工作，完成本学期主要的地理教学任务，提高教育教学成绩特制定教学计划如下：</w:t>
      </w:r>
      <w:r>
        <w:rPr>
          <w:lang w:eastAsia="zh-CN"/>
        </w:rPr>
        <w:br/>
      </w:r>
      <w:r>
        <w:rPr>
          <w:lang w:eastAsia="zh-CN"/>
        </w:rPr>
        <w:t>　　一、学生基本情况分析：</w:t>
      </w:r>
      <w:r>
        <w:rPr>
          <w:lang w:eastAsia="zh-CN"/>
        </w:rPr>
        <w:br/>
      </w:r>
      <w:r>
        <w:rPr>
          <w:lang w:eastAsia="zh-CN"/>
        </w:rPr>
        <w:t>　　八年级共有两个班__人，本届学生基础较，上进心不够，甚至有部分学生厌学。但上学期期末考试成绩较为理想，上学期期末考试参考人数__人，其中__人及格，及格率为___左右;优生只有___，优生率为___左右，这个成绩相对于同类乡镇来说应该很好了。这期要参加泸州市会考，因此教学内容较为繁重，这学期我将通过各种途径来提高教学成绩。</w:t>
      </w:r>
      <w:r>
        <w:rPr>
          <w:lang w:eastAsia="zh-CN"/>
        </w:rPr>
        <w:br/>
      </w:r>
      <w:r>
        <w:rPr>
          <w:lang w:eastAsia="zh-CN"/>
        </w:rPr>
        <w:t>　　二、 本学期教学内容分析：</w:t>
      </w:r>
      <w:r>
        <w:rPr>
          <w:lang w:eastAsia="zh-CN"/>
        </w:rPr>
        <w:br/>
      </w:r>
      <w:r>
        <w:rPr>
          <w:lang w:eastAsia="zh-CN"/>
        </w:rPr>
        <w:t>　　本学期共五章内容，针对每章内容具体分析如下：</w:t>
      </w:r>
      <w:r>
        <w:rPr>
          <w:lang w:eastAsia="zh-CN"/>
        </w:rPr>
        <w:br/>
      </w:r>
      <w:r>
        <w:rPr>
          <w:lang w:eastAsia="zh-CN"/>
        </w:rPr>
        <w:t>　　第五章、各具特色的四大地理单元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本章学习是以区域为单位，将中国大致按方位分为四大地理单元，在已学的地形、气候及经济等方面知识的基础上，通过分析、综合、比较、概括等方法认识我国四大地理单元各自的特征和不同地理单元之间的差异。在本章的最后设计了综合归纳和比较我国四大地理单元的学习活动，在各大地理单元中，也对认识区域部分未能涉及的一些具有较大意义的地理知识，进行了简介，意图通过这些设计和活动，在整体知识背景和区域学习方法方面为后续认识区域部分的学习打下基础。</w:t>
      </w:r>
      <w:r>
        <w:rPr>
          <w:lang w:eastAsia="zh-CN"/>
        </w:rPr>
        <w:br/>
      </w:r>
      <w:r>
        <w:rPr>
          <w:lang w:eastAsia="zh-CN"/>
        </w:rPr>
        <w:t>　　本章重难点：</w:t>
      </w:r>
      <w:r>
        <w:rPr>
          <w:lang w:eastAsia="zh-CN"/>
        </w:rPr>
        <w:br/>
      </w:r>
      <w:r>
        <w:rPr>
          <w:lang w:eastAsia="zh-CN"/>
        </w:rPr>
        <w:t>　　1、在地图上找出秦岭、淮河，说明秦岭—淮河一线的地理意义。</w:t>
      </w:r>
      <w:r>
        <w:rPr>
          <w:lang w:eastAsia="zh-CN"/>
        </w:rPr>
        <w:br/>
      </w:r>
      <w:r>
        <w:rPr>
          <w:lang w:eastAsia="zh-CN"/>
        </w:rPr>
        <w:t>　　2、能填表比较四大地理单元的特征。</w:t>
      </w:r>
      <w:r>
        <w:rPr>
          <w:lang w:eastAsia="zh-CN"/>
        </w:rPr>
        <w:br/>
      </w:r>
      <w:r>
        <w:rPr>
          <w:lang w:eastAsia="zh-CN"/>
        </w:rPr>
        <w:t>　　3、能说出各地理单元自然地理环境对生产、生活的影响。</w:t>
      </w:r>
      <w:r>
        <w:rPr>
          <w:lang w:eastAsia="zh-CN"/>
        </w:rPr>
        <w:br/>
      </w:r>
      <w:r>
        <w:rPr>
          <w:lang w:eastAsia="zh-CN"/>
        </w:rPr>
        <w:t>　　第六章、认识不同区域</w:t>
      </w:r>
      <w:r>
        <w:rPr>
          <w:lang w:eastAsia="zh-CN"/>
        </w:rPr>
        <w:br/>
      </w:r>
      <w:r>
        <w:rPr>
          <w:lang w:eastAsia="zh-CN"/>
        </w:rPr>
        <w:t>　　在学习了第五章“各具特色的四大地理单元”，了解中国整体概况之后，本章转入中国分区地理的学习。本章是中国地理“认识区域”部分的主体，课本选择了东北、首都北京、长江流域、西部地区和中国台湾五个不同内型的区域构成本章的五节内容(另外还有第七章专门讲珠江三角洲地区)。课本选择的区域，纵贯南北，横联东西，有利于学生从不同的角度由部分到整体地认识祖国，并学会不同类型区域的学习方法。</w:t>
      </w:r>
      <w:r>
        <w:rPr>
          <w:lang w:eastAsia="zh-CN"/>
        </w:rPr>
        <w:br/>
      </w:r>
      <w:r>
        <w:rPr>
          <w:lang w:eastAsia="zh-CN"/>
        </w:rPr>
        <w:t>　　本章重难点：</w:t>
      </w:r>
      <w:r>
        <w:rPr>
          <w:lang w:eastAsia="zh-CN"/>
        </w:rPr>
        <w:br/>
      </w:r>
      <w:r>
        <w:rPr>
          <w:lang w:eastAsia="zh-CN"/>
        </w:rPr>
        <w:t>　　1、“运用地图资料说出区域产业的结构与空间分布特点”，为本章重点之一。</w:t>
      </w:r>
      <w:r>
        <w:rPr>
          <w:lang w:eastAsia="zh-CN"/>
        </w:rPr>
        <w:br/>
      </w:r>
      <w:r>
        <w:rPr>
          <w:lang w:eastAsia="zh-CN"/>
        </w:rPr>
        <w:t>　　2、“举例说明区域内各自然地理要素的相互联系和相互影响”既是重点，又是难点。</w:t>
      </w:r>
      <w:r>
        <w:rPr>
          <w:lang w:eastAsia="zh-CN"/>
        </w:rPr>
        <w:br/>
      </w:r>
      <w:r>
        <w:rPr>
          <w:lang w:eastAsia="zh-CN"/>
        </w:rPr>
        <w:t>　　3、“举例说出区际联系对区域经济发展的意义”，为本章重点之一。</w:t>
      </w:r>
      <w:r>
        <w:rPr>
          <w:lang w:eastAsia="zh-CN"/>
        </w:rPr>
        <w:br/>
      </w:r>
      <w:r>
        <w:rPr>
          <w:lang w:eastAsia="zh-CN"/>
        </w:rPr>
        <w:t>　　第七章、改革开放的前沿——珠江三角洲</w:t>
      </w:r>
      <w:r>
        <w:rPr>
          <w:lang w:eastAsia="zh-CN"/>
        </w:rPr>
        <w:br/>
      </w:r>
    </w:p>
    <w:p w:rsidR="001B1F19" w14:textId="27C3F48A">
      <w:pPr>
        <w:rPr>
          <w:rFonts w:hint="eastAsia"/>
          <w:lang w:eastAsia="zh-CN"/>
        </w:rPr>
      </w:pPr>
      <w:r>
        <w:rPr>
          <w:lang w:eastAsia="zh-CN"/>
        </w:rPr>
        <w:t>　　珠江三角洲地区，是我国改革开放起步最早、经济发展创造的奇迹最多的前沿地带，是我国一个富有特色的地理区域。因此，本教材选择珠江三角洲地区这一典型区域作为学生学习区域的基本内容，还同时介绍了与珠江三角洲毗邻并联系密切的香港、澳门特别行政区。</w:t>
      </w:r>
      <w:r>
        <w:rPr>
          <w:lang w:eastAsia="zh-CN"/>
        </w:rPr>
        <w:br/>
      </w:r>
      <w:r>
        <w:rPr>
          <w:lang w:eastAsia="zh-CN"/>
        </w:rPr>
        <w:t>　　本章重点：</w:t>
      </w:r>
      <w:r>
        <w:rPr>
          <w:lang w:eastAsia="zh-CN"/>
        </w:rPr>
        <w:br/>
      </w:r>
      <w:r>
        <w:rPr>
          <w:lang w:eastAsia="zh-CN"/>
        </w:rPr>
        <w:t>　　1、“运用地图说出珠江三角洲的位置、范围，并对区域的地理位置做出简要评价”，既是重点也是难点。</w:t>
      </w:r>
      <w:r>
        <w:rPr>
          <w:lang w:eastAsia="zh-CN"/>
        </w:rPr>
        <w:br/>
      </w:r>
      <w:r>
        <w:rPr>
          <w:lang w:eastAsia="zh-CN"/>
        </w:rPr>
        <w:t>　　2、举例说出影响珠江三角洲农业和工业发展的地理因素。</w:t>
      </w:r>
      <w:r>
        <w:rPr>
          <w:lang w:eastAsia="zh-CN"/>
        </w:rPr>
        <w:br/>
      </w:r>
      <w:r>
        <w:rPr>
          <w:lang w:eastAsia="zh-CN"/>
        </w:rPr>
        <w:t>　　3、举例说明祖国内地对香港、澳门经济繁荣所起的作用。</w:t>
      </w:r>
      <w:r>
        <w:rPr>
          <w:lang w:eastAsia="zh-CN"/>
        </w:rPr>
        <w:br/>
      </w:r>
      <w:r>
        <w:rPr>
          <w:lang w:eastAsia="zh-CN"/>
        </w:rPr>
        <w:t>　　本章难点：</w:t>
      </w:r>
      <w:r>
        <w:rPr>
          <w:lang w:eastAsia="zh-CN"/>
        </w:rPr>
        <w:br/>
      </w:r>
      <w:r>
        <w:rPr>
          <w:lang w:eastAsia="zh-CN"/>
        </w:rPr>
        <w:t>　　1、外向型经济对珠江三角洲经济发展的促进作用。</w:t>
      </w:r>
      <w:r>
        <w:rPr>
          <w:lang w:eastAsia="zh-CN"/>
        </w:rPr>
        <w:br/>
      </w:r>
      <w:r>
        <w:rPr>
          <w:lang w:eastAsia="zh-CN"/>
        </w:rPr>
        <w:t>　　2、分析珠江三角洲地区城镇化发展的特点及其形成的主要原因，在此基础上理解珠江三角洲地区社会经济的发展与周边地区的联系和影响。</w:t>
      </w:r>
      <w:r>
        <w:rPr>
          <w:lang w:eastAsia="zh-CN"/>
        </w:rPr>
        <w:br/>
      </w:r>
      <w:r>
        <w:rPr>
          <w:lang w:eastAsia="zh-CN"/>
        </w:rPr>
        <w:t>　　第八章、继往开来的天府之国——四川省</w:t>
      </w:r>
      <w:r>
        <w:rPr>
          <w:lang w:eastAsia="zh-CN"/>
        </w:rPr>
        <w:br/>
      </w:r>
      <w:r>
        <w:rPr>
          <w:lang w:eastAsia="zh-CN"/>
        </w:rPr>
        <w:t>　　通过本章的学习，让学生从地理位置、自然环境、自然资源、经济、旅游、交通运输等方面认识我们的家乡——四川。本章的学习内容多，但需要记忆的知识并不多。</w:t>
      </w:r>
      <w:r>
        <w:rPr>
          <w:lang w:eastAsia="zh-CN"/>
        </w:rPr>
        <w:br/>
      </w:r>
      <w:r>
        <w:rPr>
          <w:lang w:eastAsia="zh-CN"/>
        </w:rPr>
        <w:t>　　本章重难点：</w:t>
      </w:r>
      <w:r>
        <w:rPr>
          <w:lang w:eastAsia="zh-CN"/>
        </w:rPr>
        <w:br/>
      </w:r>
      <w:r>
        <w:rPr>
          <w:lang w:eastAsia="zh-CN"/>
        </w:rPr>
        <w:t>　　1、据历史资料说明四川名称的由来;用地图呈现四川的地理位置、人口分布差异大，从而激发学生探究差异巨大的自然环境。</w:t>
      </w:r>
      <w:r>
        <w:rPr>
          <w:lang w:eastAsia="zh-CN"/>
        </w:rPr>
        <w:br/>
      </w:r>
      <w:r>
        <w:rPr>
          <w:lang w:eastAsia="zh-CN"/>
        </w:rPr>
        <w:t>　　2、在自然环境差异巨大的四川，如何搞好经济建设。</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https://d.book118.com/977142023062006040</w:t>
        </w:r>
      </w:hyperlink>
    </w:p>
    <w:p w:rsidR="001B1F19">
      <w:pPr>
        <w:rPr>
          <w:rFonts w:hint="eastAsia"/>
          <w:lang w:eastAsia="zh-CN"/>
        </w:rPr>
      </w:pPr>
    </w:p>
    <w:sectPr>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7714202306200604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