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安全生产月活动方案</w:t>
      </w:r>
    </w:p>
    <w:p>
      <w:pPr>
        <w:spacing w:before="100" w:after="200" w:line="360" w:lineRule="auto"/>
        <w:ind w:firstLine="576"/>
        <w:jc w:val="left"/>
      </w:pPr>
      <w:r>
        <w:rPr>
          <w:rFonts w:ascii="宋体" w:eastAsia="宋体" w:hAnsi="宋体"/>
          <w:sz w:val="28"/>
        </w:rPr>
        <w:t>为切实加强安全生产宣传教育工作，扎实做好今年全国“安全生产月”活动，增强全社会关注安全、关爱生命的氛围，按照鼓东街道的具体部署，结合我社区实际，经研究制定本方案。</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pPr>
      <w:r>
        <w:rPr>
          <w:rFonts w:ascii="宋体" w:eastAsia="宋体" w:hAnsi="宋体"/>
          <w:sz w:val="28"/>
        </w:rPr>
        <w:t>紧紧围绕继续强化“安全生产年”和“责任落实年”工作落实的总体部署，以“预防为主、加强监管、落实责任”为重点，扎实开展安全生产宣传教育活动，大力提高全民安全素养，不断深化安全生产执法和隐患治理行动，进一步强化各项预防措施，落实企业安全生产主体责任和政府“一岗双责”，有效防范重特大事故，进一步促进辖区安全生产形势持续稳定好转。</w:t>
      </w:r>
    </w:p>
    <w:p>
      <w:pPr>
        <w:spacing w:before="100" w:after="200" w:line="360" w:lineRule="auto"/>
        <w:jc w:val="left"/>
      </w:pPr>
      <w:r>
        <w:rPr>
          <w:rFonts w:ascii="宋体 (中文正文)" w:eastAsia="宋体" w:hAnsi="宋体 (中文正文)"/>
          <w:b/>
          <w:sz w:val="28"/>
        </w:rPr>
        <w:t>二、活动主题</w:t>
      </w:r>
    </w:p>
    <w:p>
      <w:pPr>
        <w:spacing w:before="100" w:after="200" w:line="360" w:lineRule="auto"/>
        <w:ind w:firstLine="576"/>
        <w:jc w:val="left"/>
      </w:pPr>
      <w:r>
        <w:rPr>
          <w:rFonts w:ascii="宋体" w:eastAsia="宋体" w:hAnsi="宋体"/>
          <w:sz w:val="28"/>
        </w:rPr>
        <w:t>安全发展、预防为主。</w:t>
      </w:r>
    </w:p>
    <w:p>
      <w:pPr>
        <w:spacing w:before="100" w:after="200" w:line="360" w:lineRule="auto"/>
        <w:jc w:val="left"/>
      </w:pPr>
      <w:r>
        <w:rPr>
          <w:rFonts w:ascii="宋体 (中文正文)" w:eastAsia="宋体" w:hAnsi="宋体 (中文正文)"/>
          <w:b/>
          <w:sz w:val="28"/>
        </w:rPr>
        <w:t>三、活动时间</w:t>
      </w:r>
    </w:p>
    <w:p>
      <w:pPr>
        <w:spacing w:before="100" w:after="200" w:line="360" w:lineRule="auto"/>
        <w:ind w:firstLine="576"/>
        <w:jc w:val="left"/>
      </w:pPr>
      <w:r>
        <w:rPr>
          <w:rFonts w:ascii="宋体" w:eastAsia="宋体" w:hAnsi="宋体"/>
          <w:sz w:val="28"/>
        </w:rPr>
        <w:t>6月1日―6月30日。</w:t>
      </w:r>
    </w:p>
    <w:p>
      <w:pPr>
        <w:spacing w:before="100" w:after="200" w:line="360" w:lineRule="auto"/>
        <w:jc w:val="left"/>
      </w:pPr>
      <w:r>
        <w:rPr>
          <w:rFonts w:ascii="宋体 (中文正文)" w:eastAsia="宋体" w:hAnsi="宋体 (中文正文)"/>
          <w:b/>
          <w:sz w:val="28"/>
        </w:rPr>
        <w:t>四、组织机构</w:t>
      </w:r>
    </w:p>
    <w:p>
      <w:pPr>
        <w:spacing w:before="100" w:after="200" w:line="360" w:lineRule="auto"/>
        <w:ind w:firstLine="576"/>
        <w:jc w:val="left"/>
      </w:pPr>
      <w:r>
        <w:rPr>
          <w:rFonts w:ascii="宋体" w:eastAsia="宋体" w:hAnsi="宋体"/>
          <w:sz w:val="28"/>
        </w:rPr>
        <w:t>成立安全生产月活动领导组，由社区党总支书记、居委会主任xx任组长，治安副主任xx任副组长，社区全体干部、平安中心户长为成员。</w:t>
      </w:r>
    </w:p>
    <w:p>
      <w:pPr>
        <w:spacing w:before="100" w:after="200" w:line="360" w:lineRule="auto"/>
        <w:jc w:val="left"/>
      </w:pPr>
      <w:r>
        <w:rPr>
          <w:rFonts w:ascii="宋体 (中文正文)" w:eastAsia="宋体" w:hAnsi="宋体 (中文正文)"/>
          <w:b/>
          <w:sz w:val="28"/>
        </w:rPr>
        <w:t>五、活动内容</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1.悬挂相应横幅、标语，张贴宣传画，充分利用黑板报、墙报、橱窗等多种形式，进行全方位宣传，大力营造安全氛围。</w:t>
      </w:r>
    </w:p>
    <w:p>
      <w:pPr>
        <w:spacing w:before="100" w:after="200" w:line="360" w:lineRule="auto"/>
        <w:ind w:firstLine="576"/>
        <w:jc w:val="left"/>
      </w:pPr>
      <w:r>
        <w:rPr>
          <w:rFonts w:ascii="宋体" w:eastAsia="宋体" w:hAnsi="宋体"/>
          <w:sz w:val="28"/>
        </w:rPr>
        <w:t>3.社区深入各生产经营单位、建设工地开展安全生产检查活动，结合正在开展的各类安全生产专项整治活动，查找和及时治理事故隐患，确保安全生产各项工作落到实处。</w:t>
      </w:r>
    </w:p>
    <w:p>
      <w:pPr>
        <w:spacing w:before="100" w:after="200" w:line="360" w:lineRule="auto"/>
        <w:ind w:firstLine="576"/>
        <w:jc w:val="left"/>
      </w:pPr>
      <w:r>
        <w:rPr>
          <w:rFonts w:ascii="宋体" w:eastAsia="宋体" w:hAnsi="宋体"/>
          <w:sz w:val="28"/>
        </w:rPr>
        <w:t>4.拟定6月14日―20日，组织开展一次安全生产事故应急救援演练活动。</w:t>
      </w:r>
    </w:p>
    <w:p>
      <w:pPr>
        <w:spacing w:before="100" w:after="200" w:line="360" w:lineRule="auto"/>
        <w:ind w:firstLine="576"/>
        <w:jc w:val="left"/>
      </w:pPr>
      <w:r>
        <w:rPr>
          <w:rFonts w:ascii="宋体" w:eastAsia="宋体" w:hAnsi="宋体"/>
          <w:sz w:val="28"/>
        </w:rPr>
        <w:t>5.积极参加全省统一组织的“安康杯”、“青年安全生产示范岗”、“安全生产应急救援知识赛”等相关活动。</w:t>
      </w:r>
    </w:p>
    <w:p>
      <w:pPr>
        <w:spacing w:before="100" w:after="200" w:line="360" w:lineRule="auto"/>
        <w:jc w:val="left"/>
      </w:pPr>
      <w:r>
        <w:rPr>
          <w:rFonts w:ascii="宋体 (中文正文)" w:eastAsia="宋体" w:hAnsi="宋体 (中文正文)"/>
          <w:b/>
          <w:sz w:val="28"/>
        </w:rPr>
        <w:t>六、工作要求</w:t>
      </w:r>
    </w:p>
    <w:p>
      <w:pPr>
        <w:spacing w:before="100" w:after="200" w:line="360" w:lineRule="auto"/>
        <w:ind w:firstLine="576"/>
        <w:jc w:val="left"/>
      </w:pPr>
      <w:r>
        <w:rPr>
          <w:rFonts w:ascii="宋体" w:eastAsia="宋体" w:hAnsi="宋体"/>
          <w:sz w:val="28"/>
        </w:rPr>
        <w:t>1、加强领导，精心组织。要对“安全生产月”活动高度重视，要成立组织、制定计划，认真安排部署，做好协调工作。</w:t>
      </w:r>
    </w:p>
    <w:p>
      <w:pPr>
        <w:spacing w:before="100" w:after="200" w:line="360" w:lineRule="auto"/>
        <w:ind w:firstLine="576"/>
        <w:jc w:val="left"/>
      </w:pPr>
      <w:r>
        <w:rPr>
          <w:rFonts w:ascii="宋体" w:eastAsia="宋体" w:hAnsi="宋体"/>
          <w:sz w:val="28"/>
        </w:rPr>
        <w:t>2、突出主题，广泛宣传。要通过多种渠道，采用多种形式，加大宣传教育力度，推动安全理念、安全文化、安全法律和安全知识进企业、进工地、进小区、切实提高全民的安全生产意识，规范安全行为，努力营造“安全发展、预防为主”的安全生产氛围。</w:t>
      </w:r>
    </w:p>
    <w:p>
      <w:pPr>
        <w:spacing w:before="100" w:after="200" w:line="360" w:lineRule="auto"/>
        <w:ind w:firstLine="576"/>
        <w:jc w:val="left"/>
      </w:pPr>
      <w:r>
        <w:rPr>
          <w:rFonts w:ascii="宋体" w:eastAsia="宋体" w:hAnsi="宋体"/>
          <w:sz w:val="28"/>
        </w:rPr>
        <w:t>3、信息反馈，及时上报。及时总结此次“安全生产月”活动的工作情况，并于6月23日前将情况报街道安监站。</w:t>
      </w:r>
    </w:p>
    <w:p>
      <w:pPr>
        <w:spacing w:before="100" w:after="200" w:line="360" w:lineRule="auto"/>
        <w:ind w:firstLine="576"/>
        <w:jc w:val="left"/>
      </w:pPr>
      <w:r>
        <w:rPr>
          <w:rFonts w:ascii="宋体" w:eastAsia="宋体" w:hAnsi="宋体"/>
          <w:sz w:val="28"/>
        </w:rPr>
        <w:t>根据上级有关文件精神要求，中心学校对学校“安全生产月”活动的统一部署，结合我校实际，制定我校开展“安全生产月”活动方案。</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以科学发展观为指导，牢固树立“安全发展”理念，坚持“安全第一、预防为主、综合治理”方针，以继续深入开展“安全生产年”活动为主线，以“预防为主、加强监管、落实责任”为重点，大力推进安全文化建设，突出正面宣传，强化舆论引导，普及安全生产法律法规和安全知识，提高全体师生安全文化素质，努力保障校园安全。</w:t>
      </w:r>
    </w:p>
    <w:p>
      <w:pPr>
        <w:spacing w:before="100" w:after="200" w:line="360" w:lineRule="auto"/>
        <w:jc w:val="left"/>
      </w:pPr>
      <w:r>
        <w:rPr>
          <w:rFonts w:ascii="宋体 (中文正文)" w:eastAsia="宋体" w:hAnsi="宋体 (中文正文)"/>
          <w:b/>
          <w:sz w:val="28"/>
        </w:rPr>
        <w:t>二、活动主题</w:t>
      </w:r>
    </w:p>
    <w:p>
      <w:pPr>
        <w:spacing w:before="100" w:after="200" w:line="360" w:lineRule="auto"/>
        <w:ind w:firstLine="576"/>
        <w:jc w:val="left"/>
      </w:pPr>
      <w:r>
        <w:rPr>
          <w:rFonts w:ascii="宋体" w:eastAsia="宋体" w:hAnsi="宋体"/>
          <w:sz w:val="28"/>
        </w:rPr>
        <w:t>安全发展，预防为主。</w:t>
      </w:r>
    </w:p>
    <w:p>
      <w:pPr>
        <w:spacing w:before="100" w:after="200" w:line="360" w:lineRule="auto"/>
        <w:jc w:val="left"/>
      </w:pPr>
      <w:r>
        <w:rPr>
          <w:rFonts w:ascii="宋体 (中文正文)" w:eastAsia="宋体" w:hAnsi="宋体 (中文正文)"/>
          <w:b/>
          <w:sz w:val="28"/>
        </w:rPr>
        <w:t>三、活动时间</w:t>
      </w:r>
    </w:p>
    <w:p>
      <w:pPr>
        <w:spacing w:before="100" w:after="200" w:line="360" w:lineRule="auto"/>
        <w:ind w:firstLine="576"/>
        <w:jc w:val="left"/>
      </w:pPr>
      <w:r>
        <w:rPr>
          <w:rFonts w:ascii="宋体" w:eastAsia="宋体" w:hAnsi="宋体"/>
          <w:sz w:val="28"/>
        </w:rPr>
        <w:t>“安全生产月”活动于20xx年6月1日至6月30日开展。</w:t>
      </w:r>
    </w:p>
    <w:p>
      <w:pPr>
        <w:spacing w:before="100" w:after="200" w:line="360" w:lineRule="auto"/>
        <w:jc w:val="left"/>
      </w:pPr>
      <w:r>
        <w:rPr>
          <w:rFonts w:ascii="宋体 (中文正文)" w:eastAsia="宋体" w:hAnsi="宋体 (中文正文)"/>
          <w:b/>
          <w:sz w:val="28"/>
        </w:rPr>
        <w:t>四、组织领导</w:t>
      </w:r>
    </w:p>
    <w:p>
      <w:pPr>
        <w:spacing w:before="100" w:after="200" w:line="360" w:lineRule="auto"/>
        <w:ind w:firstLine="576"/>
        <w:jc w:val="left"/>
      </w:pPr>
      <w:r>
        <w:rPr>
          <w:rFonts w:ascii="宋体" w:eastAsia="宋体" w:hAnsi="宋体"/>
          <w:sz w:val="28"/>
        </w:rPr>
        <w:t>成立学校“安全生产月”活动领导小组，统一领导、协调全校“安全生产月”活动。</w:t>
      </w:r>
    </w:p>
    <w:p>
      <w:pPr>
        <w:spacing w:before="100" w:after="200" w:line="360" w:lineRule="auto"/>
        <w:jc w:val="left"/>
      </w:pPr>
      <w:r>
        <w:rPr>
          <w:rFonts w:ascii="宋体 (中文正文)" w:eastAsia="宋体" w:hAnsi="宋体 (中文正文)"/>
          <w:sz w:val="28"/>
        </w:rPr>
        <w:t>领导小组成员：</w:t>
      </w:r>
    </w:p>
    <w:p>
      <w:pPr>
        <w:spacing w:before="100" w:after="200" w:line="360" w:lineRule="auto"/>
        <w:ind w:firstLine="576"/>
        <w:jc w:val="left"/>
      </w:pPr>
      <w:r>
        <w:rPr>
          <w:rFonts w:ascii="宋体" w:eastAsia="宋体" w:hAnsi="宋体"/>
          <w:sz w:val="28"/>
        </w:rPr>
        <w:t>组长：邓铸</w:t>
      </w:r>
    </w:p>
    <w:p>
      <w:pPr>
        <w:spacing w:before="100" w:after="200" w:line="360" w:lineRule="auto"/>
        <w:ind w:firstLine="576"/>
        <w:jc w:val="left"/>
      </w:pPr>
      <w:r>
        <w:rPr>
          <w:rFonts w:ascii="宋体" w:eastAsia="宋体" w:hAnsi="宋体"/>
          <w:sz w:val="28"/>
        </w:rPr>
        <w:t>副组长：魏伟赵军</w:t>
      </w:r>
    </w:p>
    <w:p>
      <w:pPr>
        <w:spacing w:before="100" w:after="200" w:line="360" w:lineRule="auto"/>
        <w:ind w:firstLine="576"/>
        <w:jc w:val="left"/>
      </w:pPr>
      <w:r>
        <w:rPr>
          <w:rFonts w:ascii="宋体" w:eastAsia="宋体" w:hAnsi="宋体"/>
          <w:sz w:val="28"/>
        </w:rPr>
        <w:t>成员：刘洪林王继贺刘斌罗素兰赵如洋赵金海肖玉平王继富石爱丽刘敏刘金林</w:t>
      </w:r>
    </w:p>
    <w:p>
      <w:pPr>
        <w:spacing w:before="100" w:after="200" w:line="360" w:lineRule="auto"/>
        <w:jc w:val="left"/>
      </w:pPr>
      <w:r>
        <w:rPr>
          <w:rFonts w:ascii="宋体 (中文正文)" w:eastAsia="宋体" w:hAnsi="宋体 (中文正文)"/>
          <w:b/>
          <w:sz w:val="28"/>
        </w:rPr>
        <w:t>五、活动内容</w:t>
      </w:r>
    </w:p>
    <w:p>
      <w:pPr>
        <w:spacing w:before="100" w:after="200" w:line="360" w:lineRule="auto"/>
        <w:ind w:firstLine="576"/>
        <w:jc w:val="left"/>
      </w:pPr>
      <w:r>
        <w:rPr>
          <w:rFonts w:ascii="宋体" w:eastAsia="宋体" w:hAnsi="宋体"/>
          <w:sz w:val="28"/>
        </w:rPr>
        <w:t>分别以“安全教育宣传周”、“安全技能普及周”、“安全活动竞赛周”、“应急预案演练周”为6月每周活动主题。具体活动内容为：</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1、“安全生产月”活动动员。6月1日，正式启动安全生产月活动；6月2日学习上级有关文件。</w:t>
      </w:r>
    </w:p>
    <w:p>
      <w:pPr>
        <w:spacing w:before="100" w:after="200" w:line="360" w:lineRule="auto"/>
        <w:ind w:firstLine="576"/>
        <w:jc w:val="left"/>
      </w:pPr>
      <w:r>
        <w:rPr>
          <w:rFonts w:ascii="宋体" w:eastAsia="宋体" w:hAnsi="宋体"/>
          <w:sz w:val="28"/>
        </w:rPr>
        <w:t>2、开展“安全教育宣传周”，进行全方位宣传。（1）各班利用班会课、安全课时间组织学生认真学习《中小学生安全常识》等安全知识。（2）对学生进行自救自护培训。（3）邀请法制副校长开展交通安全知识讲座。（4）利用多媒体教室播放安全视频，利用宣传橱窗、板报、学习园地等宣传阵地，广泛开展安全教育宣传活动。</w:t>
      </w:r>
    </w:p>
    <w:p>
      <w:pPr>
        <w:spacing w:before="100" w:after="200" w:line="360" w:lineRule="auto"/>
        <w:ind w:firstLine="576"/>
        <w:jc w:val="left"/>
      </w:pPr>
      <w:r>
        <w:rPr>
          <w:rFonts w:ascii="宋体" w:eastAsia="宋体" w:hAnsi="宋体"/>
          <w:sz w:val="28"/>
        </w:rPr>
        <w:t>3、开展“安全技能普及周”活动。组织对广大教职工进行安全技能的培训。包括灭火器的使用培训，消防栓的使用培训，烫伤应急处理，教室火灾应急处理等。</w:t>
      </w:r>
    </w:p>
    <w:p>
      <w:pPr>
        <w:spacing w:before="100" w:after="200" w:line="360" w:lineRule="auto"/>
        <w:ind w:firstLine="576"/>
        <w:jc w:val="left"/>
      </w:pPr>
      <w:r>
        <w:rPr>
          <w:rFonts w:ascii="宋体" w:eastAsia="宋体" w:hAnsi="宋体"/>
          <w:sz w:val="28"/>
        </w:rPr>
        <w:t>4、组织开展一系列安全卫生评比活动。在全校各年级中开展“安全卫生星级班级”评比活动，在全学校开展安全隐患排查活动；在教师中评选安全巡视员；在保安中评选安全卫士；在学生中评选安全小标兵。</w:t>
      </w:r>
    </w:p>
    <w:p>
      <w:pPr>
        <w:spacing w:before="100" w:after="200" w:line="360" w:lineRule="auto"/>
        <w:ind w:firstLine="576"/>
        <w:jc w:val="left"/>
      </w:pPr>
      <w:r>
        <w:rPr>
          <w:rFonts w:ascii="宋体" w:eastAsia="宋体" w:hAnsi="宋体"/>
          <w:sz w:val="28"/>
        </w:rPr>
        <w:t>5、开展事故应急救援预案演练活动，提高安全事故灾难的防范和处置能力。组织全校师生及职工参加以“树立安全意识，提高应急能力”为主题的“全国安全生产应急知识竞赛”活动。</w:t>
      </w:r>
    </w:p>
    <w:p>
      <w:pPr>
        <w:spacing w:before="100" w:after="200" w:line="360" w:lineRule="auto"/>
        <w:ind w:firstLine="576"/>
        <w:jc w:val="left"/>
      </w:pPr>
      <w:r>
        <w:rPr>
          <w:rFonts w:ascii="宋体" w:eastAsia="宋体" w:hAnsi="宋体"/>
          <w:sz w:val="28"/>
        </w:rPr>
        <w:t>6、在3~6年级学生中开展“安全伴我成长”作文竞赛活动。</w:t>
      </w:r>
    </w:p>
    <w:p>
      <w:pPr>
        <w:spacing w:before="100" w:after="200" w:line="360" w:lineRule="auto"/>
        <w:ind w:firstLine="576"/>
        <w:jc w:val="left"/>
      </w:pPr>
      <w:r>
        <w:rPr>
          <w:rFonts w:ascii="宋体" w:eastAsia="宋体" w:hAnsi="宋体"/>
          <w:sz w:val="28"/>
        </w:rPr>
        <w:t>7、印发安全知识宣传材料，发放到每个学生手中。同时，开展“小手拉大手”活动，将安全工作全面普及，达到家喻户晓。</w:t>
      </w:r>
    </w:p>
    <w:p>
      <w:pPr>
        <w:spacing w:before="100" w:after="200" w:line="360" w:lineRule="auto"/>
        <w:ind w:firstLine="576"/>
        <w:jc w:val="left"/>
      </w:pPr>
      <w:r>
        <w:rPr>
          <w:rFonts w:ascii="宋体" w:eastAsia="宋体" w:hAnsi="宋体"/>
          <w:sz w:val="28"/>
        </w:rPr>
        <w:t>8、全面开展安全大检查活动，排查安全隐患，并整改到位。</w:t>
      </w:r>
    </w:p>
    <w:p>
      <w:pPr>
        <w:spacing w:before="100" w:after="200" w:line="360" w:lineRule="auto"/>
        <w:jc w:val="left"/>
      </w:pPr>
      <w:r>
        <w:rPr>
          <w:rFonts w:ascii="宋体 (中文正文)" w:eastAsia="宋体" w:hAnsi="宋体 (中文正文)"/>
          <w:b/>
          <w:sz w:val="28"/>
        </w:rPr>
        <w:t>六、活动要求</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p>
    <w:p>
      <w:pPr>
        <w:spacing w:before="100" w:after="200" w:line="360" w:lineRule="auto"/>
        <w:ind w:firstLine="576"/>
        <w:jc w:val="left"/>
      </w:pPr>
      <w:r>
        <w:rPr>
          <w:rFonts w:ascii="宋体" w:eastAsia="宋体" w:hAnsi="宋体"/>
          <w:sz w:val="28"/>
        </w:rPr>
        <w:t>刘寨小学全体教职工要高度重视“安全生产月”活动，把开展好此次活动提高到全面落实科学发展观，树立“以人为本”观念，切实把组织好“安全生产月”宣传教育活动摆到安全生产工作的重要位置上。要组织校师生员工认真学习生产法律法规和安全生产知识，宣传安全生产工作的先进典型和好经验、好做法，力求使活动搞得既轰轰烈烈又扎扎实实。</w:t>
      </w:r>
    </w:p>
    <w:p>
      <w:pPr>
        <w:spacing w:before="100" w:after="200" w:line="360" w:lineRule="auto"/>
        <w:ind w:firstLine="576"/>
        <w:jc w:val="left"/>
      </w:pPr>
      <w:r>
        <w:rPr>
          <w:rFonts w:ascii="宋体" w:eastAsia="宋体" w:hAnsi="宋体"/>
          <w:sz w:val="28"/>
        </w:rPr>
        <w:t>根据州人民政府安委办公室《关于开展20xx年“安全生产月”活动方案的通知》文件要求，为进一步加强安全生产宣传工作，提高全民安全意识、防范各类安全事故的发展，保障人民群众的生命财产安全，我单位深入完善和落实安全生产管理制度，推动县经济持续发展。为落实安全生产，坚持“科学发展，安全发展”、“关爱生命，关注安全”的舆论环境和社会氛围，结合我局实际制定20xx年“安全生产月”活动实施方案。</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pPr>
      <w:r>
        <w:rPr>
          <w:rFonts w:ascii="宋体" w:eastAsia="宋体" w:hAnsi="宋体"/>
          <w:sz w:val="28"/>
        </w:rPr>
        <w:t>以党的十八大、十八届三中、四中全会和全国、全省、全州安全生产工作会议精神为指导，以宣传贯彻“党政同责、一岗双责、齐抓共管”和《安全生产》为主线，坚持“三贴近”（贴近实际、贴近生活、贴近群众）。“三面向”（面向基层、面向企业、面向职工），开展内容新颖、形式多样、社会广泛参与的宣传教育活动，加强媒体宣传，强化“红线”意识，普及安全意识，提高全民安全素质，在全社会营造“科学发展、安全发展”、“关爱生命，关注安全”的浓厚氛围，组织开展好“安全生产月”活动，注重实效和实际，与我单位各个科室、站所安全文化建设相结合。</w:t>
      </w:r>
    </w:p>
    <w:p>
      <w:pPr>
        <w:spacing w:before="100" w:after="200" w:line="360" w:lineRule="auto"/>
        <w:jc w:val="left"/>
      </w:pPr>
      <w:r>
        <w:rPr>
          <w:rFonts w:ascii="宋体 (中文正文)" w:eastAsia="宋体" w:hAnsi="宋体 (中文正文)"/>
          <w:b/>
          <w:sz w:val="28"/>
        </w:rPr>
        <w:t>二、活动主题</w:t>
      </w:r>
    </w:p>
    <w:p>
      <w:pPr>
        <w:spacing w:before="100" w:after="200" w:line="360" w:lineRule="auto"/>
        <w:ind w:firstLine="576"/>
        <w:jc w:val="left"/>
      </w:pPr>
      <w:r>
        <w:rPr>
          <w:rFonts w:ascii="宋体" w:eastAsia="宋体" w:hAnsi="宋体"/>
          <w:sz w:val="28"/>
        </w:rPr>
        <w:t>《加强安全法治、保障安全生产》</w:t>
      </w:r>
    </w:p>
    <w:p>
      <w:pPr>
        <w:spacing w:before="100" w:after="200" w:line="360" w:lineRule="auto"/>
        <w:jc w:val="left"/>
        <w:sectPr w:rsidSect="00034616">
          <w:type w:val="nextPage"/>
          <w:pgSz w:w="11906" w:h="16838"/>
          <w:pgMar w:top="1440" w:right="1440" w:bottom="1440" w:left="1440" w:header="720" w:footer="720" w:gutter="0"/>
          <w:pgNumType w:start="5"/>
          <w:cols w:space="720"/>
          <w:titlePg w:val="0"/>
          <w:docGrid w:linePitch="360"/>
        </w:sectPr>
      </w:pPr>
      <w:r>
        <w:rPr>
          <w:rFonts w:ascii="宋体 (中文正文)" w:eastAsia="宋体" w:hAnsi="宋体 (中文正文)"/>
          <w:b/>
          <w:sz w:val="28"/>
        </w:rPr>
        <w:t>三、组织领导</w:t>
      </w:r>
    </w:p>
    <w:p>
      <w:pPr>
        <w:spacing w:before="100" w:after="200" w:line="360" w:lineRule="auto"/>
        <w:ind w:firstLine="576"/>
        <w:jc w:val="left"/>
      </w:pPr>
      <w:r>
        <w:rPr>
          <w:rFonts w:ascii="宋体" w:eastAsia="宋体" w:hAnsi="宋体"/>
          <w:sz w:val="28"/>
        </w:rPr>
        <w:t>我单位成立“安全生产月”活动领导小组，局长担任活动领导小组组长，副局长担任活动领导小组副组长，各个科室、站所负责人担任小组成员，实施相关安全活动。</w:t>
      </w:r>
    </w:p>
    <w:p>
      <w:pPr>
        <w:spacing w:before="100" w:after="200" w:line="360" w:lineRule="auto"/>
        <w:jc w:val="left"/>
      </w:pPr>
      <w:r>
        <w:rPr>
          <w:rFonts w:ascii="宋体 (中文正文)" w:eastAsia="宋体" w:hAnsi="宋体 (中文正文)"/>
          <w:b/>
          <w:sz w:val="28"/>
        </w:rPr>
        <w:t>四、活动时间</w:t>
      </w:r>
    </w:p>
    <w:p>
      <w:pPr>
        <w:spacing w:before="100" w:after="200" w:line="360" w:lineRule="auto"/>
        <w:jc w:val="left"/>
      </w:pPr>
      <w:r>
        <w:rPr>
          <w:rFonts w:ascii="宋体 (中文正文)" w:eastAsia="宋体" w:hAnsi="宋体 (中文正文)"/>
          <w:b/>
          <w:sz w:val="28"/>
        </w:rPr>
        <w:t>五、活动形式和内容</w:t>
      </w:r>
    </w:p>
    <w:p>
      <w:pPr>
        <w:spacing w:before="100" w:after="200" w:line="360" w:lineRule="auto"/>
        <w:ind w:firstLine="576"/>
        <w:jc w:val="left"/>
      </w:pPr>
      <w:r>
        <w:rPr>
          <w:rFonts w:ascii="宋体" w:eastAsia="宋体" w:hAnsi="宋体"/>
          <w:sz w:val="28"/>
        </w:rPr>
        <w:t>（三）、开展安全大排查（6月30日）为切实加强全县人民的食品安全，维护食品市场秩序和社会稳定，防止食品安全事故发生，在县委、县政府的高度重视下，由县农牧和科技局牵头，我局组织将在20xx年6月30日对我全县餐馆家进行食品安全检查。</w:t>
      </w:r>
    </w:p>
    <w:p>
      <w:pPr>
        <w:spacing w:before="100" w:after="200" w:line="360" w:lineRule="auto"/>
        <w:ind w:firstLine="576"/>
        <w:jc w:val="left"/>
      </w:pPr>
      <w:r>
        <w:rPr>
          <w:rFonts w:ascii="宋体" w:eastAsia="宋体" w:hAnsi="宋体"/>
          <w:sz w:val="28"/>
        </w:rPr>
        <w:t>为认真贯彻落实《关于开展20xx年全国“安全生产月”活动的通知》精神，在集团公司统一部署的框架下，公司决定在公司范围内积极响应安全月活动，为使活动达到预期效果，现制订方案如下：</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pPr>
      <w:r>
        <w:rPr>
          <w:rFonts w:ascii="宋体" w:eastAsia="宋体" w:hAnsi="宋体"/>
          <w:sz w:val="28"/>
        </w:rPr>
        <w:t>统一在公司活动的指导思想上。</w:t>
      </w:r>
    </w:p>
    <w:p>
      <w:pPr>
        <w:spacing w:before="100" w:after="200" w:line="360" w:lineRule="auto"/>
        <w:jc w:val="left"/>
      </w:pPr>
      <w:r>
        <w:rPr>
          <w:rFonts w:ascii="宋体 (中文正文)" w:eastAsia="宋体" w:hAnsi="宋体 (中文正文)"/>
          <w:b/>
          <w:sz w:val="28"/>
        </w:rPr>
        <w:t>二、活动主题</w:t>
      </w:r>
    </w:p>
    <w:p>
      <w:pPr>
        <w:spacing w:before="100" w:after="200" w:line="360" w:lineRule="auto"/>
        <w:ind w:firstLine="576"/>
        <w:jc w:val="left"/>
      </w:pPr>
      <w:r>
        <w:rPr>
          <w:rFonts w:ascii="宋体" w:eastAsia="宋体" w:hAnsi="宋体"/>
          <w:sz w:val="28"/>
        </w:rPr>
        <w:t>安全发展、预防为主</w:t>
      </w:r>
    </w:p>
    <w:p>
      <w:pPr>
        <w:spacing w:before="100" w:after="200" w:line="360" w:lineRule="auto"/>
        <w:jc w:val="left"/>
      </w:pPr>
      <w:r>
        <w:rPr>
          <w:rFonts w:ascii="宋体 (中文正文)" w:eastAsia="宋体" w:hAnsi="宋体 (中文正文)"/>
          <w:b/>
          <w:sz w:val="28"/>
        </w:rPr>
        <w:t>三、活动时间</w:t>
      </w:r>
    </w:p>
    <w:p>
      <w:pPr>
        <w:spacing w:before="100" w:after="200" w:line="360" w:lineRule="auto"/>
        <w:ind w:firstLine="576"/>
        <w:jc w:val="left"/>
      </w:pPr>
      <w:r>
        <w:rPr>
          <w:rFonts w:ascii="宋体" w:eastAsia="宋体" w:hAnsi="宋体"/>
          <w:sz w:val="28"/>
        </w:rPr>
        <w:t>20xx年x月x日到x月x日。</w:t>
      </w:r>
    </w:p>
    <w:p>
      <w:pPr>
        <w:spacing w:before="100" w:after="200" w:line="360" w:lineRule="auto"/>
        <w:jc w:val="left"/>
        <w:sectPr w:rsidSect="00034616">
          <w:type w:val="nextPage"/>
          <w:pgSz w:w="11906" w:h="16838"/>
          <w:pgMar w:top="1440" w:right="1440" w:bottom="1440" w:left="1440" w:header="720" w:footer="720" w:gutter="0"/>
          <w:pgNumType w:start="6"/>
          <w:cols w:space="720"/>
          <w:titlePg w:val="0"/>
          <w:docGrid w:linePitch="360"/>
        </w:sectPr>
      </w:pPr>
      <w:r>
        <w:rPr>
          <w:rFonts w:ascii="宋体 (中文正文)" w:eastAsia="宋体" w:hAnsi="宋体 (中文正文)"/>
          <w:b/>
          <w:sz w:val="28"/>
        </w:rPr>
        <w:t>四、活动组织形式</w:t>
      </w:r>
    </w:p>
    <w:p>
      <w:pPr>
        <w:spacing w:before="100" w:after="200" w:line="360" w:lineRule="auto"/>
        <w:ind w:firstLine="576"/>
        <w:jc w:val="left"/>
      </w:pPr>
      <w:r>
        <w:rPr>
          <w:rFonts w:ascii="宋体" w:eastAsia="宋体" w:hAnsi="宋体"/>
          <w:sz w:val="28"/>
        </w:rPr>
        <w:t>成立“安全生产月”活动领导小组，负责公司“安全生产月”活动的组织领导，“安全生产月”活动的具体组织工作由公司安质部、宣传部负责。公司“安全生产月”活动领导小组：</w:t>
      </w:r>
    </w:p>
    <w:p>
      <w:pPr>
        <w:spacing w:before="100" w:after="200" w:line="360" w:lineRule="auto"/>
        <w:jc w:val="left"/>
      </w:pPr>
      <w:r>
        <w:rPr>
          <w:rFonts w:ascii="宋体 (中文正文)" w:eastAsia="宋体" w:hAnsi="宋体 (中文正文)"/>
          <w:sz w:val="28"/>
        </w:rPr>
        <w:t>组长：</w:t>
      </w:r>
    </w:p>
    <w:p>
      <w:pPr>
        <w:spacing w:before="100" w:after="200" w:line="360" w:lineRule="auto"/>
        <w:jc w:val="left"/>
      </w:pPr>
      <w:r>
        <w:rPr>
          <w:rFonts w:ascii="宋体 (中文正文)" w:eastAsia="宋体" w:hAnsi="宋体 (中文正文)"/>
          <w:sz w:val="28"/>
        </w:rPr>
        <w:t>副组长：</w:t>
      </w:r>
    </w:p>
    <w:p>
      <w:pPr>
        <w:spacing w:before="100" w:after="200" w:line="360" w:lineRule="auto"/>
        <w:jc w:val="left"/>
      </w:pPr>
      <w:r>
        <w:rPr>
          <w:rFonts w:ascii="宋体 (中文正文)" w:eastAsia="宋体" w:hAnsi="宋体 (中文正文)"/>
          <w:sz w:val="28"/>
        </w:rPr>
        <w:t>成员：</w:t>
      </w:r>
    </w:p>
    <w:p>
      <w:pPr>
        <w:spacing w:before="100" w:after="200" w:line="360" w:lineRule="auto"/>
        <w:jc w:val="left"/>
      </w:pPr>
      <w:r>
        <w:rPr>
          <w:rFonts w:ascii="宋体 (中文正文)" w:eastAsia="宋体" w:hAnsi="宋体 (中文正文)"/>
          <w:b/>
          <w:sz w:val="28"/>
        </w:rPr>
        <w:t>五、活动内容</w:t>
      </w:r>
    </w:p>
    <w:p>
      <w:pPr>
        <w:spacing w:before="100" w:after="200" w:line="360" w:lineRule="auto"/>
        <w:ind w:firstLine="576"/>
        <w:jc w:val="left"/>
      </w:pPr>
      <w:r>
        <w:rPr>
          <w:rFonts w:ascii="宋体" w:eastAsia="宋体" w:hAnsi="宋体"/>
          <w:sz w:val="28"/>
        </w:rPr>
        <w:t>1、公司将活动开展至车间、班组、分包队伍及劳务队伍的所有员工、农民工。参加人员应该包括全部签署直接合同或间接合同（与分包商及劳务队伍签订的）的员工，广泛动员，全员积极参与“安全生产月”各项活动。</w:t>
      </w:r>
    </w:p>
    <w:p>
      <w:pPr>
        <w:spacing w:before="100" w:after="200" w:line="360" w:lineRule="auto"/>
        <w:ind w:firstLine="576"/>
        <w:jc w:val="left"/>
      </w:pPr>
      <w:r>
        <w:rPr>
          <w:rFonts w:ascii="宋体" w:eastAsia="宋体" w:hAnsi="宋体"/>
          <w:sz w:val="28"/>
        </w:rPr>
        <w:t>3、根据国家、集团和公司的整体要求及公司实际情况，大力组织开展各类安全教育培训活动。以促进安全管理及应急体系全面运行为核心，开展各类体系文件、程序的教育培训工作，多轮次的开展危险源辨识及各控制措施的教育培训工作，确保广大员工特别是岗位员工能正确辨识与控制各类危险源。“安全生产月”期间，组织广大员工收看“安全生产月”主题宣传片及两部安全生产警示教育片，参加“全国安全生产应急知识竞赛”答题、“安康杯”竞赛及创建青年安全生产示范岗活动。开展安全生产事故案例警示教育活动。</w:t>
      </w:r>
    </w:p>
    <w:p>
      <w:pPr>
        <w:spacing w:before="100" w:after="200" w:line="360" w:lineRule="auto"/>
        <w:ind w:firstLine="576"/>
        <w:jc w:val="left"/>
      </w:pPr>
      <w:r>
        <w:rPr>
          <w:rFonts w:ascii="宋体" w:eastAsia="宋体" w:hAnsi="宋体"/>
          <w:sz w:val="28"/>
        </w:rPr>
        <w:t>4、组织开展安全生产大检查</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p>
    <w:p>
      <w:pPr>
        <w:spacing w:before="100" w:after="200" w:line="360" w:lineRule="auto"/>
        <w:ind w:firstLine="576"/>
        <w:jc w:val="left"/>
      </w:pPr>
      <w:r>
        <w:rPr>
          <w:rFonts w:ascii="宋体" w:eastAsia="宋体" w:hAnsi="宋体"/>
          <w:sz w:val="28"/>
        </w:rPr>
        <w:t>在车间安全生产自检自改的基础上，制定详细的安全生产检查计划，组织各层级的综合或专项安全检查组，开展安全生产大检查。检查中，各级主要领导要亲自带队，其他领导应参加业务范围内的安全检查。根据国家、集团、母公司对安全生产工作的各项要求，对安全管理及现场安全工作情况进行全面的检查，对查出的事故隐患，要定人员、定资金、定时间、定措施，认真开展治理工作。检查重点为安全管理及应急体系运行、安全教育培训、日常安全监督管理、高危作业安全管理、汛期安全等工作以及20xx年以来发生过重伤以上生产安全事故的项目、环节。</w:t>
      </w:r>
    </w:p>
    <w:p>
      <w:pPr>
        <w:spacing w:before="100" w:after="200" w:line="360" w:lineRule="auto"/>
        <w:ind w:firstLine="576"/>
        <w:jc w:val="left"/>
      </w:pPr>
      <w:r>
        <w:rPr>
          <w:rFonts w:ascii="宋体" w:eastAsia="宋体" w:hAnsi="宋体"/>
          <w:sz w:val="28"/>
        </w:rPr>
        <w:t>（1）安全管理情况检查</w:t>
      </w:r>
    </w:p>
    <w:p>
      <w:pPr>
        <w:spacing w:before="100" w:after="200" w:line="360" w:lineRule="auto"/>
        <w:ind w:firstLine="576"/>
        <w:jc w:val="left"/>
      </w:pPr>
      <w:r>
        <w:rPr>
          <w:rFonts w:ascii="宋体" w:eastAsia="宋体" w:hAnsi="宋体"/>
          <w:sz w:val="28"/>
        </w:rPr>
        <w:t>检查的重点：一是与安全生产相关各类证照取证及复验情况、合法经营情况；二是安全管理及应急体系运行及完善情况，包括：公司提出的各整改项落实情况，体系运行计划、动员情况，各分体系特别是安全教育培训体系、日常安全监管体系、组织体系、责任体系、投入体系运行情况，体系建设及建设示范企业创建情况；三是《中国中材国际工程股份有限公司母公司20xx年安全生产工作要点》布置的各项工作落实情况；四是“安全生产月”及各类安全活动组织计划情况。</w:t>
      </w:r>
    </w:p>
    <w:p>
      <w:pPr>
        <w:spacing w:before="100" w:after="200" w:line="360" w:lineRule="auto"/>
        <w:ind w:firstLine="576"/>
        <w:jc w:val="left"/>
      </w:pPr>
      <w:r>
        <w:rPr>
          <w:rFonts w:ascii="宋体" w:eastAsia="宋体" w:hAnsi="宋体"/>
          <w:sz w:val="28"/>
        </w:rPr>
        <w:t>（2）作业现场安全检查</w:t>
      </w:r>
    </w:p>
    <w:p>
      <w:pPr>
        <w:spacing w:before="100" w:after="200" w:line="360" w:lineRule="auto"/>
        <w:ind w:firstLine="576"/>
        <w:jc w:val="left"/>
      </w:pPr>
      <w:r>
        <w:rPr>
          <w:rFonts w:ascii="宋体" w:eastAsia="宋体" w:hAnsi="宋体"/>
          <w:sz w:val="28"/>
        </w:rPr>
        <w:t>全面开展生产（施工）作业现场安全检查，检查具体内容为“安全生产月”活动氛围、现场平面布置、文明生产（施工）、环境、劳保用品使用、安全警示标志设置、安全设施设置、水、电、气及各类管线安全、高危作业、设备管理、消防设施、重大或重要危险源、特种设备及特种作业、作业人员安全行为、办公区和生活区、交通安全、各系统安全状况等方面。检查重点高危作业、高空作业、用电管理、特种设备及特种作业等方面安全生产情况。</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（3）在开展应急培训的基础上，制定计划、方案，落实演练资金、人员、场所，采取独立进行、各级单位配合、与地方政府联合等多种形式，大力开展生产事故等重要预案的演练工作。</w:t>
      </w:r>
    </w:p>
    <w:p>
      <w:pPr>
        <w:spacing w:before="100" w:after="200" w:line="360" w:lineRule="auto"/>
        <w:ind w:firstLine="576"/>
        <w:jc w:val="left"/>
      </w:pPr>
      <w:r>
        <w:rPr>
          <w:rFonts w:ascii="宋体" w:eastAsia="宋体" w:hAnsi="宋体"/>
          <w:sz w:val="28"/>
        </w:rPr>
        <w:t>5、积极参加国家及地方政府组织的各类“安全生产月”活动。</w:t>
      </w:r>
    </w:p>
    <w:p>
      <w:pPr>
        <w:spacing w:before="100" w:after="200" w:line="360" w:lineRule="auto"/>
        <w:jc w:val="left"/>
      </w:pPr>
      <w:r>
        <w:rPr>
          <w:rFonts w:ascii="宋体 (中文正文)" w:eastAsia="宋体" w:hAnsi="宋体 (中文正文)"/>
          <w:b/>
          <w:sz w:val="28"/>
        </w:rPr>
        <w:t>六、工作要求</w:t>
      </w:r>
    </w:p>
    <w:p>
      <w:pPr>
        <w:spacing w:before="100" w:after="200" w:line="360" w:lineRule="auto"/>
        <w:ind w:firstLine="576"/>
        <w:jc w:val="left"/>
      </w:pPr>
      <w:r>
        <w:rPr>
          <w:rFonts w:ascii="宋体" w:eastAsia="宋体" w:hAnsi="宋体"/>
          <w:sz w:val="28"/>
        </w:rPr>
        <w:t>1、紧紧围绕“安全发展、预防为主”这一活动主题，积极开展“安全生产月”各项活动。“安全生产月”期间，各子、分公司、各项目部应大力宣传安全管理先进经验、典型，报道安全生产先进人物和。</w:t>
      </w:r>
    </w:p>
    <w:p>
      <w:pPr>
        <w:spacing w:before="100" w:after="200" w:line="360" w:lineRule="auto"/>
        <w:ind w:firstLine="576"/>
        <w:jc w:val="left"/>
      </w:pPr>
      <w:r>
        <w:rPr>
          <w:rFonts w:ascii="宋体" w:eastAsia="宋体" w:hAnsi="宋体"/>
          <w:sz w:val="28"/>
        </w:rPr>
        <w:t>2、以“安全生产月”活动为契机，做好当前各项工作；以全面运行安全管理及应急体系为中心，精心部署，精心组织，采取有力措施，推动20xx年各项安全生产工作的有效落实，促进全年安全生产形势的稳定好转。</w:t>
      </w:r>
    </w:p>
    <w:p>
      <w:pPr>
        <w:spacing w:before="100" w:after="200" w:line="360" w:lineRule="auto"/>
        <w:ind w:firstLine="576"/>
        <w:jc w:val="left"/>
      </w:pPr>
      <w:r>
        <w:rPr>
          <w:rFonts w:ascii="宋体" w:eastAsia="宋体" w:hAnsi="宋体"/>
          <w:sz w:val="28"/>
        </w:rPr>
        <w:t>3、“安全生产月”结束后，对“安全生产月”活动情况进行总结，于7月3日前，将总结材料报公司安质部。</w:t>
      </w:r>
    </w:p>
    <w:p>
      <w:pPr>
        <w:spacing w:before="100" w:after="200" w:line="360" w:lineRule="auto"/>
        <w:ind w:firstLine="576"/>
        <w:jc w:val="left"/>
      </w:pPr>
      <w:r>
        <w:rPr>
          <w:rFonts w:ascii="宋体" w:eastAsia="宋体" w:hAnsi="宋体"/>
          <w:sz w:val="28"/>
        </w:rPr>
        <w:t>为进一步贯彻落实中省市县有关安全生产工作会议的精神，按照市水务局《关于开展年市水务行业“安全生产月”宣传教育活动的通知》、中共县委宣传部等八部门《关于开展县年“全国安全生产月”宣传活动的通知》的文件要求，从年6月1日至30日，在全县水务行业内开展“安全生产月”活动，为了严厉打击非法违法生产经营建设行为、继续深化“安全生产年”活动，为“十二五”时期全县水利安全生产工作开好局、起好步提供有力的思想保证、精神动力和舆论支持。我局制定了年开展“安全生产月”活动方案，具体内容如下：</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pPr>
      <w:r>
        <w:rPr>
          <w:rFonts w:ascii="宋体" w:eastAsia="宋体" w:hAnsi="宋体"/>
          <w:sz w:val="28"/>
        </w:rPr>
        <w:t>扎实推进安全文化、安全生产宣传教育体系建设，努力促进我县水务安全生产形势持续稳定好转。</w:t>
      </w:r>
    </w:p>
    <w:p>
      <w:pPr>
        <w:spacing w:before="100" w:after="200" w:line="360" w:lineRule="auto"/>
        <w:jc w:val="left"/>
        <w:sectPr w:rsidSect="00034616">
          <w:type w:val="nextPage"/>
          <w:pgSz w:w="11906" w:h="16838"/>
          <w:pgMar w:top="1440" w:right="1440" w:bottom="1440" w:left="1440" w:header="720" w:footer="720" w:gutter="0"/>
          <w:pgNumType w:start="9"/>
          <w:cols w:space="720"/>
          <w:titlePg w:val="0"/>
          <w:docGrid w:linePitch="360"/>
        </w:sectPr>
      </w:pPr>
      <w:r>
        <w:rPr>
          <w:rFonts w:ascii="宋体 (中文正文)" w:eastAsia="宋体" w:hAnsi="宋体 (中文正文)"/>
          <w:b/>
          <w:sz w:val="28"/>
        </w:rPr>
        <w:t>二、活动时间</w:t>
      </w:r>
    </w:p>
    <w:p>
      <w:pPr>
        <w:spacing w:before="100" w:after="200" w:line="360" w:lineRule="auto"/>
        <w:ind w:firstLine="576"/>
        <w:jc w:val="left"/>
      </w:pPr>
      <w:r>
        <w:rPr>
          <w:rFonts w:ascii="宋体" w:eastAsia="宋体" w:hAnsi="宋体"/>
          <w:sz w:val="28"/>
        </w:rPr>
        <w:t>本次“安全生产月”活动时间为：20xx年6月1日至30日。</w:t>
      </w:r>
    </w:p>
    <w:p>
      <w:pPr>
        <w:spacing w:before="100" w:after="200" w:line="360" w:lineRule="auto"/>
        <w:jc w:val="left"/>
      </w:pPr>
      <w:r>
        <w:rPr>
          <w:rFonts w:ascii="宋体 (中文正文)" w:eastAsia="宋体" w:hAnsi="宋体 (中文正文)"/>
          <w:b/>
          <w:sz w:val="28"/>
        </w:rPr>
        <w:t>三、组织机构</w:t>
      </w:r>
    </w:p>
    <w:p>
      <w:pPr>
        <w:spacing w:before="100" w:after="200" w:line="360" w:lineRule="auto"/>
        <w:ind w:firstLine="576"/>
        <w:jc w:val="left"/>
      </w:pPr>
      <w:r>
        <w:rPr>
          <w:rFonts w:ascii="宋体" w:eastAsia="宋体" w:hAnsi="宋体"/>
          <w:sz w:val="28"/>
        </w:rPr>
        <w:t>为搞好这次活动，水务局成立“安全生产月”活动工作小组，组长由局党组书记局长担任，副组长由局党组成员副局长同志担任，成员由各股室单位负责人担任。安全生产月活动工作小组办公室设在局安办，办公室主任由副局长同志兼任，具体负责“安全生产月”活动的协调指导工作。</w:t>
      </w:r>
    </w:p>
    <w:p>
      <w:pPr>
        <w:spacing w:before="100" w:after="200" w:line="360" w:lineRule="auto"/>
        <w:jc w:val="left"/>
      </w:pPr>
      <w:r>
        <w:rPr>
          <w:rFonts w:ascii="宋体 (中文正文)" w:eastAsia="宋体" w:hAnsi="宋体 (中文正文)"/>
          <w:b/>
          <w:sz w:val="28"/>
        </w:rPr>
        <w:t>四、安全生产月活动安排</w:t>
      </w:r>
    </w:p>
    <w:p>
      <w:pPr>
        <w:spacing w:before="100" w:after="200" w:line="360" w:lineRule="auto"/>
        <w:ind w:firstLine="576"/>
        <w:jc w:val="left"/>
      </w:pPr>
      <w:r>
        <w:rPr>
          <w:rFonts w:ascii="宋体" w:eastAsia="宋体" w:hAnsi="宋体"/>
          <w:sz w:val="28"/>
        </w:rPr>
        <w:t>(一)加强安全教育，普及安全文化，营造安全生产氛围，提升广大干部职工的安全意识。</w:t>
      </w:r>
    </w:p>
    <w:p>
      <w:pPr>
        <w:spacing w:before="100" w:after="200" w:line="360" w:lineRule="auto"/>
        <w:ind w:firstLine="576"/>
        <w:jc w:val="left"/>
      </w:pPr>
      <w:r>
        <w:rPr>
          <w:rFonts w:ascii="宋体" w:eastAsia="宋体" w:hAnsi="宋体"/>
          <w:sz w:val="28"/>
        </w:rPr>
        <w:t>(二)结合“安全生产月”活动，结合汛期安全度汛、“打非治违”和学校安全工作组织开展水利安全生产排查检查和打击非法违法生产经营建设行为专项行动情况专项整治工作等专项活动进展情况以及隐患排查治理情况进行抽查、检查，强化安全管理。组织防汛抗旱指挥部成员单位进行一次防汛演练，提高防汛抗旱队伍快速应急能力，做到防患于未然。对全县河道进行一次大检查，对检查出的问题，及时落实整改措施加以整改。做好防大汛、抗大洪、抢大险的`思想准备，提高警惕，积极备战，认真安排部署防汛工作，同时加强对河道堤防、闸坝、水库大坝、输水渠道、渔业船舶的监测和巡视，落实防汛管护责任。</w:t>
      </w:r>
    </w:p>
    <w:p>
      <w:pPr>
        <w:spacing w:before="100" w:after="200" w:line="360" w:lineRule="auto"/>
        <w:ind w:firstLine="576"/>
        <w:jc w:val="left"/>
      </w:pPr>
      <w:r>
        <w:rPr>
          <w:rFonts w:ascii="宋体" w:eastAsia="宋体" w:hAnsi="宋体"/>
          <w:sz w:val="28"/>
        </w:rPr>
        <w:t>(三)督促各乡镇、各部门尽快建立、健全防汛应急响应机制，同时，协助有关单位做好应急预案培训、演练活动，推动应急管理工作的落实。</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(四)开展“安全生产月”活动宣传报道，做好安全生产事故警示教育工作。利用报刊、横幅、电视、等媒体宣传我县水利行业开展“安全生产月”活动，开展安全生产警示教育活动。</w:t>
      </w:r>
    </w:p>
    <w:p>
      <w:pPr>
        <w:spacing w:before="100" w:after="200" w:line="360" w:lineRule="auto"/>
        <w:ind w:firstLine="576"/>
        <w:jc w:val="left"/>
      </w:pPr>
      <w:r>
        <w:rPr>
          <w:rFonts w:ascii="宋体" w:eastAsia="宋体" w:hAnsi="宋体"/>
          <w:sz w:val="28"/>
        </w:rPr>
        <w:t>(五)组织参加市、县“安全生产月”活动组委会安排的其他有关活动。</w:t>
      </w:r>
    </w:p>
    <w:p>
      <w:pPr>
        <w:spacing w:before="100" w:after="200" w:line="360" w:lineRule="auto"/>
        <w:jc w:val="left"/>
      </w:pPr>
      <w:r>
        <w:rPr>
          <w:rFonts w:ascii="宋体 (中文正文)" w:eastAsia="宋体" w:hAnsi="宋体 (中文正文)"/>
          <w:b/>
          <w:sz w:val="28"/>
        </w:rPr>
        <w:t>五、活动要求</w:t>
      </w:r>
    </w:p>
    <w:p>
      <w:pPr>
        <w:spacing w:before="100" w:after="200" w:line="360" w:lineRule="auto"/>
        <w:ind w:firstLine="576"/>
        <w:jc w:val="left"/>
      </w:pPr>
      <w:r>
        <w:rPr>
          <w:rFonts w:ascii="宋体" w:eastAsia="宋体" w:hAnsi="宋体"/>
          <w:sz w:val="28"/>
        </w:rPr>
        <w:t>要以贯彻落实市县两级的《通知》为核心，以全面贯彻实施《安全生产法》、国务院《生产安全事故报告和调查处理条例》为主线，深入宣传“安全发展”的科学理念，普及安全生产法律法规和安全知识，提升公众安全生产法制意识、责任意识、事故防范意识和自我保护意识，营造人人讲安全的浓厚氛围。局机关各股室单位要提早动手、充分准备，加强协调，推进安全文化建设，强化全民安全意识，不断促进全县水务行业安全生产形势的进一步稳定好转。</w:t>
      </w:r>
    </w:p>
    <w:p>
      <w:pPr>
        <w:spacing w:before="100" w:after="200" w:line="360" w:lineRule="auto"/>
        <w:ind w:firstLine="576"/>
        <w:jc w:val="left"/>
      </w:pPr>
      <w:r>
        <w:rPr>
          <w:rFonts w:ascii="宋体" w:eastAsia="宋体" w:hAnsi="宋体"/>
          <w:sz w:val="28"/>
        </w:rPr>
        <w:t>为响应国家安全生产月活动，我部项目根据水清木华苑（原星湖苑）工程指挥部组织召开的相关会议通知要求，结合本工程施工实际情况，经项目部领导班子和安全生产领导小组研究决定2022年度安全生产活动方案，落实各项活动安排，现将开展“安全生产月”活动实施方案如下：</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pPr>
      <w:r>
        <w:rPr>
          <w:rFonts w:ascii="宋体" w:eastAsia="宋体" w:hAnsi="宋体"/>
          <w:sz w:val="28"/>
        </w:rPr>
        <w:t>深入贯彻科学发展观，坚持“安全第一、预防为主、综合治理”的方针，牢固树立以人为本，安全发展理念，结合我标段安全现状和各项重点任务，以强化安全意识，提高安全素质为着力点，深入开展安全生产月各项措施落实，争取完成本合同段施工生产任务。</w:t>
      </w:r>
    </w:p>
    <w:p>
      <w:pPr>
        <w:spacing w:before="100" w:after="200" w:line="360" w:lineRule="auto"/>
        <w:jc w:val="left"/>
      </w:pPr>
      <w:r>
        <w:rPr>
          <w:rFonts w:ascii="宋体 (中文正文)" w:eastAsia="宋体" w:hAnsi="宋体 (中文正文)"/>
          <w:b/>
          <w:sz w:val="28"/>
        </w:rPr>
        <w:t>二、活动时间及主题</w:t>
      </w:r>
    </w:p>
    <w:p>
      <w:pPr>
        <w:spacing w:before="100" w:after="200" w:line="360" w:lineRule="auto"/>
        <w:ind w:firstLine="576"/>
        <w:jc w:val="left"/>
      </w:pPr>
      <w:r>
        <w:rPr>
          <w:rFonts w:ascii="宋体" w:eastAsia="宋体" w:hAnsi="宋体"/>
          <w:sz w:val="28"/>
        </w:rPr>
        <w:t>活动时间：6月1日至6月30日</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活动主题：强化安全管理、推动安全发展</w:t>
      </w:r>
    </w:p>
    <w:p>
      <w:pPr>
        <w:spacing w:before="100" w:after="200" w:line="360" w:lineRule="auto"/>
        <w:jc w:val="left"/>
      </w:pPr>
      <w:r>
        <w:rPr>
          <w:rFonts w:ascii="宋体 (中文正文)" w:eastAsia="宋体" w:hAnsi="宋体 (中文正文)"/>
          <w:b/>
          <w:sz w:val="28"/>
        </w:rPr>
        <w:t>三、成立活动领导小组</w:t>
      </w:r>
    </w:p>
    <w:p>
      <w:pPr>
        <w:spacing w:before="100" w:after="200" w:line="360" w:lineRule="auto"/>
        <w:ind w:firstLine="576"/>
        <w:jc w:val="left"/>
      </w:pPr>
      <w:r>
        <w:rPr>
          <w:rFonts w:ascii="宋体" w:eastAsia="宋体" w:hAnsi="宋体"/>
          <w:sz w:val="28"/>
        </w:rPr>
        <w:t>为组织开展好2022年安全生产月活动，成立安全月活动领导小组：</w:t>
      </w:r>
    </w:p>
    <w:p>
      <w:pPr>
        <w:spacing w:before="100" w:after="200" w:line="360" w:lineRule="auto"/>
        <w:jc w:val="left"/>
      </w:pPr>
      <w:r>
        <w:rPr>
          <w:rFonts w:ascii="宋体 (中文正文)" w:eastAsia="宋体" w:hAnsi="宋体 (中文正文)"/>
          <w:sz w:val="28"/>
        </w:rPr>
        <w:t>组长：</w:t>
      </w:r>
    </w:p>
    <w:p>
      <w:pPr>
        <w:spacing w:before="100" w:after="200" w:line="360" w:lineRule="auto"/>
        <w:jc w:val="left"/>
      </w:pPr>
      <w:r>
        <w:rPr>
          <w:rFonts w:ascii="宋体 (中文正文)" w:eastAsia="宋体" w:hAnsi="宋体 (中文正文)"/>
          <w:sz w:val="28"/>
        </w:rPr>
        <w:t>副组长：</w:t>
      </w:r>
    </w:p>
    <w:p>
      <w:pPr>
        <w:spacing w:before="100" w:after="200" w:line="360" w:lineRule="auto"/>
        <w:jc w:val="left"/>
      </w:pPr>
      <w:r>
        <w:rPr>
          <w:rFonts w:ascii="宋体 (中文正文)" w:eastAsia="宋体" w:hAnsi="宋体 (中文正文)"/>
          <w:sz w:val="28"/>
        </w:rPr>
        <w:t>成员：</w:t>
      </w:r>
    </w:p>
    <w:p>
      <w:pPr>
        <w:spacing w:before="100" w:after="200" w:line="360" w:lineRule="auto"/>
        <w:ind w:firstLine="576"/>
        <w:jc w:val="left"/>
      </w:pPr>
      <w:r>
        <w:rPr>
          <w:rFonts w:ascii="宋体" w:eastAsia="宋体" w:hAnsi="宋体"/>
          <w:sz w:val="28"/>
        </w:rPr>
        <w:t>各施工队队长及各施工队兼职安全员</w:t>
      </w:r>
    </w:p>
    <w:p>
      <w:pPr>
        <w:spacing w:before="100" w:after="200" w:line="360" w:lineRule="auto"/>
        <w:jc w:val="left"/>
      </w:pPr>
      <w:r>
        <w:rPr>
          <w:rFonts w:ascii="宋体 (中文正文)" w:eastAsia="宋体" w:hAnsi="宋体 (中文正文)"/>
          <w:b/>
          <w:sz w:val="28"/>
        </w:rPr>
        <w:t>四、加大施工人员培训力度</w:t>
      </w:r>
    </w:p>
    <w:p>
      <w:pPr>
        <w:spacing w:before="100" w:after="200" w:line="360" w:lineRule="auto"/>
        <w:ind w:firstLine="576"/>
        <w:jc w:val="left"/>
      </w:pPr>
      <w:r>
        <w:rPr>
          <w:rFonts w:ascii="宋体" w:eastAsia="宋体" w:hAnsi="宋体"/>
          <w:sz w:val="28"/>
        </w:rPr>
        <w:t>同施工人员业余时间活动结合起来，组织安全教育学习，学习《安全生产法》《安全操作规程》、《安全规章制度》等，强化全体人员的安全意识，掌握安全知识，提高安全方法意识。</w:t>
      </w:r>
    </w:p>
    <w:p>
      <w:pPr>
        <w:spacing w:before="100" w:after="200" w:line="360" w:lineRule="auto"/>
        <w:jc w:val="left"/>
      </w:pPr>
      <w:r>
        <w:rPr>
          <w:rFonts w:ascii="宋体 (中文正文)" w:eastAsia="宋体" w:hAnsi="宋体 (中文正文)"/>
          <w:b/>
          <w:sz w:val="28"/>
        </w:rPr>
        <w:t>五、主要活动及时间安排</w:t>
      </w:r>
    </w:p>
    <w:p>
      <w:pPr>
        <w:spacing w:before="100" w:after="200" w:line="360" w:lineRule="auto"/>
        <w:ind w:firstLine="576"/>
        <w:jc w:val="left"/>
      </w:pPr>
      <w:r>
        <w:rPr>
          <w:rFonts w:ascii="宋体" w:eastAsia="宋体" w:hAnsi="宋体"/>
          <w:sz w:val="28"/>
        </w:rPr>
        <w:t>“安全生产月”活动由项目部领导小组统一部署，分级组织实施，各施工现场要悬挂“安全生产月”活动宣传横幅、张贴安全标语、标志标牌，大力营造“安全责任重在落实”的安全生产警示氛围，提高施工管理人员及施工人员的安全生产、安全防护意识。</w:t>
      </w:r>
    </w:p>
    <w:p>
      <w:pPr>
        <w:spacing w:before="100" w:after="200" w:line="360" w:lineRule="auto"/>
        <w:jc w:val="left"/>
      </w:pPr>
      <w:r>
        <w:rPr>
          <w:rFonts w:ascii="宋体 (中文正文)" w:eastAsia="宋体" w:hAnsi="宋体 (中文正文)"/>
          <w:b/>
          <w:sz w:val="28"/>
        </w:rPr>
        <w:t>一、总体要求</w:t>
      </w:r>
    </w:p>
    <w:p>
      <w:pPr>
        <w:spacing w:before="100" w:after="200" w:line="360" w:lineRule="auto"/>
        <w:ind w:firstLine="576"/>
        <w:jc w:val="left"/>
      </w:pPr>
      <w:r>
        <w:rPr>
          <w:rFonts w:ascii="宋体" w:eastAsia="宋体" w:hAnsi="宋体"/>
          <w:sz w:val="28"/>
        </w:rPr>
        <w:t>xx年安全生产月的活动主题为“加强安全法制，保障安全生产”，积极围绕主题开展各类安全活动，提高集团全体员工的安全意识 ，增强安全知识和技能，进一步夯实安全生产基础，防范各类HSE事故的发生，实现“三个零”目标。</w:t>
      </w:r>
    </w:p>
    <w:p>
      <w:pPr>
        <w:spacing w:before="100" w:after="200" w:line="360" w:lineRule="auto"/>
        <w:jc w:val="left"/>
        <w:sectPr w:rsidSect="00034616">
          <w:type w:val="nextPage"/>
          <w:pgSz w:w="11906" w:h="16838"/>
          <w:pgMar w:top="1440" w:right="1440" w:bottom="1440" w:left="1440" w:header="720" w:footer="720" w:gutter="0"/>
          <w:pgNumType w:start="12"/>
          <w:cols w:space="720"/>
          <w:titlePg w:val="0"/>
          <w:docGrid w:linePitch="360"/>
        </w:sectPr>
      </w:pPr>
      <w:r>
        <w:rPr>
          <w:rFonts w:ascii="宋体 (中文正文)" w:eastAsia="宋体" w:hAnsi="宋体 (中文正文)"/>
          <w:b/>
          <w:sz w:val="28"/>
        </w:rPr>
        <w:t>二、活动时间</w:t>
      </w:r>
    </w:p>
    <w:p>
      <w:pPr>
        <w:spacing w:before="100" w:after="200" w:line="360" w:lineRule="auto"/>
        <w:ind w:firstLine="576"/>
        <w:jc w:val="left"/>
      </w:pPr>
      <w:r>
        <w:rPr>
          <w:rFonts w:ascii="宋体" w:eastAsia="宋体" w:hAnsi="宋体"/>
          <w:sz w:val="28"/>
        </w:rPr>
        <w:t>xx年5月31日至xx年6月30日</w:t>
      </w:r>
    </w:p>
    <w:p>
      <w:pPr>
        <w:spacing w:before="100" w:after="200" w:line="360" w:lineRule="auto"/>
        <w:jc w:val="left"/>
      </w:pPr>
      <w:r>
        <w:rPr>
          <w:rFonts w:ascii="宋体 (中文正文)" w:eastAsia="宋体" w:hAnsi="宋体 (中文正文)"/>
          <w:b/>
          <w:sz w:val="28"/>
        </w:rPr>
        <w:t>三、组织机构</w:t>
      </w:r>
    </w:p>
    <w:p>
      <w:pPr>
        <w:spacing w:before="100" w:after="200" w:line="360" w:lineRule="auto"/>
        <w:ind w:firstLine="576"/>
        <w:jc w:val="left"/>
      </w:pPr>
      <w:r>
        <w:rPr>
          <w:rFonts w:ascii="宋体" w:eastAsia="宋体" w:hAnsi="宋体"/>
          <w:sz w:val="28"/>
        </w:rPr>
        <w:t>公司健安环部</w:t>
      </w:r>
    </w:p>
    <w:p>
      <w:pPr>
        <w:spacing w:before="100" w:after="200" w:line="360" w:lineRule="auto"/>
        <w:jc w:val="left"/>
      </w:pPr>
      <w:r>
        <w:rPr>
          <w:rFonts w:ascii="宋体 (中文正文)" w:eastAsia="宋体" w:hAnsi="宋体 (中文正文)"/>
          <w:b/>
          <w:sz w:val="28"/>
        </w:rPr>
        <w:t>四、活动内容</w:t>
      </w:r>
    </w:p>
    <w:p>
      <w:pPr>
        <w:spacing w:before="100" w:after="200" w:line="360" w:lineRule="auto"/>
        <w:ind w:firstLine="576"/>
        <w:jc w:val="left"/>
      </w:pPr>
      <w:r>
        <w:rPr>
          <w:rFonts w:ascii="宋体" w:eastAsia="宋体" w:hAnsi="宋体"/>
          <w:sz w:val="28"/>
        </w:rPr>
        <w:t>（一）组织动员阶段（5月31日-6月2日）各部门动员全员认真总结以往安全生产工作，结合本行业领域安全生产工作的特点，有针对性的部署安全生产月活动。强化组织领导，落实各项工作任务，要求做到“有计划，有方案，有落实，有检查，有考核”。</w:t>
      </w:r>
    </w:p>
    <w:p>
      <w:pPr>
        <w:spacing w:before="100" w:after="200" w:line="360" w:lineRule="auto"/>
        <w:ind w:firstLine="576"/>
        <w:jc w:val="left"/>
      </w:pPr>
      <w:r>
        <w:rPr>
          <w:rFonts w:ascii="宋体" w:eastAsia="宋体" w:hAnsi="宋体"/>
          <w:sz w:val="28"/>
        </w:rPr>
        <w:t>（二）组织实施阶段</w:t>
      </w:r>
    </w:p>
    <w:p>
      <w:pPr>
        <w:spacing w:before="100" w:after="200" w:line="360" w:lineRule="auto"/>
        <w:ind w:firstLine="576"/>
        <w:jc w:val="left"/>
      </w:pPr>
      <w:r>
        <w:rPr>
          <w:rFonts w:ascii="宋体" w:eastAsia="宋体" w:hAnsi="宋体"/>
          <w:sz w:val="28"/>
        </w:rPr>
        <w:t>1、安全宣传周活动（6月3日-6月10日）。各部门组织安全生产月动员活动，要求各部门在生产装置、办公楼等高处悬挂安全条幅，分批次开展安全教育培训活动，增强安</w:t>
      </w:r>
    </w:p>
    <w:p>
      <w:pPr>
        <w:spacing w:before="100" w:after="200" w:line="360" w:lineRule="auto"/>
        <w:ind w:firstLine="576"/>
        <w:jc w:val="left"/>
      </w:pPr>
      <w:r>
        <w:rPr>
          <w:rFonts w:ascii="宋体" w:eastAsia="宋体" w:hAnsi="宋体"/>
          <w:sz w:val="28"/>
        </w:rPr>
        <w:t>全知识和意识，传播安全文化。</w:t>
      </w:r>
    </w:p>
    <w:p>
      <w:pPr>
        <w:spacing w:before="100" w:after="200" w:line="360" w:lineRule="auto"/>
        <w:ind w:firstLine="576"/>
        <w:jc w:val="left"/>
      </w:pPr>
      <w:r>
        <w:rPr>
          <w:rFonts w:ascii="宋体" w:eastAsia="宋体" w:hAnsi="宋体"/>
          <w:sz w:val="28"/>
        </w:rPr>
        <w:t>2、安全生产事故警示教育及隐患排查活动周（6月10日-15日）。</w:t>
      </w:r>
    </w:p>
    <w:p>
      <w:pPr>
        <w:spacing w:before="100" w:after="200" w:line="360" w:lineRule="auto"/>
        <w:ind w:firstLine="576"/>
        <w:jc w:val="left"/>
      </w:pPr>
      <w:r>
        <w:rPr>
          <w:rFonts w:ascii="宋体" w:eastAsia="宋体" w:hAnsi="宋体"/>
          <w:sz w:val="28"/>
        </w:rPr>
        <w:t>汲取事故教训，警钟长鸣。各公司要用典型的事故案例，特别是本行业、本地区和本单位近期的事故案例进行警示教育，剖析原因，吸取教训。</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r>
        <w:rPr>
          <w:rFonts w:ascii="宋体" w:eastAsia="宋体" w:hAnsi="宋体"/>
          <w:sz w:val="28"/>
        </w:rPr>
        <w:t>要求各公司组织开展安全隐患排查活动，并下发检查通报。对重大安全隐患进行重点监控，并督促尽快整改，以免发生安全事故。要求所有检查资料进行留档保存。</w:t>
      </w:r>
    </w:p>
    <w:p>
      <w:pPr>
        <w:spacing w:before="100" w:after="200" w:line="360" w:lineRule="auto"/>
        <w:ind w:firstLine="576"/>
        <w:jc w:val="left"/>
      </w:pPr>
      <w:r>
        <w:rPr>
          <w:rFonts w:ascii="宋体" w:eastAsia="宋体" w:hAnsi="宋体"/>
          <w:sz w:val="28"/>
        </w:rPr>
        <w:t>3、开展应急预案演练周活动（6月16日-22日）。要求各公司根据实际情况开展消防技能比赛，比赛项目为消火栓二带一枪连接、空气呼吸器佩戴、灭火器灭火比赛等。</w:t>
      </w:r>
    </w:p>
    <w:p>
      <w:pPr>
        <w:spacing w:before="100" w:after="200" w:line="360" w:lineRule="auto"/>
        <w:ind w:firstLine="576"/>
        <w:jc w:val="left"/>
      </w:pPr>
      <w:r>
        <w:rPr>
          <w:rFonts w:ascii="宋体" w:eastAsia="宋体" w:hAnsi="宋体"/>
          <w:sz w:val="28"/>
        </w:rPr>
        <w:t>各公司要重点开展针对重大危险源和重点岗位的应急演练，特别是防汛、防火、防雷击等事故等专项应急演练，提高重大危险源管控能力和重点岗位自救互救能力。通过各类的应急演练，进一步明确各公司应急管理工作职责，掌握各类应急资源，确保应急救援队伍及时应对各类事故发生。各公司《应急预案演练活动总结》请于6月30日报公司健安环部。</w:t>
      </w:r>
    </w:p>
    <w:p>
      <w:pPr>
        <w:spacing w:before="100" w:after="200" w:line="360" w:lineRule="auto"/>
        <w:ind w:firstLine="576"/>
        <w:jc w:val="left"/>
      </w:pPr>
      <w:r>
        <w:rPr>
          <w:rFonts w:ascii="宋体" w:eastAsia="宋体" w:hAnsi="宋体"/>
          <w:sz w:val="28"/>
        </w:rPr>
        <w:t>4、安全文化周活动（6月23日-30日）。各公司开展安全演讲比赛或征文比赛。以安全为主题，将开展活动的方案于6月20日前发至健安环部，集团健安环部派人参加。</w:t>
      </w:r>
    </w:p>
    <w:p>
      <w:pPr>
        <w:spacing w:before="100" w:after="200" w:line="360" w:lineRule="auto"/>
        <w:ind w:firstLine="576"/>
        <w:jc w:val="left"/>
      </w:pPr>
      <w:r>
        <w:rPr>
          <w:rFonts w:ascii="宋体" w:eastAsia="宋体" w:hAnsi="宋体"/>
          <w:sz w:val="28"/>
        </w:rPr>
        <w:t>（三）总结评比阶段</w:t>
      </w:r>
    </w:p>
    <w:p>
      <w:pPr>
        <w:spacing w:before="100" w:after="200" w:line="360" w:lineRule="auto"/>
        <w:ind w:firstLine="576"/>
        <w:jc w:val="left"/>
      </w:pPr>
      <w:r>
        <w:rPr>
          <w:rFonts w:ascii="宋体" w:eastAsia="宋体" w:hAnsi="宋体"/>
          <w:sz w:val="28"/>
        </w:rPr>
        <w:t>各公司认真总结安全生产月活动，将活动中的经典事迹记录下来，集团根据各公司组织开展情况和取得的效果给予评价。各公司将安全生产月活动总结于7月2日前报健安环部，如不按时提交，对相应的单位给予绩效考核。</w:t>
      </w:r>
    </w:p>
    <w:p>
      <w:pPr>
        <w:spacing w:before="100" w:after="200" w:line="360" w:lineRule="auto"/>
        <w:jc w:val="left"/>
      </w:pPr>
      <w:r>
        <w:rPr>
          <w:rFonts w:ascii="宋体 (中文正文)" w:eastAsia="宋体" w:hAnsi="宋体 (中文正文)"/>
          <w:sz w:val="28"/>
        </w:rPr>
        <w:t>公司领导：</w:t>
      </w:r>
    </w:p>
    <w:p>
      <w:pPr>
        <w:spacing w:before="100" w:after="200" w:line="360" w:lineRule="auto"/>
        <w:ind w:firstLine="576"/>
        <w:jc w:val="left"/>
      </w:pPr>
      <w:r>
        <w:rPr>
          <w:rFonts w:ascii="宋体" w:eastAsia="宋体" w:hAnsi="宋体"/>
          <w:sz w:val="28"/>
        </w:rPr>
        <w:t>20xx年度全国安全生产月即将来临，为进一步做好公司安全生产工作，提高广大职工的安全生产意识，顺利实现公司年度安全生产目标，我办结合公司生产经营和安全生产工作实际，草拟了本方案，请予以审核。</w:t>
      </w:r>
    </w:p>
    <w:p>
      <w:pPr>
        <w:spacing w:before="100" w:after="200" w:line="360" w:lineRule="auto"/>
        <w:jc w:val="left"/>
      </w:pPr>
      <w:r>
        <w:rPr>
          <w:rFonts w:ascii="宋体 (中文正文)" w:eastAsia="宋体" w:hAnsi="宋体 (中文正文)"/>
          <w:b/>
          <w:sz w:val="28"/>
        </w:rPr>
        <w:t>一、加强宣传，营造氛围：</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r>
        <w:rPr>
          <w:rFonts w:ascii="宋体" w:eastAsia="宋体" w:hAnsi="宋体"/>
          <w:sz w:val="28"/>
        </w:rPr>
        <w:t>16月初，拟在厂区主要干道上悬挂关于安全生产的宣传横幅6条，以便在短时间内就营造出一种浓烈的安全生产月氛围；</w:t>
      </w:r>
    </w:p>
    <w:p>
      <w:pPr>
        <w:spacing w:before="100" w:after="200" w:line="360" w:lineRule="auto"/>
        <w:ind w:firstLine="576"/>
        <w:jc w:val="left"/>
      </w:pPr>
      <w:r>
        <w:rPr>
          <w:rFonts w:ascii="宋体" w:eastAsia="宋体" w:hAnsi="宋体"/>
          <w:sz w:val="28"/>
        </w:rPr>
        <w:t>2请公司办公室配合，在5月下旬的上刊登部分安全生产知识问答，加强对职工的安全生产教育；</w:t>
      </w:r>
    </w:p>
    <w:p>
      <w:pPr>
        <w:spacing w:before="100" w:after="200" w:line="360" w:lineRule="auto"/>
        <w:ind w:firstLine="576"/>
        <w:jc w:val="left"/>
      </w:pPr>
      <w:r>
        <w:rPr>
          <w:rFonts w:ascii="宋体" w:eastAsia="宋体" w:hAnsi="宋体"/>
          <w:sz w:val="28"/>
        </w:rPr>
        <w:t>36月初开始，举办一次安全生产征文活动，公司全体职工都可参加，设一等奖1名、2等奖2名、三等奖3名、鼓励奖若干名；优秀征文作品请公司办公室配合在及上刊登；</w:t>
      </w:r>
    </w:p>
    <w:p>
      <w:pPr>
        <w:spacing w:before="100" w:after="200" w:line="360" w:lineRule="auto"/>
        <w:ind w:firstLine="576"/>
        <w:jc w:val="left"/>
      </w:pPr>
      <w:r>
        <w:rPr>
          <w:rFonts w:ascii="宋体" w:eastAsia="宋体" w:hAnsi="宋体"/>
          <w:sz w:val="28"/>
        </w:rPr>
        <w:t>4在公司部分醒目位置张贴“全国安全生产月”活动的宣传画；</w:t>
      </w:r>
    </w:p>
    <w:p>
      <w:pPr>
        <w:spacing w:before="100" w:after="200" w:line="360" w:lineRule="auto"/>
        <w:ind w:firstLine="576"/>
        <w:jc w:val="left"/>
      </w:pPr>
      <w:r>
        <w:rPr>
          <w:rFonts w:ascii="宋体" w:eastAsia="宋体" w:hAnsi="宋体"/>
          <w:sz w:val="28"/>
        </w:rPr>
        <w:t>5请公司办公室配合在安全生产月活动期间不定期在大屏幕上播放安全生产标语；</w:t>
      </w:r>
    </w:p>
    <w:p>
      <w:pPr>
        <w:spacing w:before="100" w:after="200" w:line="360" w:lineRule="auto"/>
        <w:ind w:firstLine="576"/>
        <w:jc w:val="left"/>
      </w:pPr>
      <w:r>
        <w:rPr>
          <w:rFonts w:ascii="宋体" w:eastAsia="宋体" w:hAnsi="宋体"/>
          <w:sz w:val="28"/>
        </w:rPr>
        <w:t>6请公司办公室配合在公司网站上进行安全月宣传；</w:t>
      </w:r>
    </w:p>
    <w:p>
      <w:pPr>
        <w:spacing w:before="100" w:after="200" w:line="360" w:lineRule="auto"/>
        <w:jc w:val="left"/>
      </w:pPr>
      <w:r>
        <w:rPr>
          <w:rFonts w:ascii="宋体 (中文正文)" w:eastAsia="宋体" w:hAnsi="宋体 (中文正文)"/>
          <w:b/>
          <w:sz w:val="28"/>
        </w:rPr>
        <w:t>二、全员动员、提高意识：</w:t>
      </w:r>
    </w:p>
    <w:p>
      <w:pPr>
        <w:spacing w:before="100" w:after="200" w:line="360" w:lineRule="auto"/>
        <w:ind w:firstLine="576"/>
        <w:jc w:val="left"/>
      </w:pPr>
      <w:r>
        <w:rPr>
          <w:rFonts w:ascii="宋体" w:eastAsia="宋体" w:hAnsi="宋体"/>
          <w:sz w:val="28"/>
        </w:rPr>
        <w:t>1我办拟在本次安全生产月活动中举办一次“安全生产金点子活动”，由公司员工针对怎样进一步做好公司的安全生产提出意见和建议，活动结束前由我办对部分优秀的意见和建议进行适当奖励；</w:t>
      </w:r>
    </w:p>
    <w:p>
      <w:pPr>
        <w:spacing w:before="100" w:after="200" w:line="360" w:lineRule="auto"/>
        <w:ind w:firstLine="576"/>
        <w:jc w:val="left"/>
      </w:pPr>
      <w:r>
        <w:rPr>
          <w:rFonts w:ascii="宋体" w:eastAsia="宋体" w:hAnsi="宋体"/>
          <w:sz w:val="28"/>
        </w:rPr>
        <w:t>2在6月初召开一次安全生产月动员大会，具体由我办牵头组织，公司领导出席，全体中层干部及安全员参加，并邀请市安全生产管理局领导出席会议。</w:t>
      </w:r>
    </w:p>
    <w:p>
      <w:pPr>
        <w:spacing w:before="100" w:after="200" w:line="360" w:lineRule="auto"/>
        <w:jc w:val="left"/>
      </w:pPr>
      <w:r>
        <w:rPr>
          <w:rFonts w:ascii="宋体 (中文正文)" w:eastAsia="宋体" w:hAnsi="宋体 (中文正文)"/>
          <w:b/>
          <w:sz w:val="28"/>
        </w:rPr>
        <w:t>三、安全检查、隐患整改：</w:t>
      </w:r>
    </w:p>
    <w:p>
      <w:pPr>
        <w:spacing w:before="100" w:after="200" w:line="360" w:lineRule="auto"/>
        <w:ind w:firstLine="576"/>
        <w:jc w:val="left"/>
      </w:pPr>
      <w:r>
        <w:rPr>
          <w:rFonts w:ascii="宋体" w:eastAsia="宋体" w:hAnsi="宋体"/>
          <w:sz w:val="28"/>
        </w:rPr>
        <w:t>16月上旬至中旬，为车间内部安全检查整改期，由各车间自行进行安全检查及隐患整改；</w:t>
      </w:r>
    </w:p>
    <w:p>
      <w:pPr>
        <w:spacing w:before="100" w:after="200" w:line="360" w:lineRule="auto"/>
        <w:ind w:firstLine="576"/>
        <w:jc w:val="left"/>
        <w:sectPr w:rsidSect="00034616">
          <w:type w:val="nextPage"/>
          <w:pgSz w:w="11906" w:h="16838"/>
          <w:pgMar w:top="1440" w:right="1440" w:bottom="1440" w:left="1440" w:header="720" w:footer="720" w:gutter="0"/>
          <w:pgNumType w:start="15"/>
          <w:cols w:space="720"/>
          <w:titlePg w:val="0"/>
          <w:docGrid w:linePitch="360"/>
        </w:sectPr>
      </w:pPr>
      <w:r>
        <w:rPr>
          <w:rFonts w:ascii="宋体" w:eastAsia="宋体" w:hAnsi="宋体"/>
          <w:sz w:val="28"/>
        </w:rPr>
        <w:t>26月下旬，由我办牵头组织公司安全生产大检查，由公司主要领导亲自带队对相关部门进行安全生产检查，对于检查中发现有较大问题的部门，将从重处罚，而对于安全生产工作良好的部门，将予以表彰；</w:t>
      </w:r>
    </w:p>
    <w:p>
      <w:pPr>
        <w:spacing w:before="100" w:after="200" w:line="360" w:lineRule="auto"/>
        <w:ind w:firstLine="576"/>
        <w:jc w:val="left"/>
      </w:pPr>
      <w:r>
        <w:rPr>
          <w:rFonts w:ascii="宋体" w:eastAsia="宋体" w:hAnsi="宋体"/>
          <w:sz w:val="28"/>
        </w:rPr>
        <w:t>36月份还将组织对在建的'&amp;&amp;&amp;工程建设的安全专项检查，督促建设施工单位安全生产；</w:t>
      </w:r>
    </w:p>
    <w:p>
      <w:pPr>
        <w:spacing w:before="100" w:after="200" w:line="360" w:lineRule="auto"/>
        <w:jc w:val="left"/>
      </w:pPr>
      <w:r>
        <w:rPr>
          <w:rFonts w:ascii="宋体 (中文正文)" w:eastAsia="宋体" w:hAnsi="宋体 (中文正文)"/>
          <w:b/>
          <w:sz w:val="28"/>
        </w:rPr>
        <w:t>四、活动经费、预算清单：</w:t>
      </w:r>
    </w:p>
    <w:p>
      <w:pPr>
        <w:spacing w:before="100" w:after="200" w:line="360" w:lineRule="auto"/>
        <w:ind w:firstLine="576"/>
        <w:jc w:val="left"/>
      </w:pPr>
      <w:r>
        <w:rPr>
          <w:rFonts w:ascii="宋体" w:eastAsia="宋体" w:hAnsi="宋体"/>
          <w:sz w:val="28"/>
        </w:rPr>
        <w:t>1征文奖励：计划有40篇作品，每篇奖励10元，计400元；其中一等奖1名，拟奖励200元的奖品；二等奖2名，拟各奖励150元的奖品；三等奖3名，拟各奖励100元的奖品；该项活动预算共计：1200元。</w:t>
      </w:r>
    </w:p>
    <w:p>
      <w:pPr>
        <w:spacing w:before="100" w:after="200" w:line="360" w:lineRule="auto"/>
        <w:ind w:firstLine="576"/>
        <w:jc w:val="left"/>
      </w:pPr>
      <w:r>
        <w:rPr>
          <w:rFonts w:ascii="宋体" w:eastAsia="宋体" w:hAnsi="宋体"/>
          <w:sz w:val="28"/>
        </w:rPr>
        <w:t>2安全生产金点子活动奖励：计划取10位金点子入围，每位奖励50元，该项活动预算共计：500元。</w:t>
      </w:r>
    </w:p>
    <w:p>
      <w:pPr>
        <w:spacing w:before="100" w:after="200" w:line="360" w:lineRule="auto"/>
        <w:ind w:firstLine="576"/>
        <w:jc w:val="left"/>
      </w:pPr>
      <w:r>
        <w:rPr>
          <w:rFonts w:ascii="宋体" w:eastAsia="宋体" w:hAnsi="宋体"/>
          <w:sz w:val="28"/>
        </w:rPr>
        <w:t>3安全生产月宣传横幅及其他宣传品：1500元。</w:t>
      </w:r>
    </w:p>
    <w:p>
      <w:pPr>
        <w:spacing w:before="100" w:after="200" w:line="360" w:lineRule="auto"/>
        <w:ind w:firstLine="576"/>
        <w:jc w:val="left"/>
      </w:pPr>
      <w:r>
        <w:rPr>
          <w:rFonts w:ascii="宋体" w:eastAsia="宋体" w:hAnsi="宋体"/>
          <w:sz w:val="28"/>
        </w:rPr>
        <w:t>4其他活动组织费用：500元。</w:t>
      </w:r>
    </w:p>
    <w:p>
      <w:pPr>
        <w:spacing w:before="100" w:after="200" w:line="360" w:lineRule="auto"/>
        <w:ind w:firstLine="576"/>
        <w:jc w:val="left"/>
      </w:pPr>
      <w:r>
        <w:rPr>
          <w:rFonts w:ascii="宋体" w:eastAsia="宋体" w:hAnsi="宋体"/>
          <w:sz w:val="28"/>
        </w:rPr>
        <w:t>5本次公司“全国安全生产月”活动的总预算为：3700元。</w:t>
      </w:r>
    </w:p>
    <w:p>
      <w:pPr>
        <w:spacing w:before="100" w:after="200" w:line="360" w:lineRule="auto"/>
        <w:ind w:firstLine="576"/>
        <w:jc w:val="left"/>
      </w:pPr>
      <w:r>
        <w:rPr>
          <w:rFonts w:ascii="宋体" w:eastAsia="宋体" w:hAnsi="宋体"/>
          <w:sz w:val="28"/>
        </w:rPr>
        <w:t>本方案充分考虑了当前企业的困难情况，整体预算较前年和去年有大幅度的减少，力争以最少的资金来取得最大的活动效益，盼请公司领导予以批准本方案。</w:t>
      </w:r>
    </w:p>
    <w:p>
      <w:pPr>
        <w:spacing w:before="100" w:after="200" w:line="360" w:lineRule="auto"/>
        <w:ind w:firstLine="576"/>
        <w:jc w:val="left"/>
      </w:pPr>
      <w:r>
        <w:rPr>
          <w:rFonts w:ascii="宋体" w:eastAsia="宋体" w:hAnsi="宋体"/>
          <w:sz w:val="28"/>
        </w:rPr>
        <w:t>安全生产管理办公室</w:t>
      </w:r>
    </w:p>
    <w:p>
      <w:pPr>
        <w:spacing w:before="100" w:after="200" w:line="360" w:lineRule="auto"/>
        <w:ind w:firstLine="576"/>
        <w:jc w:val="left"/>
      </w:pPr>
      <w:r>
        <w:rPr>
          <w:rFonts w:ascii="宋体" w:eastAsia="宋体" w:hAnsi="宋体"/>
          <w:sz w:val="28"/>
        </w:rPr>
        <w:t>20xx年x月</w:t>
      </w:r>
    </w:p>
    <w:p>
      <w:pPr>
        <w:spacing w:before="100" w:after="200" w:line="360" w:lineRule="auto"/>
        <w:ind w:firstLine="576"/>
        <w:jc w:val="left"/>
      </w:pPr>
      <w:r>
        <w:rPr>
          <w:rFonts w:ascii="宋体" w:eastAsia="宋体" w:hAnsi="宋体"/>
          <w:sz w:val="28"/>
        </w:rPr>
        <w:t>为进一步加强邢庄桥工程桥梁施工安全生产工作，保证工程安全生产的良好形势，认真贯彻落实《郑州市交通重点工程管理中心关于开展安全生产月活动》通知的精神，结合本工程安全生产实际情况，特制定郑东新区龙子湖新建邢庄桥项目驻地监理处深入开展“安全生产月”活动实施方案。</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https://d.book118.com/977200003013006042</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77200003013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