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jc w:val="center"/>
      </w:pPr>
      <w:r>
        <w:rPr>
          <w:rFonts w:ascii="宋体" w:eastAsia="宋体" w:hAnsi="宋体"/>
          <w:b/>
          <w:color w:val="FF0000"/>
          <w:sz w:val="28"/>
        </w:rPr>
        <w:t>2024年儿科主治医师考试综合试题及答案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1、[题干]新生儿胎龄39周，出生时Apgar评分3分，出生后出现呼吸困难，胸部X线检查表现为肺气肿。最可能的诊断为下列哪一项()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A.湿肺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B.感染性肺炎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C.胎粪吸入综合征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D.新生儿肺透明膜病。E,持续性肺动脉高压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【答案】E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2、[单选题]能够补气养阴，健脾，润肺，益肾的药物是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A.石斛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B.玉竹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C.黄精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D.百合。E,枸杞子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【答案】C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3、[题干]肺动脉瓣狭窄常见的并发症有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A.心力衰竭</w:t>
      </w:r>
    </w:p>
    <w:p>
      <w:pPr>
        <w:spacing w:line="360" w:lineRule="auto"/>
        <w:ind w:firstLine="432"/>
        <w:jc w:val="left"/>
        <w:sectPr w:rsidSect="00034616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>
        <w:rPr>
          <w:rFonts w:ascii="宋体" w:eastAsia="宋体" w:hAnsi="宋体"/>
          <w:color w:val="000000"/>
          <w:sz w:val="28"/>
        </w:rPr>
        <w:t>B.缺氧发作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C.肺炎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D.细菌性心内膜炎。E,脑脓肿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【答案】AD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4、[单选题]下列哪项属于生理性蛋白尿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A.肾淤血产生的蛋白尿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B.肾动脉硬化引起的蛋白尿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C.体位性蛋白尿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D.凝溶性蛋白尿。E,血管内溶血引起的血红蛋白尿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【答案】C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5、[题干]伤寒引起的发热最常见类型为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A.双峰热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B.稽留热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C.间歇热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D.波状热。E,弛张热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【答案】B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【解析】稽留热可见于伤寒、大叶性肺炎等。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6、[单选题]该患儿系法洛四联症，下列哪项不是构成法洛四联症的畸形</w:t>
      </w:r>
      <w:r>
        <w:br/>
      </w:r>
      <w:r>
        <w:br/>
      </w:r>
    </w:p>
    <w:p>
      <w:pPr>
        <w:spacing w:after="0" w:line="240" w:lineRule="auto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https://d.book118.com/978013066021006037</w:t>
        </w:r>
      </w:hyperlink>
    </w:p>
    <w:p>
      <w:pPr>
        <w:spacing w:line="360" w:lineRule="auto"/>
        <w:ind w:firstLine="432"/>
        <w:jc w:val="left"/>
      </w:pPr>
    </w:p>
    <w:sectPr w:rsidSect="00034616">
      <w:type w:val="nextPage"/>
      <w:pgSz w:w="12240" w:h="15840"/>
      <w:pgMar w:top="1440" w:right="1800" w:bottom="1440" w:left="1800" w:header="720" w:footer="720" w:gutter="0"/>
      <w:pgNumType w:start="2"/>
      <w:cols w:space="720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efaultImageDpi w14:val="300"/>
  <w14:docId w14:val="24062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d.book118.com/978013066021006037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revision>1</cp:revision>
  <dcterms:created xsi:type="dcterms:W3CDTF">2013-12-23T23:15:00Z</dcterms:created>
  <dcterms:modified xsi:type="dcterms:W3CDTF">2013-12-23T23:15:00Z</dcterms:modified>
</cp:coreProperties>
</file>