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2024年技能培训工作总结范文（31篇）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2024年技能培训工作总结范文（通用31篇）</w:t>
      </w:r>
      <w:r>
        <w:rPr>
          <w:lang w:eastAsia="zh-CN"/>
        </w:rPr>
        <w:br/>
      </w:r>
      <w:r>
        <w:rPr>
          <w:lang w:eastAsia="zh-CN"/>
        </w:rPr>
        <w:t xml:space="preserve">    2024年技能培训工作总结范文 篇1 </w:t>
      </w:r>
      <w:r>
        <w:rPr>
          <w:lang w:eastAsia="zh-CN"/>
        </w:rPr>
        <w:br/>
      </w:r>
      <w:r>
        <w:rPr>
          <w:lang w:eastAsia="zh-CN"/>
        </w:rPr>
        <w:t>　　为了贯彻落实县劳服局关于加强农民工培训工作意见文件精神，全面完成县局下达我所的目标任务，充分发挥农民工培训的积极作用，在镇党委、政府的支持下，相关职能部门密切配合，结合农村富余劳动力和劳务市场需求实际，利用一切积极因素开展多种形式的农民工引导培训和职业技能培训工作。现将我市农民工培训工作情况总结如下：</w:t>
      </w:r>
      <w:r>
        <w:rPr>
          <w:lang w:eastAsia="zh-CN"/>
        </w:rPr>
        <w:br/>
      </w:r>
      <w:r>
        <w:rPr>
          <w:lang w:eastAsia="zh-CN"/>
        </w:rPr>
        <w:t>　　一、取得的成效</w:t>
      </w:r>
      <w:r>
        <w:rPr>
          <w:lang w:eastAsia="zh-CN"/>
        </w:rPr>
        <w:br/>
      </w:r>
      <w:r>
        <w:rPr>
          <w:lang w:eastAsia="zh-CN"/>
        </w:rPr>
        <w:t>　　我片区农民工技能培训工作以“提升技能、稳定就业、促进发展”为主题，紧紧围绕片区经济社会发展和产业结构调整升级需要，积极整合各类培训资源，大力开展农民工职业技能培训。20__年8月4日至9月2日，片区共完成农民工培训100人，通过加强技能培训，提升农民工就业能力，进而推动劳务输转，是劳动力输出地的一项长期工作，也是全面做好农民工工作的一项重要基础。通过加强农民工技能培训、工作实践，增强了农民工就业能力；加快了劳务输转；通过培训，大大提高了个人收入。</w:t>
      </w:r>
      <w:r>
        <w:rPr>
          <w:lang w:eastAsia="zh-CN"/>
        </w:rPr>
        <w:br/>
      </w:r>
      <w:r>
        <w:rPr>
          <w:lang w:eastAsia="zh-CN"/>
        </w:rPr>
        <w:t>　　二、主要做法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1、加强组织领导，上下形成合力；整合培训资源，发挥最大效益。</w:t>
      </w:r>
      <w:r>
        <w:rPr>
          <w:lang w:eastAsia="zh-CN"/>
        </w:rPr>
        <w:br/>
      </w:r>
      <w:r>
        <w:rPr>
          <w:lang w:eastAsia="zh-CN"/>
        </w:rPr>
        <w:t>　　2、精心组织，注重实效的开展农村劳动力培训</w:t>
      </w:r>
      <w:r>
        <w:rPr>
          <w:lang w:eastAsia="zh-CN"/>
        </w:rPr>
        <w:br/>
      </w:r>
      <w:r>
        <w:rPr>
          <w:lang w:eastAsia="zh-CN"/>
        </w:rPr>
        <w:t>　　为了搞好片区技能培训工作，我所聘请专业人员，为技能培训学员发放培训资料300本，通过开展此项工作，提高了农村劳动力技能培训学员的积极性和学习能力。</w:t>
      </w:r>
      <w:r>
        <w:rPr>
          <w:lang w:eastAsia="zh-CN"/>
        </w:rPr>
        <w:br/>
      </w:r>
      <w:r>
        <w:rPr>
          <w:lang w:eastAsia="zh-CN"/>
        </w:rPr>
        <w:t>　　培训内容主要为建筑专业及外出务工常识、劳动权益保护等。进行实践操作，理论与实践相结合。各种培训均采用理论讲述与现场实际操作相结合的方式，易学、易懂，确保了培训实效。县劳服局负责协调指导，确保培训工作顺利开展</w:t>
      </w:r>
      <w:r>
        <w:rPr>
          <w:lang w:eastAsia="zh-CN"/>
        </w:rPr>
        <w:br/>
      </w:r>
      <w:r>
        <w:rPr>
          <w:lang w:eastAsia="zh-CN"/>
        </w:rPr>
        <w:t>　　3、突出培训重点，提升培训层次。</w:t>
      </w:r>
      <w:r>
        <w:rPr>
          <w:lang w:eastAsia="zh-CN"/>
        </w:rPr>
        <w:br/>
      </w:r>
      <w:r>
        <w:rPr>
          <w:lang w:eastAsia="zh-CN"/>
        </w:rPr>
        <w:t>　　着重为农村劳动力提供短期的基础知识和简单技能培训；</w:t>
      </w:r>
      <w:r>
        <w:rPr>
          <w:lang w:eastAsia="zh-CN"/>
        </w:rPr>
        <w:br/>
      </w:r>
      <w:r>
        <w:rPr>
          <w:lang w:eastAsia="zh-CN"/>
        </w:rPr>
        <w:t>　　重点培训回乡创业带头人的创业培训，真正地为用人单位培养实用人才，努力提高就业率。通过培训，将其培养成规模化生产经营的“专业户”和农民企业家，带动更多的农村剩余劳动力就业，使他们成为农村经济发展的领军人才，使培训工作能因人而异，适应各类农民的就业需求。</w:t>
      </w:r>
      <w:r>
        <w:rPr>
          <w:lang w:eastAsia="zh-CN"/>
        </w:rPr>
        <w:br/>
      </w:r>
      <w:r>
        <w:rPr>
          <w:lang w:eastAsia="zh-CN"/>
        </w:rPr>
        <w:t>　　根据片区劳动力资源状况劳动力市场的需求情况，本着培训与就业结合，以培训促进输转和就业的方针，采取集中于分散培训相结合的方式进行培训。每期培训结束后，及时整理完善资料，进行情况分析汇报，总结经验，查缺补漏，并提出下一步工作的打算。同时根据不同培训对象和工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三、存在的困难和问题</w:t>
      </w:r>
      <w:r>
        <w:rPr>
          <w:lang w:eastAsia="zh-CN"/>
        </w:rPr>
        <w:br/>
      </w:r>
      <w:r>
        <w:rPr>
          <w:lang w:eastAsia="zh-CN"/>
        </w:rPr>
        <w:t>　　虽然我片区农村劳动力转移培训工作取得了一定成效，但还存在一些困难和问题，主要表现在以下四个方面：</w:t>
      </w:r>
      <w:r>
        <w:rPr>
          <w:lang w:eastAsia="zh-CN"/>
        </w:rPr>
        <w:br/>
      </w:r>
      <w:r>
        <w:rPr>
          <w:lang w:eastAsia="zh-CN"/>
        </w:rPr>
        <w:t>　　1、农民工培训意识不强。多数农民工比较“务实”，只追求眼前利益，没有长远打算，他们认为培训既花钱又耽误挣钱，不合算，受这些思想观念的影响，使培训人员难以组织，许多应该参加培训的农民工没有参加培训。</w:t>
      </w:r>
      <w:r>
        <w:rPr>
          <w:lang w:eastAsia="zh-CN"/>
        </w:rPr>
        <w:br/>
      </w:r>
      <w:r>
        <w:rPr>
          <w:lang w:eastAsia="zh-CN"/>
        </w:rPr>
        <w:t>　　2、师资力量严重缺乏。农民工培训需要大量的有专业技术、懂得现代知识的师资队伍，但目前具备条件的师资队伍严重不足。尤其是专业教师更为突出。</w:t>
      </w:r>
      <w:r>
        <w:rPr>
          <w:lang w:eastAsia="zh-CN"/>
        </w:rPr>
        <w:br/>
      </w:r>
      <w:r>
        <w:rPr>
          <w:lang w:eastAsia="zh-CN"/>
        </w:rPr>
        <w:t>　　3、培训就业衔接不紧密。</w:t>
      </w:r>
      <w:r>
        <w:rPr>
          <w:lang w:eastAsia="zh-CN"/>
        </w:rPr>
        <w:br/>
      </w:r>
      <w:r>
        <w:rPr>
          <w:lang w:eastAsia="zh-CN"/>
        </w:rPr>
        <w:t xml:space="preserve">    2024年技能培训工作总结范文 篇2 </w:t>
      </w:r>
      <w:r>
        <w:rPr>
          <w:lang w:eastAsia="zh-CN"/>
        </w:rPr>
        <w:br/>
      </w:r>
      <w:r>
        <w:rPr>
          <w:lang w:eastAsia="zh-CN"/>
        </w:rPr>
        <w:t>　　20__年，是我院各项示范建设大力开展的一年。在学院网络信息中心、实训中心及校、系主管领导的正确领导和大力支持下，我系“全国1+N复合型人才职业培训”计算机类培训和“全国计算机信息高新技术（OSTA）培训”的工作都取得了一定的成绩，成功地组织了共四期、四个专业的培训和考试工作，共计培训学员1067人，发放合格证书1000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20__年，为了进一步提高毕业生双证书的持有率，强化学生的专业技能水平，我系狠抓了师资队伍管理、教学管理工作，把教师对“计算机类技能鉴定培训体系”的认识提高到了一个新的高度，使得对学生的培训教学质量大幅提高。所有培训教师都把教学质量放在首位，牢牢树立“一切为了学生，教学质量、学校声誉是学校和教师的生命”的理念。除了选拔系上教学水平较高的教师进行培训工作之外，还聘请多名专家为学生授课、指导学生的实践操作。培训的所有课程都严格按照“全国1+N复合型人才职业培训”计算机类培训和“全国计算机信息高新技术（OSTA）培训”的相关要求，结合学生实际情况，采用多种灵活的方式授课。</w:t>
      </w:r>
      <w:r>
        <w:rPr>
          <w:lang w:eastAsia="zh-CN"/>
        </w:rPr>
        <w:br/>
      </w:r>
      <w:r>
        <w:rPr>
          <w:lang w:eastAsia="zh-CN"/>
        </w:rPr>
        <w:t>　　由于进一步加强学生对“全国1+N复合型人才职业培训”计算机类培训和“全国计算机信息高新技术（OSTA）培训”的关注，我系采取多渠道宣传这些培训，努力拓展招生渠道，激发学生学习的积极性，认真考勤，在考试中严格把关，引导学生把所学知识用于实践，积极为学员联系实习单位、工作单位，认真为毕业学员解决工作中遇到的每一个难题。</w:t>
      </w:r>
      <w:r>
        <w:rPr>
          <w:lang w:eastAsia="zh-CN"/>
        </w:rPr>
        <w:br/>
      </w:r>
      <w:r>
        <w:rPr>
          <w:lang w:eastAsia="zh-CN"/>
        </w:rPr>
        <w:t>　　为了搞好这些培训，我系投入了大量资金用于更新计算机、购买投影仪及实验用品等先进的教学设备。通过认真工作，进一步提高了学生勤动手、多动脑的能力。</w:t>
      </w:r>
      <w:r>
        <w:rPr>
          <w:lang w:eastAsia="zh-CN"/>
        </w:rPr>
        <w:br/>
      </w:r>
      <w:r>
        <w:rPr>
          <w:lang w:eastAsia="zh-CN"/>
        </w:rPr>
        <w:t>　　在20__年的培训工作中，我们将继续开拓思路，加大对培训的宣传力度，增加培训的专业科目，全面建设好计算机类技能鉴定培训体系，为学院示范性建设贡献自己的力量。</w:t>
      </w:r>
      <w:r>
        <w:rPr>
          <w:lang w:eastAsia="zh-CN"/>
        </w:rPr>
        <w:br/>
      </w:r>
      <w:r>
        <w:rPr>
          <w:lang w:eastAsia="zh-CN"/>
        </w:rPr>
        <w:t xml:space="preserve">    2024年技能培训工作总结范文 篇3 </w:t>
      </w:r>
      <w:r>
        <w:rPr>
          <w:lang w:eastAsia="zh-CN"/>
        </w:rPr>
        <w:br/>
      </w:r>
      <w:r>
        <w:rPr>
          <w:lang w:eastAsia="zh-CN"/>
        </w:rPr>
        <w:t>　　感谢公司给予学习的平台，感谢领导给予进步的机会。</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我很高兴能参加此次《店面销售技巧》培训课程。经过这次培训，使我在思想上对销售有了更全面的认识，同时对销售理论有了空前的突破，相信接下来我不仅会将所掌握销售思想复制到门店人员身上同时还会把所学理论运用到实践，下面我主要谈一谈在培训期间的学习心得。</w:t>
      </w:r>
      <w:r>
        <w:rPr>
          <w:lang w:eastAsia="zh-CN"/>
        </w:rPr>
        <w:br/>
      </w:r>
      <w:r>
        <w:rPr>
          <w:lang w:eastAsia="zh-CN"/>
        </w:rPr>
        <w:t>　　首先，王延广老师的讲解记忆深刻、幽默风趣，于谈笑间将以往销售中的种种问题点拨出来。</w:t>
      </w:r>
      <w:r>
        <w:rPr>
          <w:lang w:eastAsia="zh-CN"/>
        </w:rPr>
        <w:br/>
      </w:r>
      <w:r>
        <w:rPr>
          <w:lang w:eastAsia="zh-CN"/>
        </w:rPr>
        <w:t>　　王老师讲行业：销售是世界上最光荣最有保障的工作，收入不稳定才有高收入。通过六脉神剑步骤讲解(吸引客人→留住客人→了解需求→塑造价值→先跟后带→快乐成交)每个步骤每个案例都是那么的深刻，使我更清晰的掌握如何处理工作中遇到的种种问题并且严格要求自己在今后工作中将简单的事情重复做，重复的事情坚持做，坚持的事情快乐做。</w:t>
      </w:r>
      <w:r>
        <w:rPr>
          <w:lang w:eastAsia="zh-CN"/>
        </w:rPr>
        <w:br/>
      </w:r>
      <w:r>
        <w:rPr>
          <w:lang w:eastAsia="zh-CN"/>
        </w:rPr>
        <w:t>　　王老师讲心态：在学习期间，我明白了不管任何工作首选要从思想上树立行业的价值观，树立热爱工作的信念，不惜一切努力，为业绩而奋斗。只有端正了心态，才能经得起被顾客拒绝的的考验</w:t>
      </w:r>
      <w:r>
        <w:rPr>
          <w:lang w:eastAsia="zh-CN"/>
        </w:rPr>
        <w:br/>
      </w:r>
      <w:r>
        <w:rPr>
          <w:lang w:eastAsia="zh-CN"/>
        </w:rPr>
        <w:t>　　王老师讲形象：通过学习掌握“形象和标准化”让我从个人形象到商品形象再到店铺形象都清楚的理解到管理门店应该发挥视觉、听觉、文字等方面的作用努力增加商品附加值使之具备竞争力。</w:t>
      </w:r>
      <w:r>
        <w:rPr>
          <w:lang w:eastAsia="zh-CN"/>
        </w:rPr>
        <w:br/>
      </w:r>
      <w:r>
        <w:rPr>
          <w:lang w:eastAsia="zh-CN"/>
        </w:rPr>
        <w:t>　　王老师讲技巧：引用痛苦销售法从发现问题→制造问题→放大问题→解决问题来讲述顾客购买就在一念之间关键看 我们如何把我们的思想放进顾客的脑袋，把顾客的钱放进我们的口袋。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通过培训，我决心要从以下几个方面提高自己和带动团队：首选我要认真学习理论知识，做到学以致用、应才适用。其次努力成为优秀团队的建设者提升门店的营运能力，促进门店绩效提升。然后推进现场教育、培训活动、提升门店人员的作用能力、改善心态、促进门店营业目标的达成。</w:t>
      </w:r>
      <w:r>
        <w:rPr>
          <w:lang w:eastAsia="zh-CN"/>
        </w:rPr>
        <w:br/>
      </w:r>
      <w:r>
        <w:rPr>
          <w:lang w:eastAsia="zh-CN"/>
        </w:rPr>
        <w:t>　　感谢公司安排的这次培训，给大家难得的学习机会!</w:t>
      </w:r>
      <w:r>
        <w:rPr>
          <w:lang w:eastAsia="zh-CN"/>
        </w:rPr>
        <w:br/>
      </w:r>
      <w:r>
        <w:rPr>
          <w:lang w:eastAsia="zh-CN"/>
        </w:rPr>
        <w:t>　　感谢王延广老师，不仅给我们带来了营销知识，还给了我们工作的表率。经过这次培训，感觉收获不小，与以往所有培训不同的是：本次培训主要以提问式，抢答式、团队式的方式进行，从早上9点多至下午4：30多现场气氛活跃，培训生动而又形象的传授着联想文化、销售技巧，与平时可能遇到的问题解决方法，让我们深刻感受到联想文化的博大精深与超强的感染力，此次培训中通过学习来自九县的专卖店的同行的交流，使我认识到我们要想做好销售，并使店面人员销售水平提高，还有很多知识要学习提高。</w:t>
      </w:r>
      <w:r>
        <w:rPr>
          <w:lang w:eastAsia="zh-CN"/>
        </w:rPr>
        <w:br/>
      </w:r>
      <w:r>
        <w:rPr>
          <w:lang w:eastAsia="zh-CN"/>
        </w:rPr>
        <w:t>　　首先，在企业文化上，我们要时刻与联想文化保持一致，认真深刻及时的学习联想文化，跟上联想的文化发展脚步，在公司内部结合自身创造我们的文化，使我们树立一杆自己的旗帜。</w:t>
      </w:r>
      <w:r>
        <w:rPr>
          <w:lang w:eastAsia="zh-CN"/>
        </w:rPr>
        <w:br/>
      </w:r>
      <w:r>
        <w:rPr>
          <w:lang w:eastAsia="zh-CN"/>
        </w:rPr>
        <w:t>　　再次，我们需要加大销售技巧的培训，通过这次学习我们更加意识到销售技巧重要性，我们将加大培训力度，根据联想话术的总岗，总结一套实用的话术，全体销售人员学习并应用于实际中。并及时开展销售人员摸拟演练，展开FAB法则，认真学习并应用;寻找自己的不足，不断提高销售人员的业务水平与定单成功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专业知识的学习，就像王志方老师讲到的“研究员站柜台”，我们有时遇到专业点的知识，无法应答。这样顾客在心理上就感觉到了------“不专业”销售员。真正让自己成为一名专业的销售员。提高我们定单的概率。</w:t>
      </w:r>
      <w:r>
        <w:rPr>
          <w:lang w:eastAsia="zh-CN"/>
        </w:rPr>
        <w:br/>
      </w:r>
      <w:r>
        <w:rPr>
          <w:lang w:eastAsia="zh-CN"/>
        </w:rPr>
        <w:t>　　人员素质培养：我们注重人员的精神面貌，不断提人员的素质。我们坚信只有高素质的人，才会得到顾客的信认，才会有更多的回头客。时刻体现我们联想人的“及时、专业、真诚、热情”从而打造我们自己的品牌。</w:t>
      </w:r>
      <w:r>
        <w:rPr>
          <w:lang w:eastAsia="zh-CN"/>
        </w:rPr>
        <w:br/>
      </w:r>
      <w:r>
        <w:rPr>
          <w:lang w:eastAsia="zh-CN"/>
        </w:rPr>
        <w:t>　　在企业的管理上，我们努力打造团结型的团队。在以后的发展中我们将不断学习改进和创新，只有这样才能在竞争激烈立于不败之地，我们有信心在联想的圈子里提升自己，成为真正的联想人。</w:t>
      </w:r>
      <w:r>
        <w:rPr>
          <w:lang w:eastAsia="zh-CN"/>
        </w:rPr>
        <w:br/>
      </w:r>
      <w:r>
        <w:rPr>
          <w:lang w:eastAsia="zh-CN"/>
        </w:rPr>
        <w:t>　　大多数销售人员没有问正确类型的问题，即使他们在打推销电话之前就事先准备好了问题，但大多数人没有事先准备，销售人员需要对客户进行购买流程的理解。然后，销售人员需要将其销售流程和客户的购买流程相匹配。做到这一点后，当他们就最可行的解决达成一致时，销售人员就开始和客户密切接触。</w:t>
      </w:r>
      <w:r>
        <w:rPr>
          <w:lang w:eastAsia="zh-CN"/>
        </w:rPr>
        <w:br/>
      </w:r>
      <w:r>
        <w:rPr>
          <w:lang w:eastAsia="zh-CN"/>
        </w:rPr>
        <w:t>　　规划推销电话今天的大多数公司缺乏一个定义明确的销售过程。很少有能让客户提供强有力承诺的有文件记载的销售实践。因此，销售人员没有正确地计划推销电话。</w:t>
      </w:r>
      <w:r>
        <w:rPr>
          <w:lang w:eastAsia="zh-CN"/>
        </w:rPr>
        <w:br/>
      </w:r>
      <w:r>
        <w:rPr>
          <w:lang w:eastAsia="zh-CN"/>
        </w:rPr>
        <w:t>　　例如，每个电话都应该以客户同意去做会将销售过程向前推进的事情的某种承诺作为结束。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提出正确的问题大多数销售人员没有问正确类型的问题，即使他们在打推销电话之前就事先准备好了问题，但大多数人没有事先准备。提问技巧很糟糕的影响是巨大的。这会导致拖延和反对，提供不正确解决方案的糟糕演示，没有区别于竞争对手，以及错失销售机会等形式的阻力。</w:t>
      </w:r>
      <w:r>
        <w:rPr>
          <w:lang w:eastAsia="zh-CN"/>
        </w:rPr>
        <w:br/>
      </w:r>
      <w:r>
        <w:rPr>
          <w:lang w:eastAsia="zh-CN"/>
        </w:rPr>
        <w:t>　　商业头脑如果你要帮助你的客户变得更加成功，你需要了解企业通常如何运行，你的客户的行业如何运作，你的客户如何实现其市场目标，以及贵公司的产品如何才能帮助他们更好的服务于他们自己的客户。没有业务技巧，你就永远不具备销售所需要的信誉。</w:t>
      </w:r>
      <w:r>
        <w:rPr>
          <w:lang w:eastAsia="zh-CN"/>
        </w:rPr>
        <w:br/>
      </w:r>
      <w:r>
        <w:rPr>
          <w:lang w:eastAsia="zh-CN"/>
        </w:rPr>
        <w:t>　　积极倾听积极倾听很重要，专业人士常因一直对自己及其产品喋喋不休，而错过了重要的线索和信息。更为重要的是闭上你的嘴，让客户说话。销售技巧培训心得分享说，你应该引导谈话，然后倾听和正确的消化吸收，我们了解到很多客户真正需要什么，以使你能正确定位你的产品。</w:t>
      </w:r>
      <w:r>
        <w:rPr>
          <w:lang w:eastAsia="zh-CN"/>
        </w:rPr>
        <w:br/>
      </w:r>
      <w:r>
        <w:rPr>
          <w:lang w:eastAsia="zh-CN"/>
        </w:rPr>
        <w:t>　　提出有意义的解决方案大部分销售人员声称这是他们最擅长的技能。事实上，作为经理，我们倾向于雇佣“能说会道”之人。在现实中，当谈到做演示，质量远比数量重要。当销售人员针对先前商定的需求，将重点放在呈现具体的解决方案上时，他们很少失败。</w:t>
      </w:r>
      <w:r>
        <w:rPr>
          <w:lang w:eastAsia="zh-CN"/>
        </w:rPr>
        <w:br/>
      </w:r>
      <w:r>
        <w:rPr>
          <w:lang w:eastAsia="zh-CN"/>
        </w:rPr>
        <w:t>　　获得承诺如果你真正思考这一点，聘用销售人员的唯一原因就是为了获得客户的承诺。然而，当问及这一问题时，大多数销售人员承认这是其最薄弱的技能。研究表明，将近三分之二的销售人员在推销电话中未能要求承诺。任何有效的销售培训计划必须对这个问题有可靠的解决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管理你的情绪销售人员向自身解释其成功和失败的原因的方式至关重要。形成一种风格，将逆境看作是暂时和独立的，建立心理抗冲击力、情感韧性和耐性，以便从挫折中振作起来，并在适当的时候积极主动。</w:t>
      </w:r>
      <w:r>
        <w:rPr>
          <w:lang w:eastAsia="zh-CN"/>
        </w:rPr>
        <w:br/>
      </w:r>
      <w:r>
        <w:rPr>
          <w:lang w:eastAsia="zh-CN"/>
        </w:rPr>
        <w:t>　　在全新类型的产品在普遍引入市场之前，企业可以采用“免费”、“试尝”等的优惠活动吸引消费者的注意。</w:t>
      </w:r>
      <w:r>
        <w:rPr>
          <w:lang w:eastAsia="zh-CN"/>
        </w:rPr>
        <w:br/>
      </w:r>
      <w:r>
        <w:rPr>
          <w:lang w:eastAsia="zh-CN"/>
        </w:rPr>
        <w:t>　　21世纪，体验式营销成为营销行业发展的新趋势，是企业参与竞争的有利武器，这是我的销售技巧培训心得。</w:t>
      </w:r>
      <w:r>
        <w:rPr>
          <w:lang w:eastAsia="zh-CN"/>
        </w:rPr>
        <w:br/>
      </w:r>
      <w:r>
        <w:rPr>
          <w:lang w:eastAsia="zh-CN"/>
        </w:rPr>
        <w:t>　　体验式营销的实施，企业须从实际的市场需求情况出发，有的放矢的策划与决策，选择出最适应市场需求的体验方式，使企业在激烈的市场竞争中处于优势地位。</w:t>
      </w:r>
      <w:r>
        <w:rPr>
          <w:lang w:eastAsia="zh-CN"/>
        </w:rPr>
        <w:br/>
      </w:r>
      <w:r>
        <w:rPr>
          <w:lang w:eastAsia="zh-CN"/>
        </w:rPr>
        <w:t>　　一般而言，体验式营销的在以下几种市场情形下适用。</w:t>
      </w:r>
      <w:r>
        <w:rPr>
          <w:lang w:eastAsia="zh-CN"/>
        </w:rPr>
        <w:br/>
      </w:r>
      <w:r>
        <w:rPr>
          <w:lang w:eastAsia="zh-CN"/>
        </w:rPr>
        <w:t>　　1.全新型产品的上市</w:t>
      </w:r>
      <w:r>
        <w:rPr>
          <w:lang w:eastAsia="zh-CN"/>
        </w:rPr>
        <w:br/>
      </w:r>
      <w:r>
        <w:rPr>
          <w:lang w:eastAsia="zh-CN"/>
        </w:rPr>
        <w:t>　　对于企业刚刚上市的全新型产品，顾客是十分陌生的，并没有过相似的消费体验。而他们又很少有人愿意成为第一个吃螃蟹的人，因此企业做的广告宣传活动再多，也无法大范围的提高消费者的参与性。</w:t>
      </w:r>
      <w:r>
        <w:rPr>
          <w:lang w:eastAsia="zh-CN"/>
        </w:rPr>
        <w:br/>
      </w:r>
      <w:r>
        <w:rPr>
          <w:lang w:eastAsia="zh-CN"/>
        </w:rPr>
        <w:t>　　此时就需要体验营销的参与，以最直接的方法使顾客了解产品的作用与性能，消除顾客的疑虑。</w:t>
      </w:r>
      <w:r>
        <w:rPr>
          <w:lang w:eastAsia="zh-CN"/>
        </w:rPr>
        <w:br/>
      </w:r>
      <w:r>
        <w:rPr>
          <w:lang w:eastAsia="zh-CN"/>
        </w:rPr>
        <w:t>　　在全新类型的产品在普遍引入市场之前，企业可以采用“免费”、“试尝”等的优惠活动吸引消费者的注意，从而让他们全方位的了解产品，使他们主动参与到营销活动中，为产品的全面推向市场奠定基础。</w:t>
      </w:r>
      <w:r>
        <w:rPr>
          <w:lang w:eastAsia="zh-CN"/>
        </w:rPr>
        <w:br/>
      </w:r>
      <w:r>
        <w:rPr>
          <w:lang w:eastAsia="zh-CN"/>
        </w:rPr>
        <w:t>　　2.具有“鲜明卖点”的改良新产品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市场上出现的新产品往往是企业在原有市场的基础上，对它们的款式及性能等方面进行改良所得出的，这类产品也不为顾客完全熟悉。在产品推向市场的初期，就应采取体验营销，向顾客着重突出这类“改良”产品的卖点，使顾客在短期内感知产品的特性。</w:t>
      </w:r>
      <w:r>
        <w:rPr>
          <w:lang w:eastAsia="zh-CN"/>
        </w:rPr>
        <w:br/>
      </w:r>
      <w:r>
        <w:rPr>
          <w:lang w:eastAsia="zh-CN"/>
        </w:rPr>
        <w:t>　　3.容易转变和培养消费习惯的老产品</w:t>
      </w:r>
      <w:r>
        <w:rPr>
          <w:lang w:eastAsia="zh-CN"/>
        </w:rPr>
        <w:br/>
      </w:r>
      <w:r>
        <w:rPr>
          <w:lang w:eastAsia="zh-CN"/>
        </w:rPr>
        <w:t>　　在市场中，对于一些老品牌的产品而言，如果体验活动能够培养、转变消费者对此的消费习惯，并可以获得一些竞争对手的顾客，或使其对其品牌不忠诚的消费者忠诚，我们仍可以采取体验式营销策略。</w:t>
      </w:r>
      <w:r>
        <w:rPr>
          <w:lang w:eastAsia="zh-CN"/>
        </w:rPr>
        <w:br/>
      </w:r>
      <w:r>
        <w:rPr>
          <w:lang w:eastAsia="zh-CN"/>
        </w:rPr>
        <w:t>　　但在采取体验式实战销售时，企业首先要了解顾客对品牌的忠诚度。若顾客对竞争对手的品牌的忠诚度较低，容易转变和培养顾客的消费习惯，则体验活动可行;反之，采取体验式营销会是企业得不偿失。</w:t>
      </w:r>
      <w:r>
        <w:rPr>
          <w:lang w:eastAsia="zh-CN"/>
        </w:rPr>
        <w:br/>
      </w:r>
      <w:r>
        <w:rPr>
          <w:lang w:eastAsia="zh-CN"/>
        </w:rPr>
        <w:t>　　企业在进行体验活动时，要深入分析顾客的体验世界，明确公司与品牌的目标顾客，并从不同的层面分析顾客的体验世界，沿着品牌的接触点追踪顾客的体验，以此为基础对目标顾客定位。</w:t>
      </w:r>
      <w:r>
        <w:rPr>
          <w:lang w:eastAsia="zh-CN"/>
        </w:rPr>
        <w:br/>
      </w:r>
      <w:r>
        <w:rPr>
          <w:lang w:eastAsia="zh-CN"/>
        </w:rPr>
        <w:t>　　体验营销人员在营销活动之前应该通过市场调查来了解目标顾客的需求与顾虑，以此为基础有针对性的为顾客提供相应的体验。企业在对目标顾客进行细分时，要以顾客的理性消费为主，感性消费次之。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这个阶段，企业应该预先准备好让顾客体验的产品或设计好让顾客体验的服务，确定达到目标对象的渠道，进行体验活动。与此同时，在体验过程中营销人员要积极地引导顾客向体验的目标靠拢，使体验活动顺利进行。</w:t>
      </w:r>
      <w:r>
        <w:rPr>
          <w:lang w:eastAsia="zh-CN"/>
        </w:rPr>
        <w:br/>
      </w:r>
      <w:r>
        <w:rPr>
          <w:lang w:eastAsia="zh-CN"/>
        </w:rPr>
        <w:t xml:space="preserve">    2024年技能培训工作总结范文 篇4 </w:t>
      </w:r>
      <w:r>
        <w:rPr>
          <w:lang w:eastAsia="zh-CN"/>
        </w:rPr>
        <w:br/>
      </w:r>
      <w:r>
        <w:rPr>
          <w:lang w:eastAsia="zh-CN"/>
        </w:rPr>
        <w:t>　　农民工作为一个特殊的群体，在当今社会生产建设的主力军。农民工由于自身条件的限制，自身岗位不停转换，造成农民工的工作技能在一定程度上的断层。加上农民工习惯的不稳定的行为方式为农民工在企业生产过程中带来极大的安全隐患，也时刻威胁农民工生命财产的安全。为了提高民工工作技能，教育他们规避危险的作业方式。__公司是成立于20__年_月份，是一家集生产、组建为一体的高科技企业。自成立以来，由于生产规模的不断扩大，需要一大批具有较高素质的一线员工。而在这些员工当中，农民工所占较高的比例。20__年以来，公司围绕“关注民生，提高技能，促进生产”为主题，响应国家关于企业加强农民工技能培训的政策要求，把农民工技能培训工作作为培训部门一项重点工作内容来抓，通过培训、引导、扶持，以培训促进农民工技能提高，以技能提高促进企业发展，达到了较好的效果。</w:t>
      </w:r>
      <w:r>
        <w:rPr>
          <w:lang w:eastAsia="zh-CN"/>
        </w:rPr>
        <w:br/>
      </w:r>
      <w:r>
        <w:rPr>
          <w:lang w:eastAsia="zh-CN"/>
        </w:rPr>
        <w:t>　　截止目前，我司共举办农民工技能培训班1期，历时一月有余，免费为农民工开展车间生产技能、工艺技术、安全意识教育等十余场培训，共培训农民工400人，培训考试合格率达到100%。培训过程中得到了合肥市高新区管理委员会的大力支持，确保了培训工作的顺利完成。具体工作如下：</w:t>
      </w:r>
      <w:r>
        <w:rPr>
          <w:lang w:eastAsia="zh-CN"/>
        </w:rPr>
        <w:br/>
      </w:r>
      <w:r>
        <w:rPr>
          <w:lang w:eastAsia="zh-CN"/>
        </w:rPr>
        <w:t>　　一、理论知识培训：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公司组织参训人员参加公司举办的技能培训、安全法律法规培训。通过对参训人员的工艺流程及作业标准、安全生产意识的培训。教育培训人员掌握正确的工作方式，学会一些工作技巧，避免习惯性违章，克服工作中危险的动作。通过安全知识的成绩考试，对于考试不合格的作业人员继续教育，直到成绩合格。</w:t>
      </w:r>
      <w:r>
        <w:rPr>
          <w:lang w:eastAsia="zh-CN"/>
        </w:rPr>
        <w:br/>
      </w:r>
      <w:r>
        <w:rPr>
          <w:lang w:eastAsia="zh-CN"/>
        </w:rPr>
        <w:t>　　二、实践操作培训：</w:t>
      </w:r>
      <w:r>
        <w:rPr>
          <w:lang w:eastAsia="zh-CN"/>
        </w:rPr>
        <w:br/>
      </w:r>
      <w:r>
        <w:rPr>
          <w:lang w:eastAsia="zh-CN"/>
        </w:rPr>
        <w:t>　　公司通过组织培训员工参加实践操作，向培训人员讲授施工作安全知识、施工技能，如何防止施工机械伤害事故的发生。还请公司安全部门相关人员为培训学员讲授危险品、防火的安全意识教育培训。在教育内容上，培养员工防火灭火逃生的知识，灭火器的使用，灭火演练，分析火灾事故案例等内容。</w:t>
      </w:r>
      <w:r>
        <w:rPr>
          <w:lang w:eastAsia="zh-CN"/>
        </w:rPr>
        <w:br/>
      </w:r>
      <w:r>
        <w:rPr>
          <w:lang w:eastAsia="zh-CN"/>
        </w:rPr>
        <w:t>　　通过本次农民工技能培训，提高了农民工的工作技能水平以及整体的生产能力，接下来，我公司在巩固已有的培训成效的基础上，将继续重视对农民工的技能培训工作，提高农民工整体操作技能水平和安全意识，为创造和谐平安的企业文化而努力。</w:t>
      </w:r>
      <w:r>
        <w:rPr>
          <w:lang w:eastAsia="zh-CN"/>
        </w:rPr>
        <w:br/>
      </w:r>
      <w:r>
        <w:rPr>
          <w:lang w:eastAsia="zh-CN"/>
        </w:rPr>
        <w:t xml:space="preserve">    2024年技能培训工作总结范文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培训班的课程已经接近结束，经过两个月的学习，我想我们每一位学员都有不同的但很大的收获。对于我个人，我认为这次培训班举办的十分有好处，十分有必要，因为它不仅仅让我充实了更多的理论知识，更让我开阔了视野，解放了思想，打动了内心。每时每刻、每一堂课，都让我有所感动和收获，许多不可言语表达的收获。加之与来自不同县市区、不同工作岗位的同学们聚集一堂，相互交流借鉴工作经验、思路方法，较全面的提高了自己的理论水平和工作潜力。透过学习和培训，使高技能人员不断更新技能理念，优化思维，完善知识结构。使我们专业技能人员更加深刻地领会到，社会的发展，时代的进步日趋快速。要求不断学习，不断提高自我技能水平。只有不断更新知识，不断完善自我，才能更好地做好本职工作，新的时代对我们提出了新的、更高的要求。</w:t>
      </w:r>
      <w:r>
        <w:rPr>
          <w:lang w:eastAsia="zh-CN"/>
        </w:rPr>
        <w:br/>
      </w:r>
      <w:r>
        <w:rPr>
          <w:lang w:eastAsia="zh-CN"/>
        </w:rPr>
        <w:t>　　一方面要为自己定好位，做好技术服务工作，进一步发挥纽带作用。另一方面要从大局出发，根据厂的实际状况，拓宽思路，多出点子，想好办法，当好参谋助手，为领导决策带给依据。这就要求我们的思维、知识要贴合时代的要求，要贴合企业发展的需要。我们务必不断地透过学习或培训等各种方法来提高自己。才能更好地完成各项工作任务，才能提高工作质量和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培训学习中，我们也学到了不少专业技术和实操方法，不断改善工作方法，把工作方法与实际操作有机的结合，进一步提高我们的专业技能和工作效率。科学文化知识和理论知识的培训学习，为提高专业技能奠定基础。能否做好工作，不仅仅仅是自己的问题，也是对企业负责的问题，只有努力地工作，扎扎实实地工作，才能把上级领导交给我们的任务完成好。只有精通岗位技能，才能认真履行好职责，才能发挥技术人才的作用。总之，透过不断的培训，职工的技能就会有新的提高，员工在生产中的操作得到了进一步规范，安全和服务意识也进一步提高;员工工作效率的提高，使电厂生产设备发挥出了最大的功效，各流程的衔接也更加流畅，从而使生产成本得到了节约，最终构成“培训&amp;技能提高&amp;企业发展&amp;再培训”良性循环的过程!所以，当前世界的瞬息万变，科技的突飞猛进，更要求我们更好地掌握各类理论知识，提高做好本职工作的本领。才能不被时代所淘汰。</w:t>
      </w:r>
      <w:r>
        <w:rPr>
          <w:lang w:eastAsia="zh-CN"/>
        </w:rPr>
        <w:br/>
      </w:r>
      <w:r>
        <w:rPr>
          <w:lang w:eastAsia="zh-CN"/>
        </w:rPr>
        <w:t>　　所以我们要一如既往地学习，丰富自己的知识，增强自己的本领，努力成为本职位的行家能手。还要带领本机组高效、节约的完成领导下发的每一项任务。最后，感谢校园和老师的教导培训!</w:t>
      </w:r>
      <w:r>
        <w:rPr>
          <w:lang w:eastAsia="zh-CN"/>
        </w:rPr>
        <w:br/>
      </w:r>
      <w:r>
        <w:rPr>
          <w:lang w:eastAsia="zh-CN"/>
        </w:rPr>
        <w:t xml:space="preserve">    2024年技能培训工作总结范文 篇6 </w:t>
      </w:r>
      <w:r>
        <w:rPr>
          <w:lang w:eastAsia="zh-CN"/>
        </w:rPr>
        <w:br/>
      </w:r>
      <w:r>
        <w:rPr>
          <w:lang w:eastAsia="zh-CN"/>
        </w:rPr>
        <w:t>　　我校能认真贯彻执行关于教育、劳动方面的路线、方针、政策和有关法律法规，依法办学；具有与培训规模相适应的设施设备；具有一支与培训规模和培训要求相适应的师资队伍；具有完善的规章制度和办学程序，严格执行财务、收费制度，由于狠抓教学管理，培训质量逐步提高，学员反馈良好，具有较好的社会声誉。</w:t>
      </w:r>
      <w:r>
        <w:rPr>
          <w:lang w:eastAsia="zh-CN"/>
        </w:rPr>
        <w:br/>
      </w:r>
      <w:r>
        <w:rPr>
          <w:lang w:eastAsia="zh-CN"/>
        </w:rPr>
        <w:t>　　一、本校的宗旨就是充分利用教学资源，最大限度地满足社会对继续教育和职业技能培训需求的不断增大，为社会主义市场经济服务，培养符合社会主义市场经济发展需要和迎接加入世贸组织后挑战的可用之材。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二、学校努力克服各种困难，不断探索培训的模式和方法，拓宽培训的路子，为社会培养多种合格人才。学校充分利用了举办单位（甬江职高）现有的场地、设施、师资及管理力量。由于服务热诚、教学认真，技术等级考试合格率不断提高，赢得了学员的好评和良好的社会信誉。作为培训机构，学校热情接待每一位来培训的学员。平时做好思想工作，鼓励学员认真培训，学好实用的职业技术和文化知识。..度开设了暑假英语村、中式烹调师、计算机、成人高复、高职复习、学科辅导、中小学信息技术、美术等培训班..个班级，共计学员__人。</w:t>
      </w:r>
      <w:r>
        <w:rPr>
          <w:lang w:eastAsia="zh-CN"/>
        </w:rPr>
        <w:br/>
      </w:r>
      <w:r>
        <w:rPr>
          <w:lang w:eastAsia="zh-CN"/>
        </w:rPr>
        <w:t>　　三、我校建立了严格的财务管理制度，并能认真执行财务制度和收费许可制度，会计资料合法、真实、准确、完整，及时依法缴纳各项应缴税费，本校经费均用于本校章程规定的业务范围和事业发展。盈余按照国家有关规定进行处理。</w:t>
      </w:r>
      <w:r>
        <w:rPr>
          <w:lang w:eastAsia="zh-CN"/>
        </w:rPr>
        <w:br/>
      </w:r>
      <w:r>
        <w:rPr>
          <w:lang w:eastAsia="zh-CN"/>
        </w:rPr>
        <w:t>　　四、我校能严格遵守国家的宪法和法律，以及浙江省、__市等地方性法规，服从市民政局、市教育局、市劳动和社会保障局等业务主管单位的领导。</w:t>
      </w:r>
      <w:r>
        <w:rPr>
          <w:lang w:eastAsia="zh-CN"/>
        </w:rPr>
        <w:br/>
      </w:r>
      <w:r>
        <w:rPr>
          <w:lang w:eastAsia="zh-CN"/>
        </w:rPr>
        <w:t>　　五、对结业学员了解反馈不够，今后将进一步通过定员定时做好结业学员的调查、反馈，为进一步搞好培训奠定基础。</w:t>
      </w:r>
      <w:r>
        <w:rPr>
          <w:lang w:eastAsia="zh-CN"/>
        </w:rPr>
        <w:br/>
      </w:r>
      <w:r>
        <w:rPr>
          <w:lang w:eastAsia="zh-CN"/>
        </w:rPr>
        <w:t xml:space="preserve">    2024年技能培训工作总结范文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二十一世纪呼唤高质量的教育，在教育竞争、知识竞争激烈的今天，教师的挑战也日益增加，唯有不断学习，不断提高自身的职业道德和专业文化水平，才是一名新世纪合格的科学教师应该做的。新学期开始，我有幸成为南关小学唯一一名参加通州区科技培训的教师，首先感谢学校领导给我这样的学习机会。每周一次到少年宫的学习让我有了巨大收获。典礼上，市、区级领导纷纷讲话，我暗下决心，一定不辜负领导的信任。每次学习，我提前到校，课上做好笔记。必要时，拿出照相机和摄像机做好珍贵的记录，课下，向老师请教不懂的问题。几次下来，让我对科技教师的工作有了深刻地认识和理解。</w:t>
      </w:r>
      <w:r>
        <w:rPr>
          <w:lang w:eastAsia="zh-CN"/>
        </w:rPr>
        <w:br/>
      </w:r>
      <w:r>
        <w:rPr>
          <w:lang w:eastAsia="zh-CN"/>
        </w:rPr>
        <w:t>　　一、教育观念得到更新</w:t>
      </w:r>
      <w:r>
        <w:rPr>
          <w:lang w:eastAsia="zh-CN"/>
        </w:rPr>
        <w:br/>
      </w:r>
      <w:r>
        <w:rPr>
          <w:lang w:eastAsia="zh-CN"/>
        </w:rPr>
        <w:t>　　在学习中积淀理论，提升素养。在培训期间我阅读了多本教育理论书籍，认真摘取了读书笔记，并在摘录上面写上了自己的体会。通过聆听感悟，我对科学又有了全新的认识，新课程理念注重对学生协作、自主、资源等方面的培养，重视学生思维能力和学习能力的提高，培养学生主动获取知识的能力，促进学生的全面发展，积极推进素质教育的进程。同时我也深信，通过不断的学习，一定能不断提高自己的业务素养，并在实践中提高自身的教育教学能力。</w:t>
      </w:r>
      <w:r>
        <w:rPr>
          <w:lang w:eastAsia="zh-CN"/>
        </w:rPr>
        <w:br/>
      </w:r>
      <w:r>
        <w:rPr>
          <w:lang w:eastAsia="zh-CN"/>
        </w:rPr>
        <w:t>　　二、科研能力得到提高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参加教育科研是21世纪教师所必备的一种品质。教育科研作为学校教育教学的第一生产力，愈来愈显示出它强大的生命力。增加自己工作的科研含量、走可持续发展的道路、靠科研推动教学等已逐渐成为我国未来教育发展的大趋势，作为一名教师，由经验型、勤奋型的教师转变成学者型、科研型名师，也必须走教学与科研相结合的道路。在本次培训班上，北京天文馆的研究员寇文老师在百忙中给我们讲了两次课，他渊博的知识、幽默的风格、熟练操作的技能、技巧和对科学严谨的态度给我留下了深深的印象。在讲天文基础知识时，讲到了太阳、月亮的观测，讲到了月食、日食、行星、火星等的形成，同时配合前边的动画演示，我达到了如醉如痴的地步，真是大开眼界，学到了许多书本上没有的知识。在讲大气压力这一课时，我通过让同学主动参与、主动探究，学生学到了很多知识，达到了能力的不断提升。</w:t>
      </w:r>
      <w:r>
        <w:rPr>
          <w:lang w:eastAsia="zh-CN"/>
        </w:rPr>
        <w:br/>
      </w:r>
      <w:r>
        <w:rPr>
          <w:lang w:eastAsia="zh-CN"/>
        </w:rPr>
        <w:t>　　三、教学实践获得锤炼</w:t>
      </w:r>
      <w:r>
        <w:rPr>
          <w:lang w:eastAsia="zh-CN"/>
        </w:rPr>
        <w:br/>
      </w:r>
      <w:r>
        <w:rPr>
          <w:lang w:eastAsia="zh-CN"/>
        </w:rPr>
        <w:t>　　培训中，我们听了很多的好课，这些优质课无一例外地体现着新课改的要求、趋势；课堂生动，预设生成与动态生成相结合；目标达成度高，无一不渗透着新的教学思想和教学方法。我都用心品味，反照自己的课堂教学，寻找差距与问题，并将学习到的理论运用于课堂教学。也许我的研修课还显得那么的稚嫩，也许我的理念还需要进一步的提升，但我想说的是，因为我参与了那么多的研修课的经历，使我再也不会安于现在的教学现状，我将努力把理论与实践紧密结合，大胆的付之于教学实践，真正做到以学生发展为首要任务，重视学生的能力发展，结合学科特点，提升学生信息素养。</w:t>
      </w:r>
      <w:r>
        <w:rPr>
          <w:lang w:eastAsia="zh-CN"/>
        </w:rPr>
        <w:br/>
      </w:r>
      <w:r>
        <w:rPr>
          <w:lang w:eastAsia="zh-CN"/>
        </w:rPr>
        <w:t>　　有一天，一位上完社会课的同学找到我，半开玩笑地说：“科学老师，在地球上中国和美国相对，如果从中国去美国旅游要整整绕过半个地球，需花费大量的时间和旅途费用。如果能在地球上钻一个直通美国的洞，然后我们撑着降落伞一路降到美国就好了，这样既可以节省时间，又可以观察地球的内部结构，达到一举两得的效果！”听完之后，我既为他的幼稚感到可笑，又为他奇思妙想的创新精神感到高兴。看似不经意的话，我却认真了起来，作为教师，对待任何一个问题都要有严谨治学的科学态度，更不能随意抹杀一个求知好学的.心灵。现在不正是我施展才能的时候吗？我们就来讨论讨论这个“好方法”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地球的赤道半径约为6378千米，也就是说，我们要钻的这个洞最短也要有12756千米，这当然是一个艰巨的工作，事实上人类曾经钻过的最深的洞也不过14千米。如果把地球比作一个篮球，那么这个最深的洞根本连皮球皮都没有穿透！如果这个艰巨的工作量还不足以让你知难而退的话，那么在前方还有两个拦路虎在等着你。当你到达地球的中心的时候，如果不采取有效的保护措施，你即使不会被地球中心的重力所压扁，也一定会被高温所融化。想象一下，地球中心承受着外壳所有的重量，这些重量从四面八方向内部挤压，不仅是中心的重力惊人，温度也高达6000c,这个温度足以使坚硬的钢铁融化成液体！所以，企图穿越地球中心，就算是真正的铁人也不能幸免遇难，更何况是人类的血肉之躯了！</w:t>
      </w:r>
      <w:r>
        <w:rPr>
          <w:lang w:eastAsia="zh-CN"/>
        </w:rPr>
        <w:br/>
      </w:r>
      <w:r>
        <w:rPr>
          <w:lang w:eastAsia="zh-CN"/>
        </w:rPr>
        <w:t>　　就算你发挥超越自然的智慧，排除万难，终于修好了一条穿越地球的洞，那么在穿越这个洞的途中，你会不会遇到什么麻烦呢?当你撑着降落伞向球心降落的时候，受到地心引力的影响，速度会越来越快，接近地心的时候你的速度甚至比流星还快！通过地球中点以后，因为惯性的作用，你会继续向美国靠近，这时地心的吸引力会把你往回拉，所以你一定要和美国的朋友打好招呼，让他们在洞口迎接你，当你接近地面的时候拉你一把，否则，正如你想到的一样，如果你不能迅速爬上地面，地心的引力又会将你拉下来。那么以后，你就会像是被拴在一根橡皮筋上一样，在中国和美国之间来回荡悠，最终因为空气摩擦而在地球中心停下来，身陷绝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因此，我们不难达成一致意见：鉴于旅途太过惊险刺激，生还的可能十分渺茫，所以千万不要轻易尝试！这位学生听完以后，佩服的点了点头。</w:t>
      </w:r>
      <w:r>
        <w:rPr>
          <w:lang w:eastAsia="zh-CN"/>
        </w:rPr>
        <w:br/>
      </w:r>
      <w:r>
        <w:rPr>
          <w:lang w:eastAsia="zh-CN"/>
        </w:rPr>
        <w:t>　　四、在评价中夯实自身</w:t>
      </w:r>
      <w:r>
        <w:rPr>
          <w:lang w:eastAsia="zh-CN"/>
        </w:rPr>
        <w:br/>
      </w:r>
      <w:r>
        <w:rPr>
          <w:lang w:eastAsia="zh-CN"/>
        </w:rPr>
        <w:t>　　在培训班的引领下，让我养成了“边教边学，边学边思，边思边悟”的习惯，让我在实践与反思中不断成长，不断提升完善自我。每一节的研修课，每一句的点评，没有了以往公开课的那种华而不实的现象，更多的是针对本课教学的真知灼见，是对课堂教学方式的重构。而恰恰是这样的研修氛围，使我这样一个“井底之蛙”对学科课堂教学有了全新的感悟，也正是在专家的评课引领下，使我渐渐的明白了，原来上课应该是这样上的，学生可以这样去学。</w:t>
      </w:r>
      <w:r>
        <w:rPr>
          <w:lang w:eastAsia="zh-CN"/>
        </w:rPr>
        <w:br/>
      </w:r>
      <w:r>
        <w:rPr>
          <w:lang w:eastAsia="zh-CN"/>
        </w:rPr>
        <w:t>　　几次的研修班生活转眼就要结束了，蓦然回首才感觉时间是那么的急促，也让我对研修学习有了更多的向往。我多么希望今后能有更多的机会去参与这样的研修活动，改变以往那种闭门造车的教学方式，只有这样的教学才能真正做到“流水不腐”。</w:t>
      </w:r>
      <w:r>
        <w:rPr>
          <w:lang w:eastAsia="zh-CN"/>
        </w:rPr>
        <w:br/>
      </w:r>
      <w:r>
        <w:rPr>
          <w:lang w:eastAsia="zh-CN"/>
        </w:rPr>
        <w:t>　　生活不是守株待兔的遐想，不是消极的自我研究，不是情绪化的虔敬神明，只有行动才能决定人生价值。我会在自己的工作中努力尝试，不断探索，向着更高的目标迈出坚定的步伐。</w:t>
      </w:r>
      <w:r>
        <w:rPr>
          <w:lang w:eastAsia="zh-CN"/>
        </w:rPr>
        <w:br/>
      </w:r>
      <w:r>
        <w:rPr>
          <w:lang w:eastAsia="zh-CN"/>
        </w:rPr>
        <w:t xml:space="preserve">    2024年技能培训工作总结范文 篇8 </w:t>
      </w:r>
      <w:r>
        <w:rPr>
          <w:lang w:eastAsia="zh-CN"/>
        </w:rPr>
        <w:br/>
      </w:r>
      <w:r>
        <w:rPr>
          <w:lang w:eastAsia="zh-CN"/>
        </w:rPr>
        <w:t>　　创先争优活动开展以来，__市以提升残疾人幸福指数为目标，精心设计载体，丰富活动内容，采取有力措施，真心实意为残疾人办好事办实事，让创先争优活动为更多残疾人带来真正的实惠。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服务为先，在搭建残疾人服务平台中走在前。残联等相关单位以“三亮三创三提升”活动为抓手，进一步提高为残疾人服务的能力。一是亮身份，创窗口标兵，提升满意程度。党员统一亮牌上岗，公开服务事项、工作流程、办结时限等，亮出党员身份和服务标准，自觉接受群众监督。同时建立起群众监督评价机制，通过服务对象满意度调查等途径，充分调动群众参与创先争优活动的积极性。二是亮承诺，创岗位先锋，提升服务质量。在广泛听取残疾人意见的基础上，通过“相互找诺、个人定诺、组织审诺、公开承诺、岗位践诺”的形式，市残联确定了加强残疾人康复救助、建设残疾人扶贫基地等20项承诺事项，并向社会公开。同时，建立工作台帐，明确完成时限，定期检查通报，确保承诺事项落到实处。三是亮作风，创服务品牌，提升党员形象。为残疾人服务时全面实施立即办、主动办、上门办、灵活办、公开办“五办”工作法，推进被动式服务向主动式服务转变，每月确定一天作为“党员奉献日”，组织党员干部到残疾人服务对象中开展义务奉献活动，进一步树立了党员干部的先锋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健康为要，在搭建残疾人康复平台中走在前。以实现残疾人“人人享有康复服务”为目标，全面开展残疾人康复救助系列活动，全市有1.4万多人得到不同程度的康复训练。一是在康复阵地建设上争先进。先后建成脑瘫儿童康复部、听力语言康复部和智障康复部，将投入近3000万元建设市博爱学校，并聘请了“中国特殊教育第一人”之誉的英博士担任荣誉校长。此外，源城区已成功创建全国残疾人社区康复示范区和“白内障无障碍区”，连平县也已成为全国残疾人社区康复示范县。二是在开展康复活动上争先进。组织开展“光明快线”行动，为3000多名贫困白内障患者实施免费手术；启动“爱心惠成家”公益活动，免费为419例上下假肢取模、制作与安装，为500多名肢体残疾人发放轮椅，为20__多名残疾人提供了视力、肢体、精神等各类康复救助，免费发放辅助器具1694件。三是在构建社区康复体系上争先进。争取公益岗位，为社区配备了240名康复协调员并进行了培训，形成以医疗机构为骨干、社区为基础、家庭为依托的社区康复工作体系。</w:t>
      </w:r>
      <w:r>
        <w:rPr>
          <w:lang w:eastAsia="zh-CN"/>
        </w:rPr>
        <w:br/>
      </w:r>
      <w:r>
        <w:rPr>
          <w:lang w:eastAsia="zh-CN"/>
        </w:rPr>
        <w:t>　　民生为本，在搭建残疾人保障平台上走在前。把改善民生作为残疾人工作的出发点和落脚点，多措并举搭建残疾人保障平台。一是创优扶贫助残体系。通过建设扶贫基地、扶贫开发“双到”、农房改造、扶残助学等有效举措，不断完善扶贫助残体系。目前，我市已建成残疾人扶贫基地8个；帮助8860名贫困残疾人脱贫解困；帮助819户农村贫困残疾人家庭新建或改建住房；对498名特困残疾学生和特困残疾人家庭健全子女给予助学补贴。二是创优培训就业体系。通过制定政策鼓励残疾人创业、建设残疾人就业基地、加强劳动技能培训、推荐就业等途径，使残疾人实现稳定就业。今年上半年我市开展各类残疾人技能培训班26</w:t>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期，培训残疾人约1500多人次。去年全市新增安排残疾人就业3315名，目前农村稳定从业的残疾人有3.7万多人。三是创优社会保障体系。坚持“普惠+特惠”原则，进一步加强残疾人社会保障体系建设。“普惠”即残疾人享有同其他公民平等的社会保障权利；“特惠”即给予残疾人特别照顾和优惠，包括四方面：优先纳入低保；由财政将重度残疾人纳入新型农村合作医疗等社会保险范畴；残疾人享受行政事业性收费减免性照顾；实施0岁至6岁残疾儿童抢救性康复等残疾人受益项目。</w:t>
      </w:r>
      <w:r>
        <w:rPr>
          <w:lang w:eastAsia="zh-CN"/>
        </w:rPr>
        <w:br/>
      </w:r>
      <w:r>
        <w:rPr>
          <w:lang w:eastAsia="zh-CN"/>
        </w:rPr>
        <w:t xml:space="preserve">    2024年技能培训工作总结范文 篇9 </w:t>
      </w:r>
      <w:r>
        <w:rPr>
          <w:lang w:eastAsia="zh-CN"/>
        </w:rPr>
        <w:br/>
      </w:r>
      <w:r>
        <w:rPr>
          <w:lang w:eastAsia="zh-CN"/>
        </w:rPr>
        <w:t>　　全县残疾人工作紧紧围绕《遵义市残疾人事业发展纲要》、《——县残疾人事业发展纲要（20__-20__）年》，结合机关作风教育整顿活动暨机关效能建设，按照“城市抓社区、农村抓乡镇”的要求，突出资金筹措的重点，重抓残疾人康复、教育、就业、扶贫、社会保障、法制维权等关系残疾人基本需求的基础性工作，在各级党委、政府的关心重视，社会各界的大力支持及全县残疾人工作者的艰辛努力下，圆满和超额完成了市残联下达我县半年残疾人的各项工作任务，现总结如下：</w:t>
      </w:r>
      <w:r>
        <w:rPr>
          <w:lang w:eastAsia="zh-CN"/>
        </w:rPr>
        <w:br/>
      </w:r>
      <w:r>
        <w:rPr>
          <w:lang w:eastAsia="zh-CN"/>
        </w:rPr>
        <w:t>　　一、康复工作</w:t>
      </w:r>
      <w:r>
        <w:rPr>
          <w:lang w:eastAsia="zh-CN"/>
        </w:rPr>
        <w:br/>
      </w:r>
      <w:r>
        <w:rPr>
          <w:lang w:eastAsia="zh-CN"/>
        </w:rPr>
        <w:t>　　认真贯彻落实《贵州省残疾人康复实施方案》（黔残联[20__]153号）和第三次全市残疾人康复工作会议精神，做好残疾人社区康复工作，推动康复进社区，服务到家庭，积极做好残疾人参加新型农村合作医疗工作，解决710名农村贫困残疾人参加新型农村合作医疗，并由政府买单。</w:t>
      </w:r>
      <w:r>
        <w:rPr>
          <w:lang w:eastAsia="zh-CN"/>
        </w:rPr>
        <w:br/>
      </w:r>
      <w:r>
        <w:rPr>
          <w:lang w:eastAsia="zh-CN"/>
        </w:rPr>
        <w:t>　　1、视力残疾康复</w:t>
      </w:r>
      <w:r>
        <w:rPr>
          <w:lang w:eastAsia="zh-CN"/>
        </w:rPr>
        <w:br/>
      </w:r>
      <w:r>
        <w:rPr>
          <w:lang w:eastAsia="zh-CN"/>
        </w:rPr>
        <w:t>　　认真抓好“视觉第一中国行动”，积极选送205名白内障患者到遵义医院，遵义医学院附属医院、遵义市视康医院检查手术。低视力助视器配镜4名。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2、实施《中国彩票公益金康复项目》，到目前为止为全市贫困残疾人装配假肢32具（其中我县5具）；配发辅助器具41件，残疾人用品用具供应163件。</w:t>
      </w:r>
      <w:r>
        <w:rPr>
          <w:lang w:eastAsia="zh-CN"/>
        </w:rPr>
        <w:br/>
      </w:r>
      <w:r>
        <w:rPr>
          <w:lang w:eastAsia="zh-CN"/>
        </w:rPr>
        <w:t>　　3、精神病防治康复工作。按照“预防为主、防治结会、重点干预、广泛覆盖、依法管理”的指导原则和大力推广“社会化、综合性、开放式”工作模式，主动与县民政局精神病托养站协调配合，扎实认真开展精神病防治工作。</w:t>
      </w:r>
      <w:r>
        <w:rPr>
          <w:lang w:eastAsia="zh-CN"/>
        </w:rPr>
        <w:br/>
      </w:r>
      <w:r>
        <w:rPr>
          <w:lang w:eastAsia="zh-CN"/>
        </w:rPr>
        <w:t>　　4、肢体残疾康复。通过——县康复训练中心对2名肢残儿童和5名成人肢体残疾人进行康复训练。</w:t>
      </w:r>
      <w:r>
        <w:rPr>
          <w:lang w:eastAsia="zh-CN"/>
        </w:rPr>
        <w:br/>
      </w:r>
      <w:r>
        <w:rPr>
          <w:lang w:eastAsia="zh-CN"/>
        </w:rPr>
        <w:t>　　5、社区康复与服务，以娄山关镇武胜社区、海校社区、虎峰社区、高桥镇高桥村、楚米镇三座村、燎原镇大关村等六个康复试点为基础，全面推进残疾人社区（村）康复工作。</w:t>
      </w:r>
      <w:r>
        <w:rPr>
          <w:lang w:eastAsia="zh-CN"/>
        </w:rPr>
        <w:br/>
      </w:r>
      <w:r>
        <w:rPr>
          <w:lang w:eastAsia="zh-CN"/>
        </w:rPr>
        <w:t>　　6、“五个一”康复工程捐赠活动、县政府办出台</w:t>
      </w:r>
      <w:r>
        <w:rPr>
          <w:lang w:eastAsia="zh-CN"/>
        </w:rPr>
        <w:br/>
      </w:r>
      <w:r>
        <w:rPr>
          <w:lang w:eastAsia="zh-CN"/>
        </w:rPr>
        <w:t>　　号《关于继续开展“五个一”康复工程捐款活动的通知》，在全县各机关、团体、企事业单位中开展捐赠活动，并于5月助残日期间在九坝镇开展——县“五个一”康复工程捐赠及受助仪式，将全县“五个一”康复工程捐赠活动推向高潮，截止6月20日止，全县已收捐款5.2万元，已用于残疾人“五个一”康复工程捐助4.8万元。</w:t>
      </w:r>
      <w:r>
        <w:rPr>
          <w:lang w:eastAsia="zh-CN"/>
        </w:rPr>
        <w:br/>
      </w:r>
      <w:r>
        <w:rPr>
          <w:lang w:eastAsia="zh-CN"/>
        </w:rPr>
        <w:t>　　7、抓好残疾预防。认真开展“爱耳日”、“爱眼日”、“碘缺乏病宣传日”等活动，开展出生人口缺陷早期干预。</w:t>
      </w:r>
      <w:r>
        <w:rPr>
          <w:lang w:eastAsia="zh-CN"/>
        </w:rPr>
        <w:br/>
      </w:r>
      <w:r>
        <w:rPr>
          <w:lang w:eastAsia="zh-CN"/>
        </w:rPr>
        <w:t>　　二、大力促进残疾人劳动就业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广泛宣传并贯彻落实《残疾人就业条例》，认真落实残疾人就业优惠政策，开展城镇残疾人职业技能，使19名残疾人得到培训，通过各机关、企事业单位联系，分散按比例安排残疾人8名，集中就业12人，鼓励残疾人个体开业14人。认真贯彻《贵州省实施〈中华人民共和国残疾人保障法〉办法修正案》和黔府办发（20__）50号《贵州省残疾人就业保障金征收管理暂行办法》，由地税代征残疾人就业保障金14万元。选送3名盲人到遵义市盲人按摩培训学校学习。</w:t>
      </w:r>
      <w:r>
        <w:rPr>
          <w:lang w:eastAsia="zh-CN"/>
        </w:rPr>
        <w:br/>
      </w:r>
      <w:r>
        <w:rPr>
          <w:lang w:eastAsia="zh-CN"/>
        </w:rPr>
        <w:t>　　三、农村残疾人扶贫</w:t>
      </w:r>
      <w:r>
        <w:rPr>
          <w:lang w:eastAsia="zh-CN"/>
        </w:rPr>
        <w:br/>
      </w:r>
      <w:r>
        <w:rPr>
          <w:lang w:eastAsia="zh-CN"/>
        </w:rPr>
        <w:t>　　1、实施“国家彩票公益金农村贫困残疾人危房改造项目”、“五个一”康复工程危房改造，残疾人就业保障金资助危房改造，目前已改造茅危房14间，总计投入资金3.5万元。</w:t>
      </w:r>
      <w:r>
        <w:rPr>
          <w:lang w:eastAsia="zh-CN"/>
        </w:rPr>
        <w:br/>
      </w:r>
      <w:r>
        <w:rPr>
          <w:lang w:eastAsia="zh-CN"/>
        </w:rPr>
        <w:t>　　2、创建九坝镇天池村省、市、县残联三级联创扶贫基地，依托基地加大对该村180户、184名残疾人种养殖业培训工作的力度。于20__年5月7日—11日对该村140名残疾人进行5天种养殖业的绿证培训，培训结束时县残联向参加培训的残疾人发放肥料177包，折合现金8584.50元，水泥10吨，2250元。</w:t>
      </w:r>
      <w:r>
        <w:rPr>
          <w:lang w:eastAsia="zh-CN"/>
        </w:rPr>
        <w:br/>
      </w:r>
      <w:r>
        <w:rPr>
          <w:lang w:eastAsia="zh-CN"/>
        </w:rPr>
        <w:t>　　四、教育</w:t>
      </w:r>
      <w:r>
        <w:rPr>
          <w:lang w:eastAsia="zh-CN"/>
        </w:rPr>
        <w:br/>
      </w:r>
      <w:r>
        <w:rPr>
          <w:lang w:eastAsia="zh-CN"/>
        </w:rPr>
        <w:t>　　及时与教育局联系，扩大“两免一补”对象，使全县134名适龄残疾人儿童、少年得到救助和扶持。</w:t>
      </w:r>
      <w:r>
        <w:rPr>
          <w:lang w:eastAsia="zh-CN"/>
        </w:rPr>
        <w:br/>
      </w:r>
      <w:r>
        <w:rPr>
          <w:lang w:eastAsia="zh-CN"/>
        </w:rPr>
        <w:t>　　五、认真组织开展全国残疾日活动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在第十七次全国助残日活动中，我们认真组织开展了法制宣传、走访慰问、白内障复明手术病员选送、“五个一”康复工程捐赠、走访慰问等活动，使活动开展得有声有色。</w:t>
      </w:r>
      <w:r>
        <w:rPr>
          <w:lang w:eastAsia="zh-CN"/>
        </w:rPr>
        <w:br/>
      </w:r>
      <w:r>
        <w:rPr>
          <w:lang w:eastAsia="zh-CN"/>
        </w:rPr>
        <w:t>　　六、依法维护残疾人合法权益</w:t>
      </w:r>
      <w:r>
        <w:rPr>
          <w:lang w:eastAsia="zh-CN"/>
        </w:rPr>
        <w:br/>
      </w:r>
      <w:r>
        <w:rPr>
          <w:lang w:eastAsia="zh-CN"/>
        </w:rPr>
        <w:t>　　1、开展法律援助。为娄山关镇官渡村罗家湾组肢体残疾人罗晓英等5名贫困残疾人提供法律援助，目前，案件正在调查处理中。</w:t>
      </w:r>
      <w:r>
        <w:rPr>
          <w:lang w:eastAsia="zh-CN"/>
        </w:rPr>
        <w:br/>
      </w:r>
      <w:r>
        <w:rPr>
          <w:lang w:eastAsia="zh-CN"/>
        </w:rPr>
        <w:t>　　2、做好残疾人来信来访工作。按照分级负责，归口办理的原则，真情、真心做好信访接接待工作。半年共接待残疾人信访25件，通过做耐心细致的思想工作和外联内处，使残疾人满怀希望而来，心满意足而去。</w:t>
      </w:r>
      <w:r>
        <w:rPr>
          <w:lang w:eastAsia="zh-CN"/>
        </w:rPr>
        <w:br/>
      </w:r>
      <w:r>
        <w:rPr>
          <w:lang w:eastAsia="zh-CN"/>
        </w:rPr>
        <w:t>　　3、处理好人力三轮车聚集政府闹事文件，使其中残疾人主动撤离现场，并立即着手调查，登记无牌经营人力三轮车72人，已报送到相关部门。</w:t>
      </w:r>
      <w:r>
        <w:rPr>
          <w:lang w:eastAsia="zh-CN"/>
        </w:rPr>
        <w:br/>
      </w:r>
      <w:r>
        <w:rPr>
          <w:lang w:eastAsia="zh-CN"/>
        </w:rPr>
        <w:t xml:space="preserve">    2024年技能培训工作总结范文 篇10 </w:t>
      </w:r>
      <w:r>
        <w:rPr>
          <w:lang w:eastAsia="zh-CN"/>
        </w:rPr>
        <w:br/>
      </w:r>
      <w:r>
        <w:rPr>
          <w:lang w:eastAsia="zh-CN"/>
        </w:rPr>
        <w:t>　　20__年，我厂按照《常山自备电厂职工培训计划》的要求，在全厂领导班子的正确领导下，在各部门的全力配合下，全面抓好专业技术人员的技术培训，提高专业技术人员的岗位适应能力，立足岗位全面推行全员培训工作，取得了良好的效果。一年来我们主要开展了以下几方面的培训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一、加强中高层技能人员培训工作。通过学习和培训，使高技能人员不断更新技能理念，优化思维，完善知识结构。使中高层技能人员更加深刻地领会到，社会的发展，时代的进步日趋快速。要求不断学习，不断提高自我技能水平。只有不断更新知识，不断完善自我，才能更好地做好本职工作，新的时代对我们提出了新的、更高的要求。一方面要为自己定好位，做好技术服务工作，进一步发挥纽带作用。另一方面要从大局出发，根据电厂的实际情况，拓宽思路，多出点子，想好办法，当好参谋助手，为领导决策提供依据。这就要求我们的思维、知识要符合时代的要求，要符合企业发展的需要。我们必须不断地通过学习或培训等各种方法来提高自己。才能更好地完成各项工作任务，才能提高工作质量和效率。下半年厂部根据生产运行情况，选派运行值长1名到永昌电厂培训学习。</w:t>
      </w:r>
      <w:r>
        <w:rPr>
          <w:lang w:eastAsia="zh-CN"/>
        </w:rPr>
        <w:br/>
      </w:r>
      <w:r>
        <w:rPr>
          <w:lang w:eastAsia="zh-CN"/>
        </w:rPr>
        <w:t>　　二、不断提高基层技术人员的技能水平。通过学习培训，对自己的工作职责和工作任务有了更进一步的认识。作为专业人员，必须不断提高自己的专业技能，开阔视野，拓展思路，增强了做好工作的信心和决心。在培训学习中，我们也学到了不少专业技术和实操方法，</w:t>
      </w:r>
      <w:r>
        <w:rPr>
          <w:lang w:eastAsia="zh-CN"/>
        </w:rPr>
        <w:br/>
      </w:r>
      <w:r>
        <w:rPr>
          <w:lang w:eastAsia="zh-CN"/>
        </w:rPr>
        <w:t>　　不断改进工作方法，把工作方法与实际操作有机的结合，进一步提高我们的专业技能和工作效率。全年共组织培训44人次，其中运行人员32人，检修人员12人，培训合格率达100%。</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三、加强技术人员的科学文化知识和理论知识的培训学习，为提高专业技能奠定基础。能否做好工作，不仅仅是自己的问题，也是对企业负责的问题，只有努力地工作，扎扎实实地工作，才能把上级领导交给我们的任务完成好。只有精通岗位技能，才能认真履行好职责，才能发挥技术人才的作用。当前世界的瞬息万变，科技的突飞猛进，要求我们更好地掌握各类理论知识，提高做好本职工作的本领。才能不被时代所淘汰。所以我们要一如既往地学习，丰富自己的知识，增强自己的本领，努力成为本职岗位的行家能手。</w:t>
      </w:r>
      <w:r>
        <w:rPr>
          <w:lang w:eastAsia="zh-CN"/>
        </w:rPr>
        <w:br/>
      </w:r>
      <w:r>
        <w:rPr>
          <w:lang w:eastAsia="zh-CN"/>
        </w:rPr>
        <w:t>　　四、培养专业技能人才的团队合作精神。通过培训是各专业人员清楚地认识到工作中的分工与合作，对团队协作有了新的认识和提高，所谓团队精神，就是团队成员共同认可的一种集体意识，是显现团队所有成员的工作心理状态和士气，是团队成员共同价值观和理想信念的体现，是凝聚团队，推动团队发展的精神力量。</w:t>
      </w:r>
      <w:r>
        <w:rPr>
          <w:lang w:eastAsia="zh-CN"/>
        </w:rPr>
        <w:br/>
      </w:r>
      <w:r>
        <w:rPr>
          <w:lang w:eastAsia="zh-CN"/>
        </w:rPr>
        <w:t>　　五、扎实做好新员工岗前培训工作。新员工是企业输入的新鲜血液，为企业的发展带来新的活力。加强新员工的岗前培训工作企业培训工作中的重中之重。通过对新员工的入厂培训，使新员工了解企业概况与发展战略规划、企业文化与经营理念、安全知识、生产管理制度等基本知识，确保新员工上岗后的人身安全。全年共培训新入厂员工46人，新员工岗前培训率达100%。</w:t>
      </w:r>
      <w:r>
        <w:rPr>
          <w:lang w:eastAsia="zh-CN"/>
        </w:rPr>
        <w:br/>
      </w:r>
      <w:r>
        <w:rPr>
          <w:lang w:eastAsia="zh-CN"/>
        </w:rPr>
        <w:t>　　百年大计，教育为本。职工教育培训工作是企业改革和发展之本。先进的技术，现代化的管理水平需要高素质的职工来掌握、使用和管理。“人尽其才，物尽其用”“赛马不相马，人人是人才”的现代企业用人之道正在公司生根、发芽。为了使培训工作实现制度化、规范化，更好地适应电厂的工作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总之，部门只有在发展中不断进行人员优化配置，把各种岗位的不同需要和各种人才的不同能力结合起来，再辅以企业的规章、制度、文化等对人才的影响，方能做到人尽其才、才尽其用，才能最大程度利用好人才资源，使员工在部门岗位上更能发挥工作积极性，提高工作效率、降低成本。通过不断的培训，职工的技能就会有新的提高，员工在生产中的操作得到了进一步规范，安全和服务意识也进一步提高；员工工作效率的提高，使电厂生产设备发挥出了最大的功效，各流程的衔接也更加流畅，从而使生产成本得到了节约，最终形成“培训技能提高企业发展再培训”良性循环的过程！</w:t>
      </w:r>
      <w:r>
        <w:rPr>
          <w:lang w:eastAsia="zh-CN"/>
        </w:rPr>
        <w:br/>
      </w:r>
      <w:r>
        <w:rPr>
          <w:lang w:eastAsia="zh-CN"/>
        </w:rPr>
        <w:t xml:space="preserve">    2024年技能培训工作总结范文 篇11 </w:t>
      </w:r>
      <w:r>
        <w:rPr>
          <w:lang w:eastAsia="zh-CN"/>
        </w:rPr>
        <w:br/>
      </w:r>
      <w:r>
        <w:rPr>
          <w:lang w:eastAsia="zh-CN"/>
        </w:rPr>
        <w:t>　　很高兴能够参加公司的这次培训。两天的团队执行力学习，让我受益匪浅，透过这次培训我对团队有了进一步的认识，同时我也发现到了工作中存在的一些问题，学到了一些解决问题的方法。我就谈一下我在这次培训中的一些看法和收获。</w:t>
      </w:r>
      <w:r>
        <w:rPr>
          <w:lang w:eastAsia="zh-CN"/>
        </w:rPr>
        <w:br/>
      </w:r>
      <w:r>
        <w:rPr>
          <w:lang w:eastAsia="zh-CN"/>
        </w:rPr>
        <w:t>　　一、建立优良团队</w:t>
      </w:r>
      <w:r>
        <w:rPr>
          <w:lang w:eastAsia="zh-CN"/>
        </w:rPr>
        <w:br/>
      </w:r>
      <w:r>
        <w:rPr>
          <w:lang w:eastAsia="zh-CN"/>
        </w:rPr>
        <w:t>　　在我们的日常工作中，很多工作都不是由某一个人来独立完成的，而是由整个团队的所有成员共同协作来完成的。一项工作中的任何一个环节出了问题或者任何一个人工作失误都有可能导致整个工作失败，因此在工作中必须需要一个优良的团队，只有所有团队成员齐心协力才能高效率高质量地完成工作。有的团队中，领导很喜欢那些工作潜力很强的队员，却往往忽视了那些工作潜力一般的队员，但是他们没意识到，工作不是由某个成员完成的，而是由整个团队完成的，只有所有的成员的潜力都提升了，整个团队的潜力才能提升。这就像木桶原理，木桶中盛水的多少不是取决于木桶上最长的木板高度，而是最短的木板高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所以有一个好的团队，必须要发挥所有队员的作用，提高所有队员的工作潜力，这样才能高效率的完成工作。有的团队中，可能所有成员的个人潜力都很强，但他们在共同完成某一项工作的时候效率却不是很高，甚至效率很低，这是因为团队成员只注重个人努力而不注重团队协作，或者有的团队中可能每一个成员都很努力，但是每个人努力的方向不同，这样大家收获的也可能只有苦劳。因此，要建立一个好的团队，必须要有统一的目标，统一的思想和统一的行动。在工作中大家朝着同一个目标，劲往一处使，才能充分发挥团队的力量。</w:t>
      </w:r>
      <w:r>
        <w:rPr>
          <w:lang w:eastAsia="zh-CN"/>
        </w:rPr>
        <w:br/>
      </w:r>
      <w:r>
        <w:rPr>
          <w:lang w:eastAsia="zh-CN"/>
        </w:rPr>
        <w:t>　　二、工作重视工作过程，更要重视结果</w:t>
      </w:r>
      <w:r>
        <w:rPr>
          <w:lang w:eastAsia="zh-CN"/>
        </w:rPr>
        <w:br/>
      </w:r>
      <w:r>
        <w:rPr>
          <w:lang w:eastAsia="zh-CN"/>
        </w:rPr>
        <w:t>　　工作中，工作过程反映一个人的工作态度，工作结果反映一个人的工作潜力。传统的思想告诉我们，在工作中首先要有一个良好的工作态度，因为这样，我们在工作中往往比较重视工作过程，好多人往往把工作过程放在了第一位。但是我们仔细一想，我们所需要的却是结果，而不是过程。这就好比一个人打井，他很努力，一天挖了好几个井，每个也都很深，但是么有一个出水的，这个人的工作态度很认真，也很努力的去工作，他费了很大的气力，却是徒劳无功，因为一口没有水的井并不是我们想要的，我们要的是一口水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实际的工作中，我们很多人都犯了挖井人犯的错误，都是为了做任务而去做任务，这样看似把该做的都做了，但是却没有得到想要的结果。我们只有把结果放在第一位了，那么我们在工作中才能冲着结果这个终极目标去努力，当我们在工作中遇到困难和阻碍的时候，我们才能努力去想办法解决，去得到我们想要的结果，而不是把精力放在工作的过程上。</w:t>
      </w:r>
      <w:r>
        <w:rPr>
          <w:lang w:eastAsia="zh-CN"/>
        </w:rPr>
        <w:br/>
      </w:r>
      <w:r>
        <w:rPr>
          <w:lang w:eastAsia="zh-CN"/>
        </w:rPr>
        <w:t>　　三、坚持原则，处理问题要及时</w:t>
      </w:r>
      <w:r>
        <w:rPr>
          <w:lang w:eastAsia="zh-CN"/>
        </w:rPr>
        <w:br/>
      </w:r>
      <w:r>
        <w:rPr>
          <w:lang w:eastAsia="zh-CN"/>
        </w:rPr>
        <w:t>　　我们的团队在工作中可能经常出现一些小的问题，尽管这些问题可能暂时对整个团队的影响不大，但是我们必须要及时想办法解决这些问题，因为这些小问题可能经过累积，会构成影响整个团队工作潜力的大问题，人说千里之堤，溃于蚁穴，小的问题我们不重视，当出现大问题的时候，我们想解决已经来不及了。</w:t>
      </w:r>
      <w:r>
        <w:rPr>
          <w:lang w:eastAsia="zh-CN"/>
        </w:rPr>
        <w:br/>
      </w:r>
      <w:r>
        <w:rPr>
          <w:lang w:eastAsia="zh-CN"/>
        </w:rPr>
        <w:t>　　当团队中的某个成员犯了小错误，必须要按照原则及时处理，如果不处理，或者处理不及时，这都有可能给其他团队成员一个错误的信息这个错误不重要。那么其他成员有可能会效仿，错误如果蔓延，那么你到时想处理可能也无从下手了。由此可见，一个人的小错误如果处理不及时，也会给团队带来很大的影响。</w:t>
      </w:r>
      <w:r>
        <w:rPr>
          <w:lang w:eastAsia="zh-CN"/>
        </w:rPr>
        <w:br/>
      </w:r>
      <w:r>
        <w:rPr>
          <w:lang w:eastAsia="zh-CN"/>
        </w:rPr>
        <w:t xml:space="preserve">    2024年技能培训工作总结范文 篇12 </w:t>
      </w:r>
      <w:r>
        <w:rPr>
          <w:lang w:eastAsia="zh-CN"/>
        </w:rPr>
        <w:br/>
      </w:r>
      <w:r>
        <w:rPr>
          <w:lang w:eastAsia="zh-CN"/>
        </w:rPr>
        <w:t>　　为期十天的暑期教师培训已接近尾声。全市约90多生物教师在_市_中学参加了这次培训活动。</w:t>
      </w:r>
      <w:r>
        <w:rPr>
          <w:lang w:eastAsia="zh-CN"/>
        </w:rPr>
        <w:br/>
      </w:r>
      <w:r>
        <w:rPr>
          <w:lang w:eastAsia="zh-CN"/>
        </w:rPr>
        <w:t>　　一、培训目的和必要性</w:t>
      </w:r>
      <w:r>
        <w:rPr>
          <w:lang w:eastAsia="zh-CN"/>
        </w:rPr>
        <w:br/>
      </w:r>
      <w:r>
        <w:rPr>
          <w:lang w:eastAsia="zh-CN"/>
        </w:rPr>
        <w:t>　　我认为这次培训最终的目的，就是为了提高我们每一位教师的教学行为品质，提高教师的课堂教学能力，提高课堂教学的质量和效率。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这次培训很有必要。这是教师专业发展的重要一环，教师专业发展离不开暑期培训，离不开教材培训、课程标准解读、离不开专家的指导等。</w:t>
      </w:r>
      <w:r>
        <w:rPr>
          <w:lang w:eastAsia="zh-CN"/>
        </w:rPr>
        <w:br/>
      </w:r>
      <w:r>
        <w:rPr>
          <w:lang w:eastAsia="zh-CN"/>
        </w:rPr>
        <w:t>　　二、个人感悟</w:t>
      </w:r>
      <w:r>
        <w:rPr>
          <w:lang w:eastAsia="zh-CN"/>
        </w:rPr>
        <w:br/>
      </w:r>
      <w:r>
        <w:rPr>
          <w:lang w:eastAsia="zh-CN"/>
        </w:rPr>
        <w:t>　　今天为止进行了九天的培训学习，在培训中我深深的感受到学习的重要。虽然天气酷热、奔波劳累，但我没有怨言，反而热情高涨。通过培训学习，提高了我对新课程的认识，教学素养得到了提高。结识了许许多多的老师。总体上说，本次培训非常成功，我们老师的参训率几乎达到100%、参训热情也很高，老师们参训期间能够遵守考勤制度、评价制度，通过观看视频、网上作业、在线研讨、发表文章和评论等形式，老师们接受了一次素质教育的深度“撞击”，对于教育教育方法有了新的认识和思考，在教育观、教学观、学生观、教师观、评价观、课程观、教学设计观等方面有了新的看法，树立了正确的教育教学观念，这些对暑假后的教育教学工作是非常有利的、对于素质教育的真正实施能够起到积极的促进作用。_初中教师远程研修网站，给了我一个学习的平台，也给了我一个交流的平台。在这个平台上，认识了许多从事教育、教学的专家、同仁。通过视频探讨学到了先进教学理念、教学思想、教学方法。在这些培训的日子里，我观看了专家讲座的视频：一个个生动的教学课例，让我更加贴近了课改的课堂；使我体会到教学也是一种艺术，它需要根据学科调整自己的教学方法，从而使学生最大限度地掌握所学知识。专家们精辟独到的分析又使我知道了教学中该注意什么，哪些细节应该抛弃……</w:t>
      </w:r>
      <w:r>
        <w:rPr>
          <w:lang w:eastAsia="zh-CN"/>
        </w:rPr>
        <w:br/>
      </w:r>
      <w:r>
        <w:rPr>
          <w:lang w:eastAsia="zh-CN"/>
        </w:rPr>
        <w:t>　　三、今后打算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通过学习也发现了自己的很多不足，因此只有具备了在深度与广度上大大超过教材本身的知识储备，才能在备课时居高临下地驾驭教学内容，对学生从不同角度提出的问题，才能做出科学的判断与引导，使学生受到启迪。在以后的工作中，我要发展专业知识与技能，善于学习新知识，善于教学反思，善于参加教学研讨，善于听课备课，为自己制定专业发展计划。我会积极改进，完善，提高。学无止境，我要终身学习，认真钻研学习业务知识，提高业务水平，做一名无愧于时代的有志青年。</w:t>
      </w:r>
      <w:r>
        <w:rPr>
          <w:lang w:eastAsia="zh-CN"/>
        </w:rPr>
        <w:br/>
      </w:r>
      <w:r>
        <w:rPr>
          <w:lang w:eastAsia="zh-CN"/>
        </w:rPr>
        <w:t>　　最后感谢各位专家和给位老师的指导和帮助，谢谢！</w:t>
      </w:r>
      <w:r>
        <w:rPr>
          <w:lang w:eastAsia="zh-CN"/>
        </w:rPr>
        <w:br/>
      </w:r>
      <w:r>
        <w:rPr>
          <w:lang w:eastAsia="zh-CN"/>
        </w:rPr>
        <w:t>　　通过这次培训，让我成长了不少，从中我也学到了很多的东西。聆听各位专家的精彩讲座，与参与学习的中学生物学科带头人、骨干教师，班级辅导教师等一起进行学习和交流，收获颇多。研修即将结束，反思自己的学习，得到的是自我提升，同时又有不足。为争做一个很好的生物教师。谈一点自己的体会:</w:t>
      </w:r>
      <w:r>
        <w:rPr>
          <w:lang w:eastAsia="zh-CN"/>
        </w:rPr>
        <w:br/>
      </w:r>
      <w:r>
        <w:rPr>
          <w:lang w:eastAsia="zh-CN"/>
        </w:rPr>
        <w:t>　　一、努力提升自己，适应当今教育理念</w:t>
      </w:r>
      <w:r>
        <w:rPr>
          <w:lang w:eastAsia="zh-CN"/>
        </w:rPr>
        <w:br/>
      </w:r>
      <w:r>
        <w:rPr>
          <w:lang w:eastAsia="zh-CN"/>
        </w:rPr>
        <w:t>　　平台资源中各位专家从不同方面畅谈了他们对新课程改革以及初中生物教学技术等教育教学各个领域的独特见解。给我们展示未来中国教育的远景和生物教育各家之长。我认识到新课程倡导的自主学习、小组合作、探究性学习，都是以学生的积极参与为前提，有了自主、探究、合作学习，增强了学生参与课堂教学的积极性，这也是我们追求的高效课堂、优质课堂的实践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在培训过程中，我积极尝试与其他学员之间的交流，在交流过程中，了解到各学校的新课程开展情况，并且注意到他们是如何处理新课程中遇到的种种困惑，以及他们对新课程教材的把握与处理。在培训中，我们不断地交流，真正做到彼此之间的“教学相长”。</w:t>
      </w:r>
      <w:r>
        <w:rPr>
          <w:lang w:eastAsia="zh-CN"/>
        </w:rPr>
        <w:br/>
      </w:r>
      <w:r>
        <w:rPr>
          <w:lang w:eastAsia="zh-CN"/>
        </w:rPr>
        <w:t>　　二、积极学习和锻炼，不断提升自身的教学能力</w:t>
      </w:r>
      <w:r>
        <w:rPr>
          <w:lang w:eastAsia="zh-CN"/>
        </w:rPr>
        <w:br/>
      </w:r>
      <w:r>
        <w:rPr>
          <w:lang w:eastAsia="zh-CN"/>
        </w:rPr>
        <w:t>　　培训学习时间虽短，但学习很充实。经过学习自身水平得到提升，获得了许多解决教学困惑的方法，让我明白了人生的快乐。把学到的理念和方法落实在教育教学工作中，帮助学生确定适当的学习目标，培养学生良好的学习习惯。掌握学习策略和发展能力，创设丰富的教学情境，激发学生的学习动机和学习兴趣。充分调动学生的积极性，为学生提供各种发展的机会，为学生服务，建立一个民主，宽容的课堂氛围。</w:t>
      </w:r>
      <w:r>
        <w:rPr>
          <w:lang w:eastAsia="zh-CN"/>
        </w:rPr>
        <w:br/>
      </w:r>
      <w:r>
        <w:rPr>
          <w:lang w:eastAsia="zh-CN"/>
        </w:rPr>
        <w:t>　　另外，教师应该把握社会发展对人的发展的基本需要，不断提高自己的教学能力和科研能力，确立培养目标，打造新时代的人才。培训视频中的一些专家，从自己切身的实践经验出发，畅谈了他们在教育教学各个领域的独特见解。在这些专家的引领下，我的思想受到极大的震撼，比如上好一堂课，要从有利于学生长期全面的发展考虑。可以说是专家们的讲座为我指明了努力的方向!</w:t>
      </w:r>
      <w:r>
        <w:rPr>
          <w:lang w:eastAsia="zh-CN"/>
        </w:rPr>
        <w:br/>
      </w:r>
      <w:r>
        <w:rPr>
          <w:lang w:eastAsia="zh-CN"/>
        </w:rPr>
        <w:t>　　三、工作中不去和别人攀比，体现自身的人生价值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学习让我增强了投身初中生物教学的兴趣和信心。通过学习交流，我对生物教学有了崭新的认识，学海无涯，教学相长，我要把自己所学的新的理念、知识运用到日常教学及班级管理之中，用科学的理论指导自己的言行，用科学的方法引导自己的学生。相信自己通过自身的努力，会在生物教学中不断进步。</w:t>
      </w:r>
      <w:r>
        <w:rPr>
          <w:lang w:eastAsia="zh-CN"/>
        </w:rPr>
        <w:br/>
      </w:r>
      <w:r>
        <w:rPr>
          <w:lang w:eastAsia="zh-CN"/>
        </w:rPr>
        <w:t>　　总之，通过学习，让我更加肯定了我的事业，我将用我的毕生精力投入到工作中去，我相信自己将会做得更好，也会更加优秀。</w:t>
      </w:r>
      <w:r>
        <w:rPr>
          <w:lang w:eastAsia="zh-CN"/>
        </w:rPr>
        <w:br/>
      </w:r>
      <w:r>
        <w:rPr>
          <w:lang w:eastAsia="zh-CN"/>
        </w:rPr>
        <w:t xml:space="preserve">    2024年技能培训工作总结范文 篇13 </w:t>
      </w:r>
      <w:r>
        <w:rPr>
          <w:lang w:eastAsia="zh-CN"/>
        </w:rPr>
        <w:br/>
      </w:r>
      <w:r>
        <w:rPr>
          <w:lang w:eastAsia="zh-CN"/>
        </w:rPr>
        <w:t>　　我区农民素质教育工作围绕全面培养新型农民，发展现代农业，建设社会主义新农村这一中心任务，着力解决我区农村剩余劳动力和失地农民的就业出路，按照省、市有关加强农民教育培训工作的文件精神要求，结合我区实际情况全面开展了农民教育培训工作。现将情况简单汇报如下。</w:t>
      </w:r>
      <w:r>
        <w:rPr>
          <w:lang w:eastAsia="zh-CN"/>
        </w:rPr>
        <w:br/>
      </w:r>
      <w:r>
        <w:rPr>
          <w:lang w:eastAsia="zh-CN"/>
        </w:rPr>
        <w:t>　　一、完善机构，继续加强组织领导</w:t>
      </w:r>
      <w:r>
        <w:rPr>
          <w:lang w:eastAsia="zh-CN"/>
        </w:rPr>
        <w:br/>
      </w:r>
      <w:r>
        <w:rPr>
          <w:lang w:eastAsia="zh-CN"/>
        </w:rPr>
        <w:t>　　针对人事调整，及时调整和充实了农民素质教育工作领导机构，进一步明确了相关领导和各有关部门的责任。印发了《经济开发区__年农民素质教育工作方案》，在我区三个文明建设的年度考核目标中将农民素质教育工作列入了考评范围。领导小组成员召开了相关会议，重点研究和解决失地农民转移等问题。各相关部门及两办事处根据区方案的分工，形成由区农民素质教育领导小组办公室牵头，各涉农培训单位负责，相互协作的工作机制。</w:t>
      </w:r>
      <w:r>
        <w:rPr>
          <w:lang w:eastAsia="zh-CN"/>
        </w:rPr>
        <w:br/>
      </w:r>
      <w:r>
        <w:rPr>
          <w:lang w:eastAsia="zh-CN"/>
        </w:rPr>
        <w:t>　　二、政企合作积极推进农民工培训您现在阅览的是大学生活网谢谢您的支持和鼓励!!!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针对当前由于金融危机的影响，企业人才素质低、农民用工矛盾等问题日益凸显的问题，为加强农民工和下岗职工素质教育、提升企业文化水平和创新能力，帮助企业主动应对危机，化解用工矛盾，开发区工会在党委、管委会的正确领导下，在市总工会和市直相关部门的大力支持下，充分发挥“职工之家”的作用，积极组织协调，在百雄堂富厚创业与职业培训学校建立了开发区工会农民工培训基地，5月15日基地正式成立并举行了首届农民工培训班开学典礼。基地今年计划举办各类农民工培训班12期，完成培训任务600人次，保证80%以上的就业率，并切实做好就业跟踪服务，建立完善台帐管理制度，强化内部管理，提升教学质量，将基地建成为企业服务、为开发建设服务、为群众服务的劳动力平台。</w:t>
      </w:r>
      <w:r>
        <w:rPr>
          <w:lang w:eastAsia="zh-CN"/>
        </w:rPr>
        <w:br/>
      </w:r>
      <w:r>
        <w:rPr>
          <w:lang w:eastAsia="zh-CN"/>
        </w:rPr>
        <w:t>　　三、注重对农民培训的经费投入</w:t>
      </w:r>
      <w:r>
        <w:rPr>
          <w:lang w:eastAsia="zh-CN"/>
        </w:rPr>
        <w:br/>
      </w:r>
      <w:r>
        <w:rPr>
          <w:lang w:eastAsia="zh-CN"/>
        </w:rPr>
        <w:t>　　随着我区失地农民的不断增加，农民转移培训工作任务较繁重，为有足够数量的经费来保障完成任务，我办协同农业、教育、劳动等部门积极申请区财政支持，年初预算时按照省市有关文件要求及时向区管委会申请和报告，共安排专项经费2。5万元。区各有关部门都积极争取了一定的培训资金。</w:t>
      </w:r>
      <w:r>
        <w:rPr>
          <w:lang w:eastAsia="zh-CN"/>
        </w:rPr>
        <w:br/>
      </w:r>
      <w:r>
        <w:rPr>
          <w:lang w:eastAsia="zh-CN"/>
        </w:rPr>
        <w:t>　　四、上半年农民素质教育工作任务完成情况</w:t>
      </w:r>
      <w:r>
        <w:rPr>
          <w:lang w:eastAsia="zh-CN"/>
        </w:rPr>
        <w:br/>
      </w:r>
      <w:r>
        <w:rPr>
          <w:lang w:eastAsia="zh-CN"/>
        </w:rPr>
        <w:t>　　经过半年来各级各部门的共同努力，上半年共培训农民1760人次，其中举办农业实用技术培训班6次，共培训农民660人次，举办引导性培训班3次，共培训 700人，其中“9+1”培训170人，举办职业技能培训班2期，共培训230人，发放示范教材600册，其中《农业实用技术手册》和《务工指南》各 300册。</w:t>
      </w:r>
      <w:r>
        <w:rPr>
          <w:lang w:eastAsia="zh-CN"/>
        </w:rPr>
        <w:br/>
      </w:r>
      <w:r>
        <w:rPr>
          <w:lang w:eastAsia="zh-CN"/>
        </w:rPr>
        <w:t xml:space="preserve">    2024年技能培训工作总结范文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20__年__月，我参加了省农村小学教师“领雁工程”教师培训。这次培训给我们提供了一个再学习、再提高的机会，让我们能聚集在一起相互交流，共同学习，取长补短，共同提高。通过这次培训，收获很多，眼界开阔了，思考问题能站在更高的境界，许多疑问得到了解决或者启发。我们不仅学到了丰富的知识，进一步提高了业务素质。在培训期间，湖州师范学院为我们安排了专题讲座，每一场讲座都好比一份美味大餐，拓展我们的视界，提升我们的认识。学院还为我们提供了实践机会，学员现场研讨更让我们难忘。学员们多次开展研讨，研讨中没有虚假的恭维，只有真知灼见、真实流露；没有形式上的大话、套话，只有深入思考后的针锋相对。现场研讨，成为思维交锋、不同地域多元教研文化交融的平台。认识，在交流中提升；情感，在交流中深化。</w:t>
      </w:r>
      <w:r>
        <w:rPr>
          <w:lang w:eastAsia="zh-CN"/>
        </w:rPr>
        <w:br/>
      </w:r>
      <w:r>
        <w:rPr>
          <w:lang w:eastAsia="zh-CN"/>
        </w:rPr>
        <w:t>　　这近二个月来的学习，对我既有观念上的洗礼，也有理论上的提高，既有知识上的积淀，也有教学技艺的增长。这是收获丰厚的二个月，也是促进我教学上不断成长的二个月。所以我一次又一次地告诉自己要必须以十二分的干劲和热情努力！</w:t>
      </w:r>
      <w:r>
        <w:rPr>
          <w:lang w:eastAsia="zh-CN"/>
        </w:rPr>
        <w:br/>
      </w:r>
      <w:r>
        <w:rPr>
          <w:lang w:eastAsia="zh-CN"/>
        </w:rPr>
        <w:t>　　一、更新观念，以新的观念做为指导思想</w:t>
      </w:r>
      <w:r>
        <w:rPr>
          <w:lang w:eastAsia="zh-CN"/>
        </w:rPr>
        <w:br/>
      </w:r>
      <w:r>
        <w:rPr>
          <w:lang w:eastAsia="zh-CN"/>
        </w:rPr>
        <w:t>　　1、转变教师观</w:t>
      </w:r>
      <w:r>
        <w:rPr>
          <w:lang w:eastAsia="zh-CN"/>
        </w:rPr>
        <w:br/>
      </w:r>
      <w:r>
        <w:rPr>
          <w:lang w:eastAsia="zh-CN"/>
        </w:rPr>
        <w:t>　　随着知识经济时代的到来，信息技术在教育领域广泛运用，“教书匠”式的教师已经不适应时代的需要了，必须具有现代教育观念，并将其运用于教育工作实践，不断思考、摸索，朝着教育家的方向努力。以教师为本的观念应当转为以学生为本，自觉让出主角地位，让学生成为主角，充分相信学生，积极评价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教师除了一方面有丰富的知识外，更多地应具有高尚的道德、情操与人格魅力，教师的言行对学生有直接的影响，教师要通过自身榜样无言的力量教给学生做人道理，教师的价值应体现在道德情操与知识水平、教学能力完善统一上。</w:t>
      </w:r>
      <w:r>
        <w:rPr>
          <w:lang w:eastAsia="zh-CN"/>
        </w:rPr>
        <w:br/>
      </w:r>
      <w:r>
        <w:rPr>
          <w:lang w:eastAsia="zh-CN"/>
        </w:rPr>
        <w:t>　　2、转变学生观念</w:t>
      </w:r>
      <w:r>
        <w:rPr>
          <w:lang w:eastAsia="zh-CN"/>
        </w:rPr>
        <w:br/>
      </w:r>
      <w:r>
        <w:rPr>
          <w:lang w:eastAsia="zh-CN"/>
        </w:rPr>
        <w:t>　　在现代社会里，必须教育民主化，教师与学生是平等的，教师有尊严、学生也有尊严。每一个学生不管成绩好坏，品德是否有缺陷都有他的尊严，应受到尊重。教师要发自内心地爱学生，努力发现学生多方面的优点，欣赏学生的每一点进步，学生只有感受到老师的爱和尊重，方能愉快地学习，健康的成长。在信息时代，教师很多方面的知识都可能不如学生，那么必须放下架子，与学生建立相互学习的伙伴朋友关系，真诚地向学生学习，教学相长、共同进步。</w:t>
      </w:r>
      <w:r>
        <w:rPr>
          <w:lang w:eastAsia="zh-CN"/>
        </w:rPr>
        <w:br/>
      </w:r>
      <w:r>
        <w:rPr>
          <w:lang w:eastAsia="zh-CN"/>
        </w:rPr>
        <w:t>　　3、转变教学观</w:t>
      </w:r>
      <w:r>
        <w:rPr>
          <w:lang w:eastAsia="zh-CN"/>
        </w:rPr>
        <w:br/>
      </w:r>
      <w:r>
        <w:rPr>
          <w:lang w:eastAsia="zh-CN"/>
        </w:rPr>
        <w:t>　　通过此次培训，我在教学观上有了一定的转变，不能为了教书而教书，叶圣陶先生说过：教是为了最终达到不需要教，为了达成这个目标，教学不光是简单的传授知识，要重在教学生掌握方法，学会学习，不能只让学生“学到什么”还让学生“学会学习”，学生掌握了方法，终身受用，可以自己获取知识，除了学习，还要注重启迪学生的智慧，给学生充分的空间、时间，发挥出他们的想象力和创造力。</w:t>
      </w:r>
      <w:r>
        <w:rPr>
          <w:lang w:eastAsia="zh-CN"/>
        </w:rPr>
        <w:br/>
      </w:r>
      <w:r>
        <w:rPr>
          <w:lang w:eastAsia="zh-CN"/>
        </w:rPr>
        <w:t>　　二、积极实践，不断提升完善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1、首先要有终身学习的观点。当今社会、科技飞速发展，只有不断学习，方能与时俱进，以全新的眼光观察和指导自己的教学工作，时代对教师提出了非常高的要求，教师要学习的东西越来越多元化，多学科的知识都要涉及，无论是哪方面的知识都要懂一点方能胜任新时期的教学。</w:t>
      </w:r>
      <w:r>
        <w:rPr>
          <w:lang w:eastAsia="zh-CN"/>
        </w:rPr>
        <w:br/>
      </w:r>
      <w:r>
        <w:rPr>
          <w:lang w:eastAsia="zh-CN"/>
        </w:rPr>
        <w:t>　　2、把学到的观念方法落实在教育教学工作中。帮助学生确定适当的学习目标，指导学生形成良好的学习习惯，掌握学习策略和发展能力，创设丰富的教学情境，激发学生的学习动机和学习兴趣，充分调动学生的积极性，为学生提供各种便利，为学生服务，建立一个民主、宽容的课堂气氛，与学生一起分享他们的情感体验和成功喜悦，能够承认过失和错误。</w:t>
      </w:r>
      <w:r>
        <w:rPr>
          <w:lang w:eastAsia="zh-CN"/>
        </w:rPr>
        <w:br/>
      </w:r>
      <w:r>
        <w:rPr>
          <w:lang w:eastAsia="zh-CN"/>
        </w:rPr>
        <w:t>　　3、向同行学习，不断提升自己。这次培训，接触到了许多优秀的教师同行，他们不但有着扎实的教学功底，更有着锐意进取的钻研精神，他们不怕苦不怕难，与他们探讨、交流，不仅使自己在业务上有所得，更在思想上时刻提醒自己，化紧迫感和危机感为动力。社会不断发展，竞争日益激烈，只有自己不松懈，坚持学习教育理论，同时在思想品德上不断提升自己，使自己既有过硬的业务水平，更有教师具有的道德情操，才能适应新时代的教学。</w:t>
      </w:r>
      <w:r>
        <w:rPr>
          <w:lang w:eastAsia="zh-CN"/>
        </w:rPr>
        <w:br/>
      </w:r>
      <w:r>
        <w:rPr>
          <w:lang w:eastAsia="zh-CN"/>
        </w:rPr>
        <w:t>　　三、提高教育教学能力：</w:t>
      </w:r>
      <w:r>
        <w:rPr>
          <w:lang w:eastAsia="zh-CN"/>
        </w:rPr>
        <w:br/>
      </w:r>
      <w:r>
        <w:rPr>
          <w:lang w:eastAsia="zh-CN"/>
        </w:rPr>
        <w:t>　　实施素质教育推进新课改形势下的教育教学本质是把握社会发展对人的发展的基本需要，确立培养目标，把握学生年龄个性特点。</w:t>
      </w:r>
      <w:r>
        <w:rPr>
          <w:lang w:eastAsia="zh-CN"/>
        </w:rPr>
        <w:br/>
      </w:r>
      <w:r>
        <w:rPr>
          <w:lang w:eastAsia="zh-CN"/>
        </w:rPr>
        <w:t>　　1、育人能力：</w:t>
      </w:r>
      <w:r>
        <w:rPr>
          <w:lang w:eastAsia="zh-CN"/>
        </w:rPr>
        <w:br/>
      </w:r>
    </w:p>
    <w:p w:rsidR="001B1F19" w14:textId="27C3F48A">
      <w:pPr>
        <w:rPr>
          <w:rFonts w:hint="eastAsia"/>
          <w:lang w:eastAsia="zh-CN"/>
        </w:rPr>
      </w:pPr>
      <w:r>
        <w:rPr>
          <w:lang w:eastAsia="zh-CN"/>
        </w:rPr>
        <w:t>　　（1）重于观察、勤于了解、乐于交流、善于沟通。</w:t>
      </w:r>
      <w:r>
        <w:rPr>
          <w:lang w:eastAsia="zh-CN"/>
        </w:rPr>
        <w:br/>
      </w:r>
      <w:r>
        <w:rPr>
          <w:lang w:eastAsia="zh-CN"/>
        </w:rPr>
        <w:t>　　（2）细心培养，精心塑造，耐心转换、爱心评价。要善于差异评价，提倡无错评价。</w:t>
      </w:r>
      <w:r>
        <w:rPr>
          <w:lang w:eastAsia="zh-CN"/>
        </w:rPr>
        <w:br/>
      </w:r>
      <w:r>
        <w:rPr>
          <w:lang w:eastAsia="zh-CN"/>
        </w:rPr>
        <w:t>　　2、教学能力：</w:t>
      </w:r>
      <w:r>
        <w:rPr>
          <w:lang w:eastAsia="zh-CN"/>
        </w:rPr>
        <w:br/>
      </w:r>
      <w:r>
        <w:rPr>
          <w:lang w:eastAsia="zh-CN"/>
        </w:rPr>
        <w:t>　　（1）课前设计能力，要领会课程标准、激活教材内容。</w:t>
      </w:r>
      <w:r>
        <w:rPr>
          <w:lang w:eastAsia="zh-CN"/>
        </w:rPr>
        <w:br/>
      </w:r>
      <w:r>
        <w:rPr>
          <w:lang w:eastAsia="zh-CN"/>
        </w:rPr>
        <w:t>　　（2）课堂驾驭能力：要娴于技能、胜于调控、精于启发、善于表达。语言表达要准确规范、朴实、风趣。</w:t>
      </w:r>
      <w:r>
        <w:rPr>
          <w:lang w:eastAsia="zh-CN"/>
        </w:rPr>
        <w:br/>
      </w:r>
      <w:r>
        <w:rPr>
          <w:lang w:eastAsia="zh-CN"/>
        </w:rPr>
        <w:t>　　（3）课后反思能力：体现了知识再认识、方法再改进、过程再体验，体现后再提升能力，反思是教师提高教学水平的助推器。</w:t>
      </w:r>
      <w:r>
        <w:rPr>
          <w:lang w:eastAsia="zh-CN"/>
        </w:rPr>
        <w:br/>
      </w:r>
      <w:r>
        <w:rPr>
          <w:lang w:eastAsia="zh-CN"/>
        </w:rPr>
        <w:t>　　3、科研能力：</w:t>
      </w:r>
      <w:r>
        <w:rPr>
          <w:lang w:eastAsia="zh-CN"/>
        </w:rPr>
        <w:br/>
      </w:r>
      <w:r>
        <w:rPr>
          <w:lang w:eastAsia="zh-CN"/>
        </w:rPr>
        <w:t>　　提高教科研能力是当务之急：在目标上关注个体潜能发挥；在模式上关注个体主动探究和情感体验；在策略上，关注自主学习与受导学习统一。教育由以本为本变为以人为本，教师由控制者、评判者转向参与者、引导者，学生由接受型转向探究型与接受型相结合。</w:t>
      </w:r>
      <w:r>
        <w:rPr>
          <w:lang w:eastAsia="zh-CN"/>
        </w:rPr>
        <w:br/>
      </w:r>
      <w:r>
        <w:rPr>
          <w:lang w:eastAsia="zh-CN"/>
        </w:rPr>
        <w:t>　　培训只是一个手段，培训只是一个开端，对于培训给予的清泉，我要让它细水长流。今后我会学以致用，我会将在这里学到的新知识尽快地内化为自己的东西，运用于教育教学过程中去，结合我校的实际情况，及时地为学校的建设和发展出谋划策，努力学习同行们的学习态度，求知精神，协作能力，加强平时的学习、充电，他山之石，可以攻玉，我一定将学到的知识运用于教育教学实践中去，让培训的硕果在职教事业的发展中大放光彩。</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https://d.book118.com/978040115123006035</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78040115123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