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还要等别人吗?</w:t>
        <w:br/>
        <w:t>Are</w:t>
      </w:r>
      <w:r>
        <w:t xml:space="preserve"> we</w:t>
      </w:r>
      <w:r>
        <w:t xml:space="preserve"> waiting</w:t>
      </w:r>
      <w:r>
        <w:t xml:space="preserve"> for</w:t>
      </w:r>
      <w:r>
        <w:t xml:space="preserve"> anyone</w:t>
      </w:r>
      <w:r>
        <w:t xml:space="preserve"> else?</w:t>
      </w:r>
      <w:r>
        <w:t xml:space="preserve"> </w:t>
        <w:br/>
        <w:t>没了</w:t>
      </w:r>
      <w:r>
        <w:t xml:space="preserve"> 只有我和宝宝</w:t>
        <w:br/>
        <w:t>Nope.</w:t>
      </w:r>
      <w:r>
        <w:t xml:space="preserve"> Just</w:t>
      </w:r>
      <w:r>
        <w:t xml:space="preserve"> me</w:t>
      </w:r>
      <w:r>
        <w:t xml:space="preserve"> and</w:t>
      </w:r>
      <w:r>
        <w:t xml:space="preserve"> the</w:t>
      </w:r>
      <w:r>
        <w:t xml:space="preserve"> baby.</w:t>
        <w:br/>
        <w:t>可以开始了</w:t>
        <w:br/>
        <w:t>Good</w:t>
      </w:r>
      <w:r>
        <w:t xml:space="preserve"> to</w:t>
      </w:r>
      <w:r>
        <w:t xml:space="preserve"> go.</w:t>
        <w:br/>
        <w:t>放射科医生呢?</w:t>
      </w:r>
      <w:r>
        <w:t xml:space="preserve"> 她来吗?</w:t>
        <w:br/>
        <w:t>Uh,</w:t>
      </w:r>
      <w:r>
        <w:t xml:space="preserve"> where's</w:t>
      </w:r>
      <w:r>
        <w:t xml:space="preserve"> the</w:t>
      </w:r>
      <w:r>
        <w:t xml:space="preserve"> radiologist?</w:t>
      </w:r>
      <w:r>
        <w:t xml:space="preserve"> Is</w:t>
      </w:r>
      <w:r>
        <w:t xml:space="preserve"> she</w:t>
      </w:r>
      <w:r>
        <w:t xml:space="preserve"> coming?</w:t>
        <w:br/>
        <w:t>她在别的诊室处理病患</w:t>
      </w:r>
      <w:r>
        <w:t xml:space="preserve"> 一会儿就来</w:t>
        <w:br/>
        <w:t>She's</w:t>
      </w:r>
      <w:r>
        <w:t xml:space="preserve"> at</w:t>
      </w:r>
      <w:r>
        <w:t xml:space="preserve"> our</w:t>
      </w:r>
      <w:r>
        <w:t xml:space="preserve"> other</w:t>
      </w:r>
      <w:r>
        <w:t xml:space="preserve"> clinic.</w:t>
      </w:r>
      <w:r>
        <w:t xml:space="preserve"> She</w:t>
      </w:r>
      <w:r>
        <w:t xml:space="preserve"> got</w:t>
      </w:r>
      <w:r>
        <w:t xml:space="preserve"> held</w:t>
      </w:r>
      <w:r>
        <w:t xml:space="preserve"> up,</w:t>
      </w:r>
      <w:r>
        <w:t xml:space="preserve"> but</w:t>
      </w:r>
      <w:r>
        <w:t xml:space="preserve"> she'll</w:t>
      </w:r>
      <w:r>
        <w:t xml:space="preserve"> be</w:t>
      </w:r>
      <w:r>
        <w:t xml:space="preserve"> here</w:t>
      </w:r>
      <w:r>
        <w:t xml:space="preserve"> soon.</w:t>
        <w:br/>
        <w:t>她打电&amp;hearts;话&amp;hearts;叫我过来复诊</w:t>
        <w:br/>
        <w:t>I</w:t>
      </w:r>
      <w:r>
        <w:t xml:space="preserve"> just.</w:t>
      </w:r>
      <w:r>
        <w:t xml:space="preserve"> I</w:t>
      </w:r>
      <w:r>
        <w:t xml:space="preserve"> got</w:t>
      </w:r>
      <w:r>
        <w:t xml:space="preserve"> a</w:t>
      </w:r>
      <w:r>
        <w:t xml:space="preserve"> call</w:t>
      </w:r>
      <w:r>
        <w:t xml:space="preserve"> to</w:t>
      </w:r>
      <w:r>
        <w:t xml:space="preserve"> come</w:t>
      </w:r>
      <w:r>
        <w:t xml:space="preserve"> back</w:t>
      </w:r>
      <w:r>
        <w:t xml:space="preserve"> in.</w:t>
      </w:r>
      <w:r>
        <w:t xml:space="preserve"> </w:t>
        <w:br/>
        <w:t>是有什么问题吗?</w:t>
        <w:br/>
        <w:t>Is</w:t>
      </w:r>
      <w:r>
        <w:t xml:space="preserve"> there</w:t>
      </w:r>
      <w:r>
        <w:t xml:space="preserve"> a</w:t>
      </w:r>
      <w:r>
        <w:t xml:space="preserve"> problem?</w:t>
        <w:br/>
        <w:t>她这人特别小心而已</w:t>
        <w:br/>
        <w:t>She's</w:t>
      </w:r>
      <w:r>
        <w:t xml:space="preserve"> just</w:t>
      </w:r>
      <w:r>
        <w:t xml:space="preserve"> being</w:t>
      </w:r>
      <w:r>
        <w:t xml:space="preserve"> hyper</w:t>
      </w:r>
      <w:r>
        <w:t xml:space="preserve"> vigilant.</w:t>
      </w:r>
      <w:r>
        <w:t xml:space="preserve"> </w:t>
        <w:br/>
        <w:t>抱歉我来晚了</w:t>
        <w:br/>
        <w:t>Uh,</w:t>
      </w:r>
      <w:r>
        <w:t xml:space="preserve"> sorry</w:t>
      </w:r>
      <w:r>
        <w:t xml:space="preserve"> I'm</w:t>
      </w:r>
      <w:r>
        <w:t xml:space="preserve"> late.</w:t>
        <w:br/>
        <w:t>我是爸比</w:t>
      </w:r>
      <w:r>
        <w:t xml:space="preserve"> 不是</w:t>
      </w:r>
      <w:r>
        <w:t xml:space="preserve"> 我是孩子他爸</w:t>
        <w:br/>
        <w:t>I'm</w:t>
      </w:r>
      <w:r>
        <w:t xml:space="preserve"> the</w:t>
      </w:r>
      <w:r>
        <w:t xml:space="preserve"> daddy.</w:t>
      </w:r>
      <w:r>
        <w:t xml:space="preserve"> Uh,</w:t>
      </w:r>
      <w:r>
        <w:t xml:space="preserve"> father.</w:t>
        <w:br/>
        <w:t>这是小脸蛋</w:t>
        <w:br/>
        <w:t>That's</w:t>
      </w:r>
      <w:r>
        <w:t xml:space="preserve"> a</w:t>
      </w:r>
      <w:r>
        <w:t xml:space="preserve"> little</w:t>
      </w:r>
      <w:r>
        <w:t xml:space="preserve"> face</w:t>
      </w:r>
      <w:r>
        <w:t xml:space="preserve"> there.</w:t>
      </w:r>
      <w:r>
        <w:t xml:space="preserve"> </w:t>
        <w:br/>
        <w:t>长得好快啊</w:t>
        <w:br/>
        <w:t>It's</w:t>
      </w:r>
      <w:r>
        <w:t xml:space="preserve"> growing</w:t>
      </w:r>
      <w:r>
        <w:t xml:space="preserve"> so</w:t>
      </w:r>
      <w:r>
        <w:t xml:space="preserve"> fast.</w:t>
        <w:br/>
        <w:t>你两周前真该来看看</w:t>
      </w:r>
      <w:r>
        <w:t xml:space="preserve"> 那时候跟个花生差不多大</w:t>
        <w:br/>
        <w:t>Should've</w:t>
      </w:r>
      <w:r>
        <w:t xml:space="preserve"> been</w:t>
      </w:r>
      <w:r>
        <w:t xml:space="preserve"> here</w:t>
      </w:r>
      <w:r>
        <w:t xml:space="preserve"> two</w:t>
      </w:r>
      <w:r>
        <w:t xml:space="preserve"> weeks</w:t>
      </w:r>
      <w:r>
        <w:t xml:space="preserve"> ago.</w:t>
      </w:r>
      <w:r>
        <w:t xml:space="preserve"> Looked</w:t>
      </w:r>
      <w:r>
        <w:t xml:space="preserve"> like</w:t>
      </w:r>
      <w:r>
        <w:t xml:space="preserve"> a</w:t>
      </w:r>
      <w:r>
        <w:t xml:space="preserve"> big</w:t>
      </w:r>
      <w:r>
        <w:t xml:space="preserve"> peanut.</w:t>
        <w:br/>
        <w:t>没什么问题吧?</w:t>
        <w:br/>
        <w:t>Is...</w:t>
      </w:r>
      <w:r>
        <w:t xml:space="preserve"> Everything</w:t>
      </w:r>
      <w:r>
        <w:t xml:space="preserve"> all</w:t>
      </w:r>
      <w:r>
        <w:t xml:space="preserve"> right?</w:t>
        <w:br/>
        <w:t>没有</w:t>
        <w:br/>
        <w:t>Yeah.</w:t>
        <w:br/>
        <w:t>我得把图像拿给大夫看看</w:t>
        <w:br/>
        <w:t>I'm</w:t>
      </w:r>
      <w:r>
        <w:t xml:space="preserve"> just</w:t>
      </w:r>
      <w:r>
        <w:t xml:space="preserve"> gonna</w:t>
      </w:r>
      <w:r>
        <w:t xml:space="preserve"> get</w:t>
      </w:r>
      <w:r>
        <w:t xml:space="preserve"> the</w:t>
      </w:r>
      <w:r>
        <w:t xml:space="preserve"> images</w:t>
      </w:r>
      <w:r>
        <w:t xml:space="preserve"> processed</w:t>
      </w:r>
      <w:r>
        <w:t xml:space="preserve"> for</w:t>
      </w:r>
      <w:r>
        <w:t xml:space="preserve"> the</w:t>
      </w:r>
      <w:r>
        <w:t xml:space="preserve"> radiologist</w:t>
        <w:br/>
        <w:t>之后她会跟你们详谈</w:t>
        <w:br/>
        <w:t>and,</w:t>
      </w:r>
      <w:r>
        <w:t xml:space="preserve"> uh,</w:t>
      </w:r>
      <w:r>
        <w:t xml:space="preserve"> she'll</w:t>
      </w:r>
      <w:r>
        <w:t xml:space="preserve"> be</w:t>
      </w:r>
      <w:r>
        <w:t xml:space="preserve"> able</w:t>
      </w:r>
      <w:r>
        <w:t xml:space="preserve"> to</w:t>
      </w:r>
      <w:r>
        <w:t xml:space="preserve"> discuss</w:t>
      </w:r>
      <w:r>
        <w:t xml:space="preserve"> everything</w:t>
      </w:r>
      <w:r>
        <w:t xml:space="preserve"> with</w:t>
      </w:r>
      <w:r>
        <w:t xml:space="preserve"> you.</w:t>
        <w:br/>
        <w:t>如果有什么问题</w:t>
      </w:r>
      <w:r>
        <w:t xml:space="preserve"> 你会告诉我们的吧?</w:t>
        <w:br/>
        <w:t>But</w:t>
      </w:r>
      <w:r>
        <w:t xml:space="preserve"> you'd</w:t>
      </w:r>
      <w:r>
        <w:t xml:space="preserve"> tell</w:t>
      </w:r>
      <w:r>
        <w:t xml:space="preserve"> us</w:t>
      </w:r>
      <w:r>
        <w:t xml:space="preserve"> if</w:t>
      </w:r>
      <w:r>
        <w:t xml:space="preserve"> something</w:t>
      </w:r>
      <w:r>
        <w:t xml:space="preserve"> was</w:t>
      </w:r>
      <w:r>
        <w:t xml:space="preserve"> wrong,</w:t>
      </w:r>
      <w:r>
        <w:t xml:space="preserve"> right?</w:t>
        <w:br/>
        <w:t>那个</w:t>
      </w:r>
      <w:r>
        <w:t xml:space="preserve"> 我无权跟你们说具体情况啊</w:t>
        <w:br/>
        <w:t>You</w:t>
      </w:r>
      <w:r>
        <w:t xml:space="preserve"> know,</w:t>
      </w:r>
      <w:r>
        <w:t xml:space="preserve"> I'm</w:t>
      </w:r>
      <w:r>
        <w:t xml:space="preserve"> not</w:t>
      </w:r>
      <w:r>
        <w:t xml:space="preserve"> at</w:t>
      </w:r>
      <w:r>
        <w:t xml:space="preserve"> liberty</w:t>
      </w:r>
      <w:r>
        <w:t xml:space="preserve"> to</w:t>
      </w:r>
      <w:r>
        <w:t xml:space="preserve"> read</w:t>
      </w:r>
      <w:r>
        <w:t xml:space="preserve"> the</w:t>
      </w:r>
      <w:r>
        <w:t xml:space="preserve"> images</w:t>
      </w:r>
      <w:r>
        <w:t xml:space="preserve"> and</w:t>
      </w:r>
      <w:r>
        <w:t xml:space="preserve"> discuss</w:t>
      </w:r>
      <w:r>
        <w:t xml:space="preserve"> them</w:t>
      </w:r>
      <w:r>
        <w:t xml:space="preserve"> with</w:t>
      </w:r>
      <w:r>
        <w:t xml:space="preserve"> you.</w:t>
        <w:br/>
        <w:t>你们可以在这里等她</w:t>
        <w:br/>
        <w:t>Um,</w:t>
      </w:r>
      <w:r>
        <w:t xml:space="preserve"> but</w:t>
      </w:r>
      <w:r>
        <w:t xml:space="preserve"> you</w:t>
      </w:r>
      <w:r>
        <w:t xml:space="preserve"> can</w:t>
      </w:r>
      <w:r>
        <w:t xml:space="preserve"> wait</w:t>
      </w:r>
      <w:r>
        <w:t xml:space="preserve"> here</w:t>
      </w:r>
      <w:r>
        <w:t xml:space="preserve"> if</w:t>
      </w:r>
      <w:r>
        <w:t xml:space="preserve"> you</w:t>
      </w:r>
      <w:r>
        <w:t xml:space="preserve"> like.</w:t>
        <w:br/>
        <w:t>不要紧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你不用非得陪我</w:t>
        <w:br/>
        <w:t>It's</w:t>
      </w:r>
      <w:r>
        <w:t xml:space="preserve"> fine.</w:t>
      </w:r>
      <w:r>
        <w:t xml:space="preserve"> You</w:t>
      </w:r>
      <w:r>
        <w:t xml:space="preserve"> don't</w:t>
      </w:r>
      <w:r>
        <w:t xml:space="preserve"> have</w:t>
      </w:r>
      <w:r>
        <w:t xml:space="preserve"> to</w:t>
      </w:r>
      <w:r>
        <w:t xml:space="preserve"> stay.</w:t>
        <w:br/>
        <w:t>有消息我会告诉你的</w:t>
        <w:br/>
        <w:t>I'll</w:t>
      </w:r>
      <w:r>
        <w:t xml:space="preserve"> let</w:t>
      </w:r>
      <w:r>
        <w:t xml:space="preserve"> you</w:t>
      </w:r>
      <w:r>
        <w:t xml:space="preserve"> know</w:t>
      </w:r>
      <w:r>
        <w:t xml:space="preserve"> what</w:t>
      </w:r>
      <w:r>
        <w:t xml:space="preserve"> she</w:t>
      </w:r>
      <w:r>
        <w:t xml:space="preserve"> says.</w:t>
      </w:r>
      <w:r>
        <w:t xml:space="preserve"> </w:t>
        <w:br/>
        <w:t>我哪都不去</w:t>
        <w:br/>
        <w:t>I'm</w:t>
      </w:r>
      <w:r>
        <w:t xml:space="preserve"> not</w:t>
      </w:r>
      <w:r>
        <w:t xml:space="preserve"> going</w:t>
      </w:r>
      <w:r>
        <w:t xml:space="preserve"> anywhere.</w:t>
        <w:br/>
        <w:t>除非你不想让我待着</w:t>
        <w:br/>
        <w:t>Unless</w:t>
      </w:r>
      <w:r>
        <w:t xml:space="preserve"> you</w:t>
      </w:r>
      <w:r>
        <w:t xml:space="preserve"> want</w:t>
      </w:r>
      <w:r>
        <w:t xml:space="preserve"> me</w:t>
      </w:r>
      <w:r>
        <w:t xml:space="preserve"> to.</w:t>
      </w:r>
      <w:r>
        <w:t xml:space="preserve"> </w:t>
        <w:br/>
        <w:t>没有</w:t>
        <w:br/>
        <w:t>No.</w:t>
        <w:br/>
        <w:t>不会</w:t>
      </w:r>
      <w:r>
        <w:t xml:space="preserve"> 这也是你的孩子</w:t>
        <w:br/>
        <w:t>No,</w:t>
      </w:r>
      <w:r>
        <w:t xml:space="preserve"> it's</w:t>
      </w:r>
      <w:r>
        <w:t xml:space="preserve"> your</w:t>
      </w:r>
      <w:r>
        <w:t xml:space="preserve"> baby,</w:t>
      </w:r>
      <w:r>
        <w:t xml:space="preserve"> too.</w:t>
        <w:br/>
        <w:t>早啊</w:t>
      </w:r>
      <w:r>
        <w:t xml:space="preserve"> Sanchez</w:t>
      </w:r>
      <w:r>
        <w:t xml:space="preserve"> 多美好的一天</w:t>
        <w:br/>
        <w:t>Morning,</w:t>
      </w:r>
      <w:r>
        <w:t xml:space="preserve"> Sanchez.</w:t>
      </w:r>
      <w:r>
        <w:t xml:space="preserve"> Lovely</w:t>
      </w:r>
      <w:r>
        <w:t xml:space="preserve"> day.</w:t>
        <w:br/>
        <w:t>Davis</w:t>
      </w:r>
      <w:r>
        <w:t xml:space="preserve"> 气色不错啊</w:t>
      </w:r>
      <w:r>
        <w:t xml:space="preserve"> 减肥啦?</w:t>
        <w:br/>
        <w:t>Davis,</w:t>
      </w:r>
      <w:r>
        <w:t xml:space="preserve"> looking</w:t>
      </w:r>
      <w:r>
        <w:t xml:space="preserve"> good.</w:t>
      </w:r>
      <w:r>
        <w:t xml:space="preserve"> Lose</w:t>
      </w:r>
      <w:r>
        <w:t xml:space="preserve"> weight</w:t>
      </w:r>
      <w:r>
        <w:t xml:space="preserve"> or</w:t>
      </w:r>
      <w:r>
        <w:t xml:space="preserve"> something?</w:t>
        <w:br/>
        <w:t>早上好</w:t>
      </w:r>
      <w:r>
        <w:t xml:space="preserve"> Moore警官</w:t>
        <w:br/>
        <w:t>Good</w:t>
      </w:r>
      <w:r>
        <w:t xml:space="preserve"> morrow</w:t>
      </w:r>
      <w:r>
        <w:t xml:space="preserve"> to</w:t>
      </w:r>
      <w:r>
        <w:t xml:space="preserve"> thee,</w:t>
      </w:r>
      <w:r>
        <w:t xml:space="preserve"> Officer</w:t>
      </w:r>
      <w:r>
        <w:t xml:space="preserve"> Moore.</w:t>
      </w:r>
      <w:r>
        <w:t xml:space="preserve"> </w:t>
        <w:br/>
        <w:t>Chloe</w:t>
      </w:r>
      <w:r>
        <w:t xml:space="preserve"> Price</w:t>
      </w:r>
      <w:r>
        <w:t xml:space="preserve"> 气色真不错</w:t>
        <w:br/>
        <w:t>Chloe</w:t>
      </w:r>
      <w:r>
        <w:t xml:space="preserve"> Price.</w:t>
      </w:r>
      <w:r>
        <w:t xml:space="preserve"> Price</w:t>
      </w:r>
      <w:r>
        <w:t xml:space="preserve"> looks</w:t>
      </w:r>
      <w:r>
        <w:t xml:space="preserve"> nice.</w:t>
        <w:br/>
        <w:t>你今早跟阳光一样灿烂</w:t>
        <w:br/>
        <w:t>Look</w:t>
      </w:r>
      <w:r>
        <w:t xml:space="preserve"> at</w:t>
      </w:r>
      <w:r>
        <w:t xml:space="preserve"> you</w:t>
      </w:r>
      <w:r>
        <w:t xml:space="preserve"> looking</w:t>
      </w:r>
      <w:r>
        <w:t xml:space="preserve"> like</w:t>
      </w:r>
      <w:r>
        <w:t xml:space="preserve"> sunshine</w:t>
      </w:r>
      <w:r>
        <w:t xml:space="preserve"> this</w:t>
      </w:r>
      <w:r>
        <w:t xml:space="preserve"> morning.</w:t>
        <w:br/>
        <w:t>那是</w:t>
      </w:r>
      <w:r>
        <w:t xml:space="preserve"> 今天是重新开始的一天</w:t>
        <w:br/>
        <w:t>Yeah.</w:t>
      </w:r>
      <w:r>
        <w:t xml:space="preserve"> I</w:t>
      </w:r>
      <w:r>
        <w:t xml:space="preserve"> mean,</w:t>
      </w:r>
      <w:r>
        <w:t xml:space="preserve"> today's</w:t>
      </w:r>
      <w:r>
        <w:t xml:space="preserve"> the</w:t>
      </w:r>
      <w:r>
        <w:t xml:space="preserve"> day</w:t>
      </w:r>
      <w:r>
        <w:t xml:space="preserve"> for</w:t>
      </w:r>
      <w:r>
        <w:t xml:space="preserve"> a</w:t>
      </w:r>
      <w:r>
        <w:t xml:space="preserve"> fresh</w:t>
      </w:r>
      <w:r>
        <w:t xml:space="preserve"> start,</w:t>
      </w:r>
      <w:r>
        <w:t xml:space="preserve"> </w:t>
        <w:br/>
        <w:t>我真的感觉自己像阳光一样</w:t>
        <w:br/>
        <w:t>so</w:t>
      </w:r>
      <w:r>
        <w:t xml:space="preserve"> I'm</w:t>
      </w:r>
      <w:r>
        <w:t xml:space="preserve"> kind</w:t>
      </w:r>
      <w:r>
        <w:t xml:space="preserve"> of</w:t>
      </w:r>
      <w:r>
        <w:t xml:space="preserve"> feeling</w:t>
      </w:r>
      <w:r>
        <w:t xml:space="preserve"> like</w:t>
      </w:r>
      <w:r>
        <w:t xml:space="preserve"> sunshine.</w:t>
        <w:br/>
        <w:t>挺好的</w:t>
        <w:br/>
        <w:t>That's</w:t>
      </w:r>
      <w:r>
        <w:t xml:space="preserve"> nice.</w:t>
      </w:r>
      <w:r>
        <w:t xml:space="preserve"> </w:t>
        <w:br/>
        <w:t>抹好防晒霜啊</w:t>
        <w:br/>
        <w:t>Hope</w:t>
      </w:r>
      <w:r>
        <w:t xml:space="preserve"> you're</w:t>
      </w:r>
      <w:r>
        <w:t xml:space="preserve"> wearing</w:t>
      </w:r>
      <w:r>
        <w:t xml:space="preserve"> sunscreen,</w:t>
      </w:r>
      <w:r>
        <w:t xml:space="preserve"> though.</w:t>
        <w:br/>
        <w:t>大家都知道</w:t>
      </w:r>
      <w:r>
        <w:t xml:space="preserve"> 阳光伤皮肤的</w:t>
        <w:br/>
        <w:t>Everyone</w:t>
      </w:r>
      <w:r>
        <w:t xml:space="preserve"> knows</w:t>
      </w:r>
      <w:r>
        <w:t xml:space="preserve"> that</w:t>
      </w:r>
      <w:r>
        <w:t xml:space="preserve"> the</w:t>
      </w:r>
      <w:r>
        <w:t xml:space="preserve"> sun</w:t>
      </w:r>
      <w:r>
        <w:t xml:space="preserve"> burns</w:t>
      </w:r>
      <w:r>
        <w:t xml:space="preserve"> the</w:t>
      </w:r>
      <w:r>
        <w:t xml:space="preserve"> skin.</w:t>
        <w:br/>
        <w:t>裸&amp;hearts;露&amp;hearts;在外面的皮肤才会这样吧</w:t>
        <w:br/>
        <w:t>Only</w:t>
      </w:r>
      <w:r>
        <w:t xml:space="preserve"> when</w:t>
      </w:r>
      <w:r>
        <w:t xml:space="preserve"> it's</w:t>
      </w:r>
      <w:r>
        <w:t xml:space="preserve"> bare</w:t>
      </w:r>
      <w:r>
        <w:t xml:space="preserve"> skin.</w:t>
      </w:r>
      <w:r>
        <w:t xml:space="preserve"> </w:t>
        <w:br/>
        <w:t>我这阳光这么灿烂</w:t>
      </w:r>
      <w:r>
        <w:t xml:space="preserve"> 会刺穿衣服的</w:t>
        <w:br/>
        <w:t>Oh,</w:t>
      </w:r>
      <w:r>
        <w:t xml:space="preserve"> this</w:t>
      </w:r>
      <w:r>
        <w:t xml:space="preserve"> sun</w:t>
      </w:r>
      <w:r>
        <w:t xml:space="preserve"> is</w:t>
      </w:r>
      <w:r>
        <w:t xml:space="preserve"> so</w:t>
      </w:r>
      <w:r>
        <w:t xml:space="preserve"> bright,</w:t>
      </w:r>
      <w:r>
        <w:t xml:space="preserve"> it</w:t>
      </w:r>
      <w:r>
        <w:t xml:space="preserve"> penetrates</w:t>
      </w:r>
      <w:r>
        <w:t xml:space="preserve"> your</w:t>
      </w:r>
      <w:r>
        <w:t xml:space="preserve"> clothing.</w:t>
        <w:br/>
        <w:t>刺...刺穿</w:t>
        <w:br/>
        <w:t>P-penetration.</w:t>
        <w:br/>
        <w:t>好</w:t>
      </w:r>
      <w:r>
        <w:t xml:space="preserve"> 好吧</w:t>
        <w:br/>
        <w:t>Um,</w:t>
      </w:r>
      <w:r>
        <w:t xml:space="preserve"> okay.</w:t>
      </w:r>
      <w:r>
        <w:t xml:space="preserve"> All</w:t>
      </w:r>
      <w:r>
        <w:t xml:space="preserve"> right.</w:t>
        <w:br/>
        <w:t>你的太阳也不用这么卖&amp;hearts;&amp;hearts;力吧</w:t>
        <w:br/>
        <w:t>Uh,</w:t>
      </w:r>
      <w:r>
        <w:t xml:space="preserve"> well,</w:t>
      </w:r>
      <w:r>
        <w:t xml:space="preserve"> your</w:t>
      </w:r>
      <w:r>
        <w:t xml:space="preserve"> sun</w:t>
      </w:r>
      <w:r>
        <w:t xml:space="preserve"> doesn't</w:t>
      </w:r>
      <w:r>
        <w:t xml:space="preserve"> have</w:t>
      </w:r>
      <w:r>
        <w:t xml:space="preserve"> to</w:t>
      </w:r>
      <w:r>
        <w:t xml:space="preserve"> work</w:t>
      </w:r>
      <w:r>
        <w:t xml:space="preserve"> so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hard.</w:t>
        <w:br/>
        <w:t>想晒我的皮肤</w:t>
      </w:r>
      <w:r>
        <w:t xml:space="preserve"> 我把这衣服脱了就行</w:t>
        <w:br/>
        <w:t>If</w:t>
      </w:r>
      <w:r>
        <w:t xml:space="preserve"> it</w:t>
      </w:r>
      <w:r>
        <w:t xml:space="preserve"> wants</w:t>
      </w:r>
      <w:r>
        <w:t xml:space="preserve"> to</w:t>
      </w:r>
      <w:r>
        <w:t xml:space="preserve"> burn</w:t>
      </w:r>
      <w:r>
        <w:t xml:space="preserve"> my</w:t>
      </w:r>
      <w:r>
        <w:t xml:space="preserve"> skin,</w:t>
      </w:r>
      <w:r>
        <w:t xml:space="preserve"> I</w:t>
      </w:r>
      <w:r>
        <w:t xml:space="preserve"> can</w:t>
      </w:r>
      <w:r>
        <w:t xml:space="preserve"> just</w:t>
      </w:r>
      <w:r>
        <w:t xml:space="preserve"> take</w:t>
      </w:r>
      <w:r>
        <w:t xml:space="preserve"> my</w:t>
      </w:r>
      <w:r>
        <w:t xml:space="preserve"> clothes</w:t>
      </w:r>
      <w:r>
        <w:t xml:space="preserve"> off.</w:t>
        <w:br/>
        <w:t>切!</w:t>
        <w:br/>
        <w:t>Psst!</w:t>
        <w:br/>
        <w:t>别给太阳减轻工作量好吗?</w:t>
        <w:br/>
        <w:t>Don't</w:t>
      </w:r>
      <w:r>
        <w:t xml:space="preserve"> make</w:t>
      </w:r>
      <w:r>
        <w:t xml:space="preserve"> the</w:t>
      </w:r>
      <w:r>
        <w:t xml:space="preserve"> sun's</w:t>
      </w:r>
      <w:r>
        <w:t xml:space="preserve"> job</w:t>
      </w:r>
      <w:r>
        <w:t xml:space="preserve"> so</w:t>
      </w:r>
      <w:r>
        <w:t xml:space="preserve"> easy,</w:t>
      </w:r>
      <w:r>
        <w:t xml:space="preserve"> okay?</w:t>
      </w:r>
      <w:r>
        <w:t xml:space="preserve"> </w:t>
        <w:br/>
        <w:t>我就喜欢努力工作</w:t>
        <w:br/>
        <w:t>'Cause</w:t>
      </w:r>
      <w:r>
        <w:t xml:space="preserve"> I</w:t>
      </w:r>
      <w:r>
        <w:t xml:space="preserve"> like</w:t>
      </w:r>
      <w:r>
        <w:t xml:space="preserve"> to</w:t>
      </w:r>
      <w:r>
        <w:t xml:space="preserve"> work</w:t>
      </w:r>
      <w:r>
        <w:t xml:space="preserve"> hard.</w:t>
        <w:br/>
        <w:t>好吧</w:t>
        <w:br/>
        <w:t>Okay.</w:t>
      </w:r>
      <w:r>
        <w:t xml:space="preserve"> </w:t>
        <w:br/>
        <w:t>好</w:t>
      </w:r>
      <w:r>
        <w:t xml:space="preserve"> 这已经够长了吧?</w:t>
        <w:br/>
        <w:t>Okay.</w:t>
      </w:r>
      <w:r>
        <w:t xml:space="preserve"> Yeah.</w:t>
      </w:r>
      <w:r>
        <w:t xml:space="preserve"> This</w:t>
      </w:r>
      <w:r>
        <w:t xml:space="preserve"> has</w:t>
      </w:r>
      <w:r>
        <w:t xml:space="preserve"> gone</w:t>
      </w:r>
      <w:r>
        <w:t xml:space="preserve"> on</w:t>
      </w:r>
      <w:r>
        <w:t xml:space="preserve"> long</w:t>
      </w:r>
      <w:r>
        <w:t xml:space="preserve"> enough,</w:t>
      </w:r>
      <w:r>
        <w:t xml:space="preserve"> yeah?</w:t>
        <w:br/>
        <w:t>什么够长了?</w:t>
        <w:br/>
        <w:t>What...</w:t>
      </w:r>
      <w:r>
        <w:t xml:space="preserve"> what</w:t>
      </w:r>
      <w:r>
        <w:t xml:space="preserve"> has?</w:t>
        <w:br/>
        <w:t>就咱俩这对话</w:t>
        <w:br/>
        <w:t>Just</w:t>
      </w:r>
      <w:r>
        <w:t xml:space="preserve"> this...</w:t>
      </w:r>
      <w:r>
        <w:t xml:space="preserve"> whatever.</w:t>
      </w:r>
      <w:r>
        <w:t xml:space="preserve"> Whatever's</w:t>
      </w:r>
      <w:r>
        <w:t xml:space="preserve"> happening</w:t>
      </w:r>
      <w:r>
        <w:t xml:space="preserve"> here.</w:t>
        <w:br/>
        <w:t>哦对</w:t>
        <w:br/>
        <w:t>Oh,</w:t>
      </w:r>
      <w:r>
        <w:t xml:space="preserve"> right.</w:t>
        <w:br/>
        <w:t>不是</w:t>
      </w:r>
      <w:r>
        <w:t xml:space="preserve"> 那个</w:t>
      </w:r>
      <w:r>
        <w:t xml:space="preserve"> 你没说我都没注意到</w:t>
        <w:br/>
        <w:t>No,</w:t>
      </w:r>
      <w:r>
        <w:t xml:space="preserve"> I</w:t>
      </w:r>
      <w:r>
        <w:t xml:space="preserve"> was...</w:t>
      </w:r>
      <w:r>
        <w:t xml:space="preserve"> I</w:t>
      </w:r>
      <w:r>
        <w:t xml:space="preserve"> was</w:t>
      </w:r>
      <w:r>
        <w:t xml:space="preserve"> completely</w:t>
      </w:r>
      <w:r>
        <w:t xml:space="preserve"> ob...</w:t>
      </w:r>
      <w:r>
        <w:t xml:space="preserve"> oblivious</w:t>
      </w:r>
      <w:r>
        <w:t xml:space="preserve"> to</w:t>
      </w:r>
      <w:r>
        <w:t xml:space="preserve"> it</w:t>
      </w:r>
      <w:r>
        <w:t xml:space="preserve"> until</w:t>
      </w:r>
      <w:r>
        <w:t xml:space="preserve"> this...</w:t>
      </w:r>
      <w:r>
        <w:t xml:space="preserve"> right</w:t>
      </w:r>
      <w:r>
        <w:t xml:space="preserve"> this</w:t>
      </w:r>
      <w:r>
        <w:t xml:space="preserve"> moment.</w:t>
        <w:br/>
        <w:t>好吧</w:t>
      </w:r>
      <w:r>
        <w:t xml:space="preserve"> 不过是时候回归现实了</w:t>
        <w:br/>
        <w:t>Yeah.</w:t>
      </w:r>
      <w:r>
        <w:t xml:space="preserve"> Yeah.</w:t>
      </w:r>
      <w:r>
        <w:t xml:space="preserve"> But</w:t>
      </w:r>
      <w:r>
        <w:t xml:space="preserve"> it's</w:t>
      </w:r>
      <w:r>
        <w:t xml:space="preserve"> time</w:t>
      </w:r>
      <w:r>
        <w:t xml:space="preserve"> to</w:t>
      </w:r>
      <w:r>
        <w:t xml:space="preserve"> get</w:t>
      </w:r>
      <w:r>
        <w:t xml:space="preserve"> real.</w:t>
        <w:br/>
        <w:t>你领带歪了</w:t>
        <w:br/>
        <w:t>Your</w:t>
      </w:r>
      <w:r>
        <w:t xml:space="preserve"> tie's</w:t>
      </w:r>
      <w:r>
        <w:t xml:space="preserve"> crooked.</w:t>
      </w:r>
      <w:r>
        <w:t xml:space="preserve"> Right?</w:t>
        <w:br/>
        <w:t>叮叮当啊</w:t>
      </w:r>
      <w:r>
        <w:t xml:space="preserve"> 今天是个好日子</w:t>
        <w:br/>
        <w:t>Ring</w:t>
      </w:r>
      <w:r>
        <w:t xml:space="preserve"> a</w:t>
      </w:r>
      <w:r>
        <w:t xml:space="preserve"> ding,</w:t>
      </w:r>
      <w:r>
        <w:t xml:space="preserve"> ding.</w:t>
      </w:r>
      <w:r>
        <w:t xml:space="preserve"> It's</w:t>
      </w:r>
      <w:r>
        <w:t xml:space="preserve"> gonna</w:t>
      </w:r>
      <w:r>
        <w:t xml:space="preserve"> be</w:t>
      </w:r>
      <w:r>
        <w:t xml:space="preserve"> a</w:t>
      </w:r>
      <w:r>
        <w:t xml:space="preserve"> good</w:t>
      </w:r>
      <w:r>
        <w:t xml:space="preserve"> day.</w:t>
        <w:br/>
        <w:t>击个掌!</w:t>
        <w:br/>
        <w:t>Gimme</w:t>
      </w:r>
      <w:r>
        <w:t xml:space="preserve"> that!</w:t>
        <w:br/>
        <w:t>Dov</w:t>
      </w:r>
      <w:r>
        <w:t xml:space="preserve"> Epstein</w:t>
        <w:br/>
        <w:t>Dov</w:t>
      </w:r>
      <w:r>
        <w:t xml:space="preserve"> Epstein.</w:t>
        <w:br/>
        <w:t>嘿</w:t>
        <w:br/>
        <w:t>Hey.</w:t>
      </w:r>
      <w:r>
        <w:t xml:space="preserve"> </w:t>
        <w:br/>
        <w:t>快速问答</w:t>
        <w:br/>
        <w:t>Um,</w:t>
      </w:r>
      <w:r>
        <w:t xml:space="preserve"> quick</w:t>
      </w:r>
      <w:r>
        <w:t xml:space="preserve"> question.</w:t>
        <w:br/>
        <w:t>我了解你吗?</w:t>
      </w:r>
      <w:r>
        <w:t xml:space="preserve"> 真心了解你不?</w:t>
        <w:br/>
        <w:t>Do</w:t>
      </w:r>
      <w:r>
        <w:t xml:space="preserve"> I</w:t>
      </w:r>
      <w:r>
        <w:t xml:space="preserve"> know</w:t>
      </w:r>
      <w:r>
        <w:t xml:space="preserve"> you?</w:t>
      </w:r>
      <w:r>
        <w:t xml:space="preserve"> Like,</w:t>
      </w:r>
      <w:r>
        <w:t xml:space="preserve"> truly,</w:t>
      </w:r>
      <w:r>
        <w:t xml:space="preserve"> truly</w:t>
      </w:r>
      <w:r>
        <w:t xml:space="preserve"> know</w:t>
      </w:r>
      <w:r>
        <w:t xml:space="preserve"> you?</w:t>
        <w:br/>
        <w:t>我哪知道</w:t>
      </w:r>
      <w:r>
        <w:t xml:space="preserve"> 这世上有谁能真心了解他人?</w:t>
        <w:br/>
        <w:t>I</w:t>
      </w:r>
      <w:r>
        <w:t xml:space="preserve"> don't</w:t>
      </w:r>
      <w:r>
        <w:t xml:space="preserve"> know.</w:t>
      </w:r>
      <w:r>
        <w:t xml:space="preserve"> Does</w:t>
      </w:r>
      <w:r>
        <w:t xml:space="preserve"> anybody</w:t>
      </w:r>
      <w:r>
        <w:t xml:space="preserve"> truly</w:t>
      </w:r>
      <w:r>
        <w:t xml:space="preserve"> know</w:t>
      </w:r>
      <w:r>
        <w:t xml:space="preserve"> anybody?</w:t>
        <w:br/>
        <w:t>没</w:t>
      </w:r>
      <w:r>
        <w:t xml:space="preserve"> 你中间名是啥?</w:t>
        <w:br/>
        <w:t>Nope.</w:t>
      </w:r>
      <w:r>
        <w:t xml:space="preserve"> What's</w:t>
      </w:r>
      <w:r>
        <w:t xml:space="preserve"> your</w:t>
      </w:r>
      <w:r>
        <w:t xml:space="preserve"> middle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name?</w:t>
        <w:br/>
        <w:t>Ezekiel</w:t>
        <w:br/>
        <w:t>Ezekiel.</w:t>
        <w:br/>
        <w:t>Ezekiel?</w:t>
      </w:r>
      <w:r>
        <w:t xml:space="preserve"> 瞧见没</w:t>
        <w:br/>
        <w:t>Ezekiel?</w:t>
      </w:r>
      <w:r>
        <w:t xml:space="preserve"> See,</w:t>
      </w:r>
      <w:r>
        <w:t xml:space="preserve"> look.</w:t>
        <w:br/>
        <w:t>我感觉自己多了解了你一点</w:t>
        <w:br/>
        <w:t>I</w:t>
      </w:r>
      <w:r>
        <w:t xml:space="preserve"> feel</w:t>
      </w:r>
      <w:r>
        <w:t xml:space="preserve"> like</w:t>
      </w:r>
      <w:r>
        <w:t xml:space="preserve"> I</w:t>
      </w:r>
      <w:r>
        <w:t xml:space="preserve"> know</w:t>
      </w:r>
      <w:r>
        <w:t xml:space="preserve"> you</w:t>
      </w:r>
      <w:r>
        <w:t xml:space="preserve"> so</w:t>
      </w:r>
      <w:r>
        <w:t xml:space="preserve"> much</w:t>
      </w:r>
      <w:r>
        <w:t xml:space="preserve"> better</w:t>
      </w:r>
      <w:r>
        <w:t xml:space="preserve"> now.</w:t>
        <w:br/>
        <w:t>Diaz的中间名是啥?</w:t>
        <w:br/>
        <w:t>What's</w:t>
      </w:r>
      <w:r>
        <w:t xml:space="preserve"> Diaz's</w:t>
      </w:r>
      <w:r>
        <w:t xml:space="preserve"> middle</w:t>
      </w:r>
      <w:r>
        <w:t xml:space="preserve"> name?</w:t>
      </w:r>
      <w:r>
        <w:t xml:space="preserve"> </w:t>
        <w:br/>
        <w:t>没有</w:t>
        <w:br/>
        <w:t>He</w:t>
      </w:r>
      <w:r>
        <w:t xml:space="preserve"> doesn't</w:t>
      </w:r>
      <w:r>
        <w:t xml:space="preserve"> have</w:t>
      </w:r>
      <w:r>
        <w:t xml:space="preserve"> one.</w:t>
        <w:br/>
        <w:t>好吧</w:t>
      </w:r>
      <w:r>
        <w:t xml:space="preserve"> 他喜欢喝什么样的咖啡?</w:t>
        <w:br/>
        <w:t>Oh,</w:t>
      </w:r>
      <w:r>
        <w:t xml:space="preserve"> okay.</w:t>
      </w:r>
      <w:r>
        <w:t xml:space="preserve"> Uh,</w:t>
      </w:r>
      <w:r>
        <w:t xml:space="preserve"> how's</w:t>
      </w:r>
      <w:r>
        <w:t xml:space="preserve"> he</w:t>
      </w:r>
      <w:r>
        <w:t xml:space="preserve"> take</w:t>
      </w:r>
      <w:r>
        <w:t xml:space="preserve"> his</w:t>
      </w:r>
      <w:r>
        <w:t xml:space="preserve"> coffee?</w:t>
        <w:br/>
        <w:t>黑咖啡</w:t>
        <w:br/>
        <w:t>Black.</w:t>
        <w:br/>
        <w:t>Peck真的有能缩回去的尖牙吗(吸血鬼)?</w:t>
        <w:br/>
        <w:t>Ah.</w:t>
      </w:r>
      <w:r>
        <w:t xml:space="preserve"> Is</w:t>
      </w:r>
      <w:r>
        <w:t xml:space="preserve"> it</w:t>
      </w:r>
      <w:r>
        <w:t xml:space="preserve"> true</w:t>
      </w:r>
      <w:r>
        <w:t xml:space="preserve"> that</w:t>
      </w:r>
      <w:r>
        <w:t xml:space="preserve"> Peck</w:t>
      </w:r>
      <w:r>
        <w:t xml:space="preserve"> has</w:t>
      </w:r>
      <w:r>
        <w:t xml:space="preserve"> retractable</w:t>
      </w:r>
      <w:r>
        <w:t xml:space="preserve"> fangs?</w:t>
        <w:br/>
        <w:t>有</w:t>
        <w:br/>
        <w:t>Yes.</w:t>
      </w:r>
      <w:r>
        <w:t xml:space="preserve"> </w:t>
        <w:br/>
        <w:t>我就知道</w:t>
        <w:br/>
        <w:t>I</w:t>
      </w:r>
      <w:r>
        <w:t xml:space="preserve"> knew</w:t>
      </w:r>
      <w:r>
        <w:t xml:space="preserve"> that.</w:t>
        <w:br/>
        <w:t>好吧</w:t>
      </w:r>
      <w:r>
        <w:t xml:space="preserve"> 稍等</w:t>
        <w:br/>
        <w:t>Okay.</w:t>
      </w:r>
      <w:r>
        <w:t xml:space="preserve"> Hold</w:t>
      </w:r>
      <w:r>
        <w:t xml:space="preserve"> on.</w:t>
        <w:br/>
        <w:t>这才刚开始啊</w:t>
      </w:r>
      <w:r>
        <w:t xml:space="preserve"> 兄弟</w:t>
        <w:br/>
        <w:t>Um,</w:t>
      </w:r>
      <w:r>
        <w:t xml:space="preserve"> we're</w:t>
      </w:r>
      <w:r>
        <w:t xml:space="preserve"> just</w:t>
      </w:r>
      <w:r>
        <w:t xml:space="preserve"> getting</w:t>
      </w:r>
      <w:r>
        <w:t xml:space="preserve"> started,</w:t>
      </w:r>
      <w:r>
        <w:t xml:space="preserve"> brother.</w:t>
        <w:br/>
        <w:t>好吧</w:t>
      </w:r>
      <w:r>
        <w:t xml:space="preserve"> 告诉你一些我的小秘密</w:t>
        <w:br/>
        <w:t>Uh...</w:t>
      </w:r>
      <w:r>
        <w:t xml:space="preserve"> Okay,</w:t>
      </w:r>
      <w:r>
        <w:t xml:space="preserve"> well,</w:t>
      </w:r>
      <w:r>
        <w:t xml:space="preserve"> hey,</w:t>
      </w:r>
      <w:r>
        <w:t xml:space="preserve"> let</w:t>
      </w:r>
      <w:r>
        <w:t xml:space="preserve"> me</w:t>
      </w:r>
      <w:r>
        <w:t xml:space="preserve"> tell</w:t>
      </w:r>
      <w:r>
        <w:t xml:space="preserve"> you</w:t>
      </w:r>
      <w:r>
        <w:t xml:space="preserve"> a</w:t>
      </w:r>
      <w:r>
        <w:t xml:space="preserve"> few</w:t>
      </w:r>
      <w:r>
        <w:t xml:space="preserve"> truths</w:t>
      </w:r>
      <w:r>
        <w:t xml:space="preserve"> about</w:t>
      </w:r>
      <w:r>
        <w:t xml:space="preserve"> myself.</w:t>
        <w:br/>
        <w:t>我是经过认证的舞王</w:t>
        <w:br/>
        <w:t>I</w:t>
      </w:r>
      <w:r>
        <w:t xml:space="preserve"> am</w:t>
      </w:r>
      <w:r>
        <w:t xml:space="preserve"> a</w:t>
      </w:r>
      <w:r>
        <w:t xml:space="preserve"> certified</w:t>
      </w:r>
      <w:r>
        <w:t xml:space="preserve"> golden</w:t>
      </w:r>
      <w:r>
        <w:t xml:space="preserve"> dancer.</w:t>
        <w:br/>
        <w:t>瞅瞅</w:t>
      </w:r>
      <w:r>
        <w:t xml:space="preserve"> 这叫扭身</w:t>
        <w:br/>
        <w:t>Check</w:t>
      </w:r>
      <w:r>
        <w:t xml:space="preserve"> it.</w:t>
      </w:r>
      <w:r>
        <w:t xml:space="preserve"> That's</w:t>
      </w:r>
      <w:r>
        <w:t xml:space="preserve"> called</w:t>
      </w:r>
      <w:r>
        <w:t xml:space="preserve"> a</w:t>
      </w:r>
      <w:r>
        <w:t xml:space="preserve"> body</w:t>
      </w:r>
      <w:r>
        <w:t xml:space="preserve"> roll.</w:t>
        <w:br/>
        <w:t>小妞最爱</w:t>
        <w:br/>
        <w:t>That's...</w:t>
      </w:r>
      <w:r>
        <w:t xml:space="preserve"> women</w:t>
      </w:r>
      <w:r>
        <w:t xml:space="preserve"> love</w:t>
      </w:r>
      <w:r>
        <w:t xml:space="preserve"> it.</w:t>
        <w:br/>
        <w:t>还有</w:t>
      </w:r>
      <w:r>
        <w:t xml:space="preserve"> 我中间名是Joaquin</w:t>
        <w:br/>
        <w:t>Anyway,</w:t>
      </w:r>
      <w:r>
        <w:t xml:space="preserve"> um,</w:t>
      </w:r>
      <w:r>
        <w:t xml:space="preserve"> my</w:t>
      </w:r>
      <w:r>
        <w:t xml:space="preserve"> middle</w:t>
      </w:r>
      <w:r>
        <w:t xml:space="preserve"> name</w:t>
      </w:r>
      <w:r>
        <w:t xml:space="preserve"> is</w:t>
      </w:r>
      <w:r>
        <w:t xml:space="preserve"> Joaquin.</w:t>
        <w:br/>
        <w:t>对了</w:t>
      </w:r>
      <w:r>
        <w:t xml:space="preserve"> 还有</w:t>
        <w:br/>
        <w:t>And,</w:t>
      </w:r>
      <w:r>
        <w:t xml:space="preserve"> hey,</w:t>
      </w:r>
      <w:r>
        <w:t xml:space="preserve"> you</w:t>
      </w:r>
      <w:r>
        <w:t xml:space="preserve"> know</w:t>
      </w:r>
      <w:r>
        <w:t xml:space="preserve"> what?</w:t>
        <w:br/>
        <w:t>我有时候喜欢坐着撒尿</w:t>
        <w:br/>
        <w:t>Sometimes</w:t>
      </w:r>
      <w:r>
        <w:t xml:space="preserve"> I</w:t>
      </w:r>
      <w:r>
        <w:t xml:space="preserve"> like</w:t>
      </w:r>
      <w:r>
        <w:t xml:space="preserve"> to</w:t>
      </w:r>
      <w:r>
        <w:t xml:space="preserve"> pee</w:t>
      </w:r>
      <w:r>
        <w:t xml:space="preserve"> sitting</w:t>
      </w:r>
      <w:r>
        <w:t xml:space="preserve"> down.</w:t>
        <w:br/>
        <w:t>哎呀我去</w:t>
      </w:r>
      <w:r>
        <w:t xml:space="preserve"> 行了</w:t>
      </w:r>
      <w:r>
        <w:t xml:space="preserve"> 手放下去</w:t>
        <w:br/>
        <w:t>Whoa.</w:t>
      </w:r>
      <w:r>
        <w:t xml:space="preserve"> Whoa.</w:t>
      </w:r>
      <w:r>
        <w:t xml:space="preserve"> Back</w:t>
      </w:r>
      <w:r>
        <w:t xml:space="preserve"> up.</w:t>
      </w:r>
      <w:r>
        <w:t xml:space="preserve"> Hands</w:t>
      </w:r>
      <w:r>
        <w:t xml:space="preserve"> off.</w:t>
        <w:br/>
        <w:t>哦</w:t>
        <w:br/>
        <w:t>Okay.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</w:t>
        <w:br/>
        <w:t>这种事情我不想知道</w:t>
        <w:br/>
        <w:t>I</w:t>
      </w:r>
      <w:r>
        <w:t xml:space="preserve"> want</w:t>
      </w:r>
      <w:r>
        <w:t xml:space="preserve"> to</w:t>
      </w:r>
      <w:r>
        <w:t xml:space="preserve"> unknow</w:t>
      </w:r>
      <w:r>
        <w:t xml:space="preserve"> that.</w:t>
        <w:br/>
        <w:t>别介</w:t>
      </w:r>
      <w:r>
        <w:t xml:space="preserve"> 等等啊</w:t>
        <w:br/>
        <w:t>Okay,</w:t>
      </w:r>
      <w:r>
        <w:t xml:space="preserve"> but</w:t>
      </w:r>
      <w:r>
        <w:t xml:space="preserve"> hold</w:t>
      </w:r>
      <w:r>
        <w:t xml:space="preserve"> on.</w:t>
      </w:r>
      <w:r>
        <w:t xml:space="preserve"> Wait.</w:t>
        <w:br/>
        <w:t>轮到我啦</w:t>
        <w:br/>
        <w:t>It's</w:t>
      </w:r>
      <w:r>
        <w:t xml:space="preserve"> my</w:t>
      </w:r>
      <w:r>
        <w:t xml:space="preserve"> turn,</w:t>
      </w:r>
      <w:r>
        <w:t xml:space="preserve"> though.</w:t>
      </w:r>
      <w:r>
        <w:t xml:space="preserve"> </w:t>
        <w:br/>
        <w:t>我想问你Chloe</w:t>
      </w:r>
      <w:r>
        <w:t xml:space="preserve"> Price的事呢</w:t>
        <w:br/>
        <w:t>I-I-I</w:t>
      </w:r>
      <w:r>
        <w:t xml:space="preserve"> was</w:t>
      </w:r>
      <w:r>
        <w:t xml:space="preserve"> gon...</w:t>
      </w:r>
      <w:r>
        <w:t xml:space="preserve"> I</w:t>
      </w:r>
      <w:r>
        <w:t xml:space="preserve"> was</w:t>
      </w:r>
      <w:r>
        <w:t xml:space="preserve"> gonna</w:t>
      </w:r>
      <w:r>
        <w:t xml:space="preserve"> ask</w:t>
      </w:r>
      <w:r>
        <w:t xml:space="preserve"> you</w:t>
      </w:r>
      <w:r>
        <w:t xml:space="preserve"> about</w:t>
      </w:r>
      <w:r>
        <w:t xml:space="preserve"> Chloe</w:t>
      </w:r>
      <w:r>
        <w:t xml:space="preserve"> Price.</w:t>
        <w:br/>
        <w:t>早知道不告诉他了</w:t>
        <w:br/>
        <w:t>I</w:t>
      </w:r>
      <w:r>
        <w:t xml:space="preserve"> shouldn't</w:t>
      </w:r>
      <w:r>
        <w:t xml:space="preserve"> have</w:t>
      </w:r>
      <w:r>
        <w:t xml:space="preserve"> told</w:t>
      </w:r>
      <w:r>
        <w:t xml:space="preserve"> him</w:t>
      </w:r>
      <w:r>
        <w:t xml:space="preserve"> that.</w:t>
        <w:br/>
        <w:t>早</w:t>
        <w:br/>
        <w:t>Morning.</w:t>
      </w:r>
      <w:r>
        <w:t xml:space="preserve"> </w:t>
        <w:br/>
        <w:t>早</w:t>
        <w:br/>
        <w:t>Morning.</w:t>
        <w:br/>
        <w:t>早</w:t>
        <w:br/>
        <w:t>Morning.</w:t>
      </w:r>
      <w:r>
        <w:t xml:space="preserve"> </w:t>
        <w:br/>
        <w:t>好了各位</w:t>
        <w:br/>
        <w:t>All</w:t>
      </w:r>
      <w:r>
        <w:t xml:space="preserve"> right,</w:t>
      </w:r>
      <w:r>
        <w:t xml:space="preserve"> everybody.</w:t>
        <w:br/>
        <w:t>今天的任务是协助转运囚犯</w:t>
        <w:br/>
        <w:t>Today</w:t>
      </w:r>
      <w:r>
        <w:t xml:space="preserve"> we're</w:t>
      </w:r>
      <w:r>
        <w:t xml:space="preserve"> gonna</w:t>
      </w:r>
      <w:r>
        <w:t xml:space="preserve"> be</w:t>
      </w:r>
      <w:r>
        <w:t xml:space="preserve"> assisting</w:t>
      </w:r>
      <w:r>
        <w:t xml:space="preserve"> with</w:t>
      </w:r>
      <w:r>
        <w:t xml:space="preserve"> a</w:t>
      </w:r>
      <w:r>
        <w:t xml:space="preserve"> couple</w:t>
      </w:r>
      <w:r>
        <w:t xml:space="preserve"> of</w:t>
      </w:r>
      <w:r>
        <w:t xml:space="preserve"> prisoner</w:t>
      </w:r>
      <w:r>
        <w:t xml:space="preserve"> transfers.</w:t>
        <w:br/>
        <w:t>嘿</w:t>
      </w:r>
      <w:r>
        <w:t xml:space="preserve"> 好了</w:t>
        <w:br/>
        <w:t>Hey.</w:t>
      </w:r>
      <w:r>
        <w:t xml:space="preserve"> All</w:t>
      </w:r>
      <w:r>
        <w:t xml:space="preserve"> right.</w:t>
        <w:br/>
        <w:t>好了</w:t>
      </w:r>
      <w:r>
        <w:t xml:space="preserve"> 听我说</w:t>
        <w:br/>
        <w:t>Okay.</w:t>
      </w:r>
      <w:r>
        <w:t xml:space="preserve"> All</w:t>
      </w:r>
      <w:r>
        <w:t xml:space="preserve"> right.</w:t>
        <w:br/>
        <w:t>怎么着?</w:t>
      </w:r>
      <w:r>
        <w:t xml:space="preserve"> 没见过海盗穿警服么?</w:t>
        <w:br/>
        <w:t>What?</w:t>
      </w:r>
      <w:r>
        <w:t xml:space="preserve"> Nobody's</w:t>
      </w:r>
      <w:r>
        <w:t xml:space="preserve"> ever</w:t>
      </w:r>
      <w:r>
        <w:t xml:space="preserve"> seen</w:t>
      </w:r>
      <w:r>
        <w:t xml:space="preserve"> a</w:t>
      </w:r>
      <w:r>
        <w:t xml:space="preserve"> pirate</w:t>
      </w:r>
      <w:r>
        <w:t xml:space="preserve"> in</w:t>
      </w:r>
      <w:r>
        <w:t xml:space="preserve"> a</w:t>
      </w:r>
      <w:r>
        <w:t xml:space="preserve"> cop</w:t>
      </w:r>
      <w:r>
        <w:t xml:space="preserve"> costume</w:t>
      </w:r>
      <w:r>
        <w:t xml:space="preserve"> before?</w:t>
        <w:br/>
        <w:t>行啦</w:t>
        <w:br/>
        <w:t>All</w:t>
      </w:r>
      <w:r>
        <w:t xml:space="preserve"> right.</w:t>
        <w:br/>
        <w:t>好吧</w:t>
      </w:r>
      <w:r>
        <w:t xml:space="preserve"> 这故事我就讲这一次</w:t>
        <w:br/>
        <w:t>Uh,</w:t>
      </w:r>
      <w:r>
        <w:t xml:space="preserve"> I</w:t>
      </w:r>
      <w:r>
        <w:t xml:space="preserve"> will</w:t>
      </w:r>
      <w:r>
        <w:t xml:space="preserve"> tell</w:t>
      </w:r>
      <w:r>
        <w:t xml:space="preserve"> this</w:t>
      </w:r>
      <w:r>
        <w:t xml:space="preserve"> story</w:t>
      </w:r>
      <w:r>
        <w:t xml:space="preserve"> once</w:t>
      </w:r>
      <w:r>
        <w:t xml:space="preserve"> and</w:t>
      </w:r>
      <w:r>
        <w:t xml:space="preserve"> only</w:t>
      </w:r>
      <w:r>
        <w:t xml:space="preserve"> once.</w:t>
        <w:br/>
        <w:t>一根猫毛卡在我眼睛里取不出来</w:t>
        <w:br/>
        <w:t>I</w:t>
      </w:r>
      <w:r>
        <w:t xml:space="preserve"> got</w:t>
      </w:r>
      <w:r>
        <w:t xml:space="preserve"> a</w:t>
      </w:r>
      <w:r>
        <w:t xml:space="preserve"> cat</w:t>
      </w:r>
      <w:r>
        <w:t xml:space="preserve"> hair</w:t>
      </w:r>
      <w:r>
        <w:t xml:space="preserve"> stuck</w:t>
      </w:r>
      <w:r>
        <w:t xml:space="preserve"> in</w:t>
      </w:r>
      <w:r>
        <w:t xml:space="preserve"> my</w:t>
      </w:r>
      <w:r>
        <w:t xml:space="preserve"> eye</w:t>
      </w:r>
      <w:r>
        <w:t xml:space="preserve"> and</w:t>
      </w:r>
      <w:r>
        <w:t xml:space="preserve"> I</w:t>
      </w:r>
      <w:r>
        <w:t xml:space="preserve"> could</w:t>
      </w:r>
      <w:r>
        <w:t xml:space="preserve"> not</w:t>
      </w:r>
      <w:r>
        <w:t xml:space="preserve"> get</w:t>
      </w:r>
      <w:r>
        <w:t xml:space="preserve"> it</w:t>
      </w:r>
      <w:r>
        <w:t xml:space="preserve"> out,</w:t>
        <w:br/>
        <w:t>猫毛有细菌</w:t>
        <w:br/>
        <w:t>and</w:t>
      </w:r>
      <w:r>
        <w:t xml:space="preserve"> apparently,</w:t>
      </w:r>
      <w:r>
        <w:t xml:space="preserve"> there's</w:t>
      </w:r>
      <w:r>
        <w:t xml:space="preserve"> some</w:t>
      </w:r>
      <w:r>
        <w:t xml:space="preserve"> kind</w:t>
      </w:r>
      <w:r>
        <w:t xml:space="preserve"> of</w:t>
      </w:r>
      <w:r>
        <w:t xml:space="preserve"> germ</w:t>
      </w:r>
      <w:r>
        <w:t xml:space="preserve"> on</w:t>
      </w:r>
      <w:r>
        <w:t xml:space="preserve"> cat</w:t>
      </w:r>
      <w:r>
        <w:t xml:space="preserve"> hair</w:t>
      </w:r>
      <w:r>
        <w:t xml:space="preserve"> </w:t>
        <w:br/>
        <w:t>我就角膜感染了</w:t>
        <w:br/>
        <w:t>that</w:t>
      </w:r>
      <w:r>
        <w:t xml:space="preserve"> has</w:t>
      </w:r>
      <w:r>
        <w:t xml:space="preserve"> given</w:t>
      </w:r>
      <w:r>
        <w:t xml:space="preserve"> me</w:t>
      </w:r>
      <w:r>
        <w:t xml:space="preserve"> a</w:t>
      </w:r>
      <w:r>
        <w:t xml:space="preserve"> corneal</w:t>
      </w:r>
      <w:r>
        <w:t xml:space="preserve"> infection,</w:t>
        <w:br/>
        <w:t>我就是那血淋淋的例子</w:t>
        <w:br/>
        <w:t>so</w:t>
      </w:r>
      <w:r>
        <w:t xml:space="preserve"> let</w:t>
      </w:r>
      <w:r>
        <w:t xml:space="preserve"> me</w:t>
      </w:r>
      <w:r>
        <w:t xml:space="preserve"> stand</w:t>
      </w:r>
      <w:r>
        <w:t xml:space="preserve"> as</w:t>
      </w:r>
      <w:r>
        <w:t xml:space="preserve"> an</w:t>
      </w:r>
      <w:r>
        <w:t xml:space="preserve"> example,</w:t>
      </w:r>
      <w:r>
        <w:t xml:space="preserve"> all</w:t>
      </w:r>
      <w:r>
        <w:t xml:space="preserve"> right?</w:t>
      </w:r>
      <w:r>
        <w:t xml:space="preserve"> </w:t>
        <w:br/>
        <w:t>猫爪热</w:t>
      </w:r>
      <w:r>
        <w:t xml:space="preserve"> 可不仅仅是一首歌&amp;hearts;(流行歌&amp;hearts;曲Cat</w:t>
      </w:r>
      <w:r>
        <w:t xml:space="preserve"> scratch</w:t>
      </w:r>
      <w:r>
        <w:t xml:space="preserve"> fever)</w:t>
        <w:br/>
        <w:t>Cat</w:t>
      </w:r>
      <w:r>
        <w:t xml:space="preserve"> scratch</w:t>
      </w:r>
      <w:r>
        <w:t xml:space="preserve"> fever</w:t>
      </w:r>
      <w:r>
        <w:t xml:space="preserve"> is</w:t>
      </w:r>
      <w:r>
        <w:t xml:space="preserve"> not</w:t>
      </w:r>
      <w:r>
        <w:t xml:space="preserve"> just</w:t>
      </w:r>
      <w:r>
        <w:t xml:space="preserve"> a</w:t>
      </w:r>
      <w:r>
        <w:t xml:space="preserve"> song.</w:t>
        <w:br/>
        <w:t>都记好了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千万别捡流浪猫</w:t>
        <w:br/>
        <w:t>Okay?</w:t>
      </w:r>
      <w:r>
        <w:t xml:space="preserve"> Do</w:t>
      </w:r>
      <w:r>
        <w:t xml:space="preserve"> not</w:t>
      </w:r>
      <w:r>
        <w:t xml:space="preserve"> pick</w:t>
      </w:r>
      <w:r>
        <w:t xml:space="preserve"> up</w:t>
      </w:r>
      <w:r>
        <w:t xml:space="preserve"> stray</w:t>
      </w:r>
      <w:r>
        <w:t xml:space="preserve"> cats,</w:t>
        <w:br/>
        <w:t>就算它们溜进你家后院</w:t>
      </w:r>
      <w:r>
        <w:t xml:space="preserve"> 萌得你出血都不行</w:t>
        <w:br/>
        <w:t>even</w:t>
      </w:r>
      <w:r>
        <w:t xml:space="preserve"> if</w:t>
      </w:r>
      <w:r>
        <w:t xml:space="preserve"> they</w:t>
      </w:r>
      <w:r>
        <w:t xml:space="preserve"> wander</w:t>
      </w:r>
      <w:r>
        <w:t xml:space="preserve"> into</w:t>
      </w:r>
      <w:r>
        <w:t xml:space="preserve"> your</w:t>
      </w:r>
      <w:r>
        <w:t xml:space="preserve"> backyard</w:t>
      </w:r>
      <w:r>
        <w:t xml:space="preserve"> and</w:t>
      </w:r>
      <w:r>
        <w:t xml:space="preserve"> they're</w:t>
      </w:r>
      <w:r>
        <w:t xml:space="preserve"> cute</w:t>
      </w:r>
      <w:r>
        <w:t xml:space="preserve"> as</w:t>
      </w:r>
      <w:r>
        <w:t xml:space="preserve"> all</w:t>
      </w:r>
      <w:r>
        <w:t xml:space="preserve"> get-out.</w:t>
      </w:r>
      <w:r>
        <w:t xml:space="preserve"> </w:t>
        <w:br/>
        <w:t>好了</w:t>
        <w:br/>
        <w:t>Okay.</w:t>
        <w:br/>
        <w:t>说正事了啊</w:t>
        <w:br/>
        <w:t>Let's</w:t>
      </w:r>
      <w:r>
        <w:t xml:space="preserve"> get</w:t>
      </w:r>
      <w:r>
        <w:t xml:space="preserve"> down</w:t>
      </w:r>
      <w:r>
        <w:t xml:space="preserve"> to</w:t>
      </w:r>
      <w:r>
        <w:t xml:space="preserve"> business.</w:t>
      </w:r>
      <w:r>
        <w:t xml:space="preserve"> </w:t>
        <w:br/>
        <w:t>松树谷女子监狱</w:t>
        <w:br/>
        <w:t>Pine</w:t>
      </w:r>
      <w:r>
        <w:t xml:space="preserve"> Valley</w:t>
      </w:r>
      <w:r>
        <w:t xml:space="preserve"> Correctional</w:t>
      </w:r>
      <w:r>
        <w:t xml:space="preserve"> Center</w:t>
      </w:r>
      <w:r>
        <w:t xml:space="preserve"> for</w:t>
      </w:r>
      <w:r>
        <w:t xml:space="preserve"> women,</w:t>
      </w:r>
      <w:r>
        <w:t xml:space="preserve"> okay?</w:t>
        <w:br/>
        <w:t>他们人手不足</w:t>
      </w:r>
      <w:r>
        <w:t xml:space="preserve"> 资&amp;hearts;金&amp;hearts;短&amp;hearts;缺&amp;hearts;</w:t>
        <w:br/>
        <w:t>They</w:t>
      </w:r>
      <w:r>
        <w:t xml:space="preserve"> are</w:t>
      </w:r>
      <w:r>
        <w:t xml:space="preserve"> completely</w:t>
      </w:r>
      <w:r>
        <w:t xml:space="preserve"> understaffed</w:t>
      </w:r>
      <w:r>
        <w:t xml:space="preserve"> and</w:t>
      </w:r>
      <w:r>
        <w:t xml:space="preserve"> they're</w:t>
      </w:r>
      <w:r>
        <w:t xml:space="preserve"> operating</w:t>
      </w:r>
      <w:r>
        <w:t xml:space="preserve"> on</w:t>
      </w:r>
      <w:r>
        <w:t xml:space="preserve"> a</w:t>
      </w:r>
      <w:r>
        <w:t xml:space="preserve"> shoestring.</w:t>
        <w:br/>
        <w:t>他们请我们帮忙转运两名囚犯</w:t>
        <w:br/>
        <w:t>They</w:t>
      </w:r>
      <w:r>
        <w:t xml:space="preserve"> have</w:t>
      </w:r>
      <w:r>
        <w:t xml:space="preserve"> asked</w:t>
      </w:r>
      <w:r>
        <w:t xml:space="preserve"> us</w:t>
      </w:r>
      <w:r>
        <w:t xml:space="preserve"> to</w:t>
      </w:r>
      <w:r>
        <w:t xml:space="preserve"> transfer</w:t>
      </w:r>
      <w:r>
        <w:t xml:space="preserve"> two</w:t>
      </w:r>
      <w:r>
        <w:t xml:space="preserve"> inmates.</w:t>
        <w:br/>
        <w:t>一个转去沙林</w:t>
      </w:r>
      <w:r>
        <w:t xml:space="preserve"> 另一个去北角高度戒备女监</w:t>
        <w:br/>
        <w:t>One</w:t>
      </w:r>
      <w:r>
        <w:t xml:space="preserve"> is</w:t>
      </w:r>
      <w:r>
        <w:t xml:space="preserve"> going</w:t>
      </w:r>
      <w:r>
        <w:t xml:space="preserve"> to</w:t>
      </w:r>
      <w:r>
        <w:t xml:space="preserve"> Sandwood,</w:t>
      </w:r>
      <w:r>
        <w:t xml:space="preserve"> the</w:t>
      </w:r>
      <w:r>
        <w:t xml:space="preserve"> other's</w:t>
      </w:r>
      <w:r>
        <w:t xml:space="preserve"> going</w:t>
      </w:r>
      <w:r>
        <w:t xml:space="preserve"> to</w:t>
      </w:r>
      <w:r>
        <w:t xml:space="preserve"> North</w:t>
      </w:r>
      <w:r>
        <w:t xml:space="preserve"> Point</w:t>
      </w:r>
      <w:r>
        <w:t xml:space="preserve"> Maximum.</w:t>
        <w:br/>
        <w:t>听明白了吧?</w:t>
        <w:br/>
        <w:t>Okay?</w:t>
      </w:r>
      <w:r>
        <w:t xml:space="preserve"> Um,</w:t>
      </w:r>
      <w:r>
        <w:t xml:space="preserve"> McNally</w:t>
      </w:r>
      <w:r>
        <w:t xml:space="preserve"> and</w:t>
      </w:r>
      <w:r>
        <w:t xml:space="preserve"> Ward.</w:t>
        <w:br/>
        <w:t>McNally和Ward</w:t>
      </w:r>
      <w:r>
        <w:t xml:space="preserve"> 你俩负责去北角高戒的那个</w:t>
        <w:br/>
        <w:t>Okay,</w:t>
      </w:r>
      <w:r>
        <w:t xml:space="preserve"> you're</w:t>
      </w:r>
      <w:r>
        <w:t xml:space="preserve"> gonna</w:t>
      </w:r>
      <w:r>
        <w:t xml:space="preserve"> take</w:t>
      </w:r>
      <w:r>
        <w:t xml:space="preserve"> the</w:t>
      </w:r>
      <w:r>
        <w:t xml:space="preserve"> inmate</w:t>
      </w:r>
      <w:r>
        <w:t xml:space="preserve"> up</w:t>
      </w:r>
      <w:r>
        <w:t xml:space="preserve"> to</w:t>
      </w:r>
      <w:r>
        <w:t xml:space="preserve"> North</w:t>
      </w:r>
      <w:r>
        <w:t xml:space="preserve"> Point</w:t>
      </w:r>
      <w:r>
        <w:t xml:space="preserve"> Maximum.</w:t>
        <w:br/>
        <w:t>炎热夏季</w:t>
      </w:r>
      <w:r>
        <w:t xml:space="preserve"> 长时间同处一辆巡逻车</w:t>
        <w:br/>
        <w:t>All</w:t>
      </w:r>
      <w:r>
        <w:t xml:space="preserve"> right,</w:t>
      </w:r>
      <w:r>
        <w:t xml:space="preserve"> there's</w:t>
      </w:r>
      <w:r>
        <w:t xml:space="preserve"> nothing</w:t>
      </w:r>
      <w:r>
        <w:t xml:space="preserve"> like</w:t>
      </w:r>
      <w:r>
        <w:t xml:space="preserve"> a</w:t>
      </w:r>
      <w:r>
        <w:t xml:space="preserve"> long</w:t>
      </w:r>
      <w:r>
        <w:t xml:space="preserve"> ride</w:t>
      </w:r>
      <w:r>
        <w:t xml:space="preserve"> in</w:t>
      </w:r>
      <w:r>
        <w:t xml:space="preserve"> a</w:t>
      </w:r>
      <w:r>
        <w:t xml:space="preserve"> hot</w:t>
      </w:r>
      <w:r>
        <w:t xml:space="preserve"> squad</w:t>
      </w:r>
      <w:r>
        <w:t xml:space="preserve"> car</w:t>
      </w:r>
      <w:r>
        <w:t xml:space="preserve"> </w:t>
        <w:br/>
        <w:t>是了解同伴的最好机会</w:t>
        <w:br/>
        <w:t>to</w:t>
      </w:r>
      <w:r>
        <w:t xml:space="preserve"> get</w:t>
      </w:r>
      <w:r>
        <w:t xml:space="preserve"> to</w:t>
      </w:r>
      <w:r>
        <w:t xml:space="preserve"> know</w:t>
      </w:r>
      <w:r>
        <w:t xml:space="preserve"> a</w:t>
      </w:r>
      <w:r>
        <w:t xml:space="preserve"> person.</w:t>
        <w:br/>
        <w:t>肯定特别棒</w:t>
        <w:br/>
        <w:t>It's</w:t>
      </w:r>
      <w:r>
        <w:t xml:space="preserve"> gonna</w:t>
      </w:r>
      <w:r>
        <w:t xml:space="preserve"> be</w:t>
      </w:r>
      <w:r>
        <w:t xml:space="preserve"> lovely.</w:t>
        <w:br/>
        <w:t>Peck和Collins</w:t>
      </w:r>
      <w:r>
        <w:t xml:space="preserve"> 你俩去沙林旅个游吧</w:t>
        <w:br/>
        <w:t>Uh,</w:t>
      </w:r>
      <w:r>
        <w:t xml:space="preserve"> Peck</w:t>
      </w:r>
      <w:r>
        <w:t xml:space="preserve"> and</w:t>
      </w:r>
      <w:r>
        <w:t xml:space="preserve"> Collins,</w:t>
      </w:r>
      <w:r>
        <w:t xml:space="preserve"> okay,</w:t>
      </w:r>
      <w:r>
        <w:t xml:space="preserve"> you're</w:t>
      </w:r>
      <w:r>
        <w:t xml:space="preserve"> gonna</w:t>
      </w:r>
      <w:r>
        <w:t xml:space="preserve"> take</w:t>
      </w:r>
      <w:r>
        <w:t xml:space="preserve"> that</w:t>
      </w:r>
      <w:r>
        <w:t xml:space="preserve"> jaunt</w:t>
      </w:r>
      <w:r>
        <w:t xml:space="preserve"> over</w:t>
      </w:r>
      <w:r>
        <w:t xml:space="preserve"> to</w:t>
      </w:r>
      <w:r>
        <w:t xml:space="preserve"> Sandwood.</w:t>
        <w:br/>
        <w:t>其他人的任务分配表贴在白板上了</w:t>
        <w:br/>
        <w:t>Everybody</w:t>
      </w:r>
      <w:r>
        <w:t xml:space="preserve"> else,</w:t>
      </w:r>
      <w:r>
        <w:t xml:space="preserve"> your,</w:t>
      </w:r>
      <w:r>
        <w:t xml:space="preserve"> uh,</w:t>
      </w:r>
      <w:r>
        <w:t xml:space="preserve"> your</w:t>
      </w:r>
      <w:r>
        <w:t xml:space="preserve"> assignments</w:t>
      </w:r>
      <w:r>
        <w:t xml:space="preserve"> are</w:t>
      </w:r>
      <w:r>
        <w:t xml:space="preserve"> on</w:t>
      </w:r>
      <w:r>
        <w:t xml:space="preserve"> the</w:t>
      </w:r>
      <w:r>
        <w:t xml:space="preserve"> board.</w:t>
        <w:br/>
        <w:t>注意安全</w:t>
      </w:r>
      <w:r>
        <w:t xml:space="preserve"> 照章办事</w:t>
        <w:br/>
        <w:t>Okay,</w:t>
      </w:r>
      <w:r>
        <w:t xml:space="preserve"> play</w:t>
      </w:r>
      <w:r>
        <w:t xml:space="preserve"> safe</w:t>
      </w:r>
      <w:r>
        <w:t xml:space="preserve"> and,</w:t>
      </w:r>
      <w:r>
        <w:t xml:space="preserve"> uh,</w:t>
      </w:r>
      <w:r>
        <w:t xml:space="preserve"> color</w:t>
      </w:r>
      <w:r>
        <w:t xml:space="preserve"> inside</w:t>
      </w:r>
      <w:r>
        <w:t xml:space="preserve"> the</w:t>
      </w:r>
      <w:r>
        <w:t xml:space="preserve"> lines.</w:t>
        <w:br/>
        <w:t>好吗?</w:t>
      </w:r>
      <w:r>
        <w:t xml:space="preserve"> 注意了</w:t>
      </w:r>
      <w:r>
        <w:t xml:space="preserve"> 我可是睁大一只眼</w:t>
      </w:r>
      <w:r>
        <w:t xml:space="preserve"> 好好盯着你们呢</w:t>
        <w:br/>
        <w:t>Okay?</w:t>
      </w:r>
      <w:r>
        <w:t xml:space="preserve"> Remember,</w:t>
      </w:r>
      <w:r>
        <w:t xml:space="preserve"> I</w:t>
      </w:r>
      <w:r>
        <w:t xml:space="preserve"> got</w:t>
      </w:r>
      <w:r>
        <w:t xml:space="preserve"> my</w:t>
      </w:r>
      <w:r>
        <w:t xml:space="preserve"> eye</w:t>
      </w:r>
      <w:r>
        <w:t xml:space="preserve"> on</w:t>
      </w:r>
      <w:r>
        <w:t xml:space="preserve"> you.</w:t>
        <w:br/>
        <w:t>你不必这么麻烦的</w:t>
      </w:r>
      <w:r>
        <w:t xml:space="preserve"> 我自己可以</w:t>
        <w:br/>
        <w:t>You</w:t>
      </w:r>
      <w:r>
        <w:t xml:space="preserve"> don't</w:t>
      </w:r>
      <w:r>
        <w:t xml:space="preserve"> need</w:t>
      </w:r>
      <w:r>
        <w:t xml:space="preserve"> to</w:t>
      </w:r>
      <w:r>
        <w:t xml:space="preserve"> do</w:t>
      </w:r>
      <w:r>
        <w:t xml:space="preserve"> this.</w:t>
      </w:r>
      <w:r>
        <w:t xml:space="preserve"> I</w:t>
      </w:r>
      <w:r>
        <w:t xml:space="preserve"> am</w:t>
      </w:r>
      <w:r>
        <w:t xml:space="preserve"> fine</w:t>
      </w:r>
      <w:r>
        <w:t xml:space="preserve"> to</w:t>
      </w:r>
      <w:r>
        <w:t xml:space="preserve"> do</w:t>
      </w:r>
      <w:r>
        <w:t xml:space="preserve"> it</w:t>
      </w:r>
      <w:r>
        <w:t xml:space="preserve"> on</w:t>
      </w:r>
      <w:r>
        <w:t xml:space="preserve"> my</w:t>
      </w:r>
      <w:r>
        <w:t xml:space="preserve"> own.</w:t>
        <w:br/>
        <w:t>我知道</w:t>
      </w:r>
      <w:r>
        <w:t xml:space="preserve"> 可我想来</w:t>
        <w:br/>
        <w:t>I</w:t>
      </w:r>
      <w:r>
        <w:t xml:space="preserve"> know</w:t>
      </w:r>
      <w:r>
        <w:t xml:space="preserve"> you</w:t>
      </w:r>
      <w:r>
        <w:t xml:space="preserve"> are.</w:t>
      </w:r>
      <w:r>
        <w:t xml:space="preserve"> I,</w:t>
      </w:r>
      <w:r>
        <w:t xml:space="preserve"> uh...</w:t>
      </w:r>
      <w:r>
        <w:t xml:space="preserve"> I</w:t>
      </w:r>
      <w:r>
        <w:t xml:space="preserve"> wanted</w:t>
      </w:r>
      <w:r>
        <w:t xml:space="preserve"> to</w:t>
      </w:r>
      <w:r>
        <w:t xml:space="preserve"> be</w:t>
      </w:r>
      <w:r>
        <w:t xml:space="preserve"> here.</w:t>
        <w:br/>
        <w:t>好吧</w:t>
        <w:br/>
        <w:t>Okay.</w:t>
        <w:br/>
        <w:t>那个</w:t>
      </w:r>
      <w:r>
        <w:t xml:space="preserve"> 来一半吗?</w:t>
        <w:br/>
        <w:t>You,</w:t>
      </w:r>
      <w:r>
        <w:t xml:space="preserve"> uh...</w:t>
      </w:r>
      <w:r>
        <w:t xml:space="preserve"> Want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half?</w:t>
        <w:br/>
        <w:t>好啊</w:t>
        <w:br/>
        <w:t>Sure.</w:t>
        <w:br/>
        <w:t>是这样</w:t>
      </w:r>
      <w:r>
        <w:t xml:space="preserve"> 我男友要当爹了</w:t>
        <w:br/>
        <w:t>So,</w:t>
      </w:r>
      <w:r>
        <w:t xml:space="preserve"> my</w:t>
      </w:r>
      <w:r>
        <w:t xml:space="preserve"> boyfriend's</w:t>
      </w:r>
      <w:r>
        <w:t xml:space="preserve"> gonna</w:t>
      </w:r>
      <w:r>
        <w:t xml:space="preserve"> be</w:t>
      </w:r>
      <w:r>
        <w:t xml:space="preserve"> a</w:t>
      </w:r>
      <w:r>
        <w:t xml:space="preserve"> father,</w:t>
      </w:r>
      <w:r>
        <w:t xml:space="preserve"> </w:t>
        <w:br/>
        <w:t>不过不是我生</w:t>
        <w:br/>
        <w:t>but,</w:t>
      </w:r>
      <w:r>
        <w:t xml:space="preserve"> uh,</w:t>
      </w:r>
      <w:r>
        <w:t xml:space="preserve"> I'm</w:t>
      </w:r>
      <w:r>
        <w:t xml:space="preserve"> not</w:t>
      </w:r>
      <w:r>
        <w:t xml:space="preserve"> gonna</w:t>
      </w:r>
      <w:r>
        <w:t xml:space="preserve"> be</w:t>
      </w:r>
      <w:r>
        <w:t xml:space="preserve"> the</w:t>
      </w:r>
      <w:r>
        <w:t xml:space="preserve"> mother.</w:t>
        <w:br/>
        <w:t>孩儿他妈在情报部工作</w:t>
      </w:r>
      <w:r>
        <w:t xml:space="preserve"> 有躁郁症</w:t>
        <w:br/>
        <w:t>The</w:t>
      </w:r>
      <w:r>
        <w:t xml:space="preserve"> mother</w:t>
      </w:r>
      <w:r>
        <w:t xml:space="preserve"> works</w:t>
      </w:r>
      <w:r>
        <w:t xml:space="preserve"> in</w:t>
      </w:r>
      <w:r>
        <w:t xml:space="preserve"> intelligence</w:t>
      </w:r>
      <w:r>
        <w:t xml:space="preserve"> and</w:t>
      </w:r>
      <w:r>
        <w:t xml:space="preserve"> she's</w:t>
      </w:r>
      <w:r>
        <w:t xml:space="preserve"> bipolar</w:t>
      </w:r>
      <w:r>
        <w:t xml:space="preserve"> </w:t>
        <w:br/>
        <w:t>大家都知道了</w:t>
      </w:r>
      <w:r>
        <w:t xml:space="preserve"> 挺尴尬的</w:t>
        <w:br/>
        <w:t>and</w:t>
      </w:r>
      <w:r>
        <w:t xml:space="preserve"> everyone</w:t>
      </w:r>
      <w:r>
        <w:t xml:space="preserve"> knows,</w:t>
      </w:r>
      <w:r>
        <w:t xml:space="preserve"> so</w:t>
      </w:r>
      <w:r>
        <w:t xml:space="preserve"> it's</w:t>
      </w:r>
      <w:r>
        <w:t xml:space="preserve"> awkward.</w:t>
        <w:br/>
        <w:t>是啊</w:t>
        <w:br/>
        <w:t>Yeah.</w:t>
        <w:br/>
        <w:t>我们一整天都要在一起</w:t>
        <w:br/>
        <w:t>Uh,</w:t>
      </w:r>
      <w:r>
        <w:t xml:space="preserve"> look,</w:t>
      </w:r>
      <w:r>
        <w:t xml:space="preserve"> we're</w:t>
      </w:r>
      <w:r>
        <w:t xml:space="preserve"> just</w:t>
      </w:r>
      <w:r>
        <w:t xml:space="preserve"> gonna</w:t>
      </w:r>
      <w:r>
        <w:t xml:space="preserve"> be</w:t>
      </w:r>
      <w:r>
        <w:t xml:space="preserve"> together</w:t>
      </w:r>
      <w:r>
        <w:t xml:space="preserve"> the</w:t>
      </w:r>
      <w:r>
        <w:t xml:space="preserve"> entire</w:t>
      </w:r>
      <w:r>
        <w:t xml:space="preserve"> day,</w:t>
        <w:br/>
        <w:br/>
        <w:t>我就想着咱也别寒暄了</w:t>
        <w:br/>
        <w:t>and</w:t>
      </w:r>
      <w:r>
        <w:t xml:space="preserve"> so</w:t>
      </w:r>
      <w:r>
        <w:t xml:space="preserve"> I</w:t>
      </w:r>
      <w:r>
        <w:t xml:space="preserve"> just</w:t>
      </w:r>
      <w:r>
        <w:t xml:space="preserve"> figured</w:t>
      </w:r>
      <w:r>
        <w:t xml:space="preserve"> let's</w:t>
      </w:r>
      <w:r>
        <w:t xml:space="preserve"> skip</w:t>
      </w:r>
      <w:r>
        <w:t xml:space="preserve"> the</w:t>
      </w:r>
      <w:r>
        <w:t xml:space="preserve"> small</w:t>
      </w:r>
      <w:r>
        <w:t xml:space="preserve"> talk</w:t>
      </w:r>
      <w:r>
        <w:t xml:space="preserve"> </w:t>
        <w:br/>
        <w:t>直奔主题</w:t>
      </w:r>
      <w:r>
        <w:t xml:space="preserve"> 过度分享吧</w:t>
        <w:br/>
        <w:t>and</w:t>
      </w:r>
      <w:r>
        <w:t xml:space="preserve"> go</w:t>
      </w:r>
      <w:r>
        <w:t xml:space="preserve"> straight</w:t>
      </w:r>
      <w:r>
        <w:t xml:space="preserve"> to</w:t>
      </w:r>
      <w:r>
        <w:t xml:space="preserve"> over-sharing.</w:t>
        <w:br/>
        <w:t>我爱惨了Nick</w:t>
      </w:r>
      <w:r>
        <w:t xml:space="preserve"> Collins</w:t>
        <w:br/>
        <w:t>I'm</w:t>
      </w:r>
      <w:r>
        <w:t xml:space="preserve"> crazy</w:t>
      </w:r>
      <w:r>
        <w:t xml:space="preserve"> about</w:t>
      </w:r>
      <w:r>
        <w:t xml:space="preserve"> Nick</w:t>
      </w:r>
      <w:r>
        <w:t xml:space="preserve"> Collins.</w:t>
      </w:r>
      <w:r>
        <w:t xml:space="preserve"> </w:t>
        <w:br/>
        <w:t>你说啥?</w:t>
        <w:br/>
        <w:t>Pardonne</w:t>
      </w:r>
      <w:r>
        <w:t xml:space="preserve"> moi?</w:t>
        <w:br/>
        <w:t>对不起</w:t>
      </w:r>
      <w:r>
        <w:t xml:space="preserve"> 这样很怪吗?</w:t>
        <w:br/>
        <w:t>Sorry,</w:t>
      </w:r>
      <w:r>
        <w:t xml:space="preserve"> is</w:t>
      </w:r>
      <w:r>
        <w:t xml:space="preserve"> that</w:t>
      </w:r>
      <w:r>
        <w:t xml:space="preserve"> weird?</w:t>
        <w:br/>
        <w:t>我知道你是他的前女友</w:t>
      </w:r>
      <w:r>
        <w:t xml:space="preserve"> 所以...</w:t>
        <w:br/>
        <w:t>'Cause</w:t>
      </w:r>
      <w:r>
        <w:t xml:space="preserve"> I</w:t>
      </w:r>
      <w:r>
        <w:t xml:space="preserve"> know...</w:t>
      </w:r>
      <w:r>
        <w:t xml:space="preserve"> I</w:t>
      </w:r>
      <w:r>
        <w:t xml:space="preserve"> know</w:t>
      </w:r>
      <w:r>
        <w:t xml:space="preserve"> that</w:t>
      </w:r>
      <w:r>
        <w:t xml:space="preserve"> you</w:t>
      </w:r>
      <w:r>
        <w:t xml:space="preserve"> used</w:t>
      </w:r>
      <w:r>
        <w:t xml:space="preserve"> to</w:t>
      </w:r>
      <w:r>
        <w:t xml:space="preserve"> date</w:t>
      </w:r>
      <w:r>
        <w:t xml:space="preserve"> him,</w:t>
      </w:r>
      <w:r>
        <w:t xml:space="preserve"> and...</w:t>
        <w:br/>
        <w:t>我之前还真见过你俩在巡逻的时候聊天</w:t>
        <w:br/>
        <w:t>No,</w:t>
      </w:r>
      <w:r>
        <w:t xml:space="preserve"> you</w:t>
      </w:r>
      <w:r>
        <w:t xml:space="preserve"> know</w:t>
      </w:r>
      <w:r>
        <w:t xml:space="preserve"> what?</w:t>
      </w:r>
      <w:r>
        <w:t xml:space="preserve"> I</w:t>
      </w:r>
      <w:r>
        <w:t xml:space="preserve"> actually</w:t>
      </w:r>
      <w:r>
        <w:t xml:space="preserve"> saw</w:t>
      </w:r>
      <w:r>
        <w:t xml:space="preserve"> you</w:t>
      </w:r>
      <w:r>
        <w:t xml:space="preserve"> guys</w:t>
      </w:r>
      <w:r>
        <w:t xml:space="preserve"> talking</w:t>
      </w:r>
      <w:r>
        <w:t xml:space="preserve"> in</w:t>
      </w:r>
      <w:r>
        <w:t xml:space="preserve"> parade.</w:t>
        <w:br/>
        <w:t>当时我就想这事来着</w:t>
        <w:br/>
        <w:t>I</w:t>
      </w:r>
      <w:r>
        <w:t xml:space="preserve"> was</w:t>
      </w:r>
      <w:r>
        <w:t xml:space="preserve"> wondering</w:t>
      </w:r>
      <w:r>
        <w:t xml:space="preserve"> what</w:t>
      </w:r>
      <w:r>
        <w:t xml:space="preserve"> that</w:t>
      </w:r>
      <w:r>
        <w:t xml:space="preserve"> was</w:t>
      </w:r>
      <w:r>
        <w:t xml:space="preserve"> about.</w:t>
      </w:r>
      <w:r>
        <w:t xml:space="preserve"> </w:t>
        <w:br/>
        <w:t>不是</w:t>
      </w:r>
      <w:r>
        <w:t xml:space="preserve"> 那没什么的</w:t>
        <w:br/>
        <w:t>No,</w:t>
      </w:r>
      <w:r>
        <w:t xml:space="preserve"> no,</w:t>
      </w:r>
      <w:r>
        <w:t xml:space="preserve"> no.</w:t>
      </w:r>
      <w:r>
        <w:t xml:space="preserve"> It's</w:t>
      </w:r>
      <w:r>
        <w:t xml:space="preserve"> nothing.</w:t>
        <w:br/>
        <w:t>我不能也不会跟他在一起</w:t>
        <w:br/>
        <w:t>I</w:t>
      </w:r>
      <w:r>
        <w:t xml:space="preserve"> mean,</w:t>
      </w:r>
      <w:r>
        <w:t xml:space="preserve"> I</w:t>
      </w:r>
      <w:r>
        <w:t xml:space="preserve"> can't</w:t>
      </w:r>
      <w:r>
        <w:t xml:space="preserve"> and</w:t>
      </w:r>
      <w:r>
        <w:t xml:space="preserve"> I</w:t>
      </w:r>
      <w:r>
        <w:t xml:space="preserve"> won't,</w:t>
      </w:r>
      <w:r>
        <w:t xml:space="preserve"> </w:t>
        <w:br/>
        <w:t>所以我在找躲开他的理由</w:t>
        <w:br/>
        <w:t>and</w:t>
      </w:r>
      <w:r>
        <w:t xml:space="preserve"> that's</w:t>
      </w:r>
      <w:r>
        <w:t xml:space="preserve"> why</w:t>
      </w:r>
      <w:r>
        <w:t xml:space="preserve"> I'm</w:t>
      </w:r>
      <w:r>
        <w:t xml:space="preserve"> looking</w:t>
      </w:r>
      <w:r>
        <w:t xml:space="preserve"> for</w:t>
      </w:r>
      <w:r>
        <w:t xml:space="preserve"> excuses</w:t>
      </w:r>
      <w:r>
        <w:t xml:space="preserve"> to</w:t>
      </w:r>
      <w:r>
        <w:t xml:space="preserve"> avoid</w:t>
      </w:r>
      <w:r>
        <w:t xml:space="preserve"> him,</w:t>
        <w:br/>
        <w:t>问他的前任最合适了</w:t>
      </w:r>
      <w:r>
        <w:t xml:space="preserve"> 对吧?</w:t>
        <w:br/>
        <w:t>and</w:t>
      </w:r>
      <w:r>
        <w:t xml:space="preserve"> who</w:t>
      </w:r>
      <w:r>
        <w:t xml:space="preserve"> better</w:t>
      </w:r>
      <w:r>
        <w:t xml:space="preserve"> to</w:t>
      </w:r>
      <w:r>
        <w:t xml:space="preserve"> ask</w:t>
      </w:r>
      <w:r>
        <w:t xml:space="preserve"> than</w:t>
      </w:r>
      <w:r>
        <w:t xml:space="preserve"> his</w:t>
      </w:r>
      <w:r>
        <w:t xml:space="preserve"> ex,</w:t>
      </w:r>
      <w:r>
        <w:t xml:space="preserve"> right?</w:t>
        <w:br/>
        <w:t>他是个好人</w:t>
        <w:br/>
        <w:t>He's</w:t>
      </w:r>
      <w:r>
        <w:t xml:space="preserve"> a</w:t>
      </w:r>
      <w:r>
        <w:t xml:space="preserve"> great</w:t>
      </w:r>
      <w:r>
        <w:t xml:space="preserve"> guy.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</w:t>
        <w:br/>
        <w:t>是</w:t>
        <w:br/>
        <w:t>Yeah.</w:t>
        <w:br/>
        <w:t>但所有人都有缺点的吧</w:t>
        <w:br/>
        <w:t>Yeah,</w:t>
      </w:r>
      <w:r>
        <w:t xml:space="preserve"> but</w:t>
      </w:r>
      <w:r>
        <w:t xml:space="preserve"> everyone</w:t>
      </w:r>
      <w:r>
        <w:t xml:space="preserve"> has</w:t>
      </w:r>
      <w:r>
        <w:t xml:space="preserve"> their</w:t>
      </w:r>
      <w:r>
        <w:t xml:space="preserve"> flaws.</w:t>
        <w:br/>
        <w:t>那必须的</w:t>
        <w:br/>
        <w:t>For</w:t>
      </w:r>
      <w:r>
        <w:t xml:space="preserve"> sure.</w:t>
      </w:r>
      <w:r>
        <w:t xml:space="preserve"> </w:t>
        <w:br/>
        <w:t>你说</w:t>
        <w:br/>
        <w:t>Okay.</w:t>
        <w:br/>
        <w:t>可惜Nick没有</w:t>
        <w:br/>
        <w:t>Except</w:t>
      </w:r>
      <w:r>
        <w:t xml:space="preserve"> for</w:t>
      </w:r>
      <w:r>
        <w:t xml:space="preserve"> Nick.</w:t>
      </w:r>
      <w:r>
        <w:t xml:space="preserve"> </w:t>
        <w:br/>
        <w:t>那你不还是跟他分手了</w:t>
        <w:br/>
        <w:t>I</w:t>
      </w:r>
      <w:r>
        <w:t xml:space="preserve"> mean,</w:t>
      </w:r>
      <w:r>
        <w:t xml:space="preserve"> you're</w:t>
      </w:r>
      <w:r>
        <w:t xml:space="preserve"> not</w:t>
      </w:r>
      <w:r>
        <w:t xml:space="preserve"> going</w:t>
      </w:r>
      <w:r>
        <w:t xml:space="preserve"> out</w:t>
      </w:r>
      <w:r>
        <w:t xml:space="preserve"> with</w:t>
      </w:r>
      <w:r>
        <w:t xml:space="preserve"> him</w:t>
      </w:r>
      <w:r>
        <w:t xml:space="preserve"> anymore.</w:t>
        <w:br/>
        <w:t>是</w:t>
      </w:r>
      <w:r>
        <w:t xml:space="preserve"> 但那是因为我还喜欢Sam</w:t>
        <w:br/>
        <w:t>Yeah,</w:t>
      </w:r>
      <w:r>
        <w:t xml:space="preserve"> but</w:t>
      </w:r>
      <w:r>
        <w:t xml:space="preserve"> that's</w:t>
      </w:r>
      <w:r>
        <w:t xml:space="preserve"> because</w:t>
      </w:r>
      <w:r>
        <w:t xml:space="preserve"> of</w:t>
      </w:r>
      <w:r>
        <w:t xml:space="preserve"> my</w:t>
      </w:r>
      <w:r>
        <w:t xml:space="preserve"> history</w:t>
      </w:r>
      <w:r>
        <w:t xml:space="preserve"> with</w:t>
      </w:r>
      <w:r>
        <w:t xml:space="preserve"> Sam.</w:t>
      </w:r>
      <w:r>
        <w:t xml:space="preserve"> </w:t>
        <w:br/>
        <w:t>他既风趣</w:t>
      </w:r>
      <w:r>
        <w:t xml:space="preserve"> 又忠诚</w:t>
        <w:br/>
        <w:t>Look,</w:t>
      </w:r>
      <w:r>
        <w:t xml:space="preserve"> he's</w:t>
      </w:r>
      <w:r>
        <w:t xml:space="preserve"> funny</w:t>
      </w:r>
      <w:r>
        <w:t xml:space="preserve"> and</w:t>
      </w:r>
      <w:r>
        <w:t xml:space="preserve"> loyal.</w:t>
        <w:br/>
        <w:t>绝对好男人</w:t>
        <w:br/>
        <w:t>He's</w:t>
      </w:r>
      <w:r>
        <w:t xml:space="preserve"> a</w:t>
      </w:r>
      <w:r>
        <w:t xml:space="preserve"> great</w:t>
      </w:r>
      <w:r>
        <w:t xml:space="preserve"> catch.</w:t>
      </w:r>
      <w:r>
        <w:t xml:space="preserve"> </w:t>
        <w:br/>
        <w:t>但我不能跟警&amp;hearts;察&amp;hearts;在一起</w:t>
        <w:br/>
        <w:t>Still,</w:t>
      </w:r>
      <w:r>
        <w:t xml:space="preserve"> you</w:t>
      </w:r>
      <w:r>
        <w:t xml:space="preserve"> know,</w:t>
      </w:r>
      <w:r>
        <w:t xml:space="preserve"> I</w:t>
      </w:r>
      <w:r>
        <w:t xml:space="preserve"> can't</w:t>
      </w:r>
      <w:r>
        <w:t xml:space="preserve"> date</w:t>
      </w:r>
      <w:r>
        <w:t xml:space="preserve"> a</w:t>
      </w:r>
      <w:r>
        <w:t xml:space="preserve"> cop.</w:t>
        <w:br/>
        <w:t>那句老话</w:t>
        <w:br/>
        <w:t>That</w:t>
      </w:r>
      <w:r>
        <w:t xml:space="preserve"> old</w:t>
      </w:r>
      <w:r>
        <w:t xml:space="preserve"> Chestnut.</w:t>
        <w:br/>
        <w:t>哎</w:t>
      </w:r>
      <w:r>
        <w:t xml:space="preserve"> 我之前也说过这话</w:t>
        <w:br/>
        <w:t>Yeah.</w:t>
      </w:r>
      <w:r>
        <w:t xml:space="preserve"> I</w:t>
      </w:r>
      <w:r>
        <w:t xml:space="preserve"> said</w:t>
      </w:r>
      <w:r>
        <w:t xml:space="preserve"> that,</w:t>
      </w:r>
      <w:r>
        <w:t xml:space="preserve"> too.</w:t>
        <w:br/>
        <w:t>你之前转运过囚犯没有?</w:t>
        <w:br/>
        <w:t>So,</w:t>
      </w:r>
      <w:r>
        <w:t xml:space="preserve"> have</w:t>
      </w:r>
      <w:r>
        <w:t xml:space="preserve"> you</w:t>
      </w:r>
      <w:r>
        <w:t xml:space="preserve"> done</w:t>
      </w:r>
      <w:r>
        <w:t xml:space="preserve"> many</w:t>
      </w:r>
      <w:r>
        <w:t xml:space="preserve"> prison</w:t>
      </w:r>
      <w:r>
        <w:t xml:space="preserve"> transfers</w:t>
      </w:r>
      <w:r>
        <w:t xml:space="preserve"> before?</w:t>
      </w:r>
      <w:r>
        <w:t xml:space="preserve"> </w:t>
        <w:br/>
        <w:t>别说笑啦</w:t>
        <w:br/>
        <w:t>What,</w:t>
      </w:r>
      <w:r>
        <w:t xml:space="preserve"> are</w:t>
      </w:r>
      <w:r>
        <w:t xml:space="preserve"> you</w:t>
      </w:r>
      <w:r>
        <w:t xml:space="preserve"> kidding</w:t>
      </w:r>
      <w:r>
        <w:t xml:space="preserve"> me?</w:t>
        <w:br/>
        <w:t>我之前都是在温哥华的Shaughnessy高级社区巡逻</w:t>
        <w:br/>
        <w:t>Before</w:t>
      </w:r>
      <w:r>
        <w:t xml:space="preserve"> this,</w:t>
      </w:r>
      <w:r>
        <w:t xml:space="preserve"> I</w:t>
      </w:r>
      <w:r>
        <w:t xml:space="preserve"> was</w:t>
      </w:r>
      <w:r>
        <w:t xml:space="preserve"> patrolling</w:t>
      </w:r>
      <w:r>
        <w:t xml:space="preserve"> Shaughnessy</w:t>
      </w:r>
      <w:r>
        <w:t xml:space="preserve"> in</w:t>
      </w:r>
      <w:r>
        <w:t xml:space="preserve"> Vancouver.</w:t>
      </w:r>
      <w:r>
        <w:t xml:space="preserve"> </w:t>
        <w:br/>
        <w:t>最多也就是管过小偷小摸</w:t>
        <w:br/>
        <w:t>Most</w:t>
      </w:r>
      <w:r>
        <w:t xml:space="preserve"> exciting</w:t>
      </w:r>
      <w:r>
        <w:t xml:space="preserve"> thing</w:t>
      </w:r>
      <w:r>
        <w:t xml:space="preserve"> I</w:t>
      </w:r>
      <w:r>
        <w:t xml:space="preserve"> did</w:t>
      </w:r>
      <w:r>
        <w:t xml:space="preserve"> was</w:t>
      </w:r>
      <w:r>
        <w:t xml:space="preserve"> stop</w:t>
      </w:r>
      <w:r>
        <w:t xml:space="preserve"> a</w:t>
      </w:r>
      <w:r>
        <w:t xml:space="preserve"> few</w:t>
      </w:r>
      <w:r>
        <w:t xml:space="preserve"> B&amp;Es.</w:t>
        <w:br/>
        <w:t>McNally</w:t>
        <w:br/>
        <w:t>McNally.</w:t>
      </w:r>
      <w:r>
        <w:t xml:space="preserve"> </w:t>
        <w:br/>
        <w:t>对</w:t>
      </w:r>
      <w:r>
        <w:t xml:space="preserve"> 是我</w:t>
        <w:br/>
        <w:t>Yes.</w:t>
      </w:r>
      <w:r>
        <w:t xml:space="preserve"> That's</w:t>
      </w:r>
      <w:r>
        <w:t xml:space="preserve"> me.</w:t>
        <w:br/>
        <w:t>Collins</w:t>
        <w:br/>
        <w:t>Collins.</w:t>
      </w:r>
      <w:r>
        <w:t xml:space="preserve"> </w:t>
        <w:br/>
        <w:t>是</w:t>
        <w:br/>
        <w:t>Yes.</w:t>
        <w:br/>
        <w:t>Peck?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Ward?</w:t>
        <w:br/>
        <w:t>Peck?</w:t>
      </w:r>
      <w:r>
        <w:t xml:space="preserve"> Um,</w:t>
      </w:r>
      <w:r>
        <w:t xml:space="preserve"> Ward?</w:t>
        <w:br/>
        <w:t>这个一定要随身拿好</w:t>
        <w:br/>
        <w:t>Keep</w:t>
      </w:r>
      <w:r>
        <w:t xml:space="preserve"> these</w:t>
      </w:r>
      <w:r>
        <w:t xml:space="preserve"> with</w:t>
      </w:r>
      <w:r>
        <w:t xml:space="preserve"> you</w:t>
      </w:r>
      <w:r>
        <w:t xml:space="preserve"> at</w:t>
      </w:r>
      <w:r>
        <w:t xml:space="preserve"> all</w:t>
      </w:r>
      <w:r>
        <w:t xml:space="preserve"> times.</w:t>
        <w:br/>
        <w:t>把你们的枪&amp;hearts;支&amp;hearts;弹&amp;hearts;药&amp;hearts;手&amp;hearts;机&amp;hearts;都放在这个盒子里</w:t>
        <w:br/>
        <w:t>Place</w:t>
      </w:r>
      <w:r>
        <w:t xml:space="preserve"> your</w:t>
      </w:r>
      <w:r>
        <w:t xml:space="preserve"> firearms,</w:t>
      </w:r>
      <w:r>
        <w:t xml:space="preserve"> magazines,</w:t>
      </w:r>
      <w:r>
        <w:t xml:space="preserve"> and</w:t>
      </w:r>
      <w:r>
        <w:t xml:space="preserve"> cellphones</w:t>
      </w:r>
      <w:r>
        <w:t xml:space="preserve"> in</w:t>
      </w:r>
      <w:r>
        <w:t xml:space="preserve"> these</w:t>
      </w:r>
      <w:r>
        <w:t xml:space="preserve"> bins</w:t>
      </w:r>
      <w:r>
        <w:t xml:space="preserve"> </w:t>
        <w:br/>
        <w:t>其他可用作武器的东西也放进来</w:t>
        <w:br/>
        <w:t>along</w:t>
      </w:r>
      <w:r>
        <w:t xml:space="preserve"> with</w:t>
      </w:r>
      <w:r>
        <w:t xml:space="preserve"> anything</w:t>
      </w:r>
      <w:r>
        <w:t xml:space="preserve"> that</w:t>
      </w:r>
      <w:r>
        <w:t xml:space="preserve"> can</w:t>
      </w:r>
      <w:r>
        <w:t xml:space="preserve"> be</w:t>
      </w:r>
      <w:r>
        <w:t xml:space="preserve"> used</w:t>
      </w:r>
      <w:r>
        <w:t xml:space="preserve"> as</w:t>
      </w:r>
      <w:r>
        <w:t xml:space="preserve"> a</w:t>
      </w:r>
      <w:r>
        <w:t xml:space="preserve"> weapon.</w:t>
        <w:br/>
        <w:t>先登记</w:t>
      </w:r>
      <w:r>
        <w:t xml:space="preserve"> 出去的时候再拿</w:t>
        <w:br/>
        <w:t>Sign</w:t>
      </w:r>
      <w:r>
        <w:t xml:space="preserve"> them</w:t>
      </w:r>
      <w:r>
        <w:t xml:space="preserve"> in</w:t>
      </w:r>
      <w:r>
        <w:t xml:space="preserve"> now</w:t>
      </w:r>
      <w:r>
        <w:t xml:space="preserve"> and</w:t>
      </w:r>
      <w:r>
        <w:t xml:space="preserve"> you</w:t>
      </w:r>
      <w:r>
        <w:t xml:space="preserve"> can</w:t>
      </w:r>
      <w:r>
        <w:t xml:space="preserve"> pick</w:t>
      </w:r>
      <w:r>
        <w:t xml:space="preserve"> them</w:t>
      </w:r>
      <w:r>
        <w:t xml:space="preserve"> up</w:t>
      </w:r>
      <w:r>
        <w:t xml:space="preserve"> on</w:t>
      </w:r>
      <w:r>
        <w:t xml:space="preserve"> your</w:t>
      </w:r>
      <w:r>
        <w:t xml:space="preserve"> way</w:t>
      </w:r>
      <w:r>
        <w:t xml:space="preserve"> out.</w:t>
        <w:br/>
        <w:t>有问题吗?</w:t>
        <w:br/>
        <w:t>Any</w:t>
      </w:r>
      <w:r>
        <w:t xml:space="preserve"> questions?</w:t>
        <w:br/>
        <w:t>就一个</w:t>
      </w:r>
      <w:r>
        <w:t xml:space="preserve"> 你是?</w:t>
        <w:br/>
        <w:t>Just</w:t>
      </w:r>
      <w:r>
        <w:t xml:space="preserve"> one.</w:t>
      </w:r>
      <w:r>
        <w:t xml:space="preserve"> You</w:t>
      </w:r>
      <w:r>
        <w:t xml:space="preserve"> are?</w:t>
        <w:br/>
        <w:t>Justine</w:t>
      </w:r>
      <w:r>
        <w:t xml:space="preserve"> Ordower</w:t>
      </w:r>
      <w:r>
        <w:t xml:space="preserve"> 我是典狱长</w:t>
        <w:br/>
        <w:t>Justine</w:t>
      </w:r>
      <w:r>
        <w:t xml:space="preserve"> Ordower.</w:t>
      </w:r>
      <w:r>
        <w:t xml:space="preserve"> I'm</w:t>
      </w:r>
      <w:r>
        <w:t xml:space="preserve"> the</w:t>
      </w:r>
      <w:r>
        <w:t xml:space="preserve"> warden.</w:t>
        <w:br/>
        <w:t>Ordower典狱长?</w:t>
        <w:br/>
        <w:t>Warden</w:t>
      </w:r>
      <w:r>
        <w:t xml:space="preserve"> Ordower?</w:t>
        <w:br/>
        <w:t>我知道</w:t>
      </w:r>
      <w:r>
        <w:t xml:space="preserve"> 我也觉得很拗口</w:t>
        <w:br/>
        <w:t>Yeah,</w:t>
      </w:r>
      <w:r>
        <w:t xml:space="preserve"> I</w:t>
      </w:r>
      <w:r>
        <w:t xml:space="preserve"> know.</w:t>
      </w:r>
      <w:r>
        <w:t xml:space="preserve"> It's</w:t>
      </w:r>
      <w:r>
        <w:t xml:space="preserve"> unfortunate.</w:t>
        <w:br/>
        <w:t>把书面工作弄完</w:t>
        <w:br/>
        <w:t>Let's</w:t>
      </w:r>
      <w:r>
        <w:t xml:space="preserve"> do</w:t>
      </w:r>
      <w:r>
        <w:t xml:space="preserve"> some</w:t>
      </w:r>
      <w:r>
        <w:t xml:space="preserve"> quick</w:t>
      </w:r>
      <w:r>
        <w:t xml:space="preserve"> paperwork,</w:t>
      </w:r>
      <w:r>
        <w:t xml:space="preserve"> </w:t>
        <w:br/>
        <w:t>我就带你们去牢房&amp;hearts;</w:t>
        <w:br/>
        <w:t>and</w:t>
      </w:r>
      <w:r>
        <w:t xml:space="preserve"> then</w:t>
      </w:r>
      <w:r>
        <w:t xml:space="preserve"> I'll</w:t>
      </w:r>
      <w:r>
        <w:t xml:space="preserve"> show</w:t>
      </w:r>
      <w:r>
        <w:t xml:space="preserve"> you</w:t>
      </w:r>
      <w:r>
        <w:t xml:space="preserve"> the</w:t>
      </w:r>
      <w:r>
        <w:t xml:space="preserve"> cellblock.</w:t>
        <w:br/>
        <w:t>自从我们被缩减资金</w:t>
      </w:r>
      <w:r>
        <w:t xml:space="preserve"> 这里就有点人满为患了</w:t>
        <w:br/>
        <w:t>We've</w:t>
      </w:r>
      <w:r>
        <w:t xml:space="preserve"> had</w:t>
      </w:r>
      <w:r>
        <w:t xml:space="preserve"> an</w:t>
      </w:r>
      <w:r>
        <w:t xml:space="preserve"> issue</w:t>
      </w:r>
      <w:r>
        <w:t xml:space="preserve"> with</w:t>
      </w:r>
      <w:r>
        <w:t xml:space="preserve"> overcrowding</w:t>
      </w:r>
      <w:r>
        <w:t xml:space="preserve"> ever</w:t>
      </w:r>
      <w:r>
        <w:t xml:space="preserve"> since</w:t>
      </w:r>
      <w:r>
        <w:t xml:space="preserve"> our</w:t>
      </w:r>
      <w:r>
        <w:t xml:space="preserve"> funding</w:t>
      </w:r>
      <w:r>
        <w:t xml:space="preserve"> got</w:t>
      </w:r>
      <w:r>
        <w:t xml:space="preserve"> cut.</w:t>
        <w:br/>
        <w:t>现在的情况是</w:t>
      </w:r>
      <w:r>
        <w:t xml:space="preserve"> 很多该出的女性没出去</w:t>
      </w:r>
      <w:r>
        <w:t xml:space="preserve"> (出狱)</w:t>
        <w:br/>
        <w:t>As</w:t>
      </w:r>
      <w:r>
        <w:t xml:space="preserve"> a</w:t>
      </w:r>
      <w:r>
        <w:t xml:space="preserve"> result,</w:t>
      </w:r>
      <w:r>
        <w:t xml:space="preserve"> the</w:t>
      </w:r>
      <w:r>
        <w:t xml:space="preserve"> women</w:t>
      </w:r>
      <w:r>
        <w:t xml:space="preserve"> aren't</w:t>
      </w:r>
      <w:r>
        <w:t xml:space="preserve"> getting</w:t>
      </w:r>
      <w:r>
        <w:t xml:space="preserve"> out</w:t>
      </w:r>
      <w:r>
        <w:t xml:space="preserve"> as</w:t>
      </w:r>
      <w:r>
        <w:t xml:space="preserve"> much</w:t>
      </w:r>
      <w:r>
        <w:t xml:space="preserve"> as</w:t>
      </w:r>
      <w:r>
        <w:t xml:space="preserve"> they</w:t>
      </w:r>
      <w:r>
        <w:t xml:space="preserve"> should.</w:t>
        <w:br/>
        <w:t>说实话</w:t>
      </w:r>
      <w:r>
        <w:t xml:space="preserve"> 我也是</w:t>
      </w:r>
      <w:r>
        <w:t xml:space="preserve"> (出柜)</w:t>
        <w:br/>
        <w:t>Neither</w:t>
      </w:r>
      <w:r>
        <w:t xml:space="preserve"> am</w:t>
      </w:r>
      <w:r>
        <w:t xml:space="preserve"> I,</w:t>
      </w:r>
      <w:r>
        <w:t xml:space="preserve"> if</w:t>
      </w:r>
      <w:r>
        <w:t xml:space="preserve"> I'm</w:t>
      </w:r>
      <w:r>
        <w:t xml:space="preserve"> being</w:t>
      </w:r>
      <w:r>
        <w:t xml:space="preserve"> honest.</w:t>
        <w:br/>
        <w:t>我们这里需要放出去3%-40%的囚犯</w:t>
        <w:br/>
        <w:t>We</w:t>
      </w:r>
      <w:r>
        <w:t xml:space="preserve"> need</w:t>
      </w:r>
      <w:r>
        <w:t xml:space="preserve"> a</w:t>
      </w:r>
      <w:r>
        <w:t xml:space="preserve"> 3-to-40</w:t>
      </w:r>
      <w:r>
        <w:t xml:space="preserve"> ratio</w:t>
      </w:r>
      <w:r>
        <w:t xml:space="preserve"> to</w:t>
      </w:r>
      <w:r>
        <w:t xml:space="preserve"> let</w:t>
      </w:r>
      <w:r>
        <w:t xml:space="preserve"> the</w:t>
      </w:r>
      <w:r>
        <w:t xml:space="preserve"> women</w:t>
      </w:r>
      <w:r>
        <w:t xml:space="preserve"> out</w:t>
      </w:r>
      <w:r>
        <w:t xml:space="preserve"> of</w:t>
      </w:r>
      <w:r>
        <w:t xml:space="preserve"> the</w:t>
      </w:r>
      <w:r>
        <w:t xml:space="preserve"> cellblock.</w:t>
        <w:br/>
        <w:t>关于要转移的两名囚犯</w:t>
      </w:r>
      <w:r>
        <w:t xml:space="preserve"> 有什么需要告诉我们的吗?</w:t>
        <w:br/>
        <w:t>Hey,</w:t>
      </w:r>
      <w:r>
        <w:t xml:space="preserve"> the</w:t>
      </w:r>
      <w:r>
        <w:t xml:space="preserve"> inmates</w:t>
      </w:r>
      <w:r>
        <w:t xml:space="preserve"> we're</w:t>
      </w:r>
      <w:r>
        <w:t xml:space="preserve"> transferring,</w:t>
      </w:r>
      <w:r>
        <w:t xml:space="preserve"> anything</w:t>
      </w:r>
      <w:r>
        <w:t xml:space="preserve"> we</w:t>
      </w:r>
      <w:r>
        <w:t xml:space="preserve"> should</w:t>
      </w:r>
      <w:r>
        <w:t xml:space="preserve"> know?</w:t>
        <w:br/>
        <w:t>Kenzie</w:t>
      </w:r>
      <w:r>
        <w:t xml:space="preserve"> Grant比较棘手</w:t>
      </w:r>
      <w:r>
        <w:t xml:space="preserve"> 她既凶猛又冲动</w:t>
        <w:br/>
        <w:t>Kenzie</w:t>
      </w:r>
      <w:r>
        <w:t xml:space="preserve"> Grant</w:t>
      </w:r>
      <w:r>
        <w:t xml:space="preserve"> is</w:t>
      </w:r>
      <w:r>
        <w:t xml:space="preserve"> a</w:t>
      </w:r>
      <w:r>
        <w:t xml:space="preserve"> handful.</w:t>
      </w:r>
      <w:r>
        <w:t xml:space="preserve"> She's</w:t>
      </w:r>
      <w:r>
        <w:t xml:space="preserve"> feral,</w:t>
      </w:r>
      <w:r>
        <w:t xml:space="preserve"> she's</w:t>
      </w:r>
      <w:r>
        <w:t xml:space="preserve"> impulsive.</w:t>
        <w:br/>
        <w:t>因为在澡堂捅了一名囚犯</w:t>
        <w:br/>
        <w:t>She</w:t>
      </w:r>
      <w:r>
        <w:t xml:space="preserve"> stabbed</w:t>
      </w:r>
      <w:r>
        <w:t xml:space="preserve"> an</w:t>
      </w:r>
      <w:r>
        <w:t xml:space="preserve"> inmate</w:t>
      </w:r>
      <w:r>
        <w:t xml:space="preserve"> in</w:t>
      </w:r>
      <w:r>
        <w:t xml:space="preserve"> the</w:t>
      </w:r>
      <w:r>
        <w:t xml:space="preserve"> shower.</w:t>
      </w:r>
      <w:r>
        <w:t xml:space="preserve"> </w:t>
        <w:br/>
        <w:t>现在要转她去高戒监狱</w:t>
        <w:br/>
        <w:t>Now</w:t>
      </w:r>
      <w:r>
        <w:t xml:space="preserve"> she's</w:t>
      </w:r>
      <w:r>
        <w:t xml:space="preserve"> being</w:t>
      </w:r>
      <w:r>
        <w:t xml:space="preserve"> transferred</w:t>
      </w:r>
      <w:r>
        <w:t xml:space="preserve"> to</w:t>
      </w:r>
      <w:r>
        <w:t xml:space="preserve"> maximum.</w:t>
        <w:br/>
        <w:t>那Rochelle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Dawber呢?</w:t>
        <w:br/>
        <w:t>What</w:t>
      </w:r>
      <w:r>
        <w:t xml:space="preserve"> about</w:t>
      </w:r>
      <w:r>
        <w:t xml:space="preserve"> Rochelle</w:t>
      </w:r>
      <w:r>
        <w:t xml:space="preserve"> Dawber?</w:t>
      </w:r>
      <w:r>
        <w:t xml:space="preserve"> </w:t>
        <w:br/>
        <w:t>Rochelle跟Kenzie</w:t>
      </w:r>
      <w:r>
        <w:t xml:space="preserve"> Grant正好相反</w:t>
        <w:br/>
        <w:t>Rochelle</w:t>
      </w:r>
      <w:r>
        <w:t xml:space="preserve"> is</w:t>
      </w:r>
      <w:r>
        <w:t xml:space="preserve"> the</w:t>
      </w:r>
      <w:r>
        <w:t xml:space="preserve"> opposite</w:t>
      </w:r>
      <w:r>
        <w:t xml:space="preserve"> of</w:t>
      </w:r>
      <w:r>
        <w:t xml:space="preserve"> Kenzie</w:t>
      </w:r>
      <w:r>
        <w:t xml:space="preserve"> Grant.</w:t>
        <w:br/>
        <w:t>你们带她们过来的时候</w:t>
        <w:br/>
        <w:t>When</w:t>
      </w:r>
      <w:r>
        <w:t xml:space="preserve"> you</w:t>
      </w:r>
      <w:r>
        <w:t xml:space="preserve"> come</w:t>
      </w:r>
      <w:r>
        <w:t xml:space="preserve"> through</w:t>
      </w:r>
      <w:r>
        <w:t xml:space="preserve"> with</w:t>
      </w:r>
      <w:r>
        <w:t xml:space="preserve"> them,</w:t>
      </w:r>
      <w:r>
        <w:t xml:space="preserve"> </w:t>
        <w:br/>
        <w:t>我们这边文件就签好了</w:t>
        <w:br/>
        <w:t>we'll</w:t>
      </w:r>
      <w:r>
        <w:t xml:space="preserve"> finish</w:t>
      </w:r>
      <w:r>
        <w:t xml:space="preserve"> the</w:t>
      </w:r>
      <w:r>
        <w:t xml:space="preserve"> paperwork.</w:t>
        <w:br/>
        <w:t>Anderson守卫会带你们过去</w:t>
        <w:br/>
        <w:t>Guard</w:t>
      </w:r>
      <w:r>
        <w:t xml:space="preserve"> Anderson</w:t>
      </w:r>
      <w:r>
        <w:t xml:space="preserve"> will</w:t>
      </w:r>
      <w:r>
        <w:t xml:space="preserve"> take</w:t>
      </w:r>
      <w:r>
        <w:t xml:space="preserve"> care</w:t>
      </w:r>
      <w:r>
        <w:t xml:space="preserve"> of</w:t>
      </w:r>
      <w:r>
        <w:t xml:space="preserve"> you.</w:t>
      </w:r>
      <w:r>
        <w:t xml:space="preserve"> </w:t>
        <w:br/>
        <w:t>谢谢</w:t>
        <w:br/>
        <w:t>Thank</w:t>
      </w:r>
      <w:r>
        <w:t xml:space="preserve"> you.</w:t>
        <w:br/>
        <w:t>看见没有?</w:t>
      </w:r>
      <w:r>
        <w:t xml:space="preserve"> 有些姑娘还是很喜欢我的</w:t>
        <w:br/>
        <w:t>See?</w:t>
      </w:r>
      <w:r>
        <w:t xml:space="preserve"> Some</w:t>
      </w:r>
      <w:r>
        <w:t xml:space="preserve"> women</w:t>
      </w:r>
      <w:r>
        <w:t xml:space="preserve"> like</w:t>
      </w:r>
      <w:r>
        <w:t xml:space="preserve"> me.</w:t>
      </w:r>
      <w:r>
        <w:t xml:space="preserve"> </w:t>
        <w:br/>
        <w:t>人家是对着我吹口哨呢</w:t>
      </w:r>
      <w:r>
        <w:t xml:space="preserve"> 白&amp;hearts;痴&amp;hearts;</w:t>
        <w:br/>
        <w:t>They're</w:t>
      </w:r>
      <w:r>
        <w:t xml:space="preserve"> whistling</w:t>
      </w:r>
      <w:r>
        <w:t xml:space="preserve"> at</w:t>
      </w:r>
      <w:r>
        <w:t xml:space="preserve"> me,</w:t>
      </w:r>
      <w:r>
        <w:t xml:space="preserve"> you</w:t>
      </w:r>
      <w:r>
        <w:t xml:space="preserve"> idiot.</w:t>
        <w:br/>
        <w:t>女人当然都喜欢你了</w:t>
        <w:br/>
        <w:t>Of</w:t>
      </w:r>
      <w:r>
        <w:t xml:space="preserve"> course</w:t>
      </w:r>
      <w:r>
        <w:t xml:space="preserve"> women</w:t>
      </w:r>
      <w:r>
        <w:t xml:space="preserve"> like</w:t>
      </w:r>
      <w:r>
        <w:t xml:space="preserve"> you.</w:t>
        <w:br/>
        <w:t>在场的女警</w:t>
      </w:r>
      <w:r>
        <w:t xml:space="preserve"> 你也就没睡过我吧</w:t>
        <w:br/>
        <w:t>I'm</w:t>
      </w:r>
      <w:r>
        <w:t xml:space="preserve"> the</w:t>
      </w:r>
      <w:r>
        <w:t xml:space="preserve"> only</w:t>
      </w:r>
      <w:r>
        <w:t xml:space="preserve"> police</w:t>
      </w:r>
      <w:r>
        <w:t xml:space="preserve"> officer</w:t>
      </w:r>
      <w:r>
        <w:t xml:space="preserve"> here</w:t>
      </w:r>
      <w:r>
        <w:t xml:space="preserve"> you</w:t>
      </w:r>
      <w:r>
        <w:t xml:space="preserve"> haven't</w:t>
      </w:r>
      <w:r>
        <w:t xml:space="preserve"> slept</w:t>
      </w:r>
      <w:r>
        <w:t xml:space="preserve"> with.</w:t>
      </w:r>
      <w:r>
        <w:t xml:space="preserve"> </w:t>
        <w:br/>
        <w:t>暂时没睡过</w:t>
        <w:br/>
        <w:t>Yet.</w:t>
        <w:br/>
        <w:t>Dawber还在牢房&amp;hearts;</w:t>
      </w:r>
      <w:r>
        <w:t xml:space="preserve"> Grant在那边</w:t>
        <w:br/>
        <w:t>Dawber's</w:t>
      </w:r>
      <w:r>
        <w:t xml:space="preserve"> in</w:t>
      </w:r>
      <w:r>
        <w:t xml:space="preserve"> her</w:t>
      </w:r>
      <w:r>
        <w:t xml:space="preserve"> cell.</w:t>
      </w:r>
      <w:r>
        <w:t xml:space="preserve"> Grant's</w:t>
      </w:r>
      <w:r>
        <w:t xml:space="preserve"> over</w:t>
      </w:r>
      <w:r>
        <w:t xml:space="preserve"> there.</w:t>
      </w:r>
      <w:r>
        <w:t xml:space="preserve"> </w:t>
        <w:br/>
        <w:t>谢谢</w:t>
        <w:br/>
        <w:t>Thank</w:t>
      </w:r>
      <w:r>
        <w:t xml:space="preserve"> you.</w:t>
        <w:br/>
        <w:t>Michelle</w:t>
      </w:r>
      <w:r>
        <w:t xml:space="preserve"> Dawber?</w:t>
        <w:br/>
        <w:t>Michelle</w:t>
      </w:r>
      <w:r>
        <w:t xml:space="preserve"> Dawber?</w:t>
      </w:r>
      <w:r>
        <w:t xml:space="preserve"> </w:t>
        <w:br/>
        <w:t>我是</w:t>
        <w:br/>
        <w:t>Yeah.</w:t>
      </w:r>
      <w:r>
        <w:t xml:space="preserve"> It's</w:t>
      </w:r>
      <w:r>
        <w:t xml:space="preserve"> me.</w:t>
        <w:br/>
        <w:t>行李呢?</w:t>
        <w:br/>
        <w:t>Do</w:t>
      </w:r>
      <w:r>
        <w:t xml:space="preserve"> you</w:t>
      </w:r>
      <w:r>
        <w:t xml:space="preserve"> have</w:t>
      </w:r>
      <w:r>
        <w:t xml:space="preserve"> any</w:t>
      </w:r>
      <w:r>
        <w:t xml:space="preserve"> bags</w:t>
      </w:r>
      <w:r>
        <w:t xml:space="preserve"> or</w:t>
      </w:r>
      <w:r>
        <w:t xml:space="preserve"> anything?</w:t>
        <w:br/>
        <w:t>没有的</w:t>
      </w:r>
      <w:r>
        <w:t xml:space="preserve"> 都已经运到沙林了</w:t>
        <w:br/>
        <w:t>Oh,</w:t>
      </w:r>
      <w:r>
        <w:t xml:space="preserve"> no.</w:t>
      </w:r>
      <w:r>
        <w:t xml:space="preserve"> No,</w:t>
      </w:r>
      <w:r>
        <w:t xml:space="preserve"> they</w:t>
      </w:r>
      <w:r>
        <w:t xml:space="preserve"> were</w:t>
      </w:r>
      <w:r>
        <w:t xml:space="preserve"> already</w:t>
      </w:r>
      <w:r>
        <w:t xml:space="preserve"> taken</w:t>
      </w:r>
      <w:r>
        <w:t xml:space="preserve"> to</w:t>
      </w:r>
      <w:r>
        <w:t xml:space="preserve"> Sandwood.</w:t>
        <w:br/>
        <w:t>我本来就没多少行李</w:t>
        <w:br/>
        <w:t>I</w:t>
      </w:r>
      <w:r>
        <w:t xml:space="preserve"> didn't</w:t>
      </w:r>
      <w:r>
        <w:t xml:space="preserve"> have</w:t>
      </w:r>
      <w:r>
        <w:t xml:space="preserve"> that</w:t>
      </w:r>
      <w:r>
        <w:t xml:space="preserve"> much</w:t>
      </w:r>
      <w:r>
        <w:t xml:space="preserve"> anyway.</w:t>
        <w:br/>
        <w:t>能现在就走吗?</w:t>
        <w:br/>
        <w:t>Is</w:t>
      </w:r>
      <w:r>
        <w:t xml:space="preserve"> it</w:t>
      </w:r>
      <w:r>
        <w:t xml:space="preserve"> all</w:t>
      </w:r>
      <w:r>
        <w:t xml:space="preserve"> right</w:t>
      </w:r>
      <w:r>
        <w:t xml:space="preserve"> if</w:t>
      </w:r>
      <w:r>
        <w:t xml:space="preserve"> we</w:t>
      </w:r>
      <w:r>
        <w:t xml:space="preserve"> leave</w:t>
      </w:r>
      <w:r>
        <w:t xml:space="preserve"> now?</w:t>
      </w:r>
      <w:r>
        <w:t xml:space="preserve"> </w:t>
        <w:br/>
        <w:t>我真的很想赶紧离开这里</w:t>
        <w:br/>
        <w:t>I'd</w:t>
      </w:r>
      <w:r>
        <w:t xml:space="preserve"> really</w:t>
      </w:r>
      <w:r>
        <w:t xml:space="preserve"> like</w:t>
      </w:r>
      <w:r>
        <w:t xml:space="preserve"> to</w:t>
      </w:r>
      <w:r>
        <w:t xml:space="preserve"> get</w:t>
      </w:r>
      <w:r>
        <w:t xml:space="preserve"> out</w:t>
      </w:r>
      <w:r>
        <w:t xml:space="preserve"> of</w:t>
      </w:r>
      <w:r>
        <w:t xml:space="preserve"> here.</w:t>
        <w:br/>
        <w:t>Kenzie</w:t>
      </w:r>
      <w:r>
        <w:t xml:space="preserve"> Grant?</w:t>
        <w:br/>
        <w:t>Kenzie</w:t>
      </w:r>
      <w:r>
        <w:t xml:space="preserve"> Grant?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</w:t>
        <w:br/>
        <w:t>谁找我?</w:t>
        <w:br/>
        <w:t>Yo.</w:t>
      </w:r>
      <w:r>
        <w:t xml:space="preserve"> Who's</w:t>
      </w:r>
      <w:r>
        <w:t xml:space="preserve"> asking?</w:t>
        <w:br/>
        <w:t>我</w:t>
      </w:r>
      <w:r>
        <w:t xml:space="preserve"> 准备好走了吗?</w:t>
        <w:br/>
        <w:t>Me.</w:t>
      </w:r>
      <w:r>
        <w:t xml:space="preserve"> You</w:t>
      </w:r>
      <w:r>
        <w:t xml:space="preserve"> ready</w:t>
      </w:r>
      <w:r>
        <w:t xml:space="preserve"> to</w:t>
      </w:r>
      <w:r>
        <w:t xml:space="preserve"> go?</w:t>
      </w:r>
      <w:r>
        <w:t xml:space="preserve"> </w:t>
        <w:br/>
        <w:t>没有</w:t>
        <w:br/>
        <w:t>No,</w:t>
      </w:r>
      <w:r>
        <w:t xml:space="preserve"> I'm</w:t>
      </w:r>
      <w:r>
        <w:t xml:space="preserve"> not.</w:t>
        <w:br/>
        <w:t>那还不赶紧准备</w:t>
        <w:br/>
        <w:t>Well,</w:t>
      </w:r>
      <w:r>
        <w:t xml:space="preserve"> maybe</w:t>
      </w:r>
      <w:r>
        <w:t xml:space="preserve"> you</w:t>
      </w:r>
      <w:r>
        <w:t xml:space="preserve"> can</w:t>
      </w:r>
      <w:r>
        <w:t xml:space="preserve"> get</w:t>
      </w:r>
      <w:r>
        <w:t xml:space="preserve"> ready.</w:t>
      </w:r>
      <w:r>
        <w:t xml:space="preserve"> </w:t>
        <w:br/>
        <w:t>哟</w:t>
      </w:r>
      <w:r>
        <w:t xml:space="preserve"> 姐认识你</w:t>
        <w:br/>
        <w:t>Huh.</w:t>
      </w:r>
      <w:r>
        <w:t xml:space="preserve"> I</w:t>
      </w:r>
      <w:r>
        <w:t xml:space="preserve"> know</w:t>
      </w:r>
      <w:r>
        <w:t xml:space="preserve"> you.</w:t>
        <w:br/>
        <w:t>温哥华来的吧</w:t>
        <w:br/>
        <w:t>Yeah,</w:t>
      </w:r>
      <w:r>
        <w:t xml:space="preserve"> you're</w:t>
      </w:r>
      <w:r>
        <w:t xml:space="preserve"> from</w:t>
      </w:r>
      <w:r>
        <w:t xml:space="preserve"> Vancouver.</w:t>
      </w:r>
      <w:r>
        <w:t xml:space="preserve"> </w:t>
        <w:br/>
        <w:t>我们应该不认识吧</w:t>
        <w:br/>
        <w:t>I</w:t>
      </w:r>
      <w:r>
        <w:t xml:space="preserve"> don't</w:t>
      </w:r>
      <w:r>
        <w:t xml:space="preserve"> think</w:t>
      </w:r>
      <w:r>
        <w:t xml:space="preserve"> that</w:t>
      </w:r>
      <w:r>
        <w:t xml:space="preserve"> we</w:t>
      </w:r>
      <w:r>
        <w:t xml:space="preserve"> know</w:t>
      </w:r>
      <w:r>
        <w:t xml:space="preserve"> each</w:t>
      </w:r>
      <w:r>
        <w:t xml:space="preserve"> other.</w:t>
        <w:br/>
        <w:t>估计因为我是大众脸</w:t>
        <w:br/>
        <w:t>Maybe</w:t>
      </w:r>
      <w:r>
        <w:t xml:space="preserve"> I</w:t>
      </w:r>
      <w:r>
        <w:t xml:space="preserve"> look</w:t>
      </w:r>
      <w:r>
        <w:t xml:space="preserve"> familiar.</w:t>
      </w:r>
      <w:r>
        <w:t xml:space="preserve"> </w:t>
        <w:br/>
        <w:t>不对</w:t>
      </w:r>
      <w:r>
        <w:t xml:space="preserve"> 我肯定认识你</w:t>
        <w:br/>
        <w:t>No.</w:t>
      </w:r>
      <w:r>
        <w:t xml:space="preserve"> No,</w:t>
      </w:r>
      <w:r>
        <w:t xml:space="preserve"> I</w:t>
      </w:r>
      <w:r>
        <w:t xml:space="preserve"> know</w:t>
      </w:r>
      <w:r>
        <w:t xml:space="preserve"> you</w:t>
      </w:r>
      <w:r>
        <w:t xml:space="preserve"> from</w:t>
      </w:r>
      <w:r>
        <w:t xml:space="preserve"> somewhere.</w:t>
        <w:br/>
        <w:t>都没问题吧?</w:t>
        <w:br/>
        <w:t>You</w:t>
      </w:r>
      <w:r>
        <w:t xml:space="preserve"> all</w:t>
      </w:r>
      <w:r>
        <w:t xml:space="preserve"> good?</w:t>
      </w:r>
      <w:r>
        <w:t xml:space="preserve"> </w:t>
        <w:br/>
        <w:t>没问题</w:t>
        <w:br/>
        <w:t>All</w:t>
      </w:r>
      <w:r>
        <w:t xml:space="preserve"> good.</w:t>
        <w:br/>
        <w:t>我们马上就过去</w:t>
        <w:br/>
        <w:t>Yeah,</w:t>
      </w:r>
      <w:r>
        <w:t xml:space="preserve"> we'll</w:t>
      </w:r>
      <w:r>
        <w:t xml:space="preserve"> be</w:t>
      </w:r>
      <w:r>
        <w:t xml:space="preserve"> there</w:t>
      </w:r>
      <w:r>
        <w:t xml:space="preserve"> in</w:t>
      </w:r>
      <w:r>
        <w:t xml:space="preserve"> a</w:t>
      </w:r>
      <w:r>
        <w:t xml:space="preserve"> minute.</w:t>
        <w:br/>
        <w:t>牢里有要带走的东西吗?</w:t>
        <w:br/>
        <w:t>Anything</w:t>
      </w:r>
      <w:r>
        <w:t xml:space="preserve"> you</w:t>
      </w:r>
      <w:r>
        <w:t xml:space="preserve"> need</w:t>
      </w:r>
      <w:r>
        <w:t xml:space="preserve"> to</w:t>
      </w:r>
      <w:r>
        <w:t xml:space="preserve"> grab</w:t>
      </w:r>
      <w:r>
        <w:t xml:space="preserve"> out</w:t>
      </w:r>
      <w:r>
        <w:t xml:space="preserve"> of</w:t>
      </w:r>
      <w:r>
        <w:t xml:space="preserve"> your</w:t>
      </w:r>
      <w:r>
        <w:t xml:space="preserve"> cell?</w:t>
        <w:br/>
        <w:t>没啥值得带的</w:t>
        <w:br/>
        <w:t>Nothing</w:t>
      </w:r>
      <w:r>
        <w:t xml:space="preserve"> worth</w:t>
      </w:r>
      <w:r>
        <w:t xml:space="preserve"> taking.</w:t>
      </w:r>
      <w:r>
        <w:t xml:space="preserve"> </w:t>
        <w:br/>
        <w:t>好</w:t>
      </w:r>
      <w:r>
        <w:t xml:space="preserve"> 那走吧</w:t>
        <w:br/>
        <w:t>All</w:t>
      </w:r>
      <w:r>
        <w:t xml:space="preserve"> right,</w:t>
      </w:r>
      <w:r>
        <w:t xml:space="preserve"> let's</w:t>
      </w:r>
      <w:r>
        <w:t xml:space="preserve"> go.</w:t>
        <w:br/>
        <w:t>你先</w:t>
        <w:br/>
        <w:t>After</w:t>
      </w:r>
      <w:r>
        <w:t xml:space="preserve"> you.</w:t>
        <w:br/>
        <w:t>少碰我</w:t>
        <w:br/>
        <w:t>Don't</w:t>
      </w:r>
      <w:r>
        <w:t xml:space="preserve"> touch</w:t>
      </w:r>
      <w:r>
        <w:t xml:space="preserve"> me.</w:t>
        <w:br/>
        <w:t>喂!</w:t>
        <w:br/>
        <w:t>Hey!</w:t>
      </w:r>
      <w:r>
        <w:t xml:space="preserve"> </w:t>
        <w:br/>
        <w:t>你少推我</w:t>
      </w:r>
      <w:r>
        <w:t xml:space="preserve"> 贱&amp;hearts;人&amp;hearts;</w:t>
        <w:br/>
        <w:t>Don't</w:t>
      </w:r>
      <w:r>
        <w:t xml:space="preserve"> push</w:t>
      </w:r>
      <w:r>
        <w:t xml:space="preserve"> me,</w:t>
      </w:r>
      <w:r>
        <w:t xml:space="preserve"> bitch.</w:t>
        <w:br/>
        <w:t>够了啊</w:t>
      </w:r>
      <w:r>
        <w:t xml:space="preserve"> 女士们</w:t>
        <w:br/>
        <w:t>Whoa,</w:t>
      </w:r>
      <w:r>
        <w:t xml:space="preserve"> whoa.</w:t>
      </w:r>
      <w:r>
        <w:t xml:space="preserve"> That's</w:t>
      </w:r>
      <w:r>
        <w:t xml:space="preserve"> enough,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ladies.</w:t>
        <w:br/>
        <w:t>够了</w:t>
        <w:br/>
        <w:t>That's</w:t>
      </w:r>
      <w:r>
        <w:t xml:space="preserve"> enough.</w:t>
      </w:r>
      <w:r>
        <w:t xml:space="preserve"> </w:t>
        <w:br/>
        <w:t>快分开</w:t>
      </w:r>
      <w:r>
        <w:t xml:space="preserve"> 咱走吧</w:t>
        <w:br/>
        <w:t>Break</w:t>
      </w:r>
      <w:r>
        <w:t xml:space="preserve"> apart.</w:t>
      </w:r>
      <w:r>
        <w:t xml:space="preserve"> Let's</w:t>
      </w:r>
      <w:r>
        <w:t xml:space="preserve"> go.</w:t>
        <w:br/>
        <w:t>好了</w:t>
        <w:br/>
        <w:t>There</w:t>
      </w:r>
      <w:r>
        <w:t xml:space="preserve"> you</w:t>
      </w:r>
      <w:r>
        <w:t xml:space="preserve"> go.</w:t>
        <w:br/>
        <w:t>喂!</w:t>
      </w:r>
      <w:r>
        <w:t xml:space="preserve"> 住手!</w:t>
        <w:br/>
        <w:t>Hey!</w:t>
      </w:r>
      <w:r>
        <w:t xml:space="preserve"> Stop!</w:t>
      </w:r>
      <w:r>
        <w:t xml:space="preserve"> </w:t>
        <w:br/>
        <w:t>贱&amp;hearts;人&amp;hearts;!</w:t>
        <w:br/>
        <w:t>Bitch!</w:t>
        <w:br/>
        <w:t>守卫!</w:t>
        <w:br/>
        <w:t>Guard!</w:t>
        <w:br/>
        <w:t>都退后!</w:t>
        <w:br/>
        <w:t>Back</w:t>
      </w:r>
      <w:r>
        <w:t xml:space="preserve"> off!</w:t>
      </w:r>
      <w:r>
        <w:t xml:space="preserve"> </w:t>
        <w:br/>
        <w:t>所有人都回自己牢房&amp;hearts;!</w:t>
        <w:br/>
        <w:t>Everybody</w:t>
      </w:r>
      <w:r>
        <w:t xml:space="preserve"> back</w:t>
      </w:r>
      <w:r>
        <w:t xml:space="preserve"> in</w:t>
      </w:r>
      <w:r>
        <w:t xml:space="preserve"> their</w:t>
      </w:r>
      <w:r>
        <w:t xml:space="preserve"> cells</w:t>
      </w:r>
      <w:r>
        <w:t xml:space="preserve"> now!</w:t>
        <w:br/>
        <w:t>分开!</w:t>
      </w:r>
      <w:r>
        <w:t xml:space="preserve"> 分开!</w:t>
        <w:br/>
        <w:t>Get</w:t>
      </w:r>
      <w:r>
        <w:t xml:space="preserve"> off!</w:t>
      </w:r>
      <w:r>
        <w:t xml:space="preserve"> Get</w:t>
      </w:r>
      <w:r>
        <w:t xml:space="preserve"> off!</w:t>
      </w:r>
      <w:r>
        <w:t xml:space="preserve"> Get</w:t>
      </w:r>
      <w:r>
        <w:t xml:space="preserve"> off!</w:t>
        <w:br/>
        <w:t>快!</w:t>
        <w:br/>
        <w:t>Go!</w:t>
        <w:br/>
        <w:t>天哪!</w:t>
        <w:br/>
        <w:t>Oh,</w:t>
      </w:r>
      <w:r>
        <w:t xml:space="preserve"> my</w:t>
      </w:r>
      <w:r>
        <w:t xml:space="preserve"> God!</w:t>
        <w:br/>
        <w:t>怎么回事?!</w:t>
        <w:br/>
        <w:t>What</w:t>
      </w:r>
      <w:r>
        <w:t xml:space="preserve"> the</w:t>
      </w:r>
      <w:r>
        <w:t xml:space="preserve"> hell</w:t>
      </w:r>
      <w:r>
        <w:t xml:space="preserve"> happened?!</w:t>
      </w:r>
      <w:r>
        <w:t xml:space="preserve"> </w:t>
        <w:br/>
        <w:t>谁干的?</w:t>
        <w:br/>
        <w:t>Who</w:t>
      </w:r>
      <w:r>
        <w:t xml:space="preserve"> did</w:t>
      </w:r>
      <w:r>
        <w:t xml:space="preserve"> that</w:t>
      </w:r>
      <w:r>
        <w:t xml:space="preserve"> to</w:t>
      </w:r>
      <w:r>
        <w:t xml:space="preserve"> you?</w:t>
        <w:br/>
        <w:t>谁手里有刀?</w:t>
        <w:br/>
        <w:t>Who</w:t>
      </w:r>
      <w:r>
        <w:t xml:space="preserve"> has</w:t>
      </w:r>
      <w:r>
        <w:t xml:space="preserve"> the</w:t>
      </w:r>
      <w:r>
        <w:t xml:space="preserve"> knife?</w:t>
      </w:r>
      <w:r>
        <w:t xml:space="preserve"> </w:t>
        <w:br/>
        <w:t>不知道!</w:t>
        <w:br/>
        <w:t>I</w:t>
      </w:r>
      <w:r>
        <w:t xml:space="preserve"> don't</w:t>
      </w:r>
      <w:r>
        <w:t xml:space="preserve"> know!</w:t>
        <w:br/>
        <w:t>怎么回事?</w:t>
        <w:br/>
        <w:t>What</w:t>
      </w:r>
      <w:r>
        <w:t xml:space="preserve"> is</w:t>
      </w:r>
      <w:r>
        <w:t xml:space="preserve"> that?</w:t>
        <w:br/>
        <w:t>这样吧</w:t>
      </w:r>
      <w:r>
        <w:t xml:space="preserve"> 你先带她走</w:t>
        <w:br/>
        <w:t>You</w:t>
      </w:r>
      <w:r>
        <w:t xml:space="preserve"> know</w:t>
      </w:r>
      <w:r>
        <w:t xml:space="preserve"> what?</w:t>
      </w:r>
      <w:r>
        <w:t xml:space="preserve"> You</w:t>
      </w:r>
      <w:r>
        <w:t xml:space="preserve"> take</w:t>
      </w:r>
      <w:r>
        <w:t xml:space="preserve"> her.</w:t>
        <w:br/>
        <w:t>我回去看看McNally和Ward</w:t>
        <w:br/>
        <w:t>I'm</w:t>
      </w:r>
      <w:r>
        <w:t xml:space="preserve"> gonna</w:t>
      </w:r>
      <w:r>
        <w:t xml:space="preserve"> go</w:t>
      </w:r>
      <w:r>
        <w:t xml:space="preserve"> back,</w:t>
      </w:r>
      <w:r>
        <w:t xml:space="preserve"> check</w:t>
      </w:r>
      <w:r>
        <w:t xml:space="preserve"> on</w:t>
      </w:r>
      <w:r>
        <w:t xml:space="preserve"> McNally</w:t>
      </w:r>
      <w:r>
        <w:t xml:space="preserve"> and</w:t>
      </w:r>
      <w:r>
        <w:t xml:space="preserve"> Ward.</w:t>
      </w:r>
      <w:r>
        <w:t xml:space="preserve"> </w:t>
        <w:br/>
        <w:t>不要</w:t>
      </w:r>
      <w:r>
        <w:t xml:space="preserve"> 我要跟你在一起</w:t>
        <w:br/>
        <w:t>No.</w:t>
      </w:r>
      <w:r>
        <w:t xml:space="preserve"> I</w:t>
      </w:r>
      <w:r>
        <w:t xml:space="preserve"> want</w:t>
      </w:r>
      <w:r>
        <w:t xml:space="preserve"> to</w:t>
      </w:r>
      <w:r>
        <w:t xml:space="preserve"> stay</w:t>
      </w:r>
      <w:r>
        <w:t xml:space="preserve"> with</w:t>
      </w:r>
      <w:r>
        <w:t xml:space="preserve"> you.</w:t>
        <w:br/>
        <w:t>我回去吧</w:t>
        <w:br/>
        <w:t>I'll</w:t>
      </w:r>
      <w:r>
        <w:t xml:space="preserve"> go</w:t>
      </w:r>
      <w:r>
        <w:t xml:space="preserve"> back.</w:t>
        <w:br/>
        <w:t>后退!</w:t>
      </w:r>
      <w:r>
        <w:t xml:space="preserve"> 快点!</w:t>
        <w:br/>
        <w:t>Hey!</w:t>
      </w:r>
      <w:r>
        <w:t xml:space="preserve"> Get</w:t>
      </w:r>
      <w:r>
        <w:t xml:space="preserve"> back!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Move!</w:t>
        <w:br/>
        <w:t>行了!</w:t>
      </w:r>
      <w:r>
        <w:t xml:space="preserve"> 都走!</w:t>
      </w:r>
      <w:r>
        <w:t xml:space="preserve"> 走!</w:t>
        <w:br/>
        <w:t>All</w:t>
      </w:r>
      <w:r>
        <w:t xml:space="preserve"> right!</w:t>
      </w:r>
      <w:r>
        <w:t xml:space="preserve"> Go!</w:t>
      </w:r>
      <w:r>
        <w:t xml:space="preserve"> Go!</w:t>
        <w:br/>
        <w:t>松手!</w:t>
      </w:r>
      <w:r>
        <w:t xml:space="preserve"> 松手!</w:t>
        <w:br/>
        <w:t>Let</w:t>
      </w:r>
      <w:r>
        <w:t xml:space="preserve"> go!</w:t>
      </w:r>
      <w:r>
        <w:t xml:space="preserve"> Let</w:t>
      </w:r>
      <w:r>
        <w:t xml:space="preserve"> go!</w:t>
        <w:br/>
        <w:t>松手!</w:t>
        <w:br/>
        <w:t>Let</w:t>
      </w:r>
      <w:r>
        <w:t xml:space="preserve"> go!</w:t>
      </w:r>
      <w:r>
        <w:t xml:space="preserve"> </w:t>
        <w:br/>
        <w:t>走!走!走!</w:t>
        <w:br/>
        <w:t>Go,</w:t>
      </w:r>
      <w:r>
        <w:t xml:space="preserve"> go,</w:t>
      </w:r>
      <w:r>
        <w:t xml:space="preserve"> go!</w:t>
        <w:br/>
        <w:t>听见没有?!</w:t>
        <w:br/>
        <w:t>Do</w:t>
      </w:r>
      <w:r>
        <w:t xml:space="preserve"> you</w:t>
      </w:r>
      <w:r>
        <w:t xml:space="preserve"> hear</w:t>
      </w:r>
      <w:r>
        <w:t xml:space="preserve"> me?!</w:t>
        <w:br/>
        <w:t>我是McNally</w:t>
        <w:br/>
        <w:t>This</w:t>
      </w:r>
      <w:r>
        <w:t xml:space="preserve"> is</w:t>
      </w:r>
      <w:r>
        <w:t xml:space="preserve"> McNally.</w:t>
        <w:br/>
        <w:t>我们被困在监狱里了</w:t>
      </w:r>
      <w:r>
        <w:t xml:space="preserve"> 需要后援</w:t>
        <w:br/>
        <w:t>We're</w:t>
      </w:r>
      <w:r>
        <w:t xml:space="preserve"> gonna</w:t>
      </w:r>
      <w:r>
        <w:t xml:space="preserve"> need</w:t>
      </w:r>
      <w:r>
        <w:t xml:space="preserve"> help</w:t>
      </w:r>
      <w:r>
        <w:t xml:space="preserve"> getting</w:t>
      </w:r>
      <w:r>
        <w:t xml:space="preserve"> out</w:t>
      </w:r>
      <w:r>
        <w:t xml:space="preserve"> of</w:t>
      </w:r>
      <w:r>
        <w:t xml:space="preserve"> this</w:t>
      </w:r>
      <w:r>
        <w:t xml:space="preserve"> prison.</w:t>
        <w:br/>
        <w:t>典狱长?</w:t>
        <w:br/>
        <w:t>Warden?</w:t>
        <w:br/>
        <w:t>我是执行警长Oliver</w:t>
      </w:r>
      <w:r>
        <w:t xml:space="preserve"> Shaw</w:t>
      </w:r>
      <w:r>
        <w:t xml:space="preserve"> 现在是什么情况</w:t>
        <w:br/>
        <w:t>Staff</w:t>
      </w:r>
      <w:r>
        <w:t xml:space="preserve"> Sergeant</w:t>
      </w:r>
      <w:r>
        <w:t xml:space="preserve"> Oliver</w:t>
      </w:r>
      <w:r>
        <w:t xml:space="preserve"> Shaw.</w:t>
      </w:r>
      <w:r>
        <w:t xml:space="preserve"> Tell</w:t>
      </w:r>
      <w:r>
        <w:t xml:space="preserve"> me</w:t>
      </w:r>
      <w:r>
        <w:t xml:space="preserve"> what's</w:t>
      </w:r>
      <w:r>
        <w:t xml:space="preserve"> happening.</w:t>
        <w:br/>
        <w:t>囚犯有点暴躁</w:t>
        <w:br/>
        <w:t>The</w:t>
      </w:r>
      <w:r>
        <w:t xml:space="preserve"> inmates</w:t>
      </w:r>
      <w:r>
        <w:t xml:space="preserve"> are</w:t>
      </w:r>
      <w:r>
        <w:t xml:space="preserve"> a</w:t>
      </w:r>
      <w:r>
        <w:t xml:space="preserve"> little</w:t>
      </w:r>
      <w:r>
        <w:t xml:space="preserve"> restless.</w:t>
        <w:br/>
        <w:t>这叫有点暴躁?</w:t>
        <w:br/>
        <w:t>They're</w:t>
      </w:r>
      <w:r>
        <w:t xml:space="preserve"> restless?</w:t>
      </w:r>
      <w:r>
        <w:t xml:space="preserve"> </w:t>
        <w:br/>
        <w:t>我已经下了命令</w:t>
      </w:r>
      <w:r>
        <w:t xml:space="preserve"> 监狱已经彻底封锁了</w:t>
        <w:br/>
        <w:t>But</w:t>
      </w:r>
      <w:r>
        <w:t xml:space="preserve"> I'm</w:t>
      </w:r>
      <w:r>
        <w:t xml:space="preserve"> ordering</w:t>
      </w:r>
      <w:r>
        <w:t xml:space="preserve"> a</w:t>
      </w:r>
      <w:r>
        <w:t xml:space="preserve"> full</w:t>
      </w:r>
      <w:r>
        <w:t xml:space="preserve"> lockdown.</w:t>
        <w:br/>
        <w:t>那接下来怎么办?</w:t>
        <w:br/>
        <w:t>Then</w:t>
      </w:r>
      <w:r>
        <w:t xml:space="preserve"> what</w:t>
      </w:r>
      <w:r>
        <w:t xml:space="preserve"> happens?</w:t>
        <w:br/>
        <w:t>等囚犯们冷静下来了</w:t>
      </w:r>
      <w:r>
        <w:t xml:space="preserve"> 我们再进去</w:t>
        <w:br/>
        <w:t>Then</w:t>
      </w:r>
      <w:r>
        <w:t xml:space="preserve"> we</w:t>
      </w:r>
      <w:r>
        <w:t xml:space="preserve"> wait</w:t>
      </w:r>
      <w:r>
        <w:t xml:space="preserve"> for</w:t>
      </w:r>
      <w:r>
        <w:t xml:space="preserve"> the</w:t>
      </w:r>
      <w:r>
        <w:t xml:space="preserve"> inmates</w:t>
      </w:r>
      <w:r>
        <w:t xml:space="preserve"> to</w:t>
      </w:r>
      <w:r>
        <w:t xml:space="preserve"> settle</w:t>
      </w:r>
      <w:r>
        <w:t xml:space="preserve"> before</w:t>
      </w:r>
      <w:r>
        <w:t xml:space="preserve"> we</w:t>
      </w:r>
      <w:r>
        <w:t xml:space="preserve"> move</w:t>
      </w:r>
      <w:r>
        <w:t xml:space="preserve"> in.</w:t>
        <w:br/>
        <w:t>如果她们不肯冷静呢?</w:t>
        <w:br/>
        <w:t>What</w:t>
      </w:r>
      <w:r>
        <w:t xml:space="preserve"> if</w:t>
      </w:r>
      <w:r>
        <w:t xml:space="preserve"> they</w:t>
      </w:r>
      <w:r>
        <w:t xml:space="preserve"> don't</w:t>
      </w:r>
      <w:r>
        <w:t xml:space="preserve"> settle?</w:t>
      </w:r>
      <w:r>
        <w:t xml:space="preserve"> </w:t>
        <w:br/>
        <w:br/>
        <w:t>监狱暴&amp;hearts;乱&amp;hearts;就像扣在玻璃杯中的蜡烛一样</w:t>
        <w:br/>
        <w:t>A</w:t>
      </w:r>
      <w:r>
        <w:t xml:space="preserve"> prison</w:t>
      </w:r>
      <w:r>
        <w:t xml:space="preserve"> riot</w:t>
      </w:r>
      <w:r>
        <w:t xml:space="preserve"> is</w:t>
      </w:r>
      <w:r>
        <w:t xml:space="preserve"> like</w:t>
      </w:r>
      <w:r>
        <w:t xml:space="preserve"> a</w:t>
      </w:r>
      <w:r>
        <w:t xml:space="preserve"> candle</w:t>
      </w:r>
      <w:r>
        <w:t xml:space="preserve"> under</w:t>
      </w:r>
      <w:r>
        <w:t xml:space="preserve"> a</w:t>
      </w:r>
      <w:r>
        <w:t xml:space="preserve"> glass.</w:t>
        <w:br/>
        <w:t>最后肯定会耗尽氧气熄灭的</w:t>
        <w:br/>
        <w:t>Eventually,</w:t>
      </w:r>
      <w:r>
        <w:t xml:space="preserve"> it</w:t>
      </w:r>
      <w:r>
        <w:t xml:space="preserve"> runs</w:t>
      </w:r>
      <w:r>
        <w:t xml:space="preserve"> out</w:t>
      </w:r>
      <w:r>
        <w:t xml:space="preserve"> of</w:t>
      </w:r>
      <w:r>
        <w:t xml:space="preserve"> oxygen</w:t>
      </w:r>
      <w:r>
        <w:t xml:space="preserve"> and</w:t>
      </w:r>
      <w:r>
        <w:t xml:space="preserve"> it</w:t>
      </w:r>
      <w:r>
        <w:t xml:space="preserve"> goes</w:t>
      </w:r>
      <w:r>
        <w:t xml:space="preserve"> out.</w:t>
        <w:br/>
        <w:t>我们拿着枪进去</w:t>
      </w:r>
      <w:r>
        <w:t xml:space="preserve"> 等于给她们加氧</w:t>
        <w:br/>
        <w:t>If</w:t>
      </w:r>
      <w:r>
        <w:t xml:space="preserve"> we</w:t>
      </w:r>
      <w:r>
        <w:t xml:space="preserve"> move</w:t>
      </w:r>
      <w:r>
        <w:t xml:space="preserve"> in</w:t>
      </w:r>
      <w:r>
        <w:t xml:space="preserve"> guns</w:t>
      </w:r>
      <w:r>
        <w:t xml:space="preserve"> blazing,</w:t>
      </w:r>
      <w:r>
        <w:t xml:space="preserve"> we</w:t>
      </w:r>
      <w:r>
        <w:t xml:space="preserve"> add</w:t>
      </w:r>
      <w:r>
        <w:t xml:space="preserve"> more</w:t>
      </w:r>
      <w:r>
        <w:t xml:space="preserve"> oxygen.</w:t>
        <w:br/>
        <w:t>失陪一下</w:t>
        <w:br/>
        <w:t>Now,</w:t>
      </w:r>
      <w:r>
        <w:t xml:space="preserve"> if</w:t>
      </w:r>
      <w:r>
        <w:t xml:space="preserve"> you'll</w:t>
      </w:r>
      <w:r>
        <w:t xml:space="preserve"> excuse</w:t>
      </w:r>
      <w:r>
        <w:t xml:space="preserve"> me...</w:t>
        <w:br/>
        <w:t>我们怎么办?</w:t>
        <w:br/>
        <w:t>What</w:t>
      </w:r>
      <w:r>
        <w:t xml:space="preserve"> do</w:t>
      </w:r>
      <w:r>
        <w:t xml:space="preserve"> we</w:t>
      </w:r>
      <w:r>
        <w:t xml:space="preserve"> do?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</w:t>
        <w:br/>
        <w:t>只能等了</w:t>
        <w:br/>
        <w:t>We</w:t>
      </w:r>
      <w:r>
        <w:t xml:space="preserve"> got</w:t>
      </w:r>
      <w:r>
        <w:t xml:space="preserve"> to</w:t>
      </w:r>
      <w:r>
        <w:t xml:space="preserve"> wait.</w:t>
        <w:br/>
        <w:t>我们在这边没有监管权</w:t>
      </w:r>
      <w:r>
        <w:t xml:space="preserve"> 做主的人是他们</w:t>
        <w:br/>
        <w:t>We</w:t>
      </w:r>
      <w:r>
        <w:t xml:space="preserve"> don't</w:t>
      </w:r>
      <w:r>
        <w:t xml:space="preserve"> have</w:t>
      </w:r>
      <w:r>
        <w:t xml:space="preserve"> jurisdiction</w:t>
      </w:r>
      <w:r>
        <w:t xml:space="preserve"> in</w:t>
      </w:r>
      <w:r>
        <w:t xml:space="preserve"> this</w:t>
      </w:r>
      <w:r>
        <w:t xml:space="preserve"> prison.</w:t>
      </w:r>
      <w:r>
        <w:t xml:space="preserve"> They're</w:t>
      </w:r>
      <w:r>
        <w:t xml:space="preserve"> running</w:t>
      </w:r>
      <w:r>
        <w:t xml:space="preserve"> the</w:t>
      </w:r>
      <w:r>
        <w:t xml:space="preserve"> show.</w:t>
        <w:br/>
        <w:t>不代表我们不能指望他们</w:t>
        <w:br/>
        <w:t>Doesn't</w:t>
      </w:r>
      <w:r>
        <w:t xml:space="preserve"> mean</w:t>
      </w:r>
      <w:r>
        <w:t xml:space="preserve"> we</w:t>
      </w:r>
      <w:r>
        <w:t xml:space="preserve"> can't</w:t>
      </w:r>
      <w:r>
        <w:t xml:space="preserve"> lean</w:t>
      </w:r>
      <w:r>
        <w:t xml:space="preserve"> on</w:t>
      </w:r>
      <w:r>
        <w:t xml:space="preserve"> them,</w:t>
      </w:r>
      <w:r>
        <w:t xml:space="preserve"> though.</w:t>
      </w:r>
      <w:r>
        <w:t xml:space="preserve"> </w:t>
        <w:br/>
        <w:t>看得出伤口有多深吗?</w:t>
        <w:br/>
        <w:t>Can</w:t>
      </w:r>
      <w:r>
        <w:t xml:space="preserve"> you</w:t>
      </w:r>
      <w:r>
        <w:t xml:space="preserve"> see</w:t>
      </w:r>
      <w:r>
        <w:t xml:space="preserve"> how</w:t>
      </w:r>
      <w:r>
        <w:t xml:space="preserve"> deep</w:t>
      </w:r>
      <w:r>
        <w:t xml:space="preserve"> it</w:t>
      </w:r>
      <w:r>
        <w:t xml:space="preserve"> is?</w:t>
        <w:br/>
        <w:t>看不出来</w:t>
      </w:r>
      <w:r>
        <w:t xml:space="preserve"> 流太多血了</w:t>
        <w:br/>
        <w:t>I-I</w:t>
      </w:r>
      <w:r>
        <w:t xml:space="preserve"> can't.</w:t>
      </w:r>
      <w:r>
        <w:t xml:space="preserve"> There's</w:t>
      </w:r>
      <w:r>
        <w:t xml:space="preserve"> too</w:t>
      </w:r>
      <w:r>
        <w:t xml:space="preserve"> much</w:t>
      </w:r>
      <w:r>
        <w:t xml:space="preserve"> blood.</w:t>
        <w:br/>
        <w:t>得去医务室</w:t>
      </w:r>
      <w:r>
        <w:t xml:space="preserve"> 那边有个护士</w:t>
        <w:br/>
        <w:t>We</w:t>
      </w:r>
      <w:r>
        <w:t xml:space="preserve"> got</w:t>
      </w:r>
      <w:r>
        <w:t xml:space="preserve"> to</w:t>
      </w:r>
      <w:r>
        <w:t xml:space="preserve"> go</w:t>
      </w:r>
      <w:r>
        <w:t xml:space="preserve"> to</w:t>
      </w:r>
      <w:r>
        <w:t xml:space="preserve"> the</w:t>
      </w:r>
      <w:r>
        <w:t xml:space="preserve"> infirmary.</w:t>
      </w:r>
      <w:r>
        <w:t xml:space="preserve"> There's</w:t>
      </w:r>
      <w:r>
        <w:t xml:space="preserve"> a</w:t>
      </w:r>
      <w:r>
        <w:t xml:space="preserve"> nurse</w:t>
      </w:r>
      <w:r>
        <w:t xml:space="preserve"> there.</w:t>
        <w:br/>
        <w:t>监狱已正式封锁...</w:t>
        <w:br/>
        <w:t>The</w:t>
      </w:r>
      <w:r>
        <w:t xml:space="preserve"> prison</w:t>
      </w:r>
      <w:r>
        <w:t xml:space="preserve"> is</w:t>
      </w:r>
      <w:r>
        <w:t xml:space="preserve"> officially</w:t>
      </w:r>
      <w:r>
        <w:t xml:space="preserve"> on</w:t>
      </w:r>
      <w:r>
        <w:t xml:space="preserve"> lockdown...</w:t>
      </w:r>
      <w:r>
        <w:t xml:space="preserve"> </w:t>
      </w:r>
      <w:r>
        <w:t xml:space="preserve"> </w:t>
        <w:br/>
        <w:t>我还真认识你</w:t>
        <w:br/>
        <w:t>Oh,</w:t>
      </w:r>
      <w:r>
        <w:t xml:space="preserve"> I</w:t>
      </w:r>
      <w:r>
        <w:t xml:space="preserve"> do</w:t>
      </w:r>
      <w:r>
        <w:t xml:space="preserve"> know</w:t>
      </w:r>
      <w:r>
        <w:t xml:space="preserve"> you.</w:t>
        <w:br/>
        <w:t>之前跟死神帮家的药头混的</w:t>
        <w:br/>
        <w:t>Used</w:t>
      </w:r>
      <w:r>
        <w:t xml:space="preserve"> to</w:t>
      </w:r>
      <w:r>
        <w:t xml:space="preserve"> go</w:t>
      </w:r>
      <w:r>
        <w:t xml:space="preserve"> with</w:t>
      </w:r>
      <w:r>
        <w:t xml:space="preserve"> that</w:t>
      </w:r>
      <w:r>
        <w:t xml:space="preserve"> dealer</w:t>
      </w:r>
      <w:r>
        <w:t xml:space="preserve"> who</w:t>
      </w:r>
      <w:r>
        <w:t xml:space="preserve"> ran</w:t>
      </w:r>
      <w:r>
        <w:t xml:space="preserve"> with</w:t>
      </w:r>
      <w:r>
        <w:t xml:space="preserve"> the</w:t>
      </w:r>
      <w:r>
        <w:t xml:space="preserve"> reapers.</w:t>
      </w:r>
      <w:r>
        <w:t xml:space="preserve"> </w:t>
        <w:br/>
        <w:t>两年前的事</w:t>
      </w:r>
      <w:r>
        <w:t xml:space="preserve"> 药头叫Cuddy</w:t>
        <w:br/>
        <w:t>Two</w:t>
      </w:r>
      <w:r>
        <w:t xml:space="preserve"> years</w:t>
      </w:r>
      <w:r>
        <w:t xml:space="preserve"> ago,</w:t>
      </w:r>
      <w:r>
        <w:t xml:space="preserve"> guy</w:t>
      </w:r>
      <w:r>
        <w:t xml:space="preserve"> named</w:t>
      </w:r>
      <w:r>
        <w:t xml:space="preserve"> Cuddy.</w:t>
        <w:br/>
        <w:t>不</w:t>
      </w:r>
      <w:r>
        <w:t xml:space="preserve"> 我都说过了</w:t>
      </w:r>
      <w:r>
        <w:t xml:space="preserve"> 你认错人了</w:t>
        <w:br/>
        <w:t>No.</w:t>
      </w:r>
      <w:r>
        <w:t xml:space="preserve"> Like</w:t>
      </w:r>
      <w:r>
        <w:t xml:space="preserve"> I</w:t>
      </w:r>
      <w:r>
        <w:t xml:space="preserve"> told</w:t>
      </w:r>
      <w:r>
        <w:t xml:space="preserve"> you,</w:t>
      </w:r>
      <w:r>
        <w:t xml:space="preserve"> I</w:t>
      </w:r>
      <w:r>
        <w:t xml:space="preserve"> think</w:t>
      </w:r>
      <w:r>
        <w:t xml:space="preserve"> you</w:t>
      </w:r>
      <w:r>
        <w:t xml:space="preserve"> got</w:t>
      </w:r>
      <w:r>
        <w:t xml:space="preserve"> me</w:t>
      </w:r>
      <w:r>
        <w:t xml:space="preserve"> mixed</w:t>
      </w:r>
      <w:r>
        <w:t xml:space="preserve"> up</w:t>
      </w:r>
      <w:r>
        <w:t xml:space="preserve"> with</w:t>
      </w:r>
      <w:r>
        <w:t xml:space="preserve"> someone.</w:t>
        <w:br/>
        <w:t>不对</w:t>
      </w:r>
      <w:r>
        <w:t xml:space="preserve"> 我记得我当时还想</w:t>
        <w:br/>
        <w:t>Yeah.</w:t>
      </w:r>
      <w:r>
        <w:t xml:space="preserve"> I</w:t>
      </w:r>
      <w:r>
        <w:t xml:space="preserve"> remember</w:t>
      </w:r>
      <w:r>
        <w:t xml:space="preserve"> thinking,</w:t>
      </w:r>
      <w:r>
        <w:t xml:space="preserve"> </w:t>
        <w:br/>
        <w:t>这红发小妞</w:t>
      </w:r>
      <w:r>
        <w:t xml:space="preserve"> 怎么跟这种王八蛋混一起</w:t>
        <w:br/>
        <w:t>"what's</w:t>
      </w:r>
      <w:r>
        <w:t xml:space="preserve"> this</w:t>
      </w:r>
      <w:r>
        <w:t xml:space="preserve"> squeaky</w:t>
      </w:r>
      <w:r>
        <w:t xml:space="preserve"> little</w:t>
      </w:r>
      <w:r>
        <w:t xml:space="preserve"> redhead</w:t>
      </w:r>
      <w:r>
        <w:t xml:space="preserve"> doing</w:t>
      </w:r>
      <w:r>
        <w:t xml:space="preserve"> with</w:t>
      </w:r>
      <w:r>
        <w:t xml:space="preserve"> a</w:t>
      </w:r>
      <w:r>
        <w:t xml:space="preserve"> bastard</w:t>
      </w:r>
      <w:r>
        <w:t xml:space="preserve"> like</w:t>
      </w:r>
      <w:r>
        <w:t xml:space="preserve"> him?"</w:t>
        <w:br/>
        <w:t>那个帮可不好混呢</w:t>
        <w:br/>
        <w:t>It</w:t>
      </w:r>
      <w:r>
        <w:t xml:space="preserve"> was</w:t>
      </w:r>
      <w:r>
        <w:t xml:space="preserve"> a</w:t>
      </w:r>
      <w:r>
        <w:t xml:space="preserve"> rough</w:t>
      </w:r>
      <w:r>
        <w:t xml:space="preserve"> crowd.</w:t>
      </w:r>
      <w:r>
        <w:t xml:space="preserve"> </w:t>
        <w:br/>
        <w:t>你说什么就是什么吧</w:t>
        <w:br/>
        <w:t>Whatever</w:t>
      </w:r>
      <w:r>
        <w:t xml:space="preserve"> you</w:t>
      </w:r>
      <w:r>
        <w:t xml:space="preserve"> say.</w:t>
        <w:br/>
        <w:t>好了</w:t>
      </w:r>
      <w:r>
        <w:t xml:space="preserve"> 带你去医务室吧</w:t>
      </w:r>
      <w:r>
        <w:t xml:space="preserve"> 三</w:t>
      </w:r>
      <w:r>
        <w:t xml:space="preserve"> 二</w:t>
        <w:br/>
        <w:t>All</w:t>
      </w:r>
      <w:r>
        <w:t xml:space="preserve"> right,</w:t>
      </w:r>
      <w:r>
        <w:t xml:space="preserve"> let's,</w:t>
      </w:r>
      <w:r>
        <w:t xml:space="preserve"> uh,</w:t>
      </w:r>
      <w:r>
        <w:t xml:space="preserve"> let's</w:t>
      </w:r>
      <w:r>
        <w:t xml:space="preserve"> get</w:t>
      </w:r>
      <w:r>
        <w:t xml:space="preserve"> you</w:t>
      </w:r>
      <w:r>
        <w:t xml:space="preserve"> to</w:t>
      </w:r>
      <w:r>
        <w:t xml:space="preserve"> the</w:t>
      </w:r>
      <w:r>
        <w:t xml:space="preserve"> infirmary.</w:t>
      </w:r>
      <w:r>
        <w:t xml:space="preserve"> Three,</w:t>
      </w:r>
      <w:r>
        <w:t xml:space="preserve"> two.</w:t>
        <w:br/>
        <w:t>都封锁了</w:t>
        <w:br/>
        <w:t>Everything's</w:t>
      </w:r>
      <w:r>
        <w:t xml:space="preserve"> locked</w:t>
      </w:r>
      <w:r>
        <w:t xml:space="preserve"> down.</w:t>
        <w:br/>
        <w:t>我们得赶紧离开这儿</w:t>
        <w:br/>
        <w:t>We</w:t>
      </w:r>
      <w:r>
        <w:t xml:space="preserve"> got</w:t>
      </w:r>
      <w:r>
        <w:t xml:space="preserve"> to</w:t>
      </w:r>
      <w:r>
        <w:t xml:space="preserve"> get</w:t>
      </w:r>
      <w:r>
        <w:t xml:space="preserve"> out</w:t>
      </w:r>
      <w:r>
        <w:t xml:space="preserve"> of</w:t>
      </w:r>
      <w:r>
        <w:t xml:space="preserve"> here.</w:t>
      </w:r>
      <w:r>
        <w:t xml:space="preserve"> </w:t>
        <w:br/>
        <w:t>这扇门没锁</w:t>
        <w:br/>
        <w:t>This</w:t>
      </w:r>
      <w:r>
        <w:t xml:space="preserve"> door's</w:t>
      </w:r>
      <w:r>
        <w:t xml:space="preserve"> unlocked.</w:t>
        <w:br/>
        <w:t>不行</w:t>
      </w:r>
      <w:r>
        <w:t xml:space="preserve"> 不能从这边下去</w:t>
        <w:br/>
        <w:t>No.</w:t>
      </w:r>
      <w:r>
        <w:t xml:space="preserve"> No.</w:t>
      </w:r>
      <w:r>
        <w:t xml:space="preserve"> We're</w:t>
      </w:r>
      <w:r>
        <w:t xml:space="preserve"> not</w:t>
      </w:r>
      <w:r>
        <w:t xml:space="preserve"> going</w:t>
      </w:r>
      <w:r>
        <w:t xml:space="preserve"> down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there.</w:t>
        <w:br/>
        <w:t>这边只有地下室</w:t>
        <w:br/>
        <w:t>It</w:t>
      </w:r>
      <w:r>
        <w:t xml:space="preserve"> just</w:t>
      </w:r>
      <w:r>
        <w:t xml:space="preserve"> leads</w:t>
      </w:r>
      <w:r>
        <w:t xml:space="preserve"> into</w:t>
      </w:r>
      <w:r>
        <w:t xml:space="preserve"> the</w:t>
      </w:r>
      <w:r>
        <w:t xml:space="preserve"> basement.</w:t>
        <w:br/>
        <w:t>地下室横穿整间监狱</w:t>
        <w:br/>
        <w:t>It</w:t>
      </w:r>
      <w:r>
        <w:t xml:space="preserve"> cuts</w:t>
      </w:r>
      <w:r>
        <w:t xml:space="preserve"> across</w:t>
      </w:r>
      <w:r>
        <w:t xml:space="preserve"> the</w:t>
      </w:r>
      <w:r>
        <w:t xml:space="preserve"> entire</w:t>
      </w:r>
      <w:r>
        <w:t xml:space="preserve"> prison</w:t>
      </w:r>
      <w:r>
        <w:t xml:space="preserve"> </w:t>
        <w:br/>
        <w:t>另一头刚好在典狱长办公室旁边</w:t>
        <w:br/>
        <w:t>and</w:t>
      </w:r>
      <w:r>
        <w:t xml:space="preserve"> then</w:t>
      </w:r>
      <w:r>
        <w:t xml:space="preserve"> it</w:t>
      </w:r>
      <w:r>
        <w:t xml:space="preserve"> comes</w:t>
      </w:r>
      <w:r>
        <w:t xml:space="preserve"> out</w:t>
      </w:r>
      <w:r>
        <w:t xml:space="preserve"> on</w:t>
      </w:r>
      <w:r>
        <w:t xml:space="preserve"> the</w:t>
      </w:r>
      <w:r>
        <w:t xml:space="preserve"> other</w:t>
      </w:r>
      <w:r>
        <w:t xml:space="preserve"> side</w:t>
      </w:r>
      <w:r>
        <w:t xml:space="preserve"> right</w:t>
      </w:r>
      <w:r>
        <w:t xml:space="preserve"> outside</w:t>
      </w:r>
      <w:r>
        <w:t xml:space="preserve"> the</w:t>
      </w:r>
      <w:r>
        <w:t xml:space="preserve"> warden's</w:t>
      </w:r>
      <w:r>
        <w:t xml:space="preserve"> office,</w:t>
        <w:br/>
        <w:t>会有守卫放我们出去的</w:t>
      </w:r>
      <w:r>
        <w:t xml:space="preserve"> 我保证</w:t>
        <w:br/>
        <w:t>and</w:t>
      </w:r>
      <w:r>
        <w:t xml:space="preserve"> a</w:t>
      </w:r>
      <w:r>
        <w:t xml:space="preserve"> guard</w:t>
      </w:r>
      <w:r>
        <w:t xml:space="preserve"> will</w:t>
      </w:r>
      <w:r>
        <w:t xml:space="preserve"> be</w:t>
      </w:r>
      <w:r>
        <w:t xml:space="preserve"> able</w:t>
      </w:r>
      <w:r>
        <w:t xml:space="preserve"> to</w:t>
      </w:r>
      <w:r>
        <w:t xml:space="preserve"> let</w:t>
      </w:r>
      <w:r>
        <w:t xml:space="preserve"> us</w:t>
      </w:r>
      <w:r>
        <w:t xml:space="preserve"> out.</w:t>
      </w:r>
      <w:r>
        <w:t xml:space="preserve"> I</w:t>
      </w:r>
      <w:r>
        <w:t xml:space="preserve"> promise.</w:t>
        <w:br/>
        <w:t>还是你想待在这里</w:t>
        <w:br/>
        <w:t>Unless</w:t>
      </w:r>
      <w:r>
        <w:t xml:space="preserve"> you</w:t>
      </w:r>
      <w:r>
        <w:t xml:space="preserve"> want</w:t>
      </w:r>
      <w:r>
        <w:t xml:space="preserve"> to</w:t>
      </w:r>
      <w:r>
        <w:t xml:space="preserve"> stay</w:t>
      </w:r>
      <w:r>
        <w:t xml:space="preserve"> here.</w:t>
        <w:br/>
        <w:t>放开我!</w:t>
        <w:br/>
        <w:t>Get</w:t>
      </w:r>
      <w:r>
        <w:t xml:space="preserve"> away</w:t>
      </w:r>
      <w:r>
        <w:t xml:space="preserve"> from</w:t>
      </w:r>
      <w:r>
        <w:t xml:space="preserve"> me!</w:t>
      </w:r>
      <w:r>
        <w:t xml:space="preserve"> </w:t>
        <w:br/>
        <w:t>好吧</w:t>
      </w:r>
      <w:r>
        <w:t xml:space="preserve"> 走吧</w:t>
        <w:br/>
        <w:t>All</w:t>
      </w:r>
      <w:r>
        <w:t xml:space="preserve"> right,</w:t>
      </w:r>
      <w:r>
        <w:t xml:space="preserve"> go.</w:t>
      </w:r>
      <w:r>
        <w:t xml:space="preserve"> Go.</w:t>
        <w:br/>
        <w:t>这么走确实没错吧?</w:t>
        <w:br/>
        <w:t>Sure</w:t>
      </w:r>
      <w:r>
        <w:t xml:space="preserve"> this</w:t>
      </w:r>
      <w:r>
        <w:t xml:space="preserve"> goes</w:t>
      </w:r>
      <w:r>
        <w:t xml:space="preserve"> somewhere?</w:t>
      </w:r>
      <w:r>
        <w:t xml:space="preserve"> </w:t>
        <w:br/>
        <w:t>我之前走过</w:t>
        <w:br/>
        <w:t>I've</w:t>
      </w:r>
      <w:r>
        <w:t xml:space="preserve"> cut</w:t>
      </w:r>
      <w:r>
        <w:t xml:space="preserve"> across</w:t>
      </w:r>
      <w:r>
        <w:t xml:space="preserve"> here</w:t>
      </w:r>
      <w:r>
        <w:t xml:space="preserve"> before.</w:t>
        <w:br/>
        <w:t>是吗?</w:t>
      </w:r>
      <w:r>
        <w:t xml:space="preserve"> 你常在监狱里瞎逛?</w:t>
        <w:br/>
        <w:t>Oh,</w:t>
      </w:r>
      <w:r>
        <w:t xml:space="preserve"> yeah?</w:t>
      </w:r>
      <w:r>
        <w:t xml:space="preserve"> You</w:t>
      </w:r>
      <w:r>
        <w:t xml:space="preserve"> get</w:t>
      </w:r>
      <w:r>
        <w:t xml:space="preserve"> out</w:t>
      </w:r>
      <w:r>
        <w:t xml:space="preserve"> and</w:t>
      </w:r>
      <w:r>
        <w:t xml:space="preserve"> roam</w:t>
      </w:r>
      <w:r>
        <w:t xml:space="preserve"> the</w:t>
      </w:r>
      <w:r>
        <w:t xml:space="preserve"> prison</w:t>
      </w:r>
      <w:r>
        <w:t xml:space="preserve"> a</w:t>
      </w:r>
      <w:r>
        <w:t xml:space="preserve"> lot?</w:t>
        <w:br/>
        <w:t>我挺常出来的</w:t>
      </w:r>
      <w:r>
        <w:t xml:space="preserve"> 守卫对我比较不一样</w:t>
        <w:br/>
        <w:t>I</w:t>
      </w:r>
      <w:r>
        <w:t xml:space="preserve"> get</w:t>
      </w:r>
      <w:r>
        <w:t xml:space="preserve"> out</w:t>
      </w:r>
      <w:r>
        <w:t xml:space="preserve"> a</w:t>
      </w:r>
      <w:r>
        <w:t xml:space="preserve"> bit.</w:t>
      </w:r>
      <w:r>
        <w:t xml:space="preserve"> The</w:t>
      </w:r>
      <w:r>
        <w:t xml:space="preserve"> guards</w:t>
      </w:r>
      <w:r>
        <w:t xml:space="preserve"> treat</w:t>
      </w:r>
      <w:r>
        <w:t xml:space="preserve"> me</w:t>
      </w:r>
      <w:r>
        <w:t xml:space="preserve"> a</w:t>
      </w:r>
      <w:r>
        <w:t xml:space="preserve"> bit</w:t>
      </w:r>
      <w:r>
        <w:t xml:space="preserve"> differently.</w:t>
        <w:br/>
        <w:t>挺好的</w:t>
        <w:br/>
        <w:t>Good</w:t>
      </w:r>
      <w:r>
        <w:t xml:space="preserve"> for</w:t>
      </w:r>
      <w:r>
        <w:t xml:space="preserve"> you.</w:t>
        <w:br/>
        <w:t>你没必要这么尖刻</w:t>
        <w:br/>
        <w:t>No</w:t>
      </w:r>
      <w:r>
        <w:t xml:space="preserve"> need</w:t>
      </w:r>
      <w:r>
        <w:t xml:space="preserve"> to</w:t>
      </w:r>
      <w:r>
        <w:t xml:space="preserve"> be</w:t>
      </w:r>
      <w:r>
        <w:t xml:space="preserve"> snarky.</w:t>
      </w:r>
      <w:r>
        <w:t xml:space="preserve"> </w:t>
        <w:br/>
        <w:t>我没有</w:t>
        <w:br/>
        <w:t>I'm</w:t>
      </w:r>
      <w:r>
        <w:t xml:space="preserve"> not.</w:t>
        <w:br/>
        <w:t>我才发现进了监狱就跑不出去了</w:t>
        <w:br/>
        <w:t>I</w:t>
      </w:r>
      <w:r>
        <w:t xml:space="preserve"> just</w:t>
      </w:r>
      <w:r>
        <w:t xml:space="preserve"> figure</w:t>
      </w:r>
      <w:r>
        <w:t xml:space="preserve"> when</w:t>
      </w:r>
      <w:r>
        <w:t xml:space="preserve"> you're</w:t>
      </w:r>
      <w:r>
        <w:t xml:space="preserve"> in</w:t>
      </w:r>
      <w:r>
        <w:t xml:space="preserve"> prison,</w:t>
      </w:r>
      <w:r>
        <w:t xml:space="preserve"> you're</w:t>
      </w:r>
      <w:r>
        <w:t xml:space="preserve"> in</w:t>
      </w:r>
      <w:r>
        <w:t xml:space="preserve"> prison.</w:t>
      </w:r>
      <w:r>
        <w:t xml:space="preserve"> </w:t>
        <w:br/>
        <w:t>事事都是有联&amp;hearts;系&amp;hearts;的</w:t>
        <w:br/>
        <w:t>Well,</w:t>
      </w:r>
      <w:r>
        <w:t xml:space="preserve"> I</w:t>
      </w:r>
      <w:r>
        <w:t xml:space="preserve"> guess</w:t>
      </w:r>
      <w:r>
        <w:t xml:space="preserve"> it's</w:t>
      </w:r>
      <w:r>
        <w:t xml:space="preserve"> all</w:t>
      </w:r>
      <w:r>
        <w:t xml:space="preserve"> relative.</w:t>
        <w:br/>
        <w:t>现在怎么办</w:t>
      </w:r>
      <w:r>
        <w:t xml:space="preserve"> 小聪明?</w:t>
        <w:br/>
        <w:t>What</w:t>
      </w:r>
      <w:r>
        <w:t xml:space="preserve"> now,</w:t>
      </w:r>
      <w:r>
        <w:t xml:space="preserve"> Smarty</w:t>
      </w:r>
      <w:r>
        <w:t xml:space="preserve"> Pants?</w:t>
        <w:br/>
        <w:t>有人吗?</w:t>
        <w:br/>
        <w:t>Hello?</w:t>
        <w:br/>
        <w:t>McNally?</w:t>
        <w:br/>
        <w:t>McNally?</w:t>
        <w:br/>
        <w:t>我是Peck</w:t>
      </w:r>
      <w:r>
        <w:t xml:space="preserve"> 被困在牢房&amp;hearts;里了</w:t>
        <w:br/>
        <w:t>Hey,</w:t>
      </w:r>
      <w:r>
        <w:t xml:space="preserve"> it's,</w:t>
      </w:r>
      <w:r>
        <w:t xml:space="preserve"> uh,</w:t>
      </w:r>
      <w:r>
        <w:t xml:space="preserve"> it's</w:t>
      </w:r>
      <w:r>
        <w:t xml:space="preserve"> Peck.</w:t>
      </w:r>
      <w:r>
        <w:t xml:space="preserve"> I'm</w:t>
      </w:r>
      <w:r>
        <w:t xml:space="preserve"> stuck</w:t>
      </w:r>
      <w:r>
        <w:t xml:space="preserve"> in</w:t>
      </w:r>
      <w:r>
        <w:t xml:space="preserve"> a</w:t>
      </w:r>
      <w:r>
        <w:t xml:space="preserve"> cellblock.</w:t>
        <w:br/>
        <w:t>谁来帮帮忙?</w:t>
        <w:br/>
        <w:t>Can</w:t>
      </w:r>
      <w:r>
        <w:t xml:space="preserve"> anyone</w:t>
      </w:r>
      <w:r>
        <w:t xml:space="preserve"> help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me?</w:t>
        <w:br/>
        <w:t>Peck</w:t>
      </w:r>
      <w:r>
        <w:t xml:space="preserve"> 是我</w:t>
      </w:r>
      <w:r>
        <w:t xml:space="preserve"> 你有危险吗?</w:t>
        <w:br/>
        <w:t>Peck,</w:t>
      </w:r>
      <w:r>
        <w:t xml:space="preserve"> it's</w:t>
      </w:r>
      <w:r>
        <w:t xml:space="preserve"> me.</w:t>
      </w:r>
      <w:r>
        <w:t xml:space="preserve"> Are</w:t>
      </w:r>
      <w:r>
        <w:t xml:space="preserve"> you</w:t>
      </w:r>
      <w:r>
        <w:t xml:space="preserve"> in</w:t>
      </w:r>
      <w:r>
        <w:t xml:space="preserve"> danger?</w:t>
        <w:br/>
        <w:t>没有</w:t>
      </w:r>
      <w:r>
        <w:t xml:space="preserve"> 暂时没有</w:t>
        <w:br/>
        <w:t>No.</w:t>
      </w:r>
      <w:r>
        <w:t xml:space="preserve"> Not</w:t>
      </w:r>
      <w:r>
        <w:t xml:space="preserve"> at</w:t>
      </w:r>
      <w:r>
        <w:t xml:space="preserve"> the</w:t>
      </w:r>
      <w:r>
        <w:t xml:space="preserve"> moment.</w:t>
        <w:br/>
        <w:t>好的</w:t>
      </w:r>
      <w:r>
        <w:t xml:space="preserve"> 你原定待命</w:t>
        <w:br/>
        <w:t>All</w:t>
      </w:r>
      <w:r>
        <w:t xml:space="preserve"> right,</w:t>
      </w:r>
      <w:r>
        <w:t xml:space="preserve"> I</w:t>
      </w:r>
      <w:r>
        <w:t xml:space="preserve"> want</w:t>
      </w:r>
      <w:r>
        <w:t xml:space="preserve"> you</w:t>
      </w:r>
      <w:r>
        <w:t xml:space="preserve"> to</w:t>
      </w:r>
      <w:r>
        <w:t xml:space="preserve"> stay</w:t>
      </w:r>
      <w:r>
        <w:t xml:space="preserve"> where</w:t>
      </w:r>
      <w:r>
        <w:t xml:space="preserve"> you</w:t>
      </w:r>
      <w:r>
        <w:t xml:space="preserve"> are.</w:t>
        <w:br/>
        <w:t>我会尽量</w:t>
        <w:br/>
        <w:t>I</w:t>
      </w:r>
      <w:r>
        <w:t xml:space="preserve"> will</w:t>
      </w:r>
      <w:r>
        <w:t xml:space="preserve"> try</w:t>
      </w:r>
      <w:r>
        <w:t xml:space="preserve"> my</w:t>
      </w:r>
      <w:r>
        <w:t xml:space="preserve"> very</w:t>
      </w:r>
      <w:r>
        <w:t xml:space="preserve"> best.</w:t>
      </w:r>
      <w:r>
        <w:t xml:space="preserve"> </w:t>
        <w:br/>
        <w:t>你好</w:t>
        <w:br/>
        <w:t>Hello.</w:t>
        <w:br/>
        <w:t>哎哟</w:t>
      </w:r>
      <w:r>
        <w:t xml:space="preserve"> 你好啊</w:t>
        <w:br/>
        <w:t>Hello.</w:t>
      </w:r>
      <w:r>
        <w:t xml:space="preserve"> Hello.</w:t>
        <w:br/>
        <w:t>瞧瞧啊</w:t>
      </w:r>
      <w:r>
        <w:t xml:space="preserve"> 金发小妞</w:t>
      </w:r>
      <w:r>
        <w:t xml:space="preserve"> 欢迎来到我的地盘</w:t>
        <w:br/>
        <w:t>Look</w:t>
      </w:r>
      <w:r>
        <w:t xml:space="preserve"> at</w:t>
      </w:r>
      <w:r>
        <w:t xml:space="preserve"> you,</w:t>
      </w:r>
      <w:r>
        <w:t xml:space="preserve"> Blondie.</w:t>
      </w:r>
      <w:r>
        <w:t xml:space="preserve"> Welcome</w:t>
      </w:r>
      <w:r>
        <w:t xml:space="preserve"> to</w:t>
      </w:r>
      <w:r>
        <w:t xml:space="preserve"> my</w:t>
      </w:r>
      <w:r>
        <w:t xml:space="preserve"> lair.</w:t>
        <w:br/>
        <w:t>其他人不管我都走了</w:t>
      </w:r>
      <w:r>
        <w:t xml:space="preserve"> 进来吧</w:t>
        <w:br/>
        <w:t>Looks</w:t>
      </w:r>
      <w:r>
        <w:t xml:space="preserve"> like</w:t>
      </w:r>
      <w:r>
        <w:t xml:space="preserve"> everybody</w:t>
      </w:r>
      <w:r>
        <w:t xml:space="preserve"> else</w:t>
      </w:r>
      <w:r>
        <w:t xml:space="preserve"> took</w:t>
      </w:r>
      <w:r>
        <w:t xml:space="preserve"> off</w:t>
      </w:r>
      <w:r>
        <w:t xml:space="preserve"> on</w:t>
      </w:r>
      <w:r>
        <w:t xml:space="preserve"> me.</w:t>
      </w:r>
      <w:r>
        <w:t xml:space="preserve"> Come</w:t>
      </w:r>
      <w:r>
        <w:t xml:space="preserve"> in.</w:t>
        <w:br/>
        <w:t>我不咬人</w:t>
        <w:br/>
        <w:t>I</w:t>
      </w:r>
      <w:r>
        <w:t xml:space="preserve"> don't</w:t>
      </w:r>
      <w:r>
        <w:t xml:space="preserve"> bite.</w:t>
        <w:br/>
        <w:t>好吧</w:t>
      </w:r>
      <w:r>
        <w:t xml:space="preserve"> 其实我咬</w:t>
      </w:r>
      <w:r>
        <w:t xml:space="preserve"> 但我不会咬你</w:t>
      </w:r>
      <w:r>
        <w:t xml:space="preserve"> 我保证</w:t>
        <w:br/>
        <w:t>Well,</w:t>
      </w:r>
      <w:r>
        <w:t xml:space="preserve"> I</w:t>
      </w:r>
      <w:r>
        <w:t xml:space="preserve"> do...</w:t>
      </w:r>
      <w:r>
        <w:t xml:space="preserve"> But</w:t>
      </w:r>
      <w:r>
        <w:t xml:space="preserve"> I</w:t>
      </w:r>
      <w:r>
        <w:t xml:space="preserve"> won't.</w:t>
      </w:r>
      <w:r>
        <w:t xml:space="preserve"> I</w:t>
      </w:r>
      <w:r>
        <w:t xml:space="preserve"> promise.</w:t>
        <w:br/>
        <w:t>真受不了这样等着</w:t>
        <w:br/>
        <w:t>I</w:t>
      </w:r>
      <w:r>
        <w:t xml:space="preserve"> can't</w:t>
      </w:r>
      <w:r>
        <w:t xml:space="preserve"> stand</w:t>
      </w:r>
      <w:r>
        <w:t xml:space="preserve"> this</w:t>
      </w:r>
      <w:r>
        <w:t xml:space="preserve"> waiting.</w:t>
        <w:br/>
        <w:t>就算哪里出了问题</w:t>
      </w:r>
      <w:r>
        <w:t xml:space="preserve"> 他们应该直接告诉我们</w:t>
        <w:br/>
        <w:t>If</w:t>
      </w:r>
      <w:r>
        <w:t xml:space="preserve"> there's</w:t>
      </w:r>
      <w:r>
        <w:t xml:space="preserve"> something</w:t>
      </w:r>
      <w:r>
        <w:t xml:space="preserve"> wrong,</w:t>
      </w:r>
      <w:r>
        <w:t xml:space="preserve"> they</w:t>
      </w:r>
      <w:r>
        <w:t xml:space="preserve"> should</w:t>
      </w:r>
      <w:r>
        <w:t xml:space="preserve"> just...</w:t>
      </w:r>
      <w:r>
        <w:t xml:space="preserve"> they</w:t>
      </w:r>
      <w:r>
        <w:t xml:space="preserve"> should</w:t>
      </w:r>
      <w:r>
        <w:t xml:space="preserve"> just</w:t>
      </w:r>
      <w:r>
        <w:t xml:space="preserve"> tell</w:t>
      </w:r>
      <w:r>
        <w:t xml:space="preserve"> us.</w:t>
        <w:br/>
        <w:t>一分钟的时间真是太奇怪了</w:t>
        <w:br/>
        <w:t>It's</w:t>
      </w:r>
      <w:r>
        <w:t xml:space="preserve"> weird</w:t>
      </w:r>
      <w:r>
        <w:t xml:space="preserve"> how</w:t>
      </w:r>
      <w:r>
        <w:t xml:space="preserve"> a</w:t>
      </w:r>
      <w:r>
        <w:t xml:space="preserve"> minute</w:t>
      </w:r>
      <w:r>
        <w:t xml:space="preserve"> is</w:t>
      </w:r>
      <w:r>
        <w:t xml:space="preserve"> an</w:t>
      </w:r>
      <w:r>
        <w:t xml:space="preserve"> empirical</w:t>
      </w:r>
      <w:r>
        <w:t xml:space="preserve"> thing.</w:t>
        <w:br/>
        <w:t>永恒不变的60秒</w:t>
      </w:r>
      <w:r>
        <w:t xml:space="preserve"> 有时候飞奔</w:t>
        <w:br/>
        <w:t>It's</w:t>
      </w:r>
      <w:r>
        <w:t xml:space="preserve"> 60</w:t>
      </w:r>
      <w:r>
        <w:t xml:space="preserve"> seconds,</w:t>
      </w:r>
      <w:r>
        <w:t xml:space="preserve"> it</w:t>
      </w:r>
      <w:r>
        <w:t xml:space="preserve"> never</w:t>
      </w:r>
      <w:r>
        <w:t xml:space="preserve"> changes,</w:t>
      </w:r>
      <w:r>
        <w:t xml:space="preserve"> and</w:t>
      </w:r>
      <w:r>
        <w:t xml:space="preserve"> sometimes</w:t>
      </w:r>
      <w:r>
        <w:t xml:space="preserve"> that</w:t>
      </w:r>
      <w:r>
        <w:t xml:space="preserve"> minute</w:t>
      </w:r>
      <w:r>
        <w:t xml:space="preserve"> flies,</w:t>
        <w:br/>
        <w:t>有时候却缓缓前行</w:t>
        <w:br/>
        <w:t>and</w:t>
      </w:r>
      <w:r>
        <w:t xml:space="preserve"> other</w:t>
      </w:r>
      <w:r>
        <w:t xml:space="preserve"> times</w:t>
      </w:r>
      <w:r>
        <w:t xml:space="preserve"> it</w:t>
      </w:r>
      <w:r>
        <w:t xml:space="preserve"> just</w:t>
      </w:r>
      <w:r>
        <w:t xml:space="preserve"> crawls.</w:t>
        <w:br/>
        <w:t>有点像金甲虫</w:t>
        <w:br/>
        <w:t>Kind</w:t>
      </w:r>
      <w:r>
        <w:t xml:space="preserve"> of</w:t>
      </w:r>
      <w:r>
        <w:t xml:space="preserve"> like</w:t>
      </w:r>
      <w:r>
        <w:t xml:space="preserve"> a</w:t>
      </w:r>
      <w:r>
        <w:t xml:space="preserve"> June</w:t>
      </w:r>
      <w:r>
        <w:t xml:space="preserve"> bug.</w:t>
        <w:br/>
        <w:t>你小时候常见金甲虫?</w:t>
        <w:br/>
        <w:t>You</w:t>
      </w:r>
      <w:r>
        <w:t xml:space="preserve"> grow</w:t>
      </w:r>
      <w:r>
        <w:t xml:space="preserve"> up</w:t>
      </w:r>
      <w:r>
        <w:t xml:space="preserve"> with</w:t>
      </w:r>
      <w:r>
        <w:t xml:space="preserve"> June</w:t>
      </w:r>
      <w:r>
        <w:t xml:space="preserve"> bugs?</w:t>
      </w:r>
      <w:r>
        <w:t xml:space="preserve"> </w:t>
        <w:br/>
        <w:t>没啊</w:t>
      </w:r>
      <w:r>
        <w:t xml:space="preserve"> 金甲虫是什么?</w:t>
        <w:br/>
        <w:t>No.</w:t>
      </w:r>
      <w:r>
        <w:t xml:space="preserve"> What's</w:t>
      </w:r>
      <w:r>
        <w:t xml:space="preserve"> a</w:t>
      </w:r>
      <w:r>
        <w:t xml:space="preserve"> June</w:t>
      </w:r>
      <w:r>
        <w:t xml:space="preserve"> bug?</w:t>
        <w:br/>
        <w:t>金甲虫是一种小小的...</w:t>
        <w:br/>
        <w:t>A</w:t>
      </w:r>
      <w:r>
        <w:t xml:space="preserve"> June</w:t>
      </w:r>
      <w:r>
        <w:t xml:space="preserve"> bug</w:t>
      </w:r>
      <w:r>
        <w:t xml:space="preserve"> is</w:t>
      </w:r>
      <w:r>
        <w:t xml:space="preserve"> a</w:t>
      </w:r>
      <w:r>
        <w:t xml:space="preserve"> little...</w:t>
        <w:br/>
        <w:t>是一种大只带翅的棕色甲虫</w:t>
        <w:br/>
        <w:t>well,</w:t>
      </w:r>
      <w:r>
        <w:t xml:space="preserve"> a</w:t>
      </w:r>
      <w:r>
        <w:t xml:space="preserve"> large</w:t>
      </w:r>
      <w:r>
        <w:t xml:space="preserve"> brown</w:t>
      </w:r>
      <w:r>
        <w:t xml:space="preserve"> beetle</w:t>
      </w:r>
      <w:r>
        <w:t xml:space="preserve"> with</w:t>
      </w:r>
      <w:r>
        <w:t xml:space="preserve"> wings,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7"/>
          <w:cols w:space="720"/>
          <w:titlePg w:val="0"/>
          <w:docGrid w:linePitch="360"/>
        </w:sectPr>
      </w:pPr>
      <w:r>
        <w:t xml:space="preserve"> </w:t>
        <w:br/>
        <w:t>晚上会循着走廊的灯光飞进家里</w:t>
        <w:br/>
        <w:t>and</w:t>
      </w:r>
      <w:r>
        <w:t xml:space="preserve"> they</w:t>
      </w:r>
      <w:r>
        <w:t xml:space="preserve"> flap</w:t>
      </w:r>
      <w:r>
        <w:t xml:space="preserve"> around</w:t>
      </w:r>
      <w:r>
        <w:t xml:space="preserve"> in</w:t>
      </w:r>
      <w:r>
        <w:t xml:space="preserve"> everybody's,</w:t>
      </w:r>
      <w:r>
        <w:t xml:space="preserve"> uh,</w:t>
      </w:r>
      <w:r>
        <w:t xml:space="preserve"> porch</w:t>
      </w:r>
      <w:r>
        <w:t xml:space="preserve"> lights</w:t>
      </w:r>
      <w:r>
        <w:t xml:space="preserve"> at</w:t>
      </w:r>
      <w:r>
        <w:t xml:space="preserve"> night.</w:t>
        <w:br/>
        <w:t>进屋的时候还得躲着它们</w:t>
        <w:br/>
        <w:t>You</w:t>
      </w:r>
      <w:r>
        <w:t xml:space="preserve"> got</w:t>
      </w:r>
      <w:r>
        <w:t xml:space="preserve"> to</w:t>
      </w:r>
      <w:r>
        <w:t xml:space="preserve"> duck</w:t>
      </w:r>
      <w:r>
        <w:t xml:space="preserve"> them</w:t>
      </w:r>
      <w:r>
        <w:t xml:space="preserve"> to</w:t>
      </w:r>
      <w:r>
        <w:t xml:space="preserve"> get</w:t>
      </w:r>
      <w:r>
        <w:t xml:space="preserve"> into</w:t>
      </w:r>
      <w:r>
        <w:t xml:space="preserve"> the</w:t>
      </w:r>
      <w:r>
        <w:t xml:space="preserve"> house,</w:t>
      </w:r>
      <w:r>
        <w:t xml:space="preserve"> </w:t>
        <w:br/>
        <w:t>到了早上</w:t>
      </w:r>
      <w:r>
        <w:t xml:space="preserve"> 又像鼻涕虫似的在地上爬来爬去</w:t>
        <w:br/>
        <w:t>and</w:t>
      </w:r>
      <w:r>
        <w:t xml:space="preserve"> in</w:t>
      </w:r>
      <w:r>
        <w:t xml:space="preserve"> the</w:t>
      </w:r>
      <w:r>
        <w:t xml:space="preserve"> morning,</w:t>
      </w:r>
      <w:r>
        <w:t xml:space="preserve"> they're</w:t>
      </w:r>
      <w:r>
        <w:t xml:space="preserve"> crawling</w:t>
      </w:r>
      <w:r>
        <w:t xml:space="preserve"> around</w:t>
      </w:r>
      <w:r>
        <w:t xml:space="preserve"> on</w:t>
      </w:r>
      <w:r>
        <w:t xml:space="preserve"> the</w:t>
      </w:r>
      <w:r>
        <w:t xml:space="preserve"> ground</w:t>
      </w:r>
      <w:r>
        <w:t xml:space="preserve"> like</w:t>
      </w:r>
      <w:r>
        <w:t xml:space="preserve"> slugs.</w:t>
        <w:br/>
        <w:t>城里会有金甲虫吗?</w:t>
        <w:br/>
        <w:t>Are</w:t>
      </w:r>
      <w:r>
        <w:t xml:space="preserve"> there</w:t>
      </w:r>
      <w:r>
        <w:t xml:space="preserve"> June</w:t>
      </w:r>
      <w:r>
        <w:t xml:space="preserve"> bugs</w:t>
      </w:r>
      <w:r>
        <w:t xml:space="preserve"> in</w:t>
      </w:r>
      <w:r>
        <w:t xml:space="preserve"> the</w:t>
      </w:r>
      <w:r>
        <w:t xml:space="preserve"> city?</w:t>
      </w:r>
      <w:r>
        <w:t xml:space="preserve"> </w:t>
        <w:br/>
        <w:t>我以前会在水晶海滩我祖母家过周末</w:t>
        <w:br/>
        <w:t>I</w:t>
      </w:r>
      <w:r>
        <w:t xml:space="preserve"> spent</w:t>
      </w:r>
      <w:r>
        <w:t xml:space="preserve"> the</w:t>
      </w:r>
      <w:r>
        <w:t xml:space="preserve"> weekends</w:t>
      </w:r>
      <w:r>
        <w:t xml:space="preserve"> at</w:t>
      </w:r>
      <w:r>
        <w:t xml:space="preserve"> my</w:t>
      </w:r>
      <w:r>
        <w:t xml:space="preserve"> grandma's</w:t>
      </w:r>
      <w:r>
        <w:t xml:space="preserve"> at</w:t>
      </w:r>
      <w:r>
        <w:t xml:space="preserve"> Crystal</w:t>
      </w:r>
      <w:r>
        <w:t xml:space="preserve"> Beach.</w:t>
        <w:br/>
        <w:t>不是吧?</w:t>
      </w:r>
      <w:r>
        <w:t xml:space="preserve"> 我以前也老在那边过夏</w:t>
        <w:br/>
        <w:t>You're</w:t>
      </w:r>
      <w:r>
        <w:t xml:space="preserve"> kidding?</w:t>
      </w:r>
      <w:r>
        <w:t xml:space="preserve"> I</w:t>
      </w:r>
      <w:r>
        <w:t xml:space="preserve"> used</w:t>
      </w:r>
      <w:r>
        <w:t xml:space="preserve"> to</w:t>
      </w:r>
      <w:r>
        <w:t xml:space="preserve"> spend</w:t>
      </w:r>
      <w:r>
        <w:t xml:space="preserve"> summers</w:t>
      </w:r>
      <w:r>
        <w:t xml:space="preserve"> at</w:t>
      </w:r>
      <w:r>
        <w:t xml:space="preserve"> Crystal</w:t>
      </w:r>
      <w:r>
        <w:t xml:space="preserve"> Beach.</w:t>
        <w:br/>
        <w:t>是吗?</w:t>
        <w:br/>
        <w:t>Really?</w:t>
      </w:r>
      <w:r>
        <w:t xml:space="preserve"> </w:t>
        <w:br/>
        <w:t>是啊</w:t>
      </w:r>
      <w:r>
        <w:t xml:space="preserve"> 我堂哥他们住那边</w:t>
        <w:br/>
        <w:t>Yeah.</w:t>
      </w:r>
      <w:r>
        <w:t xml:space="preserve"> My</w:t>
      </w:r>
      <w:r>
        <w:t xml:space="preserve"> cousins</w:t>
      </w:r>
      <w:r>
        <w:t xml:space="preserve"> live</w:t>
      </w:r>
      <w:r>
        <w:t xml:space="preserve"> there.</w:t>
        <w:br/>
        <w:t>可喜欢水晶海滩了</w:t>
        <w:br/>
        <w:t>I</w:t>
      </w:r>
      <w:r>
        <w:t xml:space="preserve"> love</w:t>
      </w:r>
      <w:r>
        <w:t xml:space="preserve"> Crystal</w:t>
      </w:r>
      <w:r>
        <w:t xml:space="preserve"> Beach.</w:t>
      </w:r>
      <w:r>
        <w:t xml:space="preserve"> </w:t>
        <w:br/>
        <w:t>那你还没见过金甲虫?</w:t>
        <w:br/>
        <w:t>And</w:t>
      </w:r>
      <w:r>
        <w:t xml:space="preserve"> you</w:t>
      </w:r>
      <w:r>
        <w:t xml:space="preserve"> don't</w:t>
      </w:r>
      <w:r>
        <w:t xml:space="preserve"> know</w:t>
      </w:r>
      <w:r>
        <w:t xml:space="preserve"> June</w:t>
      </w:r>
      <w:r>
        <w:t xml:space="preserve"> bugs?</w:t>
        <w:br/>
        <w:t>没见过</w:t>
      </w:r>
      <w:r>
        <w:t xml:space="preserve"> 我只在八月份的时候去过</w:t>
        <w:br/>
        <w:t>No,</w:t>
      </w:r>
      <w:r>
        <w:t xml:space="preserve"> I</w:t>
      </w:r>
      <w:r>
        <w:t xml:space="preserve"> only</w:t>
      </w:r>
      <w:r>
        <w:t xml:space="preserve"> ever</w:t>
      </w:r>
      <w:r>
        <w:t xml:space="preserve"> went</w:t>
      </w:r>
      <w:r>
        <w:t xml:space="preserve"> in</w:t>
      </w:r>
      <w:r>
        <w:t xml:space="preserve"> August.</w:t>
        <w:br/>
        <w:t>说不定以前我们同时在那边游过泳呢</w:t>
        <w:br/>
        <w:t>We</w:t>
      </w:r>
      <w:r>
        <w:t xml:space="preserve"> were</w:t>
      </w:r>
      <w:r>
        <w:t xml:space="preserve"> probably</w:t>
      </w:r>
      <w:r>
        <w:t xml:space="preserve"> swimming</w:t>
      </w:r>
      <w:r>
        <w:t xml:space="preserve"> there</w:t>
      </w:r>
      <w:r>
        <w:t xml:space="preserve"> at</w:t>
      </w:r>
      <w:r>
        <w:t xml:space="preserve"> the</w:t>
      </w:r>
      <w:r>
        <w:t xml:space="preserve"> same</w:t>
      </w:r>
      <w:r>
        <w:t xml:space="preserve"> time.</w:t>
        <w:br/>
        <w:t>是啊</w:t>
      </w:r>
      <w:r>
        <w:t xml:space="preserve"> 真没想到啊</w:t>
        <w:br/>
        <w:t>Yeah.</w:t>
      </w:r>
      <w:r>
        <w:t xml:space="preserve"> Who</w:t>
      </w:r>
      <w:r>
        <w:t xml:space="preserve"> knew?</w:t>
        <w:br/>
        <w:t>站起来</w:t>
      </w:r>
      <w:r>
        <w:t xml:space="preserve"> 我得搜你身</w:t>
        <w:br/>
        <w:t>Get</w:t>
      </w:r>
      <w:r>
        <w:t xml:space="preserve"> up.</w:t>
      </w:r>
      <w:r>
        <w:t xml:space="preserve"> I</w:t>
      </w:r>
      <w:r>
        <w:t xml:space="preserve"> have</w:t>
      </w:r>
      <w:r>
        <w:t xml:space="preserve"> to</w:t>
      </w:r>
      <w:r>
        <w:t xml:space="preserve"> pat</w:t>
      </w:r>
      <w:r>
        <w:t xml:space="preserve"> you</w:t>
      </w:r>
      <w:r>
        <w:t xml:space="preserve"> down.</w:t>
        <w:br/>
        <w:t>站起来</w:t>
        <w:br/>
        <w:t>Get</w:t>
      </w:r>
      <w:r>
        <w:t xml:space="preserve"> up.</w:t>
      </w:r>
      <w:r>
        <w:t xml:space="preserve"> </w:t>
        <w:br/>
        <w:t>请便</w:t>
        <w:br/>
        <w:t>Be</w:t>
      </w:r>
      <w:r>
        <w:t xml:space="preserve"> my</w:t>
      </w:r>
      <w:r>
        <w:t xml:space="preserve"> guest.</w:t>
        <w:br/>
        <w:t>好久没人好好摸过我了</w:t>
        <w:br/>
        <w:t>Been</w:t>
      </w:r>
      <w:r>
        <w:t xml:space="preserve"> a</w:t>
      </w:r>
      <w:r>
        <w:t xml:space="preserve"> while</w:t>
      </w:r>
      <w:r>
        <w:t xml:space="preserve"> since</w:t>
      </w:r>
      <w:r>
        <w:t xml:space="preserve"> I</w:t>
      </w:r>
      <w:r>
        <w:t xml:space="preserve"> had</w:t>
      </w:r>
      <w:r>
        <w:t xml:space="preserve"> a</w:t>
      </w:r>
      <w:r>
        <w:t xml:space="preserve"> good</w:t>
      </w:r>
      <w:r>
        <w:t xml:space="preserve"> grope.</w:t>
        <w:br/>
        <w:t>还挺想的</w:t>
        <w:br/>
        <w:t>I</w:t>
      </w:r>
      <w:r>
        <w:t xml:space="preserve"> kind</w:t>
      </w:r>
      <w:r>
        <w:t xml:space="preserve"> of</w:t>
      </w:r>
      <w:r>
        <w:t xml:space="preserve"> miss</w:t>
      </w:r>
      <w:r>
        <w:t xml:space="preserve"> it.</w:t>
      </w:r>
      <w:r>
        <w:t xml:space="preserve"> </w:t>
        <w:br/>
        <w:t>这种事常发生吗?</w:t>
        <w:br/>
        <w:t>This</w:t>
      </w:r>
      <w:r>
        <w:t xml:space="preserve"> sort</w:t>
      </w:r>
      <w:r>
        <w:t xml:space="preserve"> of</w:t>
      </w:r>
      <w:r>
        <w:t xml:space="preserve"> thing</w:t>
      </w:r>
      <w:r>
        <w:t xml:space="preserve"> happen</w:t>
      </w:r>
      <w:r>
        <w:t xml:space="preserve"> often?</w:t>
        <w:br/>
        <w:t>挺常见的</w:t>
      </w:r>
      <w:r>
        <w:t xml:space="preserve"> 好多小妞</w:t>
        <w:br/>
        <w:t>Often</w:t>
      </w:r>
      <w:r>
        <w:t xml:space="preserve"> enough.</w:t>
      </w:r>
      <w:r>
        <w:t xml:space="preserve"> Bunch</w:t>
      </w:r>
      <w:r>
        <w:t xml:space="preserve"> of</w:t>
      </w:r>
      <w:r>
        <w:t xml:space="preserve"> babies.</w:t>
        <w:br/>
        <w:t>老哼哼唧唧的</w:t>
        <w:br/>
        <w:t>They're</w:t>
      </w:r>
      <w:r>
        <w:t xml:space="preserve"> always</w:t>
      </w:r>
      <w:r>
        <w:t xml:space="preserve"> whining</w:t>
      </w:r>
      <w:r>
        <w:t xml:space="preserve"> about,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8"/>
          <w:cols w:space="720"/>
          <w:titlePg w:val="0"/>
          <w:docGrid w:linePitch="360"/>
        </w:sectPr>
      </w:pPr>
      <w:r>
        <w:t xml:space="preserve"> </w:t>
        <w:br/>
        <w:t>什么哎呦没甜点啦</w:t>
        <w:br/>
        <w:t>"oh,</w:t>
      </w:r>
      <w:r>
        <w:t xml:space="preserve"> there's</w:t>
      </w:r>
      <w:r>
        <w:t xml:space="preserve"> no</w:t>
      </w:r>
      <w:r>
        <w:t xml:space="preserve"> dessert."</w:t>
        <w:br/>
        <w:t>操场放风时间太短啦</w:t>
      </w:r>
      <w:r>
        <w:t xml:space="preserve"> 我们可是在监狱欸</w:t>
        <w:br/>
        <w:t>Not</w:t>
      </w:r>
      <w:r>
        <w:t xml:space="preserve"> enough</w:t>
      </w:r>
      <w:r>
        <w:t xml:space="preserve"> time</w:t>
      </w:r>
      <w:r>
        <w:t xml:space="preserve"> in</w:t>
      </w:r>
      <w:r>
        <w:t xml:space="preserve"> the</w:t>
      </w:r>
      <w:r>
        <w:t xml:space="preserve"> exercise</w:t>
      </w:r>
      <w:r>
        <w:t xml:space="preserve"> yard.</w:t>
      </w:r>
      <w:r>
        <w:t xml:space="preserve"> We're</w:t>
      </w:r>
      <w:r>
        <w:t xml:space="preserve"> in</w:t>
      </w:r>
      <w:r>
        <w:t xml:space="preserve"> prison.</w:t>
        <w:br/>
        <w:t>估计她们以为这里是公主舞会呢</w:t>
        <w:br/>
        <w:t>I</w:t>
      </w:r>
      <w:r>
        <w:t xml:space="preserve"> think</w:t>
      </w:r>
      <w:r>
        <w:t xml:space="preserve"> they</w:t>
      </w:r>
      <w:r>
        <w:t xml:space="preserve"> thought</w:t>
      </w:r>
      <w:r>
        <w:t xml:space="preserve"> it</w:t>
      </w:r>
      <w:r>
        <w:t xml:space="preserve"> was</w:t>
      </w:r>
      <w:r>
        <w:t xml:space="preserve"> gonna</w:t>
      </w:r>
      <w:r>
        <w:t xml:space="preserve"> be</w:t>
      </w:r>
      <w:r>
        <w:t xml:space="preserve"> like</w:t>
      </w:r>
      <w:r>
        <w:t xml:space="preserve"> a</w:t>
      </w:r>
      <w:r>
        <w:t xml:space="preserve"> princess</w:t>
      </w:r>
      <w:r>
        <w:t xml:space="preserve"> ball.</w:t>
      </w:r>
      <w:r>
        <w:t xml:space="preserve"> </w:t>
        <w:br/>
        <w:t>你知道是为啥闹成这样的吗?</w:t>
        <w:br/>
        <w:t>Do</w:t>
      </w:r>
      <w:r>
        <w:t xml:space="preserve"> you</w:t>
      </w:r>
      <w:r>
        <w:t xml:space="preserve"> know</w:t>
      </w:r>
      <w:r>
        <w:t xml:space="preserve"> what</w:t>
      </w:r>
      <w:r>
        <w:t xml:space="preserve"> started</w:t>
      </w:r>
      <w:r>
        <w:t xml:space="preserve"> it?</w:t>
        <w:br/>
        <w:t>谁知道呢</w:t>
        <w:br/>
        <w:t>Oh,</w:t>
      </w:r>
      <w:r>
        <w:t xml:space="preserve"> God</w:t>
      </w:r>
      <w:r>
        <w:t xml:space="preserve"> knows.</w:t>
        <w:br/>
        <w:t>估计是41576号&amp;hearts;小公主</w:t>
        <w:br/>
        <w:t>Maybe</w:t>
      </w:r>
      <w:r>
        <w:t xml:space="preserve"> princess</w:t>
      </w:r>
      <w:r>
        <w:t xml:space="preserve"> number</w:t>
      </w:r>
      <w:r>
        <w:t xml:space="preserve"> 41576</w:t>
        <w:br/>
        <w:t>抢了2134小公主的饼干</w:t>
        <w:br/>
        <w:t>could've</w:t>
      </w:r>
      <w:r>
        <w:t xml:space="preserve"> robbed</w:t>
      </w:r>
      <w:r>
        <w:t xml:space="preserve"> princess</w:t>
      </w:r>
      <w:r>
        <w:t xml:space="preserve"> number</w:t>
      </w:r>
      <w:r>
        <w:t xml:space="preserve"> 2134's</w:t>
      </w:r>
      <w:r>
        <w:t xml:space="preserve"> cookie.</w:t>
        <w:br/>
        <w:t>不会有事的</w:t>
      </w:r>
      <w:r>
        <w:t xml:space="preserve"> 真的</w:t>
        <w:br/>
        <w:t>It's</w:t>
      </w:r>
      <w:r>
        <w:t xml:space="preserve"> gonna</w:t>
      </w:r>
      <w:r>
        <w:t xml:space="preserve"> be</w:t>
      </w:r>
      <w:r>
        <w:t xml:space="preserve"> fine.</w:t>
      </w:r>
      <w:r>
        <w:t xml:space="preserve"> You</w:t>
      </w:r>
      <w:r>
        <w:t xml:space="preserve"> know</w:t>
      </w:r>
      <w:r>
        <w:t xml:space="preserve"> what?</w:t>
        <w:br/>
        <w:t>我们不会永远困在这里的</w:t>
        <w:br/>
        <w:t>We're</w:t>
      </w:r>
      <w:r>
        <w:t xml:space="preserve"> not</w:t>
      </w:r>
      <w:r>
        <w:t xml:space="preserve"> gonna</w:t>
      </w:r>
      <w:r>
        <w:t xml:space="preserve"> be</w:t>
      </w:r>
      <w:r>
        <w:t xml:space="preserve"> in</w:t>
      </w:r>
      <w:r>
        <w:t xml:space="preserve"> here</w:t>
      </w:r>
      <w:r>
        <w:t xml:space="preserve"> forever.</w:t>
        <w:br/>
        <w:t>会没事的</w:t>
        <w:br/>
        <w:t>It's</w:t>
      </w:r>
      <w:r>
        <w:t xml:space="preserve"> gonna</w:t>
      </w:r>
      <w:r>
        <w:t xml:space="preserve"> be</w:t>
      </w:r>
      <w:r>
        <w:t xml:space="preserve"> fine.</w:t>
      </w:r>
      <w:r>
        <w:t xml:space="preserve"> </w:t>
        <w:br/>
        <w:t>你感觉会像是一辈子</w:t>
        <w:br/>
        <w:t>Gonna</w:t>
      </w:r>
      <w:r>
        <w:t xml:space="preserve"> seem</w:t>
      </w:r>
      <w:r>
        <w:t xml:space="preserve"> like</w:t>
      </w:r>
      <w:r>
        <w:t xml:space="preserve"> forever.</w:t>
        <w:br/>
        <w:t>所有人呼入呼出的都是同一片空气</w:t>
        <w:br/>
        <w:t>Everybody</w:t>
      </w:r>
      <w:r>
        <w:t xml:space="preserve"> breathing</w:t>
      </w:r>
      <w:r>
        <w:t xml:space="preserve"> the</w:t>
      </w:r>
      <w:r>
        <w:t xml:space="preserve"> same</w:t>
      </w:r>
      <w:r>
        <w:t xml:space="preserve"> air</w:t>
      </w:r>
      <w:r>
        <w:t xml:space="preserve"> over</w:t>
      </w:r>
      <w:r>
        <w:t xml:space="preserve"> and</w:t>
      </w:r>
      <w:r>
        <w:t xml:space="preserve"> over,</w:t>
      </w:r>
      <w:r>
        <w:t xml:space="preserve"> in</w:t>
      </w:r>
      <w:r>
        <w:t xml:space="preserve"> and</w:t>
      </w:r>
      <w:r>
        <w:t xml:space="preserve"> out.</w:t>
        <w:br/>
        <w:t>所有人都得回味其他人嘴里的臭气</w:t>
        <w:br/>
        <w:t>Everybody</w:t>
      </w:r>
      <w:r>
        <w:t xml:space="preserve"> pickling</w:t>
      </w:r>
      <w:r>
        <w:t xml:space="preserve"> on</w:t>
      </w:r>
      <w:r>
        <w:t xml:space="preserve"> each</w:t>
      </w:r>
      <w:r>
        <w:t xml:space="preserve"> other's</w:t>
      </w:r>
      <w:r>
        <w:t xml:space="preserve"> stinking</w:t>
      </w:r>
      <w:r>
        <w:t xml:space="preserve"> breath.</w:t>
        <w:br/>
        <w:t>哪个人行行好救我出去?</w:t>
        <w:br/>
        <w:t>Can</w:t>
      </w:r>
      <w:r>
        <w:t xml:space="preserve"> someone</w:t>
      </w:r>
      <w:r>
        <w:t xml:space="preserve"> please</w:t>
      </w:r>
      <w:r>
        <w:t xml:space="preserve"> come</w:t>
      </w:r>
      <w:r>
        <w:t xml:space="preserve"> and</w:t>
      </w:r>
      <w:r>
        <w:t xml:space="preserve"> get</w:t>
      </w:r>
      <w:r>
        <w:t xml:space="preserve"> me?</w:t>
        <w:br/>
        <w:t>坚持住</w:t>
      </w:r>
      <w:r>
        <w:t xml:space="preserve"> Peck</w:t>
      </w:r>
      <w:r>
        <w:t xml:space="preserve"> 我们正在想办法</w:t>
        <w:br/>
        <w:t>Hang</w:t>
      </w:r>
      <w:r>
        <w:t xml:space="preserve"> tight,</w:t>
      </w:r>
      <w:r>
        <w:t xml:space="preserve"> Peck.</w:t>
      </w:r>
      <w:r>
        <w:t xml:space="preserve"> We're</w:t>
      </w:r>
      <w:r>
        <w:t xml:space="preserve"> working</w:t>
      </w:r>
      <w:r>
        <w:t xml:space="preserve"> on</w:t>
      </w:r>
      <w:r>
        <w:t xml:space="preserve"> it.</w:t>
        <w:br/>
        <w:t>McNally</w:t>
      </w:r>
      <w:r>
        <w:t xml:space="preserve"> 你俩情况怎样?</w:t>
        <w:br/>
        <w:t>McNally,</w:t>
      </w:r>
      <w:r>
        <w:t xml:space="preserve"> you</w:t>
      </w:r>
      <w:r>
        <w:t xml:space="preserve"> guys</w:t>
      </w:r>
      <w:r>
        <w:t xml:space="preserve"> doing</w:t>
      </w:r>
      <w:r>
        <w:t xml:space="preserve"> okay?</w:t>
      </w:r>
      <w:r>
        <w:t xml:space="preserve"> </w:t>
        <w:br/>
        <w:t>还行</w:t>
      </w:r>
      <w:r>
        <w:t xml:space="preserve"> 我们这个囚犯受伤了</w:t>
        <w:br/>
        <w:t>Yeah,</w:t>
      </w:r>
      <w:r>
        <w:t xml:space="preserve"> our</w:t>
      </w:r>
      <w:r>
        <w:t xml:space="preserve"> inmate</w:t>
      </w:r>
      <w:r>
        <w:t xml:space="preserve"> is</w:t>
      </w:r>
      <w:r>
        <w:t xml:space="preserve"> injured.</w:t>
        <w:br/>
        <w:t>我们现在在走廊</w:t>
      </w:r>
      <w:r>
        <w:t xml:space="preserve"> 应该快到出口了</w:t>
        <w:br/>
        <w:t>We're</w:t>
      </w:r>
      <w:r>
        <w:t xml:space="preserve"> in</w:t>
      </w:r>
      <w:r>
        <w:t xml:space="preserve"> a</w:t>
      </w:r>
      <w:r>
        <w:t xml:space="preserve"> hallway.</w:t>
      </w:r>
      <w:r>
        <w:t xml:space="preserve"> I</w:t>
      </w:r>
      <w:r>
        <w:t xml:space="preserve"> think</w:t>
      </w:r>
      <w:r>
        <w:t xml:space="preserve"> we're</w:t>
      </w:r>
      <w:r>
        <w:t xml:space="preserve"> close</w:t>
      </w:r>
      <w:r>
        <w:t xml:space="preserve"> to</w:t>
      </w:r>
      <w:r>
        <w:t xml:space="preserve"> the</w:t>
      </w:r>
      <w:r>
        <w:t xml:space="preserve"> entrance.</w:t>
        <w:br/>
        <w:t>我们正在想办法去医务室</w:t>
        <w:br/>
        <w:t>But</w:t>
      </w:r>
      <w:r>
        <w:t xml:space="preserve"> we're</w:t>
      </w:r>
      <w:r>
        <w:t xml:space="preserve"> actually</w:t>
      </w:r>
      <w:r>
        <w:t xml:space="preserve"> trying</w:t>
      </w:r>
      <w:r>
        <w:t xml:space="preserve"> to</w:t>
      </w:r>
      <w:r>
        <w:t xml:space="preserve"> make</w:t>
      </w:r>
      <w:r>
        <w:t xml:space="preserve"> our</w:t>
      </w:r>
      <w:r>
        <w:t xml:space="preserve"> way</w:t>
      </w:r>
      <w:r>
        <w:t xml:space="preserve"> to</w:t>
      </w:r>
      <w:r>
        <w:t xml:space="preserve"> the</w:t>
      </w:r>
      <w:r>
        <w:t xml:space="preserve"> infirmary.</w:t>
      </w:r>
      <w:r>
        <w:t xml:space="preserve"> </w:t>
        <w:br/>
        <w:t>不行</w:t>
      </w:r>
      <w:r>
        <w:t xml:space="preserve"> 你们赶紧离开那里</w:t>
        <w:br/>
        <w:t>Uh,</w:t>
      </w:r>
      <w:r>
        <w:t xml:space="preserve"> no,</w:t>
      </w:r>
      <w:r>
        <w:t xml:space="preserve"> I</w:t>
      </w:r>
      <w:r>
        <w:t xml:space="preserve"> want</w:t>
      </w:r>
      <w:r>
        <w:t xml:space="preserve"> you</w:t>
      </w:r>
      <w:r>
        <w:t xml:space="preserve"> out</w:t>
      </w:r>
      <w:r>
        <w:t xml:space="preserve"> of</w:t>
      </w:r>
      <w:r>
        <w:t xml:space="preserve"> there</w:t>
      </w:r>
      <w:r>
        <w:t xml:space="preserve"> right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9"/>
          <w:cols w:space="720"/>
          <w:titlePg w:val="0"/>
          <w:docGrid w:linePitch="360"/>
        </w:sectPr>
      </w:pPr>
      <w:r>
        <w:t xml:space="preserve"> now.</w:t>
        <w:br/>
        <w:t>直接去出口</w:t>
        <w:br/>
        <w:t>I</w:t>
      </w:r>
      <w:r>
        <w:t xml:space="preserve"> want</w:t>
      </w:r>
      <w:r>
        <w:t xml:space="preserve"> you</w:t>
      </w:r>
      <w:r>
        <w:t xml:space="preserve"> to</w:t>
      </w:r>
      <w:r>
        <w:t xml:space="preserve"> head</w:t>
      </w:r>
      <w:r>
        <w:t xml:space="preserve"> toward</w:t>
      </w:r>
      <w:r>
        <w:t xml:space="preserve"> that</w:t>
      </w:r>
      <w:r>
        <w:t xml:space="preserve"> entrance.</w:t>
      </w:r>
      <w:r>
        <w:t xml:space="preserve"> </w:t>
        <w:br/>
        <w:t>等我们看到你们了</w:t>
      </w:r>
      <w:r>
        <w:t xml:space="preserve"> 会让守卫放你们出来的</w:t>
        <w:br/>
        <w:t>When</w:t>
      </w:r>
      <w:r>
        <w:t xml:space="preserve"> I</w:t>
      </w:r>
      <w:r>
        <w:t xml:space="preserve"> see</w:t>
      </w:r>
      <w:r>
        <w:t xml:space="preserve"> you,</w:t>
      </w:r>
      <w:r>
        <w:t xml:space="preserve"> we'll</w:t>
      </w:r>
      <w:r>
        <w:t xml:space="preserve"> send</w:t>
      </w:r>
      <w:r>
        <w:t xml:space="preserve"> a</w:t>
      </w:r>
      <w:r>
        <w:t xml:space="preserve"> guard</w:t>
      </w:r>
      <w:r>
        <w:t xml:space="preserve"> to</w:t>
      </w:r>
      <w:r>
        <w:t xml:space="preserve"> come</w:t>
      </w:r>
      <w:r>
        <w:t xml:space="preserve"> get</w:t>
      </w:r>
      <w:r>
        <w:t xml:space="preserve"> you</w:t>
      </w:r>
      <w:r>
        <w:t xml:space="preserve"> out.</w:t>
        <w:br/>
        <w:t>但她流了很多血</w:t>
        <w:br/>
        <w:t>Yeah,</w:t>
      </w:r>
      <w:r>
        <w:t xml:space="preserve"> but</w:t>
      </w:r>
      <w:r>
        <w:t xml:space="preserve"> she's</w:t>
      </w:r>
      <w:r>
        <w:t xml:space="preserve"> losing</w:t>
      </w:r>
      <w:r>
        <w:t xml:space="preserve"> a</w:t>
      </w:r>
      <w:r>
        <w:t xml:space="preserve"> lot</w:t>
      </w:r>
      <w:r>
        <w:t xml:space="preserve"> of</w:t>
      </w:r>
      <w:r>
        <w:t xml:space="preserve"> blood.</w:t>
      </w:r>
      <w:r>
        <w:t xml:space="preserve"> </w:t>
        <w:br/>
        <w:t>没事</w:t>
      </w:r>
      <w:r>
        <w:t xml:space="preserve"> 我们可以派救护车等着她</w:t>
        <w:br/>
        <w:t>We'll</w:t>
      </w:r>
      <w:r>
        <w:t xml:space="preserve"> have</w:t>
      </w:r>
      <w:r>
        <w:t xml:space="preserve"> ems</w:t>
      </w:r>
      <w:r>
        <w:t xml:space="preserve"> waiting</w:t>
      </w:r>
      <w:r>
        <w:t xml:space="preserve"> for</w:t>
      </w:r>
      <w:r>
        <w:t xml:space="preserve"> her.</w:t>
        <w:br/>
        <w:t>现在就叫车</w:t>
        <w:br/>
        <w:t>We're</w:t>
      </w:r>
      <w:r>
        <w:t xml:space="preserve"> calling</w:t>
      </w:r>
      <w:r>
        <w:t xml:space="preserve"> them</w:t>
      </w:r>
      <w:r>
        <w:t xml:space="preserve"> now.</w:t>
      </w:r>
      <w:r>
        <w:t xml:space="preserve"> </w:t>
        <w:br/>
        <w:t>知道了</w:t>
      </w:r>
      <w:r>
        <w:t xml:space="preserve"> 你听清楚了吗</w:t>
      </w:r>
      <w:r>
        <w:t xml:space="preserve"> Kenzie?</w:t>
        <w:br/>
        <w:t>Okay,</w:t>
      </w:r>
      <w:r>
        <w:t xml:space="preserve"> you</w:t>
      </w:r>
      <w:r>
        <w:t xml:space="preserve"> hear</w:t>
      </w:r>
      <w:r>
        <w:t xml:space="preserve"> that,</w:t>
      </w:r>
      <w:r>
        <w:t xml:space="preserve"> Kenzie?</w:t>
        <w:br/>
        <w:t>不行</w:t>
      </w:r>
      <w:r>
        <w:t xml:space="preserve"> 你们得赶紧带我去医务室</w:t>
        <w:br/>
        <w:t>No,</w:t>
      </w:r>
      <w:r>
        <w:t xml:space="preserve"> you</w:t>
      </w:r>
      <w:r>
        <w:t xml:space="preserve"> got</w:t>
      </w:r>
      <w:r>
        <w:t xml:space="preserve"> to</w:t>
      </w:r>
      <w:r>
        <w:t xml:space="preserve"> take</w:t>
      </w:r>
      <w:r>
        <w:t xml:space="preserve"> me</w:t>
      </w:r>
      <w:r>
        <w:t xml:space="preserve"> to</w:t>
      </w:r>
      <w:r>
        <w:t xml:space="preserve"> the</w:t>
      </w:r>
      <w:r>
        <w:t xml:space="preserve"> infirmary.</w:t>
        <w:br/>
        <w:t>等咱们出去</w:t>
      </w:r>
      <w:r>
        <w:t xml:space="preserve"> 15分钟内就能送你去医院</w:t>
        <w:br/>
        <w:t>If</w:t>
      </w:r>
      <w:r>
        <w:t xml:space="preserve"> we</w:t>
      </w:r>
      <w:r>
        <w:t xml:space="preserve"> get</w:t>
      </w:r>
      <w:r>
        <w:t xml:space="preserve"> you</w:t>
      </w:r>
      <w:r>
        <w:t xml:space="preserve"> out</w:t>
      </w:r>
      <w:r>
        <w:t xml:space="preserve"> of</w:t>
      </w:r>
      <w:r>
        <w:t xml:space="preserve"> here,</w:t>
      </w:r>
      <w:r>
        <w:t xml:space="preserve"> we'll</w:t>
      </w:r>
      <w:r>
        <w:t xml:space="preserve"> have</w:t>
      </w:r>
      <w:r>
        <w:t xml:space="preserve"> you</w:t>
      </w:r>
      <w:r>
        <w:t xml:space="preserve"> to</w:t>
      </w:r>
      <w:r>
        <w:t xml:space="preserve"> a</w:t>
      </w:r>
      <w:r>
        <w:t xml:space="preserve"> hospital</w:t>
      </w:r>
      <w:r>
        <w:t xml:space="preserve"> in</w:t>
      </w:r>
      <w:r>
        <w:t xml:space="preserve"> 15</w:t>
      </w:r>
      <w:r>
        <w:t xml:space="preserve"> minutes,</w:t>
      </w:r>
      <w:r>
        <w:t xml:space="preserve"> okay?</w:t>
        <w:br/>
        <w:t>你们必须送我去医务室</w:t>
        <w:br/>
        <w:t>I</w:t>
      </w:r>
      <w:r>
        <w:t xml:space="preserve"> said</w:t>
      </w:r>
      <w:r>
        <w:t xml:space="preserve"> we're</w:t>
      </w:r>
      <w:r>
        <w:t xml:space="preserve"> going</w:t>
      </w:r>
      <w:r>
        <w:t xml:space="preserve"> to</w:t>
      </w:r>
      <w:r>
        <w:t xml:space="preserve"> the</w:t>
      </w:r>
      <w:r>
        <w:t xml:space="preserve"> infirmary.</w:t>
        <w:br/>
        <w:t>McNally</w:t>
      </w:r>
      <w:r>
        <w:t xml:space="preserve"> 听得到我说话吗?</w:t>
      </w:r>
      <w:r>
        <w:t xml:space="preserve"> Ward?</w:t>
        <w:br/>
        <w:t>McNally,</w:t>
      </w:r>
      <w:r>
        <w:t xml:space="preserve"> can</w:t>
      </w:r>
      <w:r>
        <w:t xml:space="preserve"> you</w:t>
      </w:r>
      <w:r>
        <w:t xml:space="preserve"> hear</w:t>
      </w:r>
      <w:r>
        <w:t xml:space="preserve"> me?</w:t>
      </w:r>
      <w:r>
        <w:t xml:space="preserve"> Ward?</w:t>
        <w:br/>
        <w:t>不许碰它!</w:t>
        <w:br/>
        <w:t>Don't</w:t>
      </w:r>
      <w:r>
        <w:t xml:space="preserve"> touch</w:t>
      </w:r>
      <w:r>
        <w:t xml:space="preserve"> it!</w:t>
      </w:r>
      <w:r>
        <w:t xml:space="preserve"> </w:t>
        <w:br/>
        <w:t>打开对讲机</w:t>
        <w:br/>
        <w:t>Open</w:t>
      </w:r>
      <w:r>
        <w:t xml:space="preserve"> your</w:t>
      </w:r>
      <w:r>
        <w:t xml:space="preserve"> radios.</w:t>
        <w:br/>
        <w:t>McNally</w:t>
      </w:r>
      <w:r>
        <w:t xml:space="preserve"> 请确认</w:t>
      </w:r>
      <w:r>
        <w:t xml:space="preserve"> 你们是否正在出来的路上?</w:t>
        <w:br/>
        <w:t>McNally,</w:t>
      </w:r>
      <w:r>
        <w:t xml:space="preserve"> please</w:t>
      </w:r>
      <w:r>
        <w:t xml:space="preserve"> confirm</w:t>
      </w:r>
      <w:r>
        <w:t xml:space="preserve"> you're</w:t>
      </w:r>
      <w:r>
        <w:t xml:space="preserve"> heading</w:t>
      </w:r>
      <w:r>
        <w:t xml:space="preserve"> out,</w:t>
      </w:r>
      <w:r>
        <w:t xml:space="preserve"> right?</w:t>
        <w:br/>
        <w:t>Kenzie</w:t>
      </w:r>
      <w:r>
        <w:t xml:space="preserve"> 我们能帮你</w:t>
        <w:br/>
        <w:t>Look,</w:t>
      </w:r>
      <w:r>
        <w:t xml:space="preserve"> Kenzie,</w:t>
      </w:r>
      <w:r>
        <w:t xml:space="preserve"> we</w:t>
      </w:r>
      <w:r>
        <w:t xml:space="preserve"> can</w:t>
      </w:r>
      <w:r>
        <w:t xml:space="preserve"> help</w:t>
      </w:r>
      <w:r>
        <w:t xml:space="preserve"> you.</w:t>
      </w:r>
      <w:r>
        <w:t xml:space="preserve"> </w:t>
        <w:br/>
        <w:t>你们才不会帮我</w:t>
        <w:br/>
        <w:t>No.</w:t>
      </w:r>
      <w:r>
        <w:t xml:space="preserve"> You're</w:t>
      </w:r>
      <w:r>
        <w:t xml:space="preserve"> not</w:t>
      </w:r>
      <w:r>
        <w:t xml:space="preserve"> gonna</w:t>
      </w:r>
      <w:r>
        <w:t xml:space="preserve"> help</w:t>
      </w:r>
      <w:r>
        <w:t xml:space="preserve"> me.</w:t>
        <w:br/>
        <w:t>怎么</w:t>
      </w:r>
      <w:r>
        <w:t xml:space="preserve"> 你们当我傻吗?</w:t>
        <w:br/>
        <w:t>What,</w:t>
      </w:r>
      <w:r>
        <w:t xml:space="preserve"> do</w:t>
      </w:r>
      <w:r>
        <w:t xml:space="preserve"> you</w:t>
      </w:r>
      <w:r>
        <w:t xml:space="preserve"> think</w:t>
      </w:r>
      <w:r>
        <w:t xml:space="preserve"> I'm</w:t>
      </w:r>
      <w:r>
        <w:t xml:space="preserve"> stupid?</w:t>
        <w:br/>
        <w:t>我得去找J-Bird</w:t>
        <w:br/>
        <w:t>I</w:t>
      </w:r>
      <w:r>
        <w:t xml:space="preserve"> need</w:t>
      </w:r>
      <w:r>
        <w:t xml:space="preserve"> to</w:t>
      </w:r>
      <w:r>
        <w:t xml:space="preserve"> get</w:t>
      </w:r>
      <w:r>
        <w:t xml:space="preserve"> to</w:t>
      </w:r>
      <w:r>
        <w:t xml:space="preserve"> J-Bird.</w:t>
      </w:r>
      <w:r>
        <w:t xml:space="preserve"> </w:t>
        <w:br/>
        <w:t>J-Bird是谁?</w:t>
        <w:br/>
        <w:t>Who's</w:t>
      </w:r>
      <w:r>
        <w:t xml:space="preserve"> J-Bird?</w:t>
        <w:br/>
        <w:t>我室友</w:t>
        <w:br/>
        <w:t>My</w:t>
      </w:r>
      <w:r>
        <w:t xml:space="preserve"> bunky,</w:t>
      </w:r>
      <w:r>
        <w:t xml:space="preserve"> man.</w:t>
        <w:br/>
        <w:t>我必须弄明白</w:t>
      </w:r>
      <w:r>
        <w:t xml:space="preserve"> 她为什么诬陷我</w:t>
        <w:br/>
        <w:t>I</w:t>
      </w:r>
      <w:r>
        <w:t xml:space="preserve"> need</w:t>
      </w:r>
      <w:r>
        <w:t xml:space="preserve"> to</w:t>
      </w:r>
      <w:r>
        <w:t xml:space="preserve"> get</w:t>
      </w:r>
      <w:r>
        <w:t xml:space="preserve"> the</w:t>
      </w:r>
      <w:r>
        <w:t xml:space="preserve"> real</w:t>
      </w:r>
      <w:r>
        <w:t xml:space="preserve"> story.</w:t>
      </w:r>
      <w:r>
        <w:t xml:space="preserve"> I</w:t>
      </w:r>
      <w:r>
        <w:t xml:space="preserve"> don't</w:t>
      </w:r>
      <w:r>
        <w:t xml:space="preserve"> know</w:t>
      </w:r>
      <w:r>
        <w:t xml:space="preserve"> why</w:t>
      </w:r>
      <w:r>
        <w:t xml:space="preserve"> she's</w:t>
      </w:r>
      <w:r>
        <w:t xml:space="preserve"> pinning</w:t>
      </w:r>
      <w:r>
        <w:t xml:space="preserve"> this</w:t>
      </w:r>
      <w:r>
        <w:t xml:space="preserve"> on</w:t>
      </w:r>
      <w:r>
        <w:t xml:space="preserve"> me.</w:t>
        <w:br/>
        <w:t>你为了让我们带你去医务室</w:t>
      </w:r>
      <w:r>
        <w:t xml:space="preserve"> 故意捅了自己?</w:t>
        <w:br/>
        <w:t>Did</w:t>
      </w:r>
      <w:r>
        <w:t xml:space="preserve"> you</w:t>
      </w:r>
      <w:r>
        <w:t xml:space="preserve"> stab</w:t>
      </w:r>
      <w:r>
        <w:t xml:space="preserve"> yourself</w:t>
      </w:r>
      <w:r>
        <w:t xml:space="preserve"> so</w:t>
      </w:r>
      <w:r>
        <w:t xml:space="preserve"> we'd</w:t>
      </w:r>
      <w:r>
        <w:t xml:space="preserve"> take</w:t>
      </w:r>
      <w:r>
        <w:t xml:space="preserve"> you</w:t>
      </w:r>
      <w:r>
        <w:t xml:space="preserve"> to</w:t>
      </w:r>
      <w:r>
        <w:t xml:space="preserve"> the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0"/>
          <w:cols w:space="720"/>
          <w:titlePg w:val="0"/>
          <w:docGrid w:linePitch="360"/>
        </w:sectPr>
      </w:pPr>
      <w:r>
        <w:t xml:space="preserve"> infirmary?</w:t>
        <w:br/>
        <w:t>不入虎穴焉得虎子</w:t>
        <w:br/>
        <w:t>You</w:t>
      </w:r>
      <w:r>
        <w:t xml:space="preserve"> don't</w:t>
      </w:r>
      <w:r>
        <w:t xml:space="preserve"> got</w:t>
      </w:r>
      <w:r>
        <w:t xml:space="preserve"> to</w:t>
      </w:r>
      <w:r>
        <w:t xml:space="preserve"> go</w:t>
      </w:r>
      <w:r>
        <w:t xml:space="preserve"> deep</w:t>
      </w:r>
      <w:r>
        <w:t xml:space="preserve"> to</w:t>
      </w:r>
      <w:r>
        <w:t xml:space="preserve"> bleed</w:t>
      </w:r>
      <w:r>
        <w:t xml:space="preserve"> heavy.</w:t>
        <w:br/>
        <w:t>J-Bird撒谎</w:t>
        <w:br/>
        <w:t>J-Bird</w:t>
      </w:r>
      <w:r>
        <w:t xml:space="preserve"> lied.</w:t>
      </w:r>
      <w:r>
        <w:t xml:space="preserve"> </w:t>
        <w:br/>
        <w:br/>
        <w:t>这到底什么情况?</w:t>
        <w:br/>
        <w:t>Hey,</w:t>
      </w:r>
      <w:r>
        <w:t xml:space="preserve"> what</w:t>
      </w:r>
      <w:r>
        <w:t xml:space="preserve"> the</w:t>
      </w:r>
      <w:r>
        <w:t xml:space="preserve"> hell's</w:t>
      </w:r>
      <w:r>
        <w:t xml:space="preserve"> going</w:t>
      </w:r>
      <w:r>
        <w:t xml:space="preserve"> on</w:t>
      </w:r>
      <w:r>
        <w:t xml:space="preserve"> here?</w:t>
      </w:r>
      <w:r>
        <w:t xml:space="preserve"> </w:t>
        <w:br/>
        <w:t>J-Bird是谁?</w:t>
        <w:br/>
        <w:t>Who's</w:t>
      </w:r>
      <w:r>
        <w:t xml:space="preserve"> J-Bird?</w:t>
        <w:br/>
        <w:t>Jodi</w:t>
      </w:r>
      <w:r>
        <w:t xml:space="preserve"> Robbins</w:t>
      </w:r>
      <w:r>
        <w:t xml:space="preserve"> 她就是被Kenzie捅伤的囚犯</w:t>
        <w:br/>
        <w:t>Jodi</w:t>
      </w:r>
      <w:r>
        <w:t xml:space="preserve"> Robbins.</w:t>
      </w:r>
      <w:r>
        <w:t xml:space="preserve"> She's</w:t>
      </w:r>
      <w:r>
        <w:t xml:space="preserve"> the</w:t>
      </w:r>
      <w:r>
        <w:t xml:space="preserve"> inmate</w:t>
      </w:r>
      <w:r>
        <w:t xml:space="preserve"> that</w:t>
      </w:r>
      <w:r>
        <w:t xml:space="preserve"> Kenzie</w:t>
      </w:r>
      <w:r>
        <w:t xml:space="preserve"> stabbed.</w:t>
        <w:br/>
        <w:t>她在医务室养伤</w:t>
      </w:r>
      <w:r>
        <w:t xml:space="preserve"> 怎么了?</w:t>
        <w:br/>
        <w:t>She's</w:t>
      </w:r>
      <w:r>
        <w:t xml:space="preserve"> recovering</w:t>
      </w:r>
      <w:r>
        <w:t xml:space="preserve"> in</w:t>
      </w:r>
      <w:r>
        <w:t xml:space="preserve"> the</w:t>
      </w:r>
      <w:r>
        <w:t xml:space="preserve"> infirmary.</w:t>
      </w:r>
      <w:r>
        <w:t xml:space="preserve"> Why?</w:t>
      </w:r>
      <w:r>
        <w:t xml:space="preserve"> </w:t>
        <w:br/>
        <w:t>Donnelly撒谎了</w:t>
      </w:r>
      <w:r>
        <w:t xml:space="preserve"> 我不知道原因</w:t>
        <w:br/>
        <w:t>Donnelly's</w:t>
      </w:r>
      <w:r>
        <w:t xml:space="preserve"> lying.</w:t>
      </w:r>
      <w:r>
        <w:t xml:space="preserve"> I</w:t>
      </w:r>
      <w:r>
        <w:t xml:space="preserve"> don't</w:t>
      </w:r>
      <w:r>
        <w:t xml:space="preserve"> know</w:t>
      </w:r>
      <w:r>
        <w:t xml:space="preserve"> why.</w:t>
        <w:br/>
        <w:t>我知道他讨厌我</w:t>
        <w:br/>
        <w:t>Man,</w:t>
      </w:r>
      <w:r>
        <w:t xml:space="preserve"> I</w:t>
      </w:r>
      <w:r>
        <w:t xml:space="preserve"> know</w:t>
      </w:r>
      <w:r>
        <w:t xml:space="preserve"> he</w:t>
      </w:r>
      <w:r>
        <w:t xml:space="preserve"> hates</w:t>
      </w:r>
      <w:r>
        <w:t xml:space="preserve"> me,</w:t>
      </w:r>
      <w:r>
        <w:t xml:space="preserve"> </w:t>
        <w:br/>
        <w:t>可她是我最好的朋友</w:t>
        <w:br/>
        <w:t>but</w:t>
      </w:r>
      <w:r>
        <w:t xml:space="preserve"> she's</w:t>
      </w:r>
      <w:r>
        <w:t xml:space="preserve"> my</w:t>
      </w:r>
      <w:r>
        <w:t xml:space="preserve"> best</w:t>
      </w:r>
      <w:r>
        <w:t xml:space="preserve"> friend.</w:t>
      </w:r>
      <w:r>
        <w:t xml:space="preserve"> </w:t>
        <w:br/>
        <w:t>所以这事肯定有隐情</w:t>
      </w:r>
      <w:r>
        <w:t xml:space="preserve"> 对吧?</w:t>
        <w:br/>
        <w:t>So</w:t>
      </w:r>
      <w:r>
        <w:t xml:space="preserve"> there's</w:t>
      </w:r>
      <w:r>
        <w:t xml:space="preserve"> got</w:t>
      </w:r>
      <w:r>
        <w:t xml:space="preserve"> to</w:t>
      </w:r>
      <w:r>
        <w:t xml:space="preserve"> be</w:t>
      </w:r>
      <w:r>
        <w:t xml:space="preserve"> more</w:t>
      </w:r>
      <w:r>
        <w:t xml:space="preserve"> to</w:t>
      </w:r>
      <w:r>
        <w:t xml:space="preserve"> it</w:t>
      </w:r>
      <w:r>
        <w:t xml:space="preserve"> than</w:t>
      </w:r>
      <w:r>
        <w:t xml:space="preserve"> that,</w:t>
      </w:r>
      <w:r>
        <w:t xml:space="preserve"> right?</w:t>
        <w:br/>
        <w:t>Donnelly是谁?</w:t>
        <w:br/>
        <w:t>Who's</w:t>
      </w:r>
      <w:r>
        <w:t xml:space="preserve"> Donnelly?</w:t>
      </w:r>
      <w:r>
        <w:t xml:space="preserve"> </w:t>
        <w:br/>
        <w:t>一个守卫</w:t>
      </w:r>
      <w:r>
        <w:t xml:space="preserve"> 当时他是目击者</w:t>
        <w:br/>
        <w:t>One</w:t>
      </w:r>
      <w:r>
        <w:t xml:space="preserve"> of</w:t>
      </w:r>
      <w:r>
        <w:t xml:space="preserve"> the</w:t>
      </w:r>
      <w:r>
        <w:t xml:space="preserve"> guards.</w:t>
      </w:r>
      <w:r>
        <w:t xml:space="preserve"> He</w:t>
      </w:r>
      <w:r>
        <w:t xml:space="preserve"> saw</w:t>
      </w:r>
      <w:r>
        <w:t xml:space="preserve"> it</w:t>
      </w:r>
      <w:r>
        <w:t xml:space="preserve"> happen.</w:t>
        <w:br/>
        <w:t>那到底什么情况?</w:t>
      </w:r>
      <w:r>
        <w:t xml:space="preserve"> 他怎么没来?</w:t>
        <w:br/>
        <w:t>So,</w:t>
      </w:r>
      <w:r>
        <w:t xml:space="preserve"> what's</w:t>
      </w:r>
      <w:r>
        <w:t xml:space="preserve"> the</w:t>
      </w:r>
      <w:r>
        <w:t xml:space="preserve"> problem?</w:t>
      </w:r>
      <w:r>
        <w:t xml:space="preserve"> Why</w:t>
      </w:r>
      <w:r>
        <w:t xml:space="preserve"> isn't</w:t>
      </w:r>
      <w:r>
        <w:t xml:space="preserve"> he</w:t>
      </w:r>
      <w:r>
        <w:t xml:space="preserve"> here?</w:t>
        <w:br/>
        <w:t>还不叫他过来问话?</w:t>
        <w:br/>
        <w:t>Why</w:t>
      </w:r>
      <w:r>
        <w:t xml:space="preserve"> aren't</w:t>
      </w:r>
      <w:r>
        <w:t xml:space="preserve"> we</w:t>
      </w:r>
      <w:r>
        <w:t xml:space="preserve"> talking</w:t>
      </w:r>
      <w:r>
        <w:t xml:space="preserve"> to</w:t>
      </w:r>
      <w:r>
        <w:t xml:space="preserve"> him?</w:t>
      </w:r>
      <w:r>
        <w:t xml:space="preserve"> </w:t>
        <w:br/>
        <w:t>他两周前辞职了</w:t>
        <w:br/>
        <w:t>He</w:t>
      </w:r>
      <w:r>
        <w:t xml:space="preserve"> resigned</w:t>
      </w:r>
      <w:r>
        <w:t xml:space="preserve"> two</w:t>
      </w:r>
      <w:r>
        <w:t xml:space="preserve"> weeks</w:t>
      </w:r>
      <w:r>
        <w:t xml:space="preserve"> ago.</w:t>
        <w:br/>
        <w:t>近一个月来辞掉的第三个</w:t>
        <w:br/>
        <w:t>My</w:t>
      </w:r>
      <w:r>
        <w:t xml:space="preserve"> third</w:t>
      </w:r>
      <w:r>
        <w:t xml:space="preserve"> resignation</w:t>
      </w:r>
      <w:r>
        <w:t xml:space="preserve"> in</w:t>
      </w:r>
      <w:r>
        <w:t xml:space="preserve"> the</w:t>
      </w:r>
      <w:r>
        <w:t xml:space="preserve"> last</w:t>
      </w:r>
      <w:r>
        <w:t xml:space="preserve"> month.</w:t>
      </w:r>
      <w:r>
        <w:t xml:space="preserve"> </w:t>
        <w:br/>
        <w:t>Kenzie</w:t>
      </w:r>
      <w:r>
        <w:t xml:space="preserve"> 把刀放下</w:t>
        <w:br/>
        <w:t>Kenzie,</w:t>
      </w:r>
      <w:r>
        <w:t xml:space="preserve"> put</w:t>
      </w:r>
      <w:r>
        <w:t xml:space="preserve"> down</w:t>
      </w:r>
      <w:r>
        <w:t xml:space="preserve"> the</w:t>
      </w:r>
      <w:r>
        <w:t xml:space="preserve"> knife.</w:t>
        <w:br/>
        <w:t>我不!</w:t>
        <w:br/>
        <w:t>No!</w:t>
      </w:r>
      <w:r>
        <w:t xml:space="preserve"> </w:t>
        <w:br/>
        <w:t>把刀拿开</w:t>
        <w:br/>
        <w:t>Just</w:t>
      </w:r>
      <w:r>
        <w:t xml:space="preserve"> take</w:t>
      </w:r>
      <w:r>
        <w:t xml:space="preserve"> the</w:t>
      </w:r>
      <w:r>
        <w:t xml:space="preserve"> knife</w:t>
      </w:r>
      <w:r>
        <w:t xml:space="preserve"> away</w:t>
      </w:r>
      <w:r>
        <w:t xml:space="preserve"> from</w:t>
      </w:r>
      <w:r>
        <w:t xml:space="preserve"> her</w:t>
      </w:r>
      <w:r>
        <w:t xml:space="preserve"> throat,</w:t>
      </w:r>
      <w:r>
        <w:t xml:space="preserve"> okay?</w:t>
        <w:br/>
        <w:t>说说到底怎么回事</w:t>
        <w:br/>
        <w:t>Tell</w:t>
      </w:r>
      <w:r>
        <w:t xml:space="preserve"> us</w:t>
      </w:r>
      <w:r>
        <w:t xml:space="preserve"> what</w:t>
      </w:r>
      <w:r>
        <w:t xml:space="preserve"> happened.</w:t>
      </w:r>
    </w:p>
    <w:p>
      <w:r>
        <w:t xml:space="preserve"> </w:t>
        <w:br/>
        <w:t>放下刀</w:t>
      </w:r>
      <w:r>
        <w:t xml:space="preserve"> 你们就不会带我过去了!</w:t>
        <w:br/>
        <w:t>I</w:t>
      </w:r>
      <w:r>
        <w:t xml:space="preserve"> put</w:t>
      </w:r>
      <w:r>
        <w:t xml:space="preserve"> down</w:t>
      </w:r>
      <w:r>
        <w:t xml:space="preserve"> the</w:t>
      </w:r>
      <w:r>
        <w:t xml:space="preserve"> knife,</w:t>
      </w:r>
      <w:r>
        <w:t xml:space="preserve"> you're</w:t>
      </w:r>
      <w:r>
        <w:t xml:space="preserve"> not</w:t>
      </w:r>
      <w:r>
        <w:t xml:space="preserve"> gonna</w:t>
      </w:r>
      <w:r>
        <w:t xml:space="preserve"> take</w:t>
      </w:r>
      <w:r>
        <w:t xml:space="preserve"> me</w:t>
      </w:r>
      <w:r>
        <w:t xml:space="preserve"> there!</w:t>
        <w:br/>
        <w:t>告诉我们到底怎么回事</w:t>
        <w:br/>
        <w:t>Tell</w:t>
      </w:r>
      <w:r>
        <w:t xml:space="preserve"> us</w:t>
      </w:r>
      <w:r>
        <w:t xml:space="preserve"> what</w:t>
      </w:r>
      <w:r>
        <w:t xml:space="preserve"> happened.</w:t>
        <w:br/>
        <w:t>我上次见到J-Bird的时候</w:t>
      </w:r>
      <w:r>
        <w:t xml:space="preserve"> 她倒在浴室地板上</w:t>
        <w:br/>
        <w:t>Last</w:t>
      </w:r>
      <w:r>
        <w:t xml:space="preserve"> time</w:t>
      </w:r>
      <w:r>
        <w:t xml:space="preserve"> I</w:t>
      </w:r>
      <w:r>
        <w:t xml:space="preserve"> saw</w:t>
      </w:r>
      <w:r>
        <w:t xml:space="preserve"> J-Bird,</w:t>
      </w:r>
      <w:r>
        <w:t xml:space="preserve"> she</w:t>
      </w:r>
      <w:r>
        <w:t xml:space="preserve"> was</w:t>
      </w:r>
      <w:r>
        <w:t xml:space="preserve"> lying</w:t>
      </w:r>
      <w:r>
        <w:t xml:space="preserve"> on</w:t>
      </w:r>
      <w:r>
        <w:t xml:space="preserve"> the</w:t>
      </w:r>
      <w:r>
        <w:t xml:space="preserve"> floor</w:t>
      </w:r>
      <w:r>
        <w:t xml:space="preserve"> in</w:t>
      </w:r>
      <w:r>
        <w:t xml:space="preserve"> the</w:t>
      </w:r>
      <w:r>
        <w:t xml:space="preserve"> shower,</w:t>
      </w:r>
      <w:r>
        <w:t xml:space="preserve"> all</w:t>
      </w:r>
      <w:r>
        <w:t xml:space="preserve"> right?</w:t>
        <w:br/>
        <w:t>那么多血</w:t>
      </w:r>
      <w:r>
        <w:t xml:space="preserve"> 都顺着下水道流走了</w:t>
        <w:br/>
        <w:t>All</w:t>
      </w:r>
      <w:r>
        <w:t xml:space="preserve"> this</w:t>
      </w:r>
      <w:r>
        <w:t xml:space="preserve"> blood's</w:t>
      </w:r>
      <w:r>
        <w:t xml:space="preserve"> going</w:t>
      </w:r>
      <w:r>
        <w:t xml:space="preserve"> in</w:t>
      </w:r>
      <w:r>
        <w:t xml:space="preserve"> the</w:t>
      </w:r>
      <w:r>
        <w:t xml:space="preserve"> drain.</w:t>
      </w:r>
      <w:r>
        <w:t xml:space="preserve"> </w:t>
        <w:br/>
        <w:t>然后他们突然就说是我&amp;hearts;干&amp;hearts;的</w:t>
        <w:br/>
        <w:t>Next</w:t>
      </w:r>
      <w:r>
        <w:t xml:space="preserve"> thing</w:t>
      </w:r>
      <w:r>
        <w:t xml:space="preserve"> I</w:t>
      </w:r>
      <w:r>
        <w:t xml:space="preserve"> know,</w:t>
      </w:r>
      <w:r>
        <w:t xml:space="preserve"> they</w:t>
      </w:r>
      <w:r>
        <w:t xml:space="preserve"> say</w:t>
      </w:r>
      <w:r>
        <w:t xml:space="preserve"> I</w:t>
      </w:r>
      <w:r>
        <w:t xml:space="preserve"> did</w:t>
      </w:r>
      <w:r>
        <w:t xml:space="preserve"> it.</w:t>
        <w:br/>
        <w:t>我不信他们</w:t>
      </w:r>
      <w:r>
        <w:t xml:space="preserve"> 也不信你们</w:t>
        <w:br/>
        <w:t>I</w:t>
      </w:r>
      <w:r>
        <w:t xml:space="preserve"> don't</w:t>
      </w:r>
      <w:r>
        <w:t xml:space="preserve"> trust</w:t>
      </w:r>
      <w:r>
        <w:t xml:space="preserve"> them.</w:t>
      </w:r>
      <w:r>
        <w:t xml:space="preserve"> I</w:t>
      </w:r>
      <w:r>
        <w:t xml:space="preserve"> don't</w:t>
      </w:r>
      <w:r>
        <w:t xml:space="preserve"> trust</w:t>
      </w:r>
      <w:r>
        <w:t xml:space="preserve"> you.</w:t>
        <w:br/>
        <w:t>好吧</w:t>
      </w:r>
      <w:r>
        <w:t xml:space="preserve"> 好吧</w:t>
      </w:r>
      <w:r>
        <w:t xml:space="preserve"> Kenzie</w:t>
      </w:r>
      <w:r>
        <w:t xml:space="preserve"> 要么这样</w:t>
        <w:br/>
        <w:t>Okay.</w:t>
      </w:r>
      <w:r>
        <w:t xml:space="preserve"> Okay,</w:t>
      </w:r>
      <w:r>
        <w:t xml:space="preserve"> Kenzie,</w:t>
      </w:r>
      <w:r>
        <w:t xml:space="preserve"> you</w:t>
      </w:r>
      <w:r>
        <w:t xml:space="preserve"> know</w:t>
      </w:r>
      <w:r>
        <w:t xml:space="preserve"> what?</w:t>
        <w:br/>
        <w:t>就算那事不是你做的</w:t>
        <w:br/>
        <w:t>Even</w:t>
      </w:r>
      <w:r>
        <w:t xml:space="preserve"> if</w:t>
      </w:r>
      <w:r>
        <w:t xml:space="preserve"> you</w:t>
      </w:r>
      <w:r>
        <w:t xml:space="preserve"> didn't</w:t>
      </w:r>
      <w:r>
        <w:t xml:space="preserve"> do</w:t>
      </w:r>
      <w:r>
        <w:t xml:space="preserve"> it,</w:t>
      </w:r>
      <w:r>
        <w:t xml:space="preserve"> </w:t>
        <w:br/>
        <w:t>可你现在确实拿刀抵着我的脖子</w:t>
        <w:br/>
        <w:t>all</w:t>
      </w:r>
      <w:r>
        <w:t xml:space="preserve"> right,</w:t>
      </w:r>
      <w:r>
        <w:t xml:space="preserve"> right</w:t>
      </w:r>
      <w:r>
        <w:t xml:space="preserve"> now</w:t>
      </w:r>
      <w:r>
        <w:t xml:space="preserve"> you</w:t>
      </w:r>
      <w:r>
        <w:t xml:space="preserve"> have</w:t>
      </w:r>
      <w:r>
        <w:t xml:space="preserve"> a</w:t>
      </w:r>
      <w:r>
        <w:t xml:space="preserve"> knife</w:t>
      </w:r>
      <w:r>
        <w:t xml:space="preserve"> pointed</w:t>
      </w:r>
      <w:r>
        <w:t xml:space="preserve"> at</w:t>
      </w:r>
      <w:r>
        <w:t xml:space="preserve"> my</w:t>
      </w:r>
      <w:r>
        <w:t xml:space="preserve"> throat,</w:t>
      </w:r>
      <w:r>
        <w:t xml:space="preserve"> okay?</w:t>
        <w:br/>
        <w:t>我们这就带你去医务室</w:t>
        <w:br/>
        <w:t>Now,</w:t>
      </w:r>
      <w:r>
        <w:t xml:space="preserve"> look,</w:t>
      </w:r>
      <w:r>
        <w:t xml:space="preserve"> w-w-we're</w:t>
      </w:r>
      <w:r>
        <w:t xml:space="preserve"> gonna...</w:t>
      </w:r>
      <w:r>
        <w:t xml:space="preserve"> we're</w:t>
      </w:r>
      <w:r>
        <w:t xml:space="preserve"> gonna</w:t>
      </w:r>
      <w:r>
        <w:t xml:space="preserve"> take</w:t>
      </w:r>
      <w:r>
        <w:t xml:space="preserve"> you</w:t>
      </w:r>
      <w:r>
        <w:t xml:space="preserve"> to</w:t>
      </w:r>
      <w:r>
        <w:t xml:space="preserve"> the</w:t>
      </w:r>
      <w:r>
        <w:t xml:space="preserve"> infirmary.</w:t>
        <w:br/>
        <w:t>但我得先跟他们说一声我们要去</w:t>
      </w:r>
      <w:r>
        <w:t xml:space="preserve"> 行吗?</w:t>
        <w:br/>
        <w:t>I</w:t>
      </w:r>
      <w:r>
        <w:t xml:space="preserve"> just</w:t>
      </w:r>
      <w:r>
        <w:t xml:space="preserve"> have</w:t>
      </w:r>
      <w:r>
        <w:t xml:space="preserve"> to</w:t>
      </w:r>
      <w:r>
        <w:t xml:space="preserve"> call</w:t>
      </w:r>
      <w:r>
        <w:t xml:space="preserve"> them</w:t>
      </w:r>
      <w:r>
        <w:t xml:space="preserve"> and</w:t>
      </w:r>
      <w:r>
        <w:t xml:space="preserve"> let</w:t>
      </w:r>
      <w:r>
        <w:t xml:space="preserve"> them</w:t>
      </w:r>
      <w:r>
        <w:t xml:space="preserve"> know</w:t>
      </w:r>
      <w:r>
        <w:t xml:space="preserve"> where</w:t>
      </w:r>
      <w:r>
        <w:t xml:space="preserve"> we're</w:t>
      </w:r>
      <w:r>
        <w:t xml:space="preserve"> going,</w:t>
      </w:r>
      <w:r>
        <w:t xml:space="preserve"> okay?</w:t>
        <w:br/>
        <w:t>把对讲机摘掉</w:t>
        <w:br/>
        <w:t>Take</w:t>
      </w:r>
      <w:r>
        <w:t xml:space="preserve"> off</w:t>
      </w:r>
      <w:r>
        <w:t xml:space="preserve"> your</w:t>
      </w:r>
      <w:r>
        <w:t xml:space="preserve"> radio.</w:t>
      </w:r>
      <w:r>
        <w:t xml:space="preserve"> </w:t>
        <w:br/>
        <w:t>好吧</w:t>
        <w:br/>
        <w:t>Okay.</w:t>
        <w:br/>
        <w:t>摘掉!</w:t>
        <w:br/>
        <w:t>Take</w:t>
      </w:r>
      <w:r>
        <w:t xml:space="preserve"> it</w:t>
      </w:r>
      <w:r>
        <w:t xml:space="preserve"> off!</w:t>
        <w:br/>
        <w:t>走!</w:t>
        <w:br/>
        <w:t>Let's</w:t>
      </w:r>
      <w:r>
        <w:t xml:space="preserve"> go!</w:t>
        <w:br/>
        <w:t>快点!</w:t>
        <w:br/>
        <w:t>Now!</w:t>
      </w:r>
      <w:r>
        <w:t xml:space="preserve"> </w:t>
        <w:br/>
        <w:t>走吧</w:t>
        <w:br/>
        <w:t>Go.</w:t>
        <w:br/>
        <w:t>McNally</w:t>
      </w:r>
      <w:r>
        <w:t xml:space="preserve"> 我就在后面</w:t>
      </w:r>
      <w:r>
        <w:t xml:space="preserve"> 好吗?</w:t>
        <w:br/>
        <w:t>McNally,</w:t>
      </w:r>
      <w:r>
        <w:t xml:space="preserve"> I'm</w:t>
      </w:r>
      <w:r>
        <w:t xml:space="preserve"> right</w:t>
      </w:r>
      <w:r>
        <w:t xml:space="preserve"> behind</w:t>
      </w:r>
      <w:r>
        <w:t xml:space="preserve"> you,</w:t>
      </w:r>
      <w:r>
        <w:t xml:space="preserve"> okay?</w:t>
        <w:br/>
        <w:t>好</w:t>
        <w:br/>
        <w:t>All</w:t>
      </w:r>
      <w:r>
        <w:t xml:space="preserve"> right.</w:t>
      </w:r>
      <w:r>
        <w:t xml:space="preserve"> </w:t>
        <w:br/>
        <w:t>好</w:t>
        <w:br/>
        <w:t>Yeah.</w:t>
        <w:br/>
        <w:t>McNally?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https://d.book118.com/978126061000006042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21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7812606100000604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