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好了好了</w:t>
        <w:br/>
        <w:t>All</w:t>
      </w:r>
      <w:r>
        <w:t xml:space="preserve"> right,</w:t>
      </w:r>
      <w:r>
        <w:t xml:space="preserve"> all</w:t>
      </w:r>
      <w:r>
        <w:t xml:space="preserve"> right,</w:t>
      </w:r>
      <w:r>
        <w:t xml:space="preserve"> all</w:t>
      </w:r>
      <w:r>
        <w:t xml:space="preserve"> right,</w:t>
        <w:br/>
        <w:t>下一个问题</w:t>
      </w:r>
      <w:r>
        <w:t xml:space="preserve"> 你俩谁更擅长家务?</w:t>
        <w:br/>
        <w:t>next</w:t>
      </w:r>
      <w:r>
        <w:t xml:space="preserve"> question...</w:t>
      </w:r>
      <w:r>
        <w:t xml:space="preserve"> which</w:t>
      </w:r>
      <w:r>
        <w:t xml:space="preserve"> one</w:t>
      </w:r>
      <w:r>
        <w:t xml:space="preserve"> of</w:t>
      </w:r>
      <w:r>
        <w:t xml:space="preserve"> you</w:t>
      </w:r>
      <w:r>
        <w:t xml:space="preserve"> is</w:t>
      </w:r>
      <w:r>
        <w:t xml:space="preserve"> better</w:t>
      </w:r>
      <w:r>
        <w:t xml:space="preserve"> at</w:t>
      </w:r>
      <w:r>
        <w:t xml:space="preserve"> housework?</w:t>
        <w:br/>
        <w:t>我</w:t>
        <w:br/>
        <w:t>I</w:t>
      </w:r>
      <w:r>
        <w:t xml:space="preserve"> am.</w:t>
      </w:r>
      <w:r>
        <w:t xml:space="preserve"> </w:t>
        <w:br/>
        <w:t>是我!</w:t>
        <w:br/>
        <w:t>Me!</w:t>
        <w:br/>
        <w:t>哦!</w:t>
        <w:br/>
        <w:t>Oh!</w:t>
      </w:r>
      <w:r>
        <w:t xml:space="preserve"> </w:t>
        <w:br/>
        <w:t>你来搞笑的吧?</w:t>
        <w:br/>
        <w:t>Are</w:t>
      </w:r>
      <w:r>
        <w:t xml:space="preserve"> you</w:t>
      </w:r>
      <w:r>
        <w:t xml:space="preserve"> kidding</w:t>
      </w:r>
      <w:r>
        <w:t xml:space="preserve"> me?</w:t>
        <w:br/>
        <w:t>当然不是</w:t>
      </w:r>
      <w:r>
        <w:t xml:space="preserve"> 我卧室地板上到处都是你的衣服</w:t>
        <w:br/>
        <w:t>No.</w:t>
      </w:r>
      <w:r>
        <w:t xml:space="preserve"> Your</w:t>
      </w:r>
      <w:r>
        <w:t xml:space="preserve"> clothes</w:t>
      </w:r>
      <w:r>
        <w:t xml:space="preserve"> are</w:t>
      </w:r>
      <w:r>
        <w:t xml:space="preserve"> all</w:t>
      </w:r>
      <w:r>
        <w:t xml:space="preserve"> over</w:t>
      </w:r>
      <w:r>
        <w:t xml:space="preserve"> my</w:t>
      </w:r>
      <w:r>
        <w:t xml:space="preserve"> bedroom</w:t>
      </w:r>
      <w:r>
        <w:t xml:space="preserve"> floor.</w:t>
        <w:br/>
        <w:t>对不起</w:t>
      </w:r>
      <w:r>
        <w:t xml:space="preserve"> 我不知道您对这事儿有意见</w:t>
        <w:br/>
        <w:t>Oh,</w:t>
      </w:r>
      <w:r>
        <w:t xml:space="preserve"> I'm</w:t>
      </w:r>
      <w:r>
        <w:t xml:space="preserve"> sorry.</w:t>
      </w:r>
      <w:r>
        <w:t xml:space="preserve"> I</w:t>
      </w:r>
      <w:r>
        <w:t xml:space="preserve"> didn't</w:t>
      </w:r>
      <w:r>
        <w:t xml:space="preserve"> know</w:t>
      </w:r>
      <w:r>
        <w:t xml:space="preserve"> that</w:t>
      </w:r>
      <w:r>
        <w:t xml:space="preserve"> was</w:t>
      </w:r>
      <w:r>
        <w:t xml:space="preserve"> a</w:t>
      </w:r>
      <w:r>
        <w:t xml:space="preserve"> problem.</w:t>
      </w:r>
      <w:r>
        <w:t xml:space="preserve"> </w:t>
        <w:br/>
        <w:t>以后不脱了</w:t>
        <w:br/>
        <w:t>I</w:t>
      </w:r>
      <w:r>
        <w:t xml:space="preserve"> can</w:t>
      </w:r>
      <w:r>
        <w:t xml:space="preserve"> make</w:t>
      </w:r>
      <w:r>
        <w:t xml:space="preserve"> it</w:t>
      </w:r>
      <w:r>
        <w:t xml:space="preserve"> stop.</w:t>
        <w:br/>
        <w:t>好了好了</w:t>
      </w:r>
      <w:r>
        <w:t xml:space="preserve"> 下一个问题</w:t>
        <w:br/>
        <w:t>All</w:t>
      </w:r>
      <w:r>
        <w:t xml:space="preserve"> right,</w:t>
      </w:r>
      <w:r>
        <w:t xml:space="preserve"> all</w:t>
      </w:r>
      <w:r>
        <w:t xml:space="preserve"> right,</w:t>
      </w:r>
      <w:r>
        <w:t xml:space="preserve"> all</w:t>
      </w:r>
      <w:r>
        <w:t xml:space="preserve"> right.</w:t>
      </w:r>
      <w:r>
        <w:t xml:space="preserve"> W-we'll</w:t>
      </w:r>
      <w:r>
        <w:t xml:space="preserve"> move</w:t>
      </w:r>
      <w:r>
        <w:t xml:space="preserve"> past</w:t>
      </w:r>
      <w:r>
        <w:t xml:space="preserve"> that.</w:t>
        <w:br/>
        <w:t>下一个问题</w:t>
      </w:r>
      <w:r>
        <w:t xml:space="preserve"> 谁更会送礼物?</w:t>
        <w:br/>
        <w:t>Uh,</w:t>
      </w:r>
      <w:r>
        <w:t xml:space="preserve"> next</w:t>
      </w:r>
      <w:r>
        <w:t xml:space="preserve"> question...</w:t>
      </w:r>
      <w:r>
        <w:t xml:space="preserve"> who</w:t>
      </w:r>
      <w:r>
        <w:t xml:space="preserve"> gives</w:t>
      </w:r>
      <w:r>
        <w:t xml:space="preserve"> better</w:t>
      </w:r>
      <w:r>
        <w:t xml:space="preserve"> gifts?</w:t>
        <w:br/>
        <w:t>给大家看看你赢了啥</w:t>
      </w:r>
      <w:r>
        <w:t xml:space="preserve"> McNally</w:t>
        <w:br/>
        <w:t>Show</w:t>
      </w:r>
      <w:r>
        <w:t xml:space="preserve"> us</w:t>
      </w:r>
      <w:r>
        <w:t xml:space="preserve"> what</w:t>
      </w:r>
      <w:r>
        <w:t xml:space="preserve"> you've</w:t>
      </w:r>
      <w:r>
        <w:t xml:space="preserve"> won,</w:t>
      </w:r>
      <w:r>
        <w:t xml:space="preserve"> McNally.</w:t>
        <w:br/>
        <w:t>好</w:t>
      </w:r>
      <w:r>
        <w:t xml:space="preserve"> 马上</w:t>
        <w:br/>
        <w:t>Okay.</w:t>
      </w:r>
      <w:r>
        <w:t xml:space="preserve"> I</w:t>
      </w:r>
      <w:r>
        <w:t xml:space="preserve"> will.</w:t>
        <w:br/>
        <w:t>我得先...稍等一下</w:t>
        <w:br/>
        <w:t>I'm...</w:t>
      </w:r>
      <w:r>
        <w:t xml:space="preserve"> I'm</w:t>
      </w:r>
      <w:r>
        <w:t xml:space="preserve"> just</w:t>
      </w:r>
      <w:r>
        <w:t xml:space="preserve"> gonna...</w:t>
      </w:r>
      <w:r>
        <w:t xml:space="preserve"> hold</w:t>
      </w:r>
      <w:r>
        <w:t xml:space="preserve"> on.</w:t>
        <w:br/>
        <w:t>好</w:t>
      </w:r>
      <w:r>
        <w:t xml:space="preserve"> 暂停</w:t>
        <w:br/>
        <w:t>All</w:t>
      </w:r>
      <w:r>
        <w:t xml:space="preserve"> right,</w:t>
      </w:r>
      <w:r>
        <w:t xml:space="preserve"> pausing</w:t>
      </w:r>
      <w:r>
        <w:t xml:space="preserve"> the</w:t>
      </w:r>
      <w:r>
        <w:t xml:space="preserve"> game.</w:t>
        <w:br/>
        <w:t>Sammy尴尬地被抛弃在人群中</w:t>
        <w:br/>
        <w:t>And</w:t>
      </w:r>
      <w:r>
        <w:t xml:space="preserve"> Sammy</w:t>
      </w:r>
      <w:r>
        <w:t xml:space="preserve"> is</w:t>
      </w:r>
      <w:r>
        <w:t xml:space="preserve"> jilted</w:t>
      </w:r>
      <w:r>
        <w:t xml:space="preserve"> on</w:t>
      </w:r>
      <w:r>
        <w:t xml:space="preserve"> the</w:t>
      </w:r>
      <w:r>
        <w:t xml:space="preserve"> hot</w:t>
      </w:r>
      <w:r>
        <w:t xml:space="preserve"> seat.</w:t>
        <w:br/>
        <w:t>坐着舒服么</w:t>
      </w:r>
      <w:r>
        <w:t xml:space="preserve"> 兄弟?</w:t>
        <w:br/>
        <w:t>How's</w:t>
      </w:r>
      <w:r>
        <w:t xml:space="preserve"> that</w:t>
      </w:r>
      <w:r>
        <w:t xml:space="preserve"> sit</w:t>
      </w:r>
      <w:r>
        <w:t xml:space="preserve"> with</w:t>
      </w:r>
      <w:r>
        <w:t xml:space="preserve"> you,</w:t>
      </w:r>
      <w:r>
        <w:t xml:space="preserve"> pal?</w:t>
      </w:r>
      <w:r>
        <w:t xml:space="preserve"> </w:t>
        <w:br/>
        <w:t>挺好的</w:t>
        <w:br/>
        <w:t>It's</w:t>
      </w:r>
      <w:r>
        <w:t xml:space="preserve"> fine.</w:t>
        <w:br/>
        <w:t>借此机会</w:t>
        <w:br/>
        <w:t>Give</w:t>
      </w:r>
      <w:r>
        <w:t xml:space="preserve"> me</w:t>
      </w:r>
      <w:r>
        <w:t xml:space="preserve"> a</w:t>
      </w:r>
      <w:r>
        <w:t xml:space="preserve"> chance</w:t>
      </w:r>
      <w:r>
        <w:t xml:space="preserve"> to,</w:t>
      </w:r>
      <w:r>
        <w:t xml:space="preserve"> uh...</w:t>
        <w:br/>
        <w:t>我想请大家帮我个忙</w:t>
        <w:br/>
        <w:t>To</w:t>
      </w:r>
      <w:r>
        <w:t xml:space="preserve"> ask</w:t>
      </w:r>
      <w:r>
        <w:t xml:space="preserve"> you</w:t>
      </w:r>
      <w:r>
        <w:t xml:space="preserve"> a</w:t>
      </w:r>
      <w:r>
        <w:t xml:space="preserve"> favor.</w:t>
        <w:br/>
        <w:t>我很乐意帮你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但我不要当你最后的狂欢</w:t>
        <w:br/>
        <w:t>Uh,</w:t>
      </w:r>
      <w:r>
        <w:t xml:space="preserve"> I</w:t>
      </w:r>
      <w:r>
        <w:t xml:space="preserve"> would</w:t>
      </w:r>
      <w:r>
        <w:t xml:space="preserve"> love</w:t>
      </w:r>
      <w:r>
        <w:t xml:space="preserve"> to,</w:t>
      </w:r>
      <w:r>
        <w:t xml:space="preserve"> but</w:t>
      </w:r>
      <w:r>
        <w:t xml:space="preserve"> I</w:t>
      </w:r>
      <w:r>
        <w:t xml:space="preserve"> cannot</w:t>
      </w:r>
      <w:r>
        <w:t xml:space="preserve"> be</w:t>
      </w:r>
      <w:r>
        <w:t xml:space="preserve"> your</w:t>
      </w:r>
      <w:r>
        <w:t xml:space="preserve"> last</w:t>
      </w:r>
      <w:r>
        <w:t xml:space="preserve"> fling.</w:t>
        <w:br/>
        <w:t>不是</w:t>
      </w:r>
      <w:r>
        <w:t xml:space="preserve"> 大家都知道</w:t>
      </w:r>
      <w:r>
        <w:t xml:space="preserve"> 我要结婚了</w:t>
        <w:br/>
        <w:t>No.</w:t>
      </w:r>
      <w:r>
        <w:t xml:space="preserve"> Now,</w:t>
      </w:r>
      <w:r>
        <w:t xml:space="preserve"> as</w:t>
      </w:r>
      <w:r>
        <w:t xml:space="preserve"> you</w:t>
      </w:r>
      <w:r>
        <w:t xml:space="preserve"> all</w:t>
      </w:r>
      <w:r>
        <w:t xml:space="preserve"> know,</w:t>
      </w:r>
      <w:r>
        <w:t xml:space="preserve"> I'm</w:t>
      </w:r>
      <w:r>
        <w:t xml:space="preserve"> getting</w:t>
      </w:r>
      <w:r>
        <w:t xml:space="preserve"> married.</w:t>
        <w:br/>
        <w:t>Oliver...</w:t>
        <w:br/>
        <w:t>Oliver...</w:t>
        <w:br/>
        <w:t>你愿意当我的伴郎吗?</w:t>
      </w:r>
      <w:r>
        <w:t xml:space="preserve"> 同意吗?</w:t>
        <w:br/>
        <w:t>Will</w:t>
      </w:r>
      <w:r>
        <w:t xml:space="preserve"> you</w:t>
      </w:r>
      <w:r>
        <w:t xml:space="preserve"> be</w:t>
      </w:r>
      <w:r>
        <w:t xml:space="preserve"> my</w:t>
      </w:r>
      <w:r>
        <w:t xml:space="preserve"> best</w:t>
      </w:r>
      <w:r>
        <w:t xml:space="preserve"> man?</w:t>
      </w:r>
      <w:r>
        <w:t xml:space="preserve"> Will</w:t>
      </w:r>
      <w:r>
        <w:t xml:space="preserve"> you</w:t>
      </w:r>
      <w:r>
        <w:t xml:space="preserve"> have</w:t>
      </w:r>
      <w:r>
        <w:t xml:space="preserve"> me?</w:t>
        <w:br/>
        <w:t>我就知道来一场伴侣了解度小测试</w:t>
        <w:br/>
        <w:t>I</w:t>
      </w:r>
      <w:r>
        <w:t xml:space="preserve"> think</w:t>
      </w:r>
      <w:r>
        <w:t xml:space="preserve"> that</w:t>
      </w:r>
      <w:r>
        <w:t xml:space="preserve"> I</w:t>
      </w:r>
      <w:r>
        <w:t xml:space="preserve"> sealed</w:t>
      </w:r>
      <w:r>
        <w:t xml:space="preserve"> the</w:t>
      </w:r>
      <w:r>
        <w:t xml:space="preserve"> deal</w:t>
      </w:r>
      <w:r>
        <w:t xml:space="preserve"> with</w:t>
      </w:r>
      <w:r>
        <w:t xml:space="preserve"> the</w:t>
      </w:r>
      <w:r>
        <w:t xml:space="preserve"> whole,</w:t>
      </w:r>
      <w:r>
        <w:t xml:space="preserve"> uh,</w:t>
      </w:r>
      <w:r>
        <w:t xml:space="preserve"> you</w:t>
      </w:r>
      <w:r>
        <w:t xml:space="preserve"> know,</w:t>
        <w:br/>
        <w:t>能帮我搞定这事儿</w:t>
        <w:br/>
        <w:t>"how</w:t>
      </w:r>
      <w:r>
        <w:t xml:space="preserve"> well</w:t>
      </w:r>
      <w:r>
        <w:t xml:space="preserve"> do</w:t>
      </w:r>
      <w:r>
        <w:t xml:space="preserve"> you</w:t>
      </w:r>
      <w:r>
        <w:t xml:space="preserve"> know</w:t>
      </w:r>
      <w:r>
        <w:t xml:space="preserve"> your</w:t>
      </w:r>
      <w:r>
        <w:t xml:space="preserve"> partner?"</w:t>
      </w:r>
      <w:r>
        <w:t xml:space="preserve"> Quiz.</w:t>
        <w:br/>
        <w:t>当然了</w:t>
      </w:r>
      <w:r>
        <w:t xml:space="preserve"> 兄弟</w:t>
      </w:r>
      <w:r>
        <w:t xml:space="preserve"> 我很乐意</w:t>
        <w:br/>
        <w:t>Uh,</w:t>
      </w:r>
      <w:r>
        <w:t xml:space="preserve"> totally,</w:t>
      </w:r>
      <w:r>
        <w:t xml:space="preserve"> brother.</w:t>
      </w:r>
      <w:r>
        <w:t xml:space="preserve"> It</w:t>
      </w:r>
      <w:r>
        <w:t xml:space="preserve"> would</w:t>
      </w:r>
      <w:r>
        <w:t xml:space="preserve"> be</w:t>
      </w:r>
      <w:r>
        <w:t xml:space="preserve"> my</w:t>
      </w:r>
      <w:r>
        <w:t xml:space="preserve"> pleasure.</w:t>
      </w:r>
      <w:r>
        <w:t xml:space="preserve"> </w:t>
        <w:br/>
        <w:t>你不必问我</w:t>
        <w:br/>
        <w:t>You</w:t>
      </w:r>
      <w:r>
        <w:t xml:space="preserve"> don't</w:t>
      </w:r>
      <w:r>
        <w:t xml:space="preserve"> have</w:t>
      </w:r>
      <w:r>
        <w:t xml:space="preserve"> to</w:t>
      </w:r>
      <w:r>
        <w:t xml:space="preserve"> ask.</w:t>
        <w:br/>
        <w:t>我爱你</w:t>
        <w:br/>
        <w:t>I</w:t>
      </w:r>
      <w:r>
        <w:t xml:space="preserve"> love</w:t>
      </w:r>
      <w:r>
        <w:t xml:space="preserve"> you.</w:t>
        <w:br/>
        <w:t>随时为你效劳</w:t>
        <w:br/>
        <w:t>Anytime.</w:t>
        <w:br/>
        <w:t>我也爱你</w:t>
      </w:r>
      <w:r>
        <w:t xml:space="preserve"> 兄弟</w:t>
      </w:r>
      <w:r>
        <w:t xml:space="preserve"> 我去请这家伙喝一杯啊</w:t>
        <w:br/>
        <w:t>Love</w:t>
      </w:r>
      <w:r>
        <w:t xml:space="preserve"> you,</w:t>
      </w:r>
      <w:r>
        <w:t xml:space="preserve"> too,</w:t>
      </w:r>
      <w:r>
        <w:t xml:space="preserve"> buddy.</w:t>
      </w:r>
      <w:r>
        <w:t xml:space="preserve"> I'm</w:t>
      </w:r>
      <w:r>
        <w:t xml:space="preserve"> gonna</w:t>
      </w:r>
      <w:r>
        <w:t xml:space="preserve"> get</w:t>
      </w:r>
      <w:r>
        <w:t xml:space="preserve"> this</w:t>
      </w:r>
      <w:r>
        <w:t xml:space="preserve"> guy</w:t>
      </w:r>
      <w:r>
        <w:t xml:space="preserve"> a</w:t>
      </w:r>
      <w:r>
        <w:t xml:space="preserve"> drink.</w:t>
        <w:br/>
        <w:t>Traci?</w:t>
        <w:br/>
        <w:t>Traci?</w:t>
        <w:br/>
        <w:t>你能过来下么</w:t>
        <w:br/>
        <w:t>I</w:t>
      </w:r>
      <w:r>
        <w:t xml:space="preserve"> need</w:t>
      </w:r>
      <w:r>
        <w:t xml:space="preserve"> to</w:t>
      </w:r>
      <w:r>
        <w:t xml:space="preserve"> talk</w:t>
      </w:r>
      <w:r>
        <w:t xml:space="preserve"> to</w:t>
      </w:r>
      <w:r>
        <w:t xml:space="preserve"> you</w:t>
      </w:r>
      <w:r>
        <w:t xml:space="preserve"> for</w:t>
      </w:r>
      <w:r>
        <w:t xml:space="preserve"> a</w:t>
      </w:r>
      <w:r>
        <w:t xml:space="preserve"> second.</w:t>
      </w:r>
      <w:r>
        <w:t xml:space="preserve"> Uh...</w:t>
      </w:r>
      <w:r>
        <w:t xml:space="preserve"> </w:t>
        <w:br/>
        <w:t>稍等啊</w:t>
        <w:br/>
        <w:t>Give</w:t>
      </w:r>
      <w:r>
        <w:t xml:space="preserve"> me</w:t>
      </w:r>
      <w:r>
        <w:t xml:space="preserve"> a</w:t>
      </w:r>
      <w:r>
        <w:t xml:space="preserve"> second.</w:t>
        <w:br/>
        <w:t>行</w:t>
      </w:r>
      <w:r>
        <w:t xml:space="preserve"> 你去吧</w:t>
        <w:br/>
        <w:t>Okay.</w:t>
      </w:r>
      <w:r>
        <w:t xml:space="preserve"> It's</w:t>
      </w:r>
      <w:r>
        <w:t xml:space="preserve"> okay.</w:t>
        <w:br/>
        <w:t>怎么了?</w:t>
      </w:r>
      <w:r>
        <w:t xml:space="preserve"> 一脸压力山大的样子</w:t>
        <w:br/>
        <w:t>Hey,</w:t>
      </w:r>
      <w:r>
        <w:t xml:space="preserve"> what's</w:t>
      </w:r>
      <w:r>
        <w:t xml:space="preserve"> up?</w:t>
      </w:r>
      <w:r>
        <w:t xml:space="preserve"> You're</w:t>
      </w:r>
      <w:r>
        <w:t xml:space="preserve"> giving</w:t>
      </w:r>
      <w:r>
        <w:t xml:space="preserve"> me</w:t>
      </w:r>
      <w:r>
        <w:t xml:space="preserve"> stress</w:t>
      </w:r>
      <w:r>
        <w:t xml:space="preserve"> face.</w:t>
        <w:br/>
        <w:t>我不记得我把订婚戒指放哪里了</w:t>
        <w:br/>
        <w:t>I-I</w:t>
      </w:r>
      <w:r>
        <w:t xml:space="preserve"> don't</w:t>
      </w:r>
      <w:r>
        <w:t xml:space="preserve"> know</w:t>
      </w:r>
      <w:r>
        <w:t xml:space="preserve"> where</w:t>
      </w:r>
      <w:r>
        <w:t xml:space="preserve"> my</w:t>
      </w:r>
      <w:r>
        <w:t xml:space="preserve"> engagement</w:t>
      </w:r>
      <w:r>
        <w:t xml:space="preserve"> ring</w:t>
      </w:r>
      <w:r>
        <w:t xml:space="preserve"> is.</w:t>
        <w:br/>
        <w:t>检查过卫生间了吗?</w:t>
        <w:br/>
        <w:t>D-d-did</w:t>
      </w:r>
      <w:r>
        <w:t xml:space="preserve"> you</w:t>
      </w:r>
      <w:r>
        <w:t xml:space="preserve"> check</w:t>
      </w:r>
      <w:r>
        <w:t xml:space="preserve"> the</w:t>
      </w:r>
      <w:r>
        <w:t xml:space="preserve"> bathroom?</w:t>
      </w:r>
      <w:r>
        <w:t xml:space="preserve"> </w:t>
        <w:br/>
        <w:t>检查过了</w:t>
        <w:br/>
        <w:t>Yes.</w:t>
        <w:br/>
        <w:t>口袋呢?</w:t>
        <w:br/>
        <w:t>Pockets?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</w:t>
        <w:br/>
        <w:t>查过了</w:t>
        <w:br/>
        <w:t>Yes.</w:t>
        <w:br/>
        <w:t>手包?</w:t>
        <w:br/>
        <w:t>Purse?</w:t>
      </w:r>
      <w:r>
        <w:t xml:space="preserve"> </w:t>
        <w:br/>
        <w:t>我没手包</w:t>
        <w:br/>
        <w:t>I</w:t>
      </w:r>
      <w:r>
        <w:t xml:space="preserve"> don't</w:t>
      </w:r>
      <w:r>
        <w:t xml:space="preserve"> have</w:t>
      </w:r>
      <w:r>
        <w:t xml:space="preserve"> a</w:t>
      </w:r>
      <w:r>
        <w:t xml:space="preserve"> purse.</w:t>
        <w:br/>
        <w:t>你最后一次看到它是什么时候?</w:t>
        <w:br/>
        <w:t>Well,</w:t>
      </w:r>
      <w:r>
        <w:t xml:space="preserve"> w-when's</w:t>
      </w:r>
      <w:r>
        <w:t xml:space="preserve"> the</w:t>
      </w:r>
      <w:r>
        <w:t xml:space="preserve"> last</w:t>
      </w:r>
      <w:r>
        <w:t xml:space="preserve"> time</w:t>
      </w:r>
      <w:r>
        <w:t xml:space="preserve"> you</w:t>
      </w:r>
      <w:r>
        <w:t xml:space="preserve"> saw</w:t>
      </w:r>
      <w:r>
        <w:t xml:space="preserve"> it?</w:t>
      </w:r>
      <w:r>
        <w:t xml:space="preserve"> </w:t>
        <w:br/>
        <w:t>不记得了</w:t>
        <w:br/>
        <w:t>I</w:t>
      </w:r>
      <w:r>
        <w:t xml:space="preserve"> don't</w:t>
      </w:r>
      <w:r>
        <w:t xml:space="preserve"> know.</w:t>
        <w:br/>
        <w:t>Sam家</w:t>
      </w:r>
      <w:r>
        <w:t xml:space="preserve"> 我家</w:t>
      </w:r>
      <w:r>
        <w:t xml:space="preserve"> 或者商场</w:t>
        <w:br/>
        <w:t>Uh,</w:t>
      </w:r>
      <w:r>
        <w:t xml:space="preserve"> Sam's</w:t>
      </w:r>
      <w:r>
        <w:t xml:space="preserve"> place?</w:t>
      </w:r>
      <w:r>
        <w:t xml:space="preserve"> My</w:t>
      </w:r>
      <w:r>
        <w:t xml:space="preserve"> place?</w:t>
      </w:r>
      <w:r>
        <w:t xml:space="preserve"> Uh,</w:t>
      </w:r>
      <w:r>
        <w:t xml:space="preserve"> the</w:t>
      </w:r>
      <w:r>
        <w:t xml:space="preserve"> mall?</w:t>
        <w:br/>
        <w:t>谢谢你缩小范围哈</w:t>
        <w:br/>
        <w:t>Well,</w:t>
      </w:r>
      <w:r>
        <w:t xml:space="preserve"> good</w:t>
      </w:r>
      <w:r>
        <w:t xml:space="preserve"> you've</w:t>
      </w:r>
      <w:r>
        <w:t xml:space="preserve"> narrowed</w:t>
      </w:r>
      <w:r>
        <w:t xml:space="preserve"> it</w:t>
      </w:r>
      <w:r>
        <w:t xml:space="preserve"> down.</w:t>
        <w:br/>
        <w:t>我可不能告诉他我把戒指丢了</w:t>
        <w:br/>
        <w:t>I</w:t>
      </w:r>
      <w:r>
        <w:t xml:space="preserve"> cannot</w:t>
      </w:r>
      <w:r>
        <w:t xml:space="preserve"> tell</w:t>
      </w:r>
      <w:r>
        <w:t xml:space="preserve"> him</w:t>
      </w:r>
      <w:r>
        <w:t xml:space="preserve"> that</w:t>
      </w:r>
      <w:r>
        <w:t xml:space="preserve"> I</w:t>
      </w:r>
      <w:r>
        <w:t xml:space="preserve"> lost</w:t>
      </w:r>
      <w:r>
        <w:t xml:space="preserve"> the</w:t>
      </w:r>
      <w:r>
        <w:t xml:space="preserve"> ring.</w:t>
        <w:br/>
        <w:t>好</w:t>
      </w:r>
      <w:r>
        <w:t xml:space="preserve"> 没事</w:t>
        <w:br/>
        <w:t>Okay,</w:t>
      </w:r>
      <w:r>
        <w:t xml:space="preserve"> okay.</w:t>
        <w:br/>
        <w:t>你是...</w:t>
        <w:br/>
        <w:t>Y...</w:t>
      </w:r>
      <w:r>
        <w:t xml:space="preserve"> uh,</w:t>
      </w:r>
      <w:r>
        <w:t xml:space="preserve"> you</w:t>
      </w:r>
      <w:r>
        <w:t xml:space="preserve"> are...</w:t>
        <w:br/>
        <w:t>出现了过敏反应</w:t>
        <w:br/>
        <w:t>Having</w:t>
      </w:r>
      <w:r>
        <w:t xml:space="preserve"> an</w:t>
      </w:r>
      <w:r>
        <w:t xml:space="preserve"> allergic</w:t>
      </w:r>
      <w:r>
        <w:t xml:space="preserve"> reaction.</w:t>
        <w:br/>
        <w:t>没错</w:t>
      </w:r>
      <w:r>
        <w:t xml:space="preserve"> 我过敏了</w:t>
        <w:br/>
        <w:t>Yes,</w:t>
      </w:r>
      <w:r>
        <w:t xml:space="preserve"> I</w:t>
      </w:r>
      <w:r>
        <w:t xml:space="preserve"> am.</w:t>
      </w:r>
      <w:r>
        <w:t xml:space="preserve"> </w:t>
        <w:br/>
        <w:t>然后?</w:t>
        <w:br/>
        <w:t>Yeah?</w:t>
        <w:br/>
        <w:t>我今晚不能住他家</w:t>
        <w:br/>
        <w:t>And</w:t>
      </w:r>
      <w:r>
        <w:t xml:space="preserve"> also,</w:t>
      </w:r>
      <w:r>
        <w:t xml:space="preserve"> like,</w:t>
      </w:r>
      <w:r>
        <w:t xml:space="preserve"> I</w:t>
      </w:r>
      <w:r>
        <w:t xml:space="preserve"> can't</w:t>
      </w:r>
      <w:r>
        <w:t xml:space="preserve"> stay</w:t>
      </w:r>
      <w:r>
        <w:t xml:space="preserve"> at</w:t>
      </w:r>
      <w:r>
        <w:t xml:space="preserve"> his</w:t>
      </w:r>
      <w:r>
        <w:t xml:space="preserve"> place</w:t>
      </w:r>
      <w:r>
        <w:t xml:space="preserve"> tonight</w:t>
        <w:br/>
        <w:t>因为我...</w:t>
        <w:br/>
        <w:t>because</w:t>
      </w:r>
      <w:r>
        <w:t xml:space="preserve"> I'm...</w:t>
        <w:br/>
        <w:t>脱...脱皮了</w:t>
        <w:br/>
        <w:t>Exfo...</w:t>
      </w:r>
      <w:r>
        <w:t xml:space="preserve"> exfoliating.</w:t>
      </w:r>
      <w:r>
        <w:t xml:space="preserve"> </w:t>
        <w:br/>
        <w:t>好</w:t>
      </w:r>
      <w:r>
        <w:t xml:space="preserve"> 好吧</w:t>
        <w:br/>
        <w:t>Sure.</w:t>
      </w:r>
      <w:r>
        <w:t xml:space="preserve"> Sure.</w:t>
        <w:br/>
        <w:t>那等明天下班以后</w:t>
        <w:br/>
        <w:t>So...</w:t>
      </w:r>
      <w:r>
        <w:t xml:space="preserve"> so,</w:t>
      </w:r>
      <w:r>
        <w:t xml:space="preserve"> then,</w:t>
      </w:r>
      <w:r>
        <w:t xml:space="preserve"> um,</w:t>
      </w:r>
      <w:r>
        <w:t xml:space="preserve"> we...</w:t>
      </w:r>
      <w:r>
        <w:t xml:space="preserve"> okay,</w:t>
      </w:r>
      <w:r>
        <w:t xml:space="preserve"> so</w:t>
      </w:r>
      <w:r>
        <w:t xml:space="preserve"> after</w:t>
      </w:r>
      <w:r>
        <w:t xml:space="preserve"> your</w:t>
      </w:r>
      <w:r>
        <w:t xml:space="preserve"> shift</w:t>
      </w:r>
      <w:r>
        <w:t xml:space="preserve"> tomorrow,</w:t>
      </w:r>
      <w:r>
        <w:t xml:space="preserve"> </w:t>
        <w:br/>
        <w:t>我们先去你家找</w:t>
      </w:r>
      <w:r>
        <w:t xml:space="preserve"> 再去他家找</w:t>
        <w:br/>
        <w:t>we</w:t>
      </w:r>
      <w:r>
        <w:t xml:space="preserve"> scour</w:t>
      </w:r>
      <w:r>
        <w:t xml:space="preserve"> your</w:t>
      </w:r>
      <w:r>
        <w:t xml:space="preserve"> place,</w:t>
      </w:r>
      <w:r>
        <w:t xml:space="preserve"> his</w:t>
      </w:r>
      <w:r>
        <w:t xml:space="preserve"> place.</w:t>
        <w:br/>
        <w:t>实在不行撬了他的车找</w:t>
        <w:br/>
        <w:t>We</w:t>
      </w:r>
      <w:r>
        <w:t xml:space="preserve"> break</w:t>
      </w:r>
      <w:r>
        <w:t xml:space="preserve"> into</w:t>
      </w:r>
      <w:r>
        <w:t xml:space="preserve"> that</w:t>
      </w:r>
      <w:r>
        <w:t xml:space="preserve"> truck</w:t>
      </w:r>
      <w:r>
        <w:t xml:space="preserve"> if</w:t>
      </w:r>
      <w:r>
        <w:t xml:space="preserve"> we</w:t>
      </w:r>
      <w:r>
        <w:t xml:space="preserve"> have</w:t>
      </w:r>
      <w:r>
        <w:t xml:space="preserve"> to.</w:t>
        <w:br/>
        <w:t>它肯定还在地球上</w:t>
      </w:r>
      <w:r>
        <w:t xml:space="preserve"> 对吧?</w:t>
        <w:br/>
        <w:t>There's</w:t>
      </w:r>
      <w:r>
        <w:t xml:space="preserve"> nothing</w:t>
      </w:r>
      <w:r>
        <w:t xml:space="preserve"> in</w:t>
      </w:r>
      <w:r>
        <w:t xml:space="preserve"> this</w:t>
      </w:r>
      <w:r>
        <w:t xml:space="preserve"> world</w:t>
      </w:r>
      <w:r>
        <w:t xml:space="preserve"> that</w:t>
      </w:r>
      <w:r>
        <w:t xml:space="preserve"> isn't</w:t>
      </w:r>
      <w:r>
        <w:t xml:space="preserve"> somewhere,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right?</w:t>
        <w:br/>
        <w:t>对</w:t>
        <w:br/>
        <w:t>Yeah.</w:t>
        <w:br/>
        <w:t>你介意吗?</w:t>
        <w:br/>
        <w:t>You</w:t>
      </w:r>
      <w:r>
        <w:t xml:space="preserve"> mind?</w:t>
        <w:br/>
        <w:t>谢谢</w:t>
        <w:br/>
        <w:t>Thank</w:t>
      </w:r>
      <w:r>
        <w:t xml:space="preserve"> you.</w:t>
      </w:r>
      <w:r>
        <w:t xml:space="preserve"> </w:t>
        <w:br/>
        <w:t>总算碰上你了</w:t>
        <w:br/>
        <w:t>Glad</w:t>
      </w:r>
      <w:r>
        <w:t xml:space="preserve"> I</w:t>
      </w:r>
      <w:r>
        <w:t xml:space="preserve"> caught</w:t>
      </w:r>
      <w:r>
        <w:t xml:space="preserve"> you.</w:t>
        <w:br/>
        <w:t>警监</w:t>
      </w:r>
      <w:r>
        <w:t xml:space="preserve"> 早上好</w:t>
        <w:br/>
        <w:t>Commissioner,</w:t>
      </w:r>
      <w:r>
        <w:t xml:space="preserve"> good</w:t>
      </w:r>
      <w:r>
        <w:t xml:space="preserve"> morning.</w:t>
        <w:br/>
        <w:t>有事需要我帮忙吗</w:t>
      </w:r>
      <w:r>
        <w:t xml:space="preserve"> 长官?</w:t>
        <w:br/>
        <w:t>Is</w:t>
      </w:r>
      <w:r>
        <w:t xml:space="preserve"> there</w:t>
      </w:r>
      <w:r>
        <w:t xml:space="preserve"> something</w:t>
      </w:r>
      <w:r>
        <w:t xml:space="preserve"> I</w:t>
      </w:r>
      <w:r>
        <w:t xml:space="preserve"> can</w:t>
      </w:r>
      <w:r>
        <w:t xml:space="preserve"> help</w:t>
      </w:r>
      <w:r>
        <w:t xml:space="preserve"> you</w:t>
      </w:r>
      <w:r>
        <w:t xml:space="preserve"> with,</w:t>
      </w:r>
      <w:r>
        <w:t xml:space="preserve"> sir?</w:t>
      </w:r>
      <w:r>
        <w:t xml:space="preserve"> </w:t>
        <w:br/>
        <w:t>没错</w:t>
        <w:br/>
        <w:t>Yes.</w:t>
        <w:br/>
        <w:t>我继子Duncan说15分局来了新人</w:t>
        <w:br/>
        <w:t>My</w:t>
      </w:r>
      <w:r>
        <w:t xml:space="preserve"> stepson,</w:t>
      </w:r>
      <w:r>
        <w:t xml:space="preserve"> Duncan,</w:t>
      </w:r>
      <w:r>
        <w:t xml:space="preserve"> says</w:t>
      </w:r>
      <w:r>
        <w:t xml:space="preserve"> that</w:t>
      </w:r>
      <w:r>
        <w:t xml:space="preserve"> there's</w:t>
      </w:r>
      <w:r>
        <w:t xml:space="preserve"> some</w:t>
      </w:r>
      <w:r>
        <w:t xml:space="preserve"> new</w:t>
      </w:r>
      <w:r>
        <w:t xml:space="preserve"> blood</w:t>
      </w:r>
      <w:r>
        <w:t xml:space="preserve"> at</w:t>
      </w:r>
      <w:r>
        <w:t xml:space="preserve"> 15</w:t>
      </w:r>
      <w:r>
        <w:t xml:space="preserve"> division...</w:t>
      </w:r>
      <w:r>
        <w:t xml:space="preserve"> </w:t>
        <w:br/>
        <w:t>一个叫Ward的</w:t>
        <w:br/>
        <w:t>someone</w:t>
      </w:r>
      <w:r>
        <w:t xml:space="preserve"> called</w:t>
      </w:r>
      <w:r>
        <w:t xml:space="preserve"> Ward.</w:t>
        <w:br/>
        <w:t>对</w:t>
      </w:r>
      <w:r>
        <w:t xml:space="preserve"> Juliet</w:t>
      </w:r>
      <w:r>
        <w:t xml:space="preserve"> Ward警官</w:t>
        <w:br/>
        <w:t>Yes...</w:t>
      </w:r>
      <w:r>
        <w:t xml:space="preserve"> Officer</w:t>
      </w:r>
      <w:r>
        <w:t xml:space="preserve"> Juliet</w:t>
      </w:r>
      <w:r>
        <w:t xml:space="preserve"> Ward.</w:t>
      </w:r>
      <w:r>
        <w:t xml:space="preserve"> </w:t>
        <w:br/>
        <w:t>但她不是普通警员吧?</w:t>
        <w:br/>
        <w:t>But</w:t>
      </w:r>
      <w:r>
        <w:t xml:space="preserve"> she's</w:t>
      </w:r>
      <w:r>
        <w:t xml:space="preserve"> not</w:t>
      </w:r>
      <w:r>
        <w:t xml:space="preserve"> just</w:t>
      </w:r>
      <w:r>
        <w:t xml:space="preserve"> an</w:t>
      </w:r>
      <w:r>
        <w:t xml:space="preserve"> officer,</w:t>
      </w:r>
      <w:r>
        <w:t xml:space="preserve"> is</w:t>
      </w:r>
      <w:r>
        <w:t xml:space="preserve"> she?</w:t>
        <w:br/>
        <w:t>我查过了</w:t>
      </w:r>
      <w:r>
        <w:t xml:space="preserve"> 她是内务部的</w:t>
        <w:br/>
        <w:t>See,</w:t>
      </w:r>
      <w:r>
        <w:t xml:space="preserve"> I</w:t>
      </w:r>
      <w:r>
        <w:t xml:space="preserve"> checked.</w:t>
      </w:r>
      <w:r>
        <w:t xml:space="preserve"> She's</w:t>
      </w:r>
      <w:r>
        <w:t xml:space="preserve"> Internal</w:t>
      </w:r>
      <w:r>
        <w:t xml:space="preserve"> Affairs.</w:t>
        <w:br/>
        <w:t>没错</w:t>
        <w:br/>
        <w:t>She</w:t>
      </w:r>
      <w:r>
        <w:t xml:space="preserve"> is.</w:t>
      </w:r>
      <w:r>
        <w:t xml:space="preserve"> </w:t>
        <w:br/>
        <w:t>好</w:t>
        <w:br/>
        <w:t>Yes.</w:t>
        <w:br/>
        <w:t>是我批准她去的</w:t>
        <w:br/>
        <w:t>I</w:t>
      </w:r>
      <w:r>
        <w:t xml:space="preserve"> assigned</w:t>
      </w:r>
      <w:r>
        <w:t xml:space="preserve"> her.</w:t>
        <w:br/>
        <w:t>这里面很热</w:t>
        <w:br/>
        <w:t>Uh,</w:t>
      </w:r>
      <w:r>
        <w:t xml:space="preserve"> it's</w:t>
      </w:r>
      <w:r>
        <w:t xml:space="preserve"> hot</w:t>
      </w:r>
      <w:r>
        <w:t xml:space="preserve"> in</w:t>
      </w:r>
      <w:r>
        <w:t xml:space="preserve"> here.</w:t>
        <w:br/>
        <w:t>您介意去外面谈吗?</w:t>
        <w:br/>
        <w:t>Do</w:t>
      </w:r>
      <w:r>
        <w:t xml:space="preserve"> you</w:t>
      </w:r>
      <w:r>
        <w:t xml:space="preserve"> mind</w:t>
      </w:r>
      <w:r>
        <w:t xml:space="preserve"> if</w:t>
      </w:r>
      <w:r>
        <w:t xml:space="preserve"> we...</w:t>
      </w:r>
      <w:r>
        <w:t xml:space="preserve"> Just</w:t>
      </w:r>
      <w:r>
        <w:t xml:space="preserve"> talk</w:t>
      </w:r>
      <w:r>
        <w:t xml:space="preserve"> outside?</w:t>
        <w:br/>
        <w:t>我是没收到邮件吗</w:t>
      </w:r>
      <w:r>
        <w:t xml:space="preserve"> Williams?</w:t>
        <w:br/>
        <w:t>Did</w:t>
      </w:r>
      <w:r>
        <w:t xml:space="preserve"> I</w:t>
      </w:r>
      <w:r>
        <w:t xml:space="preserve"> miss</w:t>
      </w:r>
      <w:r>
        <w:t xml:space="preserve"> an</w:t>
      </w:r>
      <w:r>
        <w:t xml:space="preserve"> e-mail,</w:t>
      </w:r>
      <w:r>
        <w:t xml:space="preserve"> Williams?</w:t>
        <w:br/>
        <w:t>他们的证物室爆&amp;hearts;炸&amp;hearts;了</w:t>
        <w:br/>
        <w:t>Well,</w:t>
      </w:r>
      <w:r>
        <w:t xml:space="preserve"> there</w:t>
      </w:r>
      <w:r>
        <w:t xml:space="preserve"> was</w:t>
      </w:r>
      <w:r>
        <w:t xml:space="preserve"> an</w:t>
      </w:r>
      <w:r>
        <w:t xml:space="preserve"> explosion</w:t>
      </w:r>
      <w:r>
        <w:t xml:space="preserve"> in</w:t>
      </w:r>
      <w:r>
        <w:t xml:space="preserve"> their</w:t>
      </w:r>
      <w:r>
        <w:t xml:space="preserve"> evidence</w:t>
      </w:r>
      <w:r>
        <w:t xml:space="preserve"> room,</w:t>
        <w:br/>
        <w:t>很多案子的证据都被炸没了</w:t>
        <w:br/>
        <w:t>and</w:t>
      </w:r>
      <w:r>
        <w:t xml:space="preserve"> a</w:t>
      </w:r>
      <w:r>
        <w:t xml:space="preserve"> lot</w:t>
      </w:r>
      <w:r>
        <w:t xml:space="preserve"> of</w:t>
      </w:r>
      <w:r>
        <w:t xml:space="preserve"> cases</w:t>
      </w:r>
      <w:r>
        <w:t xml:space="preserve"> were</w:t>
      </w:r>
      <w:r>
        <w:t xml:space="preserve"> blown</w:t>
      </w:r>
      <w:r>
        <w:t xml:space="preserve"> that</w:t>
      </w:r>
      <w:r>
        <w:t xml:space="preserve"> day,</w:t>
      </w:r>
      <w:r>
        <w:t xml:space="preserve"> </w:t>
        <w:br/>
        <w:t>派个人过去很合理吧</w:t>
        <w:br/>
        <w:t>so</w:t>
      </w:r>
      <w:r>
        <w:t xml:space="preserve"> it</w:t>
      </w:r>
      <w:r>
        <w:t xml:space="preserve"> made</w:t>
      </w:r>
      <w:r>
        <w:t xml:space="preserve"> sense</w:t>
      </w:r>
      <w:r>
        <w:t xml:space="preserve"> to</w:t>
      </w:r>
      <w:r>
        <w:t xml:space="preserve"> put</w:t>
      </w:r>
      <w:r>
        <w:t xml:space="preserve"> someone</w:t>
      </w:r>
      <w:r>
        <w:t xml:space="preserve"> in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there,</w:t>
        <w:br/>
        <w:t>确认不是我们内部出了问题</w:t>
        <w:br/>
        <w:t>make</w:t>
      </w:r>
      <w:r>
        <w:t xml:space="preserve"> sure</w:t>
      </w:r>
      <w:r>
        <w:t xml:space="preserve"> none</w:t>
      </w:r>
      <w:r>
        <w:t xml:space="preserve"> of</w:t>
      </w:r>
      <w:r>
        <w:t xml:space="preserve"> our</w:t>
      </w:r>
      <w:r>
        <w:t xml:space="preserve"> people</w:t>
      </w:r>
      <w:r>
        <w:t xml:space="preserve"> allowed</w:t>
      </w:r>
      <w:r>
        <w:t xml:space="preserve"> that</w:t>
      </w:r>
      <w:r>
        <w:t xml:space="preserve"> to</w:t>
      </w:r>
      <w:r>
        <w:t xml:space="preserve"> happen.</w:t>
        <w:br/>
        <w:t>你没抓住重点</w:t>
        <w:br/>
        <w:t>I</w:t>
      </w:r>
      <w:r>
        <w:t xml:space="preserve"> think</w:t>
      </w:r>
      <w:r>
        <w:t xml:space="preserve"> you're</w:t>
      </w:r>
      <w:r>
        <w:t xml:space="preserve"> missing</w:t>
      </w:r>
      <w:r>
        <w:t xml:space="preserve"> the</w:t>
      </w:r>
      <w:r>
        <w:t xml:space="preserve"> point.</w:t>
      </w:r>
      <w:r>
        <w:t xml:space="preserve"> </w:t>
        <w:br/>
        <w:t>我是问你怎么没知会我?</w:t>
        <w:br/>
        <w:t>Why</w:t>
      </w:r>
      <w:r>
        <w:t xml:space="preserve"> wasn't</w:t>
      </w:r>
      <w:r>
        <w:t xml:space="preserve"> I</w:t>
      </w:r>
      <w:r>
        <w:t xml:space="preserve"> informed?</w:t>
        <w:br/>
        <w:t>警监...</w:t>
        <w:br/>
        <w:t>Well,</w:t>
      </w:r>
      <w:r>
        <w:t xml:space="preserve"> Commissioner...</w:t>
        <w:br/>
        <w:t>您雇我就是为了给您减轻压力的</w:t>
        <w:br/>
        <w:t>You</w:t>
      </w:r>
      <w:r>
        <w:t xml:space="preserve"> hired</w:t>
      </w:r>
      <w:r>
        <w:t xml:space="preserve"> me</w:t>
      </w:r>
      <w:r>
        <w:t xml:space="preserve"> to</w:t>
      </w:r>
      <w:r>
        <w:t xml:space="preserve"> take</w:t>
      </w:r>
      <w:r>
        <w:t xml:space="preserve"> the</w:t>
      </w:r>
      <w:r>
        <w:t xml:space="preserve"> pressure</w:t>
      </w:r>
      <w:r>
        <w:t xml:space="preserve"> off</w:t>
      </w:r>
      <w:r>
        <w:t xml:space="preserve"> you.</w:t>
        <w:br/>
        <w:t>如果我大事小事都问您</w:t>
      </w:r>
      <w:r>
        <w:t xml:space="preserve"> 那还要我&amp;hearts;干&amp;hearts;嘛呢</w:t>
        <w:br/>
        <w:t>I</w:t>
      </w:r>
      <w:r>
        <w:t xml:space="preserve"> can't</w:t>
      </w:r>
      <w:r>
        <w:t xml:space="preserve"> help</w:t>
      </w:r>
      <w:r>
        <w:t xml:space="preserve"> you</w:t>
      </w:r>
      <w:r>
        <w:t xml:space="preserve"> if</w:t>
      </w:r>
      <w:r>
        <w:t xml:space="preserve"> I'm</w:t>
      </w:r>
      <w:r>
        <w:t xml:space="preserve"> pestering</w:t>
      </w:r>
      <w:r>
        <w:t xml:space="preserve"> you</w:t>
      </w:r>
      <w:r>
        <w:t xml:space="preserve"> about</w:t>
      </w:r>
      <w:r>
        <w:t xml:space="preserve"> every</w:t>
      </w:r>
      <w:r>
        <w:t xml:space="preserve"> single</w:t>
      </w:r>
      <w:r>
        <w:t xml:space="preserve"> decision.</w:t>
        <w:br/>
        <w:t>委派嘛</w:t>
      </w:r>
      <w:r>
        <w:t xml:space="preserve"> 对吧?</w:t>
        <w:br/>
        <w:t>Delegate,</w:t>
      </w:r>
      <w:r>
        <w:t xml:space="preserve"> right?</w:t>
        <w:br/>
        <w:t>您派我来就是做这个的</w:t>
        <w:br/>
        <w:t>That's</w:t>
      </w:r>
      <w:r>
        <w:t xml:space="preserve"> what</w:t>
      </w:r>
      <w:r>
        <w:t xml:space="preserve"> I'm</w:t>
      </w:r>
      <w:r>
        <w:t xml:space="preserve"> here</w:t>
      </w:r>
      <w:r>
        <w:t xml:space="preserve"> for.</w:t>
        <w:br/>
        <w:t>我猜也是</w:t>
        <w:br/>
        <w:t>I</w:t>
      </w:r>
      <w:r>
        <w:t xml:space="preserve"> figured</w:t>
      </w:r>
      <w:r>
        <w:t xml:space="preserve"> that's</w:t>
      </w:r>
      <w:r>
        <w:t xml:space="preserve"> what</w:t>
      </w:r>
      <w:r>
        <w:t xml:space="preserve"> it</w:t>
      </w:r>
      <w:r>
        <w:t xml:space="preserve"> was.</w:t>
        <w:br/>
        <w:t>因为我是乐观主义者</w:t>
        <w:br/>
        <w:t>'Cause</w:t>
      </w:r>
      <w:r>
        <w:t xml:space="preserve"> I</w:t>
      </w:r>
      <w:r>
        <w:t xml:space="preserve"> am</w:t>
      </w:r>
      <w:r>
        <w:t xml:space="preserve"> an</w:t>
      </w:r>
      <w:r>
        <w:t xml:space="preserve"> optimist.</w:t>
        <w:br/>
        <w:t>我要看报告</w:t>
        <w:br/>
        <w:t>I</w:t>
      </w:r>
      <w:r>
        <w:t xml:space="preserve"> need</w:t>
      </w:r>
      <w:r>
        <w:t xml:space="preserve"> to</w:t>
      </w:r>
      <w:r>
        <w:t xml:space="preserve"> see</w:t>
      </w:r>
      <w:r>
        <w:t xml:space="preserve"> a</w:t>
      </w:r>
      <w:r>
        <w:t xml:space="preserve"> report.</w:t>
      </w:r>
      <w:r>
        <w:t xml:space="preserve"> </w:t>
        <w:br/>
        <w:t>没问题</w:t>
        <w:br/>
        <w:t>Absolutely.</w:t>
        <w:br/>
        <w:t>给我一两周时间整合一下</w:t>
        <w:br/>
        <w:t>Just</w:t>
      </w:r>
      <w:r>
        <w:t xml:space="preserve"> give</w:t>
      </w:r>
      <w:r>
        <w:t xml:space="preserve"> me</w:t>
      </w:r>
      <w:r>
        <w:t xml:space="preserve"> a</w:t>
      </w:r>
      <w:r>
        <w:t xml:space="preserve"> week</w:t>
      </w:r>
      <w:r>
        <w:t xml:space="preserve"> or</w:t>
      </w:r>
      <w:r>
        <w:t xml:space="preserve"> two,</w:t>
      </w:r>
      <w:r>
        <w:t xml:space="preserve"> put</w:t>
      </w:r>
      <w:r>
        <w:t xml:space="preserve"> it</w:t>
      </w:r>
      <w:r>
        <w:t xml:space="preserve"> together.</w:t>
        <w:br/>
        <w:t>有什么给什么</w:t>
      </w:r>
      <w:r>
        <w:t xml:space="preserve"> 今天下班之前给我</w:t>
        <w:br/>
        <w:t>Anything</w:t>
      </w:r>
      <w:r>
        <w:t xml:space="preserve"> you</w:t>
      </w:r>
      <w:r>
        <w:t xml:space="preserve"> have.</w:t>
      </w:r>
      <w:r>
        <w:t xml:space="preserve"> End</w:t>
      </w:r>
      <w:r>
        <w:t xml:space="preserve"> of</w:t>
      </w:r>
      <w:r>
        <w:t xml:space="preserve"> day</w:t>
      </w:r>
      <w:r>
        <w:t xml:space="preserve"> is</w:t>
      </w:r>
      <w:r>
        <w:t xml:space="preserve"> fine.</w:t>
        <w:br/>
        <w:t>是</w:t>
      </w:r>
      <w:r>
        <w:t xml:space="preserve"> 长官</w:t>
        <w:br/>
        <w:t>Yes,</w:t>
      </w:r>
      <w:r>
        <w:t xml:space="preserve"> sir.</w:t>
        <w:br/>
        <w:t>他查到Juliet了</w:t>
        <w:br/>
        <w:t>So,</w:t>
      </w:r>
      <w:r>
        <w:t xml:space="preserve"> he's</w:t>
      </w:r>
      <w:r>
        <w:t xml:space="preserve"> onto</w:t>
      </w:r>
      <w:r>
        <w:t xml:space="preserve"> Juliet.</w:t>
        <w:br/>
        <w:t>你觉得他要开始对付你了吗?</w:t>
        <w:br/>
        <w:t>You</w:t>
      </w:r>
      <w:r>
        <w:t xml:space="preserve"> think</w:t>
      </w:r>
      <w:r>
        <w:t xml:space="preserve"> he's</w:t>
      </w:r>
      <w:r>
        <w:t xml:space="preserve"> onto</w:t>
      </w:r>
      <w:r>
        <w:t xml:space="preserve"> you?</w:t>
      </w:r>
      <w:r>
        <w:t xml:space="preserve"> </w:t>
        <w:br/>
        <w:t>不知道</w:t>
        <w:br/>
        <w:t>I</w:t>
      </w:r>
      <w:r>
        <w:t xml:space="preserve"> don't</w:t>
      </w:r>
      <w:r>
        <w:t xml:space="preserve"> know.</w:t>
        <w:br/>
        <w:t>但他要我今天下班前给他报告</w:t>
        <w:br/>
        <w:t>But</w:t>
      </w:r>
      <w:r>
        <w:t xml:space="preserve"> he</w:t>
      </w:r>
      <w:r>
        <w:t xml:space="preserve"> wants</w:t>
      </w:r>
      <w:r>
        <w:t xml:space="preserve"> a</w:t>
      </w:r>
      <w:r>
        <w:t xml:space="preserve"> report</w:t>
      </w:r>
      <w:r>
        <w:t xml:space="preserve"> at</w:t>
      </w:r>
      <w:r>
        <w:t xml:space="preserve"> the</w:t>
      </w:r>
      <w:r>
        <w:t xml:space="preserve"> end</w:t>
      </w:r>
      <w:r>
        <w:t xml:space="preserve"> of</w:t>
      </w:r>
      <w:r>
        <w:t xml:space="preserve"> today.</w:t>
        <w:br/>
        <w:t>好吧</w:t>
      </w:r>
      <w:r>
        <w:t xml:space="preserve"> 这有什么问题吗?</w:t>
        <w:br/>
        <w:t>Okay.</w:t>
      </w:r>
      <w:r>
        <w:t xml:space="preserve"> Is</w:t>
      </w:r>
      <w:r>
        <w:t xml:space="preserve"> that</w:t>
      </w:r>
      <w:r>
        <w:t xml:space="preserve"> a</w:t>
      </w:r>
      <w:r>
        <w:t xml:space="preserve"> problem?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</w:t>
        <w:br/>
        <w:t>有</w:t>
        <w:br/>
        <w:t>Yeah.</w:t>
        <w:br/>
        <w:t>因为根据Ward的调查</w:t>
        <w:br/>
        <w:t>Because,</w:t>
      </w:r>
      <w:r>
        <w:t xml:space="preserve"> according</w:t>
      </w:r>
      <w:r>
        <w:t xml:space="preserve"> to</w:t>
      </w:r>
      <w:r>
        <w:t xml:space="preserve"> Ward,</w:t>
        <w:br/>
        <w:t>只有一名警官有机会</w:t>
        <w:br/>
        <w:t>the</w:t>
      </w:r>
      <w:r>
        <w:t xml:space="preserve"> only</w:t>
      </w:r>
      <w:r>
        <w:t xml:space="preserve"> officer</w:t>
      </w:r>
      <w:r>
        <w:t xml:space="preserve"> who</w:t>
      </w:r>
      <w:r>
        <w:t xml:space="preserve"> could</w:t>
      </w:r>
      <w:r>
        <w:t xml:space="preserve"> have</w:t>
      </w:r>
      <w:r>
        <w:t xml:space="preserve"> put</w:t>
      </w:r>
      <w:r>
        <w:t xml:space="preserve"> a</w:t>
      </w:r>
      <w:r>
        <w:t xml:space="preserve"> bomb</w:t>
        <w:br/>
        <w:t>把炸&amp;hearts;弹&amp;hearts;放进证物室</w:t>
        <w:br/>
        <w:t>in</w:t>
      </w:r>
      <w:r>
        <w:t xml:space="preserve"> the</w:t>
      </w:r>
      <w:r>
        <w:t xml:space="preserve"> evidence</w:t>
      </w:r>
      <w:r>
        <w:t xml:space="preserve"> room...</w:t>
        <w:br/>
        <w:t>那人就是Oliver</w:t>
        <w:br/>
        <w:t>Is</w:t>
      </w:r>
      <w:r>
        <w:t xml:space="preserve"> Oliver.</w:t>
        <w:br/>
        <w:t>你得解决这个问题</w:t>
      </w:r>
      <w:r>
        <w:t xml:space="preserve"> Sammy</w:t>
        <w:br/>
        <w:t>You</w:t>
      </w:r>
      <w:r>
        <w:t xml:space="preserve"> got</w:t>
      </w:r>
      <w:r>
        <w:t xml:space="preserve"> to</w:t>
      </w:r>
      <w:r>
        <w:t xml:space="preserve"> fix</w:t>
      </w:r>
      <w:r>
        <w:t xml:space="preserve"> this,</w:t>
      </w:r>
      <w:r>
        <w:t xml:space="preserve"> Sammy.</w:t>
        <w:br/>
        <w:t>一般谁选餐厅</w:t>
      </w:r>
      <w:r>
        <w:t xml:space="preserve"> 你</w:t>
        <w:br/>
        <w:t>"Most</w:t>
      </w:r>
      <w:r>
        <w:t xml:space="preserve"> likely</w:t>
      </w:r>
      <w:r>
        <w:t xml:space="preserve"> to</w:t>
      </w:r>
      <w:r>
        <w:t xml:space="preserve"> pick</w:t>
      </w:r>
      <w:r>
        <w:t xml:space="preserve"> the</w:t>
      </w:r>
      <w:r>
        <w:t xml:space="preserve"> restaurant."</w:t>
      </w:r>
      <w:r>
        <w:t xml:space="preserve"> You.</w:t>
        <w:br/>
        <w:t>对了</w:t>
      </w:r>
      <w:r>
        <w:t xml:space="preserve"> 疯狂烧烤</w:t>
      </w:r>
      <w:r>
        <w:t xml:space="preserve"> 今晚八点</w:t>
        <w:br/>
        <w:t>Uh,</w:t>
      </w:r>
      <w:r>
        <w:t xml:space="preserve"> Crazy</w:t>
      </w:r>
      <w:r>
        <w:t xml:space="preserve"> Grill,</w:t>
      </w:r>
      <w:r>
        <w:t xml:space="preserve"> tonight,</w:t>
      </w:r>
      <w:r>
        <w:t xml:space="preserve"> 8:00,</w:t>
      </w:r>
      <w:r>
        <w:t xml:space="preserve"> by</w:t>
      </w:r>
      <w:r>
        <w:t xml:space="preserve"> the</w:t>
      </w:r>
      <w:r>
        <w:t xml:space="preserve"> way.</w:t>
      </w:r>
      <w:r>
        <w:t xml:space="preserve"> </w:t>
        <w:br/>
        <w:t>很好</w:t>
        <w:br/>
        <w:t>Good.</w:t>
        <w:br/>
        <w:t>一般谁准备掏钱</w:t>
      </w:r>
      <w:r>
        <w:t xml:space="preserve"> 你</w:t>
        <w:br/>
        <w:t>"Most</w:t>
      </w:r>
      <w:r>
        <w:t xml:space="preserve"> likely</w:t>
      </w:r>
      <w:r>
        <w:t xml:space="preserve"> to</w:t>
      </w:r>
      <w:r>
        <w:t xml:space="preserve"> reach</w:t>
      </w:r>
      <w:r>
        <w:t xml:space="preserve"> for</w:t>
      </w:r>
      <w:r>
        <w:t xml:space="preserve"> their</w:t>
      </w:r>
      <w:r>
        <w:t xml:space="preserve"> wallet."</w:t>
      </w:r>
      <w:r>
        <w:t xml:space="preserve"> You.</w:t>
        <w:br/>
        <w:t>一般实际付钱的人</w:t>
      </w:r>
      <w:r>
        <w:t xml:space="preserve"> 我</w:t>
        <w:br/>
        <w:t>"Most</w:t>
      </w:r>
      <w:r>
        <w:t xml:space="preserve"> likely</w:t>
      </w:r>
      <w:r>
        <w:t xml:space="preserve"> to</w:t>
      </w:r>
      <w:r>
        <w:t xml:space="preserve"> actually</w:t>
      </w:r>
      <w:r>
        <w:t xml:space="preserve"> pay."</w:t>
      </w:r>
      <w:r>
        <w:t xml:space="preserve"> Me.</w:t>
        <w:br/>
        <w:t>谁赢了?</w:t>
        <w:br/>
        <w:t>Who's</w:t>
      </w:r>
      <w:r>
        <w:t xml:space="preserve"> winning?</w:t>
      </w:r>
      <w:r>
        <w:t xml:space="preserve"> </w:t>
        <w:br/>
        <w:t>他自得其乐呢</w:t>
      </w:r>
      <w:r>
        <w:t xml:space="preserve"> 长官</w:t>
        <w:br/>
        <w:t>He's</w:t>
      </w:r>
      <w:r>
        <w:t xml:space="preserve"> playing</w:t>
      </w:r>
      <w:r>
        <w:t xml:space="preserve"> by</w:t>
      </w:r>
      <w:r>
        <w:t xml:space="preserve"> himself,</w:t>
      </w:r>
      <w:r>
        <w:t xml:space="preserve"> sir.</w:t>
        <w:br/>
        <w:t>可不是么</w:t>
      </w:r>
      <w:r>
        <w:t xml:space="preserve"> 典型的Peck</w:t>
        <w:br/>
        <w:t>Of</w:t>
      </w:r>
      <w:r>
        <w:t xml:space="preserve"> course</w:t>
      </w:r>
      <w:r>
        <w:t xml:space="preserve"> he</w:t>
      </w:r>
      <w:r>
        <w:t xml:space="preserve"> is.</w:t>
      </w:r>
      <w:r>
        <w:t xml:space="preserve"> Classic</w:t>
      </w:r>
      <w:r>
        <w:t xml:space="preserve"> Peck.</w:t>
        <w:br/>
        <w:t>呜啦啦</w:t>
      </w:r>
      <w:r>
        <w:t xml:space="preserve"> 一只鞋的奇迹</w:t>
        <w:br/>
        <w:t>"Chuh-loa</w:t>
      </w:r>
      <w:r>
        <w:t xml:space="preserve"> pree-chay,"</w:t>
      </w:r>
      <w:r>
        <w:t xml:space="preserve"> my</w:t>
      </w:r>
      <w:r>
        <w:t xml:space="preserve"> oneshoed</w:t>
      </w:r>
      <w:r>
        <w:t xml:space="preserve"> wonder.</w:t>
      </w:r>
      <w:r>
        <w:t xml:space="preserve"> </w:t>
        <w:br/>
        <w:t>嘿</w:t>
        <w:br/>
        <w:t>Hey.</w:t>
        <w:br/>
        <w:t>你怎么了?</w:t>
        <w:br/>
        <w:t>What,</w:t>
      </w:r>
      <w:r>
        <w:t xml:space="preserve"> uh,</w:t>
      </w:r>
      <w:r>
        <w:t xml:space="preserve"> what's</w:t>
      </w:r>
      <w:r>
        <w:t xml:space="preserve"> going</w:t>
      </w:r>
      <w:r>
        <w:t xml:space="preserve"> on</w:t>
      </w:r>
      <w:r>
        <w:t xml:space="preserve"> there?</w:t>
      </w:r>
      <w:r>
        <w:t xml:space="preserve"> </w:t>
        <w:br/>
        <w:t>是得了拇囊炎吗?</w:t>
        <w:br/>
        <w:t>Is</w:t>
      </w:r>
      <w:r>
        <w:t xml:space="preserve"> that</w:t>
      </w:r>
      <w:r>
        <w:t xml:space="preserve"> a</w:t>
      </w:r>
      <w:r>
        <w:t xml:space="preserve"> bunion?</w:t>
        <w:br/>
        <w:t>呕</w:t>
      </w:r>
      <w:r>
        <w:t xml:space="preserve"> 不是</w:t>
      </w:r>
      <w:r>
        <w:t xml:space="preserve"> 没有</w:t>
      </w:r>
      <w:r>
        <w:t xml:space="preserve"> 就是个水泡</w:t>
        <w:br/>
        <w:t>Ew.</w:t>
      </w:r>
      <w:r>
        <w:t xml:space="preserve"> No.</w:t>
      </w:r>
      <w:r>
        <w:t xml:space="preserve"> It's</w:t>
      </w:r>
      <w:r>
        <w:t xml:space="preserve"> just...</w:t>
      </w:r>
      <w:r>
        <w:t xml:space="preserve"> it's...</w:t>
      </w:r>
      <w:r>
        <w:t xml:space="preserve"> it's...</w:t>
      </w:r>
      <w:r>
        <w:t xml:space="preserve"> it's</w:t>
      </w:r>
      <w:r>
        <w:t xml:space="preserve"> a</w:t>
      </w:r>
      <w:r>
        <w:t xml:space="preserve"> blister.</w:t>
        <w:br/>
        <w:t>我这就穿鞋</w:t>
        <w:br/>
        <w:t>I'll...</w:t>
      </w:r>
      <w:r>
        <w:t xml:space="preserve"> I'll</w:t>
      </w:r>
      <w:r>
        <w:t xml:space="preserve"> put</w:t>
      </w:r>
      <w:r>
        <w:t xml:space="preserve"> my</w:t>
      </w:r>
      <w:r>
        <w:t xml:space="preserve"> shoe</w:t>
      </w:r>
      <w:r>
        <w:t xml:space="preserve"> on.</w:t>
      </w:r>
      <w:r>
        <w:t xml:space="preserve"> </w:t>
        <w:br/>
        <w:t>你去Joe的金鱼缸玩过吗?</w:t>
        <w:br/>
        <w:t>Do</w:t>
      </w:r>
      <w:r>
        <w:t xml:space="preserve"> you</w:t>
      </w:r>
      <w:r>
        <w:t xml:space="preserve"> ever</w:t>
      </w:r>
      <w:r>
        <w:t xml:space="preserve"> hang</w:t>
      </w:r>
      <w:r>
        <w:t xml:space="preserve"> out</w:t>
      </w:r>
      <w:r>
        <w:t xml:space="preserve"> at</w:t>
      </w:r>
      <w:r>
        <w:t xml:space="preserve"> Joe's</w:t>
      </w:r>
      <w:r>
        <w:t xml:space="preserve"> Fish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Tank?</w:t>
        <w:br/>
        <w:t>13岁以后就没去过了</w:t>
        <w:br/>
        <w:t>Oh,</w:t>
      </w:r>
      <w:r>
        <w:t xml:space="preserve"> yeah,</w:t>
      </w:r>
      <w:r>
        <w:t xml:space="preserve"> not</w:t>
      </w:r>
      <w:r>
        <w:t xml:space="preserve"> since</w:t>
      </w:r>
      <w:r>
        <w:t xml:space="preserve"> I</w:t>
      </w:r>
      <w:r>
        <w:t xml:space="preserve"> was</w:t>
      </w:r>
      <w:r>
        <w:t xml:space="preserve"> 13.</w:t>
        <w:br/>
        <w:t>那大概是我最后一次戴发箍</w:t>
        <w:br/>
        <w:t>That's</w:t>
      </w:r>
      <w:r>
        <w:t xml:space="preserve"> probably</w:t>
      </w:r>
      <w:r>
        <w:t xml:space="preserve"> the</w:t>
      </w:r>
      <w:r>
        <w:t xml:space="preserve"> last</w:t>
      </w:r>
      <w:r>
        <w:t xml:space="preserve"> time</w:t>
      </w:r>
      <w:r>
        <w:t xml:space="preserve"> I</w:t>
      </w:r>
      <w:r>
        <w:t xml:space="preserve"> wore</w:t>
      </w:r>
      <w:r>
        <w:t xml:space="preserve"> a</w:t>
      </w:r>
      <w:r>
        <w:t xml:space="preserve"> scrunchie.</w:t>
        <w:br/>
        <w:t>Dov</w:t>
      </w:r>
      <w:r>
        <w:t xml:space="preserve"> 最近去过Joe的金鱼缸吗?</w:t>
        <w:br/>
        <w:t>Uh,</w:t>
      </w:r>
      <w:r>
        <w:t xml:space="preserve"> Dov,</w:t>
      </w:r>
      <w:r>
        <w:t xml:space="preserve"> uh,</w:t>
      </w:r>
      <w:r>
        <w:t xml:space="preserve"> have</w:t>
      </w:r>
      <w:r>
        <w:t xml:space="preserve"> you</w:t>
      </w:r>
      <w:r>
        <w:t xml:space="preserve"> been</w:t>
      </w:r>
      <w:r>
        <w:t xml:space="preserve"> to</w:t>
      </w:r>
      <w:r>
        <w:t xml:space="preserve"> Joe's</w:t>
      </w:r>
      <w:r>
        <w:t xml:space="preserve"> Fish</w:t>
      </w:r>
      <w:r>
        <w:t xml:space="preserve"> Tank</w:t>
      </w:r>
      <w:r>
        <w:t xml:space="preserve"> lately?</w:t>
        <w:br/>
        <w:t>哎</w:t>
      </w:r>
      <w:r>
        <w:t xml:space="preserve"> 我可喜欢那儿了</w:t>
        <w:br/>
        <w:t>Oh,</w:t>
      </w:r>
      <w:r>
        <w:t xml:space="preserve"> man,</w:t>
      </w:r>
      <w:r>
        <w:t xml:space="preserve"> I</w:t>
      </w:r>
      <w:r>
        <w:t xml:space="preserve"> love</w:t>
      </w:r>
      <w:r>
        <w:t xml:space="preserve"> that</w:t>
      </w:r>
      <w:r>
        <w:t xml:space="preserve"> place.</w:t>
      </w:r>
      <w:r>
        <w:t xml:space="preserve"> </w:t>
        <w:br/>
        <w:t>他家有室内滑索</w:t>
      </w:r>
      <w:r>
        <w:t xml:space="preserve"> 还有海洋球呢</w:t>
        <w:br/>
        <w:t>They</w:t>
      </w:r>
      <w:r>
        <w:t xml:space="preserve"> got</w:t>
      </w:r>
      <w:r>
        <w:t xml:space="preserve"> an</w:t>
      </w:r>
      <w:r>
        <w:t xml:space="preserve"> indoor</w:t>
      </w:r>
      <w:r>
        <w:t xml:space="preserve"> zipline</w:t>
      </w:r>
      <w:r>
        <w:t xml:space="preserve"> over</w:t>
      </w:r>
      <w:r>
        <w:t xml:space="preserve"> a</w:t>
      </w:r>
      <w:r>
        <w:t xml:space="preserve"> sea</w:t>
      </w:r>
      <w:r>
        <w:t xml:space="preserve"> of</w:t>
      </w:r>
      <w:r>
        <w:t xml:space="preserve"> plastic</w:t>
      </w:r>
      <w:r>
        <w:t xml:space="preserve"> balls.</w:t>
        <w:br/>
        <w:t>没错</w:t>
        <w:br/>
        <w:t>That</w:t>
      </w:r>
      <w:r>
        <w:t xml:space="preserve"> is</w:t>
      </w:r>
      <w:r>
        <w:t xml:space="preserve"> true.</w:t>
      </w:r>
      <w:r>
        <w:t xml:space="preserve"> </w:t>
        <w:br/>
        <w:t>对</w:t>
      </w:r>
      <w:r>
        <w:t xml:space="preserve"> 有滑索</w:t>
        <w:br/>
        <w:t>Yes,</w:t>
      </w:r>
      <w:r>
        <w:t xml:space="preserve"> the</w:t>
      </w:r>
      <w:r>
        <w:t xml:space="preserve"> zipline.</w:t>
        <w:br/>
        <w:br/>
        <w:t>而且他家音响效果酷毙了</w:t>
        <w:br/>
        <w:t>Also,</w:t>
      </w:r>
      <w:r>
        <w:t xml:space="preserve"> they</w:t>
      </w:r>
      <w:r>
        <w:t xml:space="preserve"> have</w:t>
      </w:r>
      <w:r>
        <w:t xml:space="preserve"> just</w:t>
      </w:r>
      <w:r>
        <w:t xml:space="preserve"> phat</w:t>
      </w:r>
      <w:r>
        <w:t xml:space="preserve"> acoustics.</w:t>
      </w:r>
      <w:r>
        <w:t xml:space="preserve"> Okay?</w:t>
        <w:br/>
        <w:t>我今晚要去那边给Izzy的乐队敲鼓</w:t>
        <w:br/>
        <w:t>I</w:t>
      </w:r>
      <w:r>
        <w:t xml:space="preserve"> am</w:t>
      </w:r>
      <w:r>
        <w:t xml:space="preserve"> playing,</w:t>
      </w:r>
      <w:r>
        <w:t xml:space="preserve"> um,</w:t>
      </w:r>
      <w:r>
        <w:t xml:space="preserve"> I'm</w:t>
      </w:r>
      <w:r>
        <w:t xml:space="preserve"> playing</w:t>
      </w:r>
      <w:r>
        <w:t xml:space="preserve"> drums</w:t>
      </w:r>
      <w:r>
        <w:t xml:space="preserve"> in</w:t>
      </w:r>
      <w:r>
        <w:t xml:space="preserve"> Izzy's</w:t>
      </w:r>
      <w:r>
        <w:t xml:space="preserve"> band</w:t>
      </w:r>
      <w:r>
        <w:t xml:space="preserve"> there</w:t>
      </w:r>
      <w:r>
        <w:t xml:space="preserve"> tonight.</w:t>
        <w:br/>
        <w:t>好耶!</w:t>
        <w:br/>
        <w:t>Yes!</w:t>
      </w:r>
      <w:r>
        <w:t xml:space="preserve"> </w:t>
        <w:br/>
        <w:t>太棒了</w:t>
        <w:br/>
        <w:t>Awesome.</w:t>
        <w:br/>
        <w:t>希望今晚不加班吧</w:t>
      </w:r>
      <w:r>
        <w:t xml:space="preserve"> 你俩都来啊</w:t>
        <w:br/>
        <w:t>Here's</w:t>
      </w:r>
      <w:r>
        <w:t xml:space="preserve"> hoping</w:t>
      </w:r>
      <w:r>
        <w:t xml:space="preserve"> no</w:t>
      </w:r>
      <w:r>
        <w:t xml:space="preserve"> overtime.</w:t>
      </w:r>
      <w:r>
        <w:t xml:space="preserve"> Okay,</w:t>
      </w:r>
      <w:r>
        <w:t xml:space="preserve"> you're</w:t>
      </w:r>
      <w:r>
        <w:t xml:space="preserve"> both</w:t>
      </w:r>
      <w:r>
        <w:t xml:space="preserve"> on</w:t>
      </w:r>
      <w:r>
        <w:t xml:space="preserve"> the</w:t>
      </w:r>
      <w:r>
        <w:t xml:space="preserve"> list.</w:t>
        <w:br/>
        <w:t>你俩得结伴来啊</w:t>
        <w:br/>
        <w:t>Like,</w:t>
      </w:r>
      <w:r>
        <w:t xml:space="preserve"> you're</w:t>
      </w:r>
      <w:r>
        <w:t xml:space="preserve"> each</w:t>
      </w:r>
      <w:r>
        <w:t xml:space="preserve"> other's</w:t>
      </w:r>
      <w:r>
        <w:t xml:space="preserve"> plus-one.</w:t>
        <w:br/>
        <w:t>今晚需要你俩的能量呢</w:t>
        <w:br/>
        <w:t>So</w:t>
      </w:r>
      <w:r>
        <w:t xml:space="preserve"> I</w:t>
      </w:r>
      <w:r>
        <w:t xml:space="preserve"> need</w:t>
      </w:r>
      <w:r>
        <w:t xml:space="preserve"> your</w:t>
      </w:r>
      <w:r>
        <w:t xml:space="preserve"> energy</w:t>
      </w:r>
      <w:r>
        <w:t xml:space="preserve"> there.</w:t>
        <w:br/>
        <w:t>他真有意思</w:t>
        <w:br/>
        <w:t>Funny.</w:t>
        <w:br/>
        <w:t>帅哥</w:t>
        <w:br/>
        <w:t>Hey,</w:t>
      </w:r>
      <w:r>
        <w:t xml:space="preserve"> handsome.</w:t>
        <w:br/>
        <w:t>怎么了?</w:t>
        <w:br/>
        <w:t>What's</w:t>
      </w:r>
      <w:r>
        <w:t xml:space="preserve"> wrong?</w:t>
        <w:br/>
        <w:t>我之前跟你说过Juliet</w:t>
      </w:r>
      <w:r>
        <w:t xml:space="preserve"> Ward的事</w:t>
        <w:br/>
        <w:t>What</w:t>
      </w:r>
      <w:r>
        <w:t xml:space="preserve"> I</w:t>
      </w:r>
      <w:r>
        <w:t xml:space="preserve"> told</w:t>
      </w:r>
      <w:r>
        <w:t xml:space="preserve"> you</w:t>
      </w:r>
      <w:r>
        <w:t xml:space="preserve"> about</w:t>
      </w:r>
      <w:r>
        <w:t xml:space="preserve"> Juliet</w:t>
      </w:r>
      <w:r>
        <w:t xml:space="preserve"> Ward...</w:t>
      </w:r>
      <w:r>
        <w:t xml:space="preserve"> </w:t>
        <w:br/>
        <w:t>是真的</w:t>
      </w:r>
      <w:r>
        <w:t xml:space="preserve"> 她是内务部的</w:t>
        <w:br/>
        <w:t>it's</w:t>
      </w:r>
      <w:r>
        <w:t xml:space="preserve"> true.</w:t>
      </w:r>
      <w:r>
        <w:t xml:space="preserve"> She's</w:t>
      </w:r>
      <w:r>
        <w:t xml:space="preserve"> I.A.</w:t>
        <w:br/>
        <w:t>我都对了多少次了?</w:t>
        <w:br/>
        <w:t>How</w:t>
      </w:r>
      <w:r>
        <w:t xml:space="preserve"> many</w:t>
      </w:r>
      <w:r>
        <w:t xml:space="preserve"> times</w:t>
      </w:r>
      <w:r>
        <w:t xml:space="preserve"> am</w:t>
      </w:r>
      <w:r>
        <w:t xml:space="preserve"> I</w:t>
      </w:r>
      <w:r>
        <w:t xml:space="preserve"> right?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</w:t>
        <w:br/>
        <w:t>大家有没有计数啊?</w:t>
        <w:br/>
        <w:t>I</w:t>
      </w:r>
      <w:r>
        <w:t xml:space="preserve"> mean,</w:t>
      </w:r>
      <w:r>
        <w:t xml:space="preserve"> is</w:t>
      </w:r>
      <w:r>
        <w:t xml:space="preserve"> anybody</w:t>
      </w:r>
      <w:r>
        <w:t xml:space="preserve"> even</w:t>
      </w:r>
      <w:r>
        <w:t xml:space="preserve"> keeping</w:t>
      </w:r>
      <w:r>
        <w:t xml:space="preserve"> count</w:t>
      </w:r>
      <w:r>
        <w:t xml:space="preserve"> anymore?</w:t>
        <w:br/>
        <w:t>你听我说</w:t>
        <w:br/>
        <w:t>Listen</w:t>
      </w:r>
      <w:r>
        <w:t xml:space="preserve"> to</w:t>
      </w:r>
      <w:r>
        <w:t xml:space="preserve"> me.</w:t>
        <w:br/>
        <w:t>Ted</w:t>
      </w:r>
      <w:r>
        <w:t xml:space="preserve"> McDonald说Santana警监是黑警</w:t>
        <w:br/>
        <w:t>Ted</w:t>
      </w:r>
      <w:r>
        <w:t xml:space="preserve"> McDonald</w:t>
      </w:r>
      <w:r>
        <w:t xml:space="preserve"> said</w:t>
      </w:r>
      <w:r>
        <w:t xml:space="preserve"> Commissioner</w:t>
      </w:r>
      <w:r>
        <w:t xml:space="preserve"> Santana</w:t>
      </w:r>
      <w:r>
        <w:t xml:space="preserve"> was</w:t>
      </w:r>
      <w:r>
        <w:t xml:space="preserve"> corrupt.</w:t>
        <w:br/>
        <w:t>他说他有证据指证他</w:t>
        <w:br/>
        <w:t>He</w:t>
      </w:r>
      <w:r>
        <w:t xml:space="preserve"> said</w:t>
      </w:r>
      <w:r>
        <w:t xml:space="preserve"> he</w:t>
      </w:r>
      <w:r>
        <w:t xml:space="preserve"> had</w:t>
      </w:r>
      <w:r>
        <w:t xml:space="preserve"> evidence</w:t>
      </w:r>
      <w:r>
        <w:t xml:space="preserve"> against</w:t>
      </w:r>
      <w:r>
        <w:t xml:space="preserve"> him.</w:t>
        <w:br/>
        <w:t>结果Ted</w:t>
      </w:r>
      <w:r>
        <w:t xml:space="preserve"> McDonald就死了</w:t>
        <w:br/>
        <w:t>Okay?</w:t>
      </w:r>
      <w:r>
        <w:t xml:space="preserve"> Then</w:t>
      </w:r>
      <w:r>
        <w:t xml:space="preserve"> Ted</w:t>
      </w:r>
      <w:r>
        <w:t xml:space="preserve"> McDonald</w:t>
      </w:r>
      <w:r>
        <w:t xml:space="preserve"> dies,</w:t>
      </w:r>
      <w:r>
        <w:t xml:space="preserve"> </w:t>
        <w:br/>
        <w:t>证据也都炸飞了</w:t>
        <w:br/>
        <w:t>and</w:t>
      </w:r>
      <w:r>
        <w:t xml:space="preserve"> his</w:t>
      </w:r>
      <w:r>
        <w:t xml:space="preserve"> evidence</w:t>
      </w:r>
      <w:r>
        <w:t xml:space="preserve"> blows</w:t>
      </w:r>
      <w:r>
        <w:t xml:space="preserve"> up.</w:t>
        <w:br/>
        <w:t>所以Juliet才来的</w:t>
        <w:br/>
        <w:t>Which</w:t>
      </w:r>
      <w:r>
        <w:t xml:space="preserve"> is</w:t>
      </w:r>
      <w:r>
        <w:t xml:space="preserve"> why</w:t>
      </w:r>
      <w:r>
        <w:t xml:space="preserve"> Juliet's</w:t>
      </w:r>
      <w:r>
        <w:t xml:space="preserve"> here.</w:t>
        <w:br/>
        <w:t>因为如果Santana是爆&amp;hearts;炸&amp;hearts;案的幕后黑手</w:t>
        <w:br/>
        <w:t>Because</w:t>
      </w:r>
      <w:r>
        <w:t xml:space="preserve"> if</w:t>
      </w:r>
      <w:r>
        <w:t xml:space="preserve"> Santana</w:t>
      </w:r>
      <w:r>
        <w:t xml:space="preserve"> was</w:t>
      </w:r>
      <w:r>
        <w:t xml:space="preserve"> behind</w:t>
      </w:r>
      <w:r>
        <w:t xml:space="preserve"> the</w:t>
      </w:r>
      <w:r>
        <w:t xml:space="preserve"> bomb,</w:t>
      </w:r>
      <w:r>
        <w:t xml:space="preserve"> </w:t>
        <w:br/>
        <w:t>那15分局肯定有内贼</w:t>
        <w:br/>
        <w:t>then</w:t>
      </w:r>
      <w:r>
        <w:t xml:space="preserve"> someone</w:t>
      </w:r>
      <w:r>
        <w:t xml:space="preserve"> in</w:t>
      </w:r>
      <w:r>
        <w:t xml:space="preserve"> 15</w:t>
      </w:r>
      <w:r>
        <w:t xml:space="preserve"> helped</w:t>
      </w:r>
      <w:r>
        <w:t xml:space="preserve"> him.</w:t>
        <w:br/>
        <w:t>这不是已经说过了么</w:t>
        <w:br/>
        <w:t>We've</w:t>
      </w:r>
      <w:r>
        <w:t xml:space="preserve"> been</w:t>
      </w:r>
      <w:r>
        <w:t xml:space="preserve"> through</w:t>
      </w:r>
      <w:r>
        <w:t xml:space="preserve"> this.</w:t>
      </w:r>
      <w:r>
        <w:t xml:space="preserve"> </w:t>
        <w:br/>
        <w:t>Santana已经猜出Juliet来这儿的原因了</w:t>
        <w:br/>
        <w:t>Santana</w:t>
      </w:r>
      <w:r>
        <w:t xml:space="preserve"> has</w:t>
      </w:r>
      <w:r>
        <w:t xml:space="preserve"> figured</w:t>
      </w:r>
      <w:r>
        <w:t xml:space="preserve"> out</w:t>
      </w:r>
      <w:r>
        <w:t xml:space="preserve"> why</w:t>
      </w:r>
      <w:r>
        <w:t xml:space="preserve"> Juliet</w:t>
      </w:r>
      <w:r>
        <w:t xml:space="preserve"> is</w:t>
      </w:r>
      <w:r>
        <w:t xml:space="preserve"> here,</w:t>
        <w:br/>
        <w:t>他要Noellle今晚6点下班前就汇报给他</w:t>
        <w:br/>
        <w:t>and</w:t>
      </w:r>
      <w:r>
        <w:t xml:space="preserve"> he</w:t>
      </w:r>
      <w:r>
        <w:t xml:space="preserve"> wants</w:t>
      </w:r>
      <w:r>
        <w:t xml:space="preserve"> Noelle's</w:t>
      </w:r>
      <w:r>
        <w:t xml:space="preserve"> report</w:t>
      </w:r>
      <w:r>
        <w:t xml:space="preserve"> by</w:t>
      </w:r>
      <w:r>
        <w:t xml:space="preserve"> the</w:t>
      </w:r>
      <w:r>
        <w:t xml:space="preserve"> end</w:t>
      </w:r>
      <w:r>
        <w:t xml:space="preserve"> of</w:t>
      </w:r>
      <w:r>
        <w:t xml:space="preserve"> the</w:t>
      </w:r>
      <w:r>
        <w:t xml:space="preserve"> day,</w:t>
      </w:r>
      <w:r>
        <w:t xml:space="preserve"> 6:00.</w:t>
        <w:br/>
        <w:t>那她查到嫌疑人了吗?</w:t>
        <w:br/>
        <w:t>Well,</w:t>
      </w:r>
      <w:r>
        <w:t xml:space="preserve"> does</w:t>
      </w:r>
      <w:r>
        <w:t xml:space="preserve"> she</w:t>
      </w:r>
      <w:r>
        <w:t xml:space="preserve"> even</w:t>
      </w:r>
      <w:r>
        <w:t xml:space="preserve"> have</w:t>
      </w:r>
      <w:r>
        <w:t xml:space="preserve"> a</w:t>
      </w:r>
      <w:r>
        <w:t xml:space="preserve"> name?</w:t>
      </w:r>
      <w:r>
        <w:t xml:space="preserve"> </w:t>
        <w:br/>
        <w:t>Oliver</w:t>
      </w:r>
      <w:r>
        <w:t xml:space="preserve"> Shaw</w:t>
        <w:br/>
        <w:t>Oliver</w:t>
      </w:r>
      <w:r>
        <w:t xml:space="preserve"> Shaw.</w:t>
        <w:br/>
        <w:t>得了</w:t>
      </w:r>
      <w:r>
        <w:t xml:space="preserve"> Sam</w:t>
      </w:r>
      <w:r>
        <w:t xml:space="preserve"> 这不搞笑嘛</w:t>
        <w:br/>
        <w:t>Come</w:t>
      </w:r>
      <w:r>
        <w:t xml:space="preserve"> on.</w:t>
      </w:r>
      <w:r>
        <w:t xml:space="preserve"> Sam,</w:t>
      </w:r>
      <w:r>
        <w:t xml:space="preserve"> that</w:t>
      </w:r>
      <w:r>
        <w:t xml:space="preserve"> is</w:t>
      </w:r>
      <w:r>
        <w:t xml:space="preserve"> ridiculous.</w:t>
        <w:br/>
        <w:t>是</w:t>
      </w:r>
      <w:r>
        <w:t xml:space="preserve"> 当然很好笑</w:t>
        <w:br/>
        <w:t>Yeah,</w:t>
      </w:r>
      <w:r>
        <w:t xml:space="preserve"> obviously,</w:t>
      </w:r>
      <w:r>
        <w:t xml:space="preserve"> it's</w:t>
      </w:r>
      <w:r>
        <w:t xml:space="preserve"> ridic...</w:t>
      </w:r>
      <w:r>
        <w:t xml:space="preserve"> </w:t>
        <w:br/>
        <w:t>可我们怎么想并不重要</w:t>
        <w:br/>
        <w:t>it</w:t>
      </w:r>
      <w:r>
        <w:t xml:space="preserve"> doesn't</w:t>
      </w:r>
      <w:r>
        <w:t xml:space="preserve"> matter</w:t>
      </w:r>
      <w:r>
        <w:t xml:space="preserve"> what</w:t>
      </w:r>
      <w:r>
        <w:t xml:space="preserve"> we</w:t>
      </w:r>
      <w:r>
        <w:t xml:space="preserve"> think,</w:t>
      </w:r>
      <w:r>
        <w:t xml:space="preserve"> okay?</w:t>
        <w:br/>
        <w:t>爆&amp;hearts;炸&amp;hearts;那天</w:t>
      </w:r>
      <w:r>
        <w:t xml:space="preserve"> 有人用Oliver的门禁卡进了证物室</w:t>
        <w:br/>
        <w:t>Oliver's</w:t>
      </w:r>
      <w:r>
        <w:t xml:space="preserve"> key</w:t>
      </w:r>
      <w:r>
        <w:t xml:space="preserve"> card</w:t>
      </w:r>
      <w:r>
        <w:t xml:space="preserve"> was</w:t>
      </w:r>
      <w:r>
        <w:t xml:space="preserve"> used</w:t>
      </w:r>
      <w:r>
        <w:t xml:space="preserve"> in</w:t>
      </w:r>
      <w:r>
        <w:t xml:space="preserve"> the</w:t>
      </w:r>
      <w:r>
        <w:t xml:space="preserve"> evidence</w:t>
      </w:r>
      <w:r>
        <w:t xml:space="preserve"> room</w:t>
      </w:r>
      <w:r>
        <w:t xml:space="preserve"> the</w:t>
      </w:r>
      <w:r>
        <w:t xml:space="preserve"> day</w:t>
      </w:r>
      <w:r>
        <w:t xml:space="preserve"> of</w:t>
      </w:r>
      <w:r>
        <w:t xml:space="preserve"> the</w:t>
      </w:r>
      <w:r>
        <w:t xml:space="preserve"> bombing.</w:t>
        <w:br/>
        <w:t>那又怎么了?</w:t>
      </w:r>
      <w:r>
        <w:t xml:space="preserve"> 谁都有可能用他的门禁卡啊</w:t>
        <w:br/>
        <w:t>So?</w:t>
      </w:r>
      <w:r>
        <w:t xml:space="preserve"> Anybody</w:t>
      </w:r>
      <w:r>
        <w:t xml:space="preserve"> could</w:t>
      </w:r>
      <w:r>
        <w:t xml:space="preserve"> have</w:t>
      </w:r>
      <w:r>
        <w:t xml:space="preserve"> used</w:t>
      </w:r>
      <w:r>
        <w:t xml:space="preserve"> his</w:t>
      </w:r>
      <w:r>
        <w:t xml:space="preserve"> key</w:t>
      </w:r>
      <w:r>
        <w:t xml:space="preserve"> card.</w:t>
        <w:br/>
        <w:t>他还升职了</w:t>
      </w:r>
      <w:r>
        <w:t xml:space="preserve"> 对吧</w:t>
        <w:br/>
        <w:t>Then</w:t>
      </w:r>
      <w:r>
        <w:t xml:space="preserve"> t-there's</w:t>
      </w:r>
      <w:r>
        <w:t xml:space="preserve"> his</w:t>
      </w:r>
      <w:r>
        <w:t xml:space="preserve"> promotion,</w:t>
      </w:r>
      <w:r>
        <w:t xml:space="preserve"> right?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</w:t>
        <w:br/>
        <w:t>从小警&amp;hearts;察&amp;hearts;直接升到执行警长</w:t>
        <w:br/>
        <w:t>Beat</w:t>
      </w:r>
      <w:r>
        <w:t xml:space="preserve"> cop</w:t>
      </w:r>
      <w:r>
        <w:t xml:space="preserve"> to</w:t>
      </w:r>
      <w:r>
        <w:t xml:space="preserve"> Staff</w:t>
      </w:r>
      <w:r>
        <w:t xml:space="preserve"> Sergeant...</w:t>
      </w:r>
      <w:r>
        <w:t xml:space="preserve"> </w:t>
        <w:br/>
        <w:t>算越级吧</w:t>
        <w:br/>
        <w:t>that's</w:t>
      </w:r>
      <w:r>
        <w:t xml:space="preserve"> a</w:t>
      </w:r>
      <w:r>
        <w:t xml:space="preserve"> big</w:t>
      </w:r>
      <w:r>
        <w:t xml:space="preserve"> one.</w:t>
        <w:br/>
        <w:t>这升职又不是他想要的</w:t>
        <w:br/>
        <w:t>He</w:t>
      </w:r>
      <w:r>
        <w:t xml:space="preserve"> didn't</w:t>
      </w:r>
      <w:r>
        <w:t xml:space="preserve"> even</w:t>
      </w:r>
      <w:r>
        <w:t xml:space="preserve"> want</w:t>
      </w:r>
      <w:r>
        <w:t xml:space="preserve"> that</w:t>
      </w:r>
      <w:r>
        <w:t xml:space="preserve"> promotion.</w:t>
        <w:br/>
        <w:t>Andy</w:t>
      </w:r>
      <w:r>
        <w:t xml:space="preserve"> 我说的只是从内务部的角度</w:t>
      </w:r>
      <w:r>
        <w:t xml:space="preserve"> 可能会看到的事实</w:t>
        <w:br/>
        <w:t>Andy,</w:t>
      </w:r>
      <w:r>
        <w:t xml:space="preserve"> I'm</w:t>
      </w:r>
      <w:r>
        <w:t xml:space="preserve"> just</w:t>
      </w:r>
      <w:r>
        <w:t xml:space="preserve"> looking</w:t>
      </w:r>
      <w:r>
        <w:t xml:space="preserve"> at</w:t>
      </w:r>
      <w:r>
        <w:t xml:space="preserve"> this</w:t>
      </w:r>
      <w:r>
        <w:t xml:space="preserve"> how</w:t>
      </w:r>
      <w:r>
        <w:t xml:space="preserve"> I.A.</w:t>
      </w:r>
      <w:r>
        <w:t xml:space="preserve"> is</w:t>
      </w:r>
      <w:r>
        <w:t xml:space="preserve"> gonna</w:t>
      </w:r>
      <w:r>
        <w:t xml:space="preserve"> look</w:t>
      </w:r>
      <w:r>
        <w:t xml:space="preserve"> at</w:t>
      </w:r>
      <w:r>
        <w:t xml:space="preserve"> it,</w:t>
      </w:r>
      <w:r>
        <w:t xml:space="preserve"> okay?</w:t>
        <w:br/>
        <w:t>如果我是他们</w:t>
      </w:r>
      <w:r>
        <w:t xml:space="preserve"> 我也会怀疑的</w:t>
        <w:br/>
        <w:t>If</w:t>
      </w:r>
      <w:r>
        <w:t xml:space="preserve"> I</w:t>
      </w:r>
      <w:r>
        <w:t xml:space="preserve"> were</w:t>
      </w:r>
      <w:r>
        <w:t xml:space="preserve"> them,</w:t>
      </w:r>
      <w:r>
        <w:t xml:space="preserve"> I</w:t>
      </w:r>
      <w:r>
        <w:t xml:space="preserve"> would</w:t>
      </w:r>
      <w:r>
        <w:t xml:space="preserve"> have</w:t>
      </w:r>
      <w:r>
        <w:t xml:space="preserve"> questions.</w:t>
        <w:br/>
        <w:t>如果Santana真有问题...</w:t>
        <w:br/>
        <w:t>If</w:t>
      </w:r>
      <w:r>
        <w:t xml:space="preserve"> Santana</w:t>
      </w:r>
      <w:r>
        <w:t xml:space="preserve"> is</w:t>
      </w:r>
      <w:r>
        <w:t xml:space="preserve"> dirty...</w:t>
        <w:br/>
        <w:t>他可以让Oliver背黑锅</w:t>
      </w:r>
      <w:r>
        <w:t xml:space="preserve"> 他绝对会这么做的</w:t>
        <w:br/>
        <w:t>And</w:t>
      </w:r>
      <w:r>
        <w:t xml:space="preserve"> he</w:t>
      </w:r>
      <w:r>
        <w:t xml:space="preserve"> can</w:t>
      </w:r>
      <w:r>
        <w:t xml:space="preserve"> pin</w:t>
      </w:r>
      <w:r>
        <w:t xml:space="preserve"> it</w:t>
      </w:r>
      <w:r>
        <w:t xml:space="preserve"> all</w:t>
      </w:r>
      <w:r>
        <w:t xml:space="preserve"> on</w:t>
      </w:r>
      <w:r>
        <w:t xml:space="preserve"> Oliver,</w:t>
      </w:r>
      <w:r>
        <w:t xml:space="preserve"> he</w:t>
      </w:r>
      <w:r>
        <w:t xml:space="preserve"> will.</w:t>
        <w:br/>
        <w:t>那我们怎么办?</w:t>
        <w:br/>
        <w:t>Well,</w:t>
      </w:r>
      <w:r>
        <w:t xml:space="preserve"> what</w:t>
      </w:r>
      <w:r>
        <w:t xml:space="preserve"> are</w:t>
      </w:r>
      <w:r>
        <w:t xml:space="preserve"> we</w:t>
      </w:r>
      <w:r>
        <w:t xml:space="preserve"> supposed</w:t>
      </w:r>
      <w:r>
        <w:t xml:space="preserve"> to</w:t>
      </w:r>
      <w:r>
        <w:t xml:space="preserve"> do?</w:t>
        <w:br/>
        <w:t>我不知道</w:t>
      </w:r>
      <w:r>
        <w:t xml:space="preserve"> 我们</w:t>
      </w:r>
      <w:r>
        <w:t xml:space="preserve"> 我...</w:t>
        <w:br/>
        <w:t>I</w:t>
      </w:r>
      <w:r>
        <w:t xml:space="preserve"> don't</w:t>
      </w:r>
      <w:r>
        <w:t xml:space="preserve"> know.</w:t>
      </w:r>
      <w:r>
        <w:t xml:space="preserve"> We...</w:t>
      </w:r>
      <w:r>
        <w:t xml:space="preserve"> I...</w:t>
        <w:br/>
        <w:t>先找到是谁在帮Santana</w:t>
      </w:r>
      <w:r>
        <w:t xml:space="preserve"> 洗清Oliver的嫌疑</w:t>
        <w:br/>
        <w:t>we</w:t>
      </w:r>
      <w:r>
        <w:t xml:space="preserve"> find</w:t>
      </w:r>
      <w:r>
        <w:t xml:space="preserve"> out</w:t>
      </w:r>
      <w:r>
        <w:t xml:space="preserve"> who</w:t>
      </w:r>
      <w:r>
        <w:t xml:space="preserve"> helped</w:t>
      </w:r>
      <w:r>
        <w:t xml:space="preserve"> Santana,</w:t>
      </w:r>
      <w:r>
        <w:t xml:space="preserve"> and</w:t>
      </w:r>
      <w:r>
        <w:t xml:space="preserve"> we</w:t>
      </w:r>
      <w:r>
        <w:t xml:space="preserve"> clear</w:t>
      </w:r>
      <w:r>
        <w:t xml:space="preserve"> Oliver.</w:t>
        <w:br/>
        <w:t>什么</w:t>
      </w:r>
      <w:r>
        <w:t xml:space="preserve"> 赶在6点之前吗?</w:t>
        <w:br/>
        <w:t>What...</w:t>
      </w:r>
      <w:r>
        <w:t xml:space="preserve"> by</w:t>
      </w:r>
      <w:r>
        <w:t xml:space="preserve"> 6:00</w:t>
      </w:r>
      <w:r>
        <w:t xml:space="preserve"> tonight?</w:t>
        <w:br/>
        <w:t>Dov之前一直在情报部工作</w:t>
        <w:br/>
        <w:t>Dov...</w:t>
      </w:r>
      <w:r>
        <w:t xml:space="preserve"> Dov</w:t>
      </w:r>
      <w:r>
        <w:t xml:space="preserve"> was</w:t>
      </w:r>
      <w:r>
        <w:t xml:space="preserve"> working</w:t>
      </w:r>
      <w:r>
        <w:t xml:space="preserve"> the</w:t>
      </w:r>
      <w:r>
        <w:t xml:space="preserve"> Intelligence</w:t>
      </w:r>
      <w:r>
        <w:t xml:space="preserve"> </w:t>
        <w:br/>
        <w:t>后来他们的任务被Jarvis叫停了</w:t>
        <w:br/>
        <w:t>Unit</w:t>
      </w:r>
      <w:r>
        <w:t xml:space="preserve"> before</w:t>
      </w:r>
      <w:r>
        <w:t xml:space="preserve"> Jarvis</w:t>
      </w:r>
      <w:r>
        <w:t xml:space="preserve"> shut</w:t>
      </w:r>
      <w:r>
        <w:t xml:space="preserve"> them</w:t>
      </w:r>
      <w:r>
        <w:t xml:space="preserve"> down.</w:t>
        <w:br/>
        <w:t>他肯定知道些什么</w:t>
        <w:br/>
        <w:t>I</w:t>
      </w:r>
      <w:r>
        <w:t xml:space="preserve"> mean,</w:t>
      </w:r>
      <w:r>
        <w:t xml:space="preserve"> he's</w:t>
      </w:r>
      <w:r>
        <w:t xml:space="preserve"> got</w:t>
      </w:r>
      <w:r>
        <w:t xml:space="preserve"> to</w:t>
      </w:r>
      <w:r>
        <w:t xml:space="preserve"> know</w:t>
      </w:r>
      <w:r>
        <w:t xml:space="preserve"> something.</w:t>
      </w:r>
      <w:r>
        <w:t xml:space="preserve"> </w:t>
        <w:br/>
        <w:t>我绝对信任他</w:t>
        <w:br/>
        <w:t>And</w:t>
      </w:r>
      <w:r>
        <w:t xml:space="preserve"> I</w:t>
      </w:r>
      <w:r>
        <w:t xml:space="preserve"> would</w:t>
      </w:r>
      <w:r>
        <w:t xml:space="preserve"> trust</w:t>
      </w:r>
      <w:r>
        <w:t xml:space="preserve"> him</w:t>
      </w:r>
      <w:r>
        <w:t xml:space="preserve"> with</w:t>
      </w:r>
      <w:r>
        <w:t xml:space="preserve"> my</w:t>
      </w:r>
      <w:r>
        <w:t xml:space="preserve"> life.</w:t>
        <w:br/>
        <w:t>行</w:t>
      </w:r>
      <w:r>
        <w:t xml:space="preserve"> 你去吧</w:t>
      </w:r>
      <w:r>
        <w:t xml:space="preserve"> 我去查查证物室的记录</w:t>
        <w:br/>
        <w:t>Okay,</w:t>
      </w:r>
      <w:r>
        <w:t xml:space="preserve"> go.</w:t>
      </w:r>
      <w:r>
        <w:t xml:space="preserve"> I'll</w:t>
      </w:r>
      <w:r>
        <w:t xml:space="preserve"> check</w:t>
      </w:r>
      <w:r>
        <w:t xml:space="preserve"> the</w:t>
      </w:r>
      <w:r>
        <w:t xml:space="preserve"> evidence-room</w:t>
      </w:r>
      <w:r>
        <w:t xml:space="preserve"> records.</w:t>
      </w:r>
      <w:r>
        <w:t xml:space="preserve"> </w:t>
        <w:br/>
        <w:t>今晚吗?</w:t>
        <w:br/>
        <w:t>Tonight?</w:t>
        <w:br/>
        <w:t>对</w:t>
      </w:r>
      <w:r>
        <w:t xml:space="preserve"> 要赶在6点前</w:t>
      </w:r>
      <w:r>
        <w:t xml:space="preserve"> 否则Santana就要栽赃Oliver了</w:t>
        <w:br/>
        <w:t>Yes,</w:t>
      </w:r>
      <w:r>
        <w:t xml:space="preserve"> by</w:t>
      </w:r>
      <w:r>
        <w:t xml:space="preserve"> 6:00,</w:t>
      </w:r>
      <w:r>
        <w:t xml:space="preserve"> otherwise,</w:t>
      </w:r>
      <w:r>
        <w:t xml:space="preserve"> Santana</w:t>
      </w:r>
      <w:r>
        <w:t xml:space="preserve"> could</w:t>
      </w:r>
      <w:r>
        <w:t xml:space="preserve"> sewer</w:t>
      </w:r>
      <w:r>
        <w:t xml:space="preserve"> Oliver.</w:t>
        <w:br/>
        <w:t>快告诉我你都查到了些什么</w:t>
        <w:br/>
        <w:t>So,</w:t>
      </w:r>
      <w:r>
        <w:t xml:space="preserve"> what</w:t>
      </w:r>
      <w:r>
        <w:t xml:space="preserve"> should</w:t>
      </w:r>
      <w:r>
        <w:t xml:space="preserve"> I</w:t>
      </w:r>
      <w:r>
        <w:t xml:space="preserve"> know?</w:t>
      </w:r>
      <w:r>
        <w:t xml:space="preserve"> </w:t>
        <w:br/>
        <w:t>我们查到了炸&amp;hearts;弹&amp;hearts;来源</w:t>
        <w:br/>
        <w:t>We</w:t>
      </w:r>
      <w:r>
        <w:t xml:space="preserve"> found</w:t>
      </w:r>
      <w:r>
        <w:t xml:space="preserve"> out</w:t>
      </w:r>
      <w:r>
        <w:t xml:space="preserve"> where</w:t>
      </w:r>
      <w:r>
        <w:t xml:space="preserve"> the</w:t>
      </w:r>
      <w:r>
        <w:t xml:space="preserve"> bomb</w:t>
      </w:r>
      <w:r>
        <w:t xml:space="preserve"> came</w:t>
      </w:r>
      <w:r>
        <w:t xml:space="preserve"> from,</w:t>
      </w:r>
      <w:r>
        <w:t xml:space="preserve"> </w:t>
        <w:br/>
        <w:t>然后就没线索了</w:t>
        <w:br/>
        <w:t>but</w:t>
      </w:r>
      <w:r>
        <w:t xml:space="preserve"> it</w:t>
      </w:r>
      <w:r>
        <w:t xml:space="preserve"> didn't</w:t>
      </w:r>
      <w:r>
        <w:t xml:space="preserve"> go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anywhere.</w:t>
        <w:br/>
        <w:t>炸&amp;hearts;弹&amp;hearts;来源是哪里?</w:t>
        <w:br/>
        <w:t>Where</w:t>
      </w:r>
      <w:r>
        <w:t xml:space="preserve"> did</w:t>
      </w:r>
      <w:r>
        <w:t xml:space="preserve"> it</w:t>
      </w:r>
      <w:r>
        <w:t xml:space="preserve"> come</w:t>
      </w:r>
      <w:r>
        <w:t xml:space="preserve"> from?</w:t>
        <w:br/>
        <w:t>一个卖&amp;hearts;&amp;hearts;炸&amp;hearts;药&amp;hearts;的</w:t>
      </w:r>
      <w:r>
        <w:t xml:space="preserve"> 叫Chris</w:t>
      </w:r>
      <w:r>
        <w:t xml:space="preserve"> Klem</w:t>
        <w:br/>
        <w:t>Some</w:t>
      </w:r>
      <w:r>
        <w:t xml:space="preserve"> explosives</w:t>
      </w:r>
      <w:r>
        <w:t xml:space="preserve"> dealer</w:t>
      </w:r>
      <w:r>
        <w:t xml:space="preserve"> named</w:t>
      </w:r>
      <w:r>
        <w:t xml:space="preserve"> Chris</w:t>
      </w:r>
      <w:r>
        <w:t xml:space="preserve"> Klem.</w:t>
      </w:r>
      <w:r>
        <w:t xml:space="preserve"> </w:t>
        <w:br/>
        <w:t>他人呢?</w:t>
        <w:br/>
        <w:t>Well,</w:t>
      </w:r>
      <w:r>
        <w:t xml:space="preserve"> where's</w:t>
      </w:r>
      <w:r>
        <w:t xml:space="preserve"> he</w:t>
      </w:r>
      <w:r>
        <w:t xml:space="preserve"> at?</w:t>
        <w:br/>
        <w:t>失踪了</w:t>
      </w:r>
      <w:r>
        <w:t xml:space="preserve"> 在Kitchener备着案呢</w:t>
        <w:br/>
        <w:t>On</w:t>
      </w:r>
      <w:r>
        <w:t xml:space="preserve"> a</w:t>
      </w:r>
      <w:r>
        <w:t xml:space="preserve"> missing-persons</w:t>
      </w:r>
      <w:r>
        <w:t xml:space="preserve"> list</w:t>
      </w:r>
      <w:r>
        <w:t xml:space="preserve"> in</w:t>
      </w:r>
      <w:r>
        <w:t xml:space="preserve"> Kitchener.</w:t>
        <w:br/>
        <w:t>Klem是个鳏夫</w:t>
      </w:r>
      <w:r>
        <w:t xml:space="preserve"> 单亲爸爸</w:t>
        <w:br/>
        <w:t>Klem's</w:t>
      </w:r>
      <w:r>
        <w:t xml:space="preserve"> a</w:t>
      </w:r>
      <w:r>
        <w:t xml:space="preserve"> widower</w:t>
      </w:r>
      <w:r>
        <w:t xml:space="preserve"> and</w:t>
      </w:r>
      <w:r>
        <w:t xml:space="preserve"> a</w:t>
      </w:r>
      <w:r>
        <w:t xml:space="preserve"> single</w:t>
      </w:r>
      <w:r>
        <w:t xml:space="preserve"> father.</w:t>
        <w:br/>
        <w:t>他和15岁的女儿Ava一起失踪的</w:t>
        <w:br/>
        <w:t>Both</w:t>
      </w:r>
      <w:r>
        <w:t xml:space="preserve"> he</w:t>
      </w:r>
      <w:r>
        <w:t xml:space="preserve"> and</w:t>
      </w:r>
      <w:r>
        <w:t xml:space="preserve"> his</w:t>
      </w:r>
      <w:r>
        <w:t xml:space="preserve"> 15-year-old</w:t>
      </w:r>
      <w:r>
        <w:t xml:space="preserve"> daughter,</w:t>
      </w:r>
      <w:r>
        <w:t xml:space="preserve"> Ava,</w:t>
      </w:r>
      <w:r>
        <w:t xml:space="preserve"> are</w:t>
      </w:r>
      <w:r>
        <w:t xml:space="preserve"> missing.</w:t>
        <w:br/>
        <w:t>这条线索你跟进了吗?</w:t>
        <w:br/>
        <w:t>Did</w:t>
      </w:r>
      <w:r>
        <w:t xml:space="preserve"> you</w:t>
      </w:r>
      <w:r>
        <w:t xml:space="preserve"> follow</w:t>
      </w:r>
      <w:r>
        <w:t xml:space="preserve"> up</w:t>
      </w:r>
      <w:r>
        <w:t xml:space="preserve"> on</w:t>
      </w:r>
      <w:r>
        <w:t xml:space="preserve"> that?</w:t>
      </w:r>
      <w:r>
        <w:t xml:space="preserve"> </w:t>
        <w:br/>
        <w:t>我想啊</w:t>
      </w:r>
      <w:r>
        <w:t xml:space="preserve"> 可Jarvis一个月前就不让我们查了</w:t>
        <w:br/>
        <w:t>I</w:t>
      </w:r>
      <w:r>
        <w:t xml:space="preserve"> tried,</w:t>
      </w:r>
      <w:r>
        <w:t xml:space="preserve"> but</w:t>
      </w:r>
      <w:r>
        <w:t xml:space="preserve"> Jarvis</w:t>
      </w:r>
      <w:r>
        <w:t xml:space="preserve"> shut</w:t>
      </w:r>
      <w:r>
        <w:t xml:space="preserve"> us</w:t>
      </w:r>
      <w:r>
        <w:t xml:space="preserve"> down</w:t>
      </w:r>
      <w:r>
        <w:t xml:space="preserve"> about</w:t>
      </w:r>
      <w:r>
        <w:t xml:space="preserve"> a</w:t>
      </w:r>
      <w:r>
        <w:t xml:space="preserve"> month</w:t>
      </w:r>
      <w:r>
        <w:t xml:space="preserve"> ago.</w:t>
        <w:br/>
        <w:t>之前查到他的信&amp;hearts;用&amp;hearts;卡&amp;hearts;和银行账户都没动静</w:t>
        <w:br/>
        <w:t>Up</w:t>
      </w:r>
      <w:r>
        <w:t xml:space="preserve"> until</w:t>
      </w:r>
      <w:r>
        <w:t xml:space="preserve"> that</w:t>
      </w:r>
      <w:r>
        <w:t xml:space="preserve"> point,</w:t>
      </w:r>
      <w:r>
        <w:t xml:space="preserve"> there'd</w:t>
      </w:r>
      <w:r>
        <w:t xml:space="preserve"> been</w:t>
      </w:r>
      <w:r>
        <w:t xml:space="preserve"> no</w:t>
      </w:r>
      <w:r>
        <w:t xml:space="preserve"> activity</w:t>
      </w:r>
      <w:r>
        <w:t xml:space="preserve"> on</w:t>
      </w:r>
      <w:r>
        <w:t xml:space="preserve"> his</w:t>
      </w:r>
      <w:r>
        <w:t xml:space="preserve"> credit</w:t>
      </w:r>
      <w:r>
        <w:t xml:space="preserve"> cards</w:t>
      </w:r>
      <w:r>
        <w:t xml:space="preserve"> or</w:t>
      </w:r>
      <w:r>
        <w:t xml:space="preserve"> bank</w:t>
      </w:r>
      <w:r>
        <w:t xml:space="preserve"> accounts.</w:t>
        <w:br/>
        <w:t>我今天可以再查查看</w:t>
        <w:br/>
        <w:t>I</w:t>
      </w:r>
      <w:r>
        <w:t xml:space="preserve"> mean,</w:t>
      </w:r>
      <w:r>
        <w:t xml:space="preserve"> I</w:t>
      </w:r>
      <w:r>
        <w:t xml:space="preserve"> could</w:t>
      </w:r>
      <w:r>
        <w:t xml:space="preserve"> check</w:t>
      </w:r>
      <w:r>
        <w:t xml:space="preserve"> again</w:t>
      </w:r>
      <w:r>
        <w:t xml:space="preserve"> today.</w:t>
      </w:r>
      <w:r>
        <w:t xml:space="preserve"> </w:t>
        <w:br/>
        <w:t>赶紧查</w:t>
        <w:br/>
        <w:t>Yeah.</w:t>
      </w:r>
      <w:r>
        <w:t xml:space="preserve"> Do</w:t>
      </w:r>
      <w:r>
        <w:t xml:space="preserve"> that.</w:t>
        <w:br/>
        <w:t>好吗</w:t>
      </w:r>
      <w:r>
        <w:t xml:space="preserve"> 我和Sam这就去Kitchener</w:t>
        <w:br/>
        <w:t>Okay,</w:t>
      </w:r>
      <w:r>
        <w:t xml:space="preserve"> Sam</w:t>
      </w:r>
      <w:r>
        <w:t xml:space="preserve"> and</w:t>
      </w:r>
      <w:r>
        <w:t xml:space="preserve"> I</w:t>
      </w:r>
      <w:r>
        <w:t xml:space="preserve"> are</w:t>
      </w:r>
      <w:r>
        <w:t xml:space="preserve"> gonna</w:t>
      </w:r>
      <w:r>
        <w:t xml:space="preserve"> go</w:t>
      </w:r>
      <w:r>
        <w:t xml:space="preserve"> to</w:t>
      </w:r>
      <w:r>
        <w:t xml:space="preserve"> Kitchener.</w:t>
        <w:br/>
        <w:t>跟那边的警&amp;hearts;察&amp;hearts;聊聊</w:t>
        <w:br/>
        <w:t>We'll</w:t>
      </w:r>
      <w:r>
        <w:t xml:space="preserve"> talk</w:t>
      </w:r>
      <w:r>
        <w:t xml:space="preserve"> to</w:t>
      </w:r>
      <w:r>
        <w:t xml:space="preserve"> the</w:t>
      </w:r>
      <w:r>
        <w:t xml:space="preserve"> local</w:t>
      </w:r>
      <w:r>
        <w:t xml:space="preserve"> police.</w:t>
        <w:br/>
        <w:t>Dov</w:t>
      </w:r>
      <w:r>
        <w:t xml:space="preserve"> 这事千万不能告诉别人</w:t>
        <w:br/>
        <w:t>Dov,</w:t>
      </w:r>
      <w:r>
        <w:t xml:space="preserve"> do</w:t>
      </w:r>
      <w:r>
        <w:t xml:space="preserve"> not</w:t>
      </w:r>
      <w:r>
        <w:t xml:space="preserve"> tell</w:t>
      </w:r>
      <w:r>
        <w:t xml:space="preserve"> anybody</w:t>
      </w:r>
      <w:r>
        <w:t xml:space="preserve"> about</w:t>
      </w:r>
      <w:r>
        <w:t xml:space="preserve"> this.</w:t>
        <w:br/>
        <w:t>Oliver还不知道</w:t>
        <w:br/>
        <w:t>Oliver</w:t>
      </w:r>
      <w:r>
        <w:t xml:space="preserve"> doesn't</w:t>
      </w:r>
      <w:r>
        <w:t xml:space="preserve"> know.</w:t>
        <w:br/>
        <w:t>好了</w:t>
      </w:r>
      <w:r>
        <w:t xml:space="preserve"> 各位</w:t>
      </w:r>
      <w:r>
        <w:t xml:space="preserve"> 注意了</w:t>
      </w:r>
      <w:r>
        <w:t xml:space="preserve"> 听好</w:t>
        <w:br/>
        <w:t>All</w:t>
      </w:r>
      <w:r>
        <w:t xml:space="preserve"> right,</w:t>
      </w:r>
      <w:r>
        <w:t xml:space="preserve"> guys,</w:t>
      </w:r>
      <w:r>
        <w:t xml:space="preserve"> listen</w:t>
      </w:r>
      <w:r>
        <w:t xml:space="preserve"> up.</w:t>
      </w:r>
      <w:r>
        <w:t xml:space="preserve"> Focus.</w:t>
      </w:r>
      <w:r>
        <w:t xml:space="preserve"> Listen.</w:t>
        <w:br/>
        <w:t>家住Westerland</w:t>
      </w:r>
      <w:r>
        <w:t xml:space="preserve"> Court的一个孩子失踪了</w:t>
        <w:br/>
        <w:t>We</w:t>
      </w:r>
      <w:r>
        <w:t xml:space="preserve"> have</w:t>
      </w:r>
      <w:r>
        <w:t xml:space="preserve"> a</w:t>
      </w:r>
      <w:r>
        <w:t xml:space="preserve"> kid</w:t>
      </w:r>
      <w:r>
        <w:t xml:space="preserve"> who's</w:t>
      </w:r>
      <w:r>
        <w:t xml:space="preserve"> disappeared</w:t>
      </w:r>
      <w:r>
        <w:t xml:space="preserve"> from</w:t>
      </w:r>
      <w:r>
        <w:t xml:space="preserve"> his</w:t>
      </w:r>
      <w:r>
        <w:t xml:space="preserve"> house</w:t>
      </w:r>
      <w:r>
        <w:t xml:space="preserve"> over</w:t>
      </w:r>
      <w:r>
        <w:t xml:space="preserve"> in</w:t>
      </w:r>
      <w:r>
        <w:t xml:space="preserve"> Westerland</w:t>
      </w:r>
      <w:r>
        <w:t xml:space="preserve"> Court.</w:t>
        <w:br/>
        <w:t>他叫Evan</w:t>
      </w:r>
      <w:r>
        <w:t xml:space="preserve"> Malone</w:t>
      </w:r>
      <w:r>
        <w:t xml:space="preserve"> 今年9岁</w:t>
        <w:br/>
        <w:t>His</w:t>
      </w:r>
      <w:r>
        <w:t xml:space="preserve"> name</w:t>
      </w:r>
      <w:r>
        <w:t xml:space="preserve"> is</w:t>
      </w:r>
      <w:r>
        <w:t xml:space="preserve"> Evan</w:t>
      </w:r>
      <w:r>
        <w:t xml:space="preserve"> Malone.</w:t>
      </w:r>
      <w:r>
        <w:t xml:space="preserve"> He</w:t>
      </w:r>
      <w:r>
        <w:t xml:space="preserve"> is</w:t>
      </w:r>
      <w:r>
        <w:t xml:space="preserve"> 9</w:t>
      </w:r>
      <w:r>
        <w:t xml:space="preserve"> years</w:t>
      </w:r>
      <w:r>
        <w:t xml:space="preserve"> old.</w:t>
        <w:br/>
        <w:t>今天我们要全力侦破此案</w:t>
        <w:br/>
        <w:t>This</w:t>
      </w:r>
      <w:r>
        <w:t xml:space="preserve"> is</w:t>
      </w:r>
      <w:r>
        <w:t xml:space="preserve"> going</w:t>
      </w:r>
      <w:r>
        <w:t xml:space="preserve"> to</w:t>
      </w:r>
      <w:r>
        <w:t xml:space="preserve"> be</w:t>
      </w:r>
      <w:r>
        <w:t xml:space="preserve"> the</w:t>
      </w:r>
      <w:r>
        <w:t xml:space="preserve"> focus</w:t>
      </w:r>
      <w:r>
        <w:t xml:space="preserve"> of</w:t>
      </w:r>
      <w:r>
        <w:t xml:space="preserve"> our</w:t>
      </w:r>
      <w:r>
        <w:t xml:space="preserve"> day,</w:t>
      </w:r>
      <w:r>
        <w:t xml:space="preserve"> okay?</w:t>
      </w:r>
      <w:r>
        <w:t xml:space="preserve"> </w:t>
        <w:br/>
        <w:t>已经有同事去现场了</w:t>
        <w:br/>
        <w:t>We</w:t>
      </w:r>
      <w:r>
        <w:t xml:space="preserve"> have</w:t>
      </w:r>
      <w:r>
        <w:t xml:space="preserve"> officers</w:t>
      </w:r>
      <w:r>
        <w:t xml:space="preserve"> on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scene.</w:t>
        <w:br/>
        <w:t>他们会带那边的嫌犯过来</w:t>
        <w:br/>
        <w:t>They're</w:t>
      </w:r>
      <w:r>
        <w:t xml:space="preserve"> gonna</w:t>
      </w:r>
      <w:r>
        <w:t xml:space="preserve"> be</w:t>
      </w:r>
      <w:r>
        <w:t xml:space="preserve"> bringing</w:t>
      </w:r>
      <w:r>
        <w:t xml:space="preserve"> people</w:t>
      </w:r>
      <w:r>
        <w:t xml:space="preserve"> from</w:t>
      </w:r>
      <w:r>
        <w:t xml:space="preserve"> the</w:t>
      </w:r>
      <w:r>
        <w:t xml:space="preserve"> neighborhood</w:t>
      </w:r>
      <w:r>
        <w:t xml:space="preserve"> back</w:t>
      </w:r>
      <w:r>
        <w:t xml:space="preserve"> here</w:t>
      </w:r>
      <w:r>
        <w:t xml:space="preserve"> </w:t>
        <w:br/>
        <w:t>由我们来审问</w:t>
        <w:br/>
        <w:t>for</w:t>
      </w:r>
      <w:r>
        <w:t xml:space="preserve"> questioning.</w:t>
        <w:br/>
        <w:t>说不定他们当中有人</w:t>
        <w:br/>
        <w:t>Hopefully,</w:t>
      </w:r>
      <w:r>
        <w:t xml:space="preserve"> some</w:t>
      </w:r>
      <w:r>
        <w:t xml:space="preserve"> of</w:t>
      </w:r>
      <w:r>
        <w:t xml:space="preserve"> those</w:t>
      </w:r>
      <w:r>
        <w:t xml:space="preserve"> folks</w:t>
      </w:r>
      <w:r>
        <w:t xml:space="preserve"> are</w:t>
      </w:r>
      <w:r>
        <w:t xml:space="preserve"> gonna</w:t>
      </w:r>
      <w:r>
        <w:t xml:space="preserve"> be</w:t>
      </w:r>
      <w:r>
        <w:t xml:space="preserve"> witnesses</w:t>
      </w:r>
      <w:r>
        <w:t xml:space="preserve"> </w:t>
        <w:br/>
        <w:t>今早看见Evan了</w:t>
        <w:br/>
        <w:t>that</w:t>
      </w:r>
      <w:r>
        <w:t xml:space="preserve"> may</w:t>
      </w:r>
      <w:r>
        <w:t xml:space="preserve"> have</w:t>
      </w:r>
      <w:r>
        <w:t xml:space="preserve"> seen</w:t>
      </w:r>
      <w:r>
        <w:t xml:space="preserve"> Evan</w:t>
      </w:r>
      <w:r>
        <w:t xml:space="preserve"> this</w:t>
      </w:r>
      <w:r>
        <w:t xml:space="preserve"> morning.</w:t>
        <w:br/>
        <w:t>你说</w:t>
        <w:br/>
        <w:t>Yes?</w:t>
      </w:r>
      <w:r>
        <w:t xml:space="preserve"> </w:t>
        <w:br/>
        <w:t>他失踪多久了?</w:t>
        <w:br/>
        <w:t>How</w:t>
      </w:r>
      <w:r>
        <w:t xml:space="preserve"> long</w:t>
      </w:r>
      <w:r>
        <w:t xml:space="preserve"> has</w:t>
      </w:r>
      <w:r>
        <w:t xml:space="preserve"> he</w:t>
      </w:r>
      <w:r>
        <w:t xml:space="preserve"> been</w:t>
      </w:r>
      <w:r>
        <w:t xml:space="preserve"> missing?</w:t>
        <w:br/>
        <w:t>俩小时了</w:t>
        <w:br/>
        <w:t>He's</w:t>
      </w:r>
      <w:r>
        <w:t xml:space="preserve"> been</w:t>
      </w:r>
      <w:r>
        <w:t xml:space="preserve"> gone</w:t>
      </w:r>
      <w:r>
        <w:t xml:space="preserve"> for</w:t>
      </w:r>
      <w:r>
        <w:t xml:space="preserve"> two</w:t>
      </w:r>
      <w:r>
        <w:t xml:space="preserve"> hours.</w:t>
      </w:r>
      <w:r>
        <w:t xml:space="preserve"> </w:t>
        <w:br/>
        <w:t>需要广播安珀警戒吗?</w:t>
        <w:br/>
        <w:t>We</w:t>
      </w:r>
      <w:r>
        <w:t xml:space="preserve"> talking</w:t>
      </w:r>
      <w:r>
        <w:t xml:space="preserve"> AMBER</w:t>
      </w:r>
      <w:r>
        <w:t xml:space="preserve"> Alert?</w:t>
        <w:br/>
        <w:t>不知道</w:t>
        <w:br/>
        <w:t>We</w:t>
      </w:r>
      <w:r>
        <w:t xml:space="preserve"> don't</w:t>
      </w:r>
      <w:r>
        <w:t xml:space="preserve"> know</w:t>
      </w:r>
      <w:r>
        <w:t xml:space="preserve"> what</w:t>
      </w:r>
      <w:r>
        <w:t xml:space="preserve"> we're</w:t>
      </w:r>
      <w:r>
        <w:t xml:space="preserve"> talking</w:t>
      </w:r>
      <w:r>
        <w:t xml:space="preserve"> about.</w:t>
      </w:r>
      <w:r>
        <w:t xml:space="preserve"> </w:t>
        <w:br/>
        <w:t>Moore</w:t>
      </w:r>
      <w:r>
        <w:t xml:space="preserve"> 广播安珀警戒需要什么条件?</w:t>
        <w:br/>
        <w:t>Moore,</w:t>
      </w:r>
      <w:r>
        <w:t xml:space="preserve"> what</w:t>
      </w:r>
      <w:r>
        <w:t xml:space="preserve"> do</w:t>
      </w:r>
      <w:r>
        <w:t xml:space="preserve"> we</w:t>
      </w:r>
      <w:r>
        <w:t xml:space="preserve"> need</w:t>
      </w:r>
      <w:r>
        <w:t xml:space="preserve"> for</w:t>
      </w:r>
      <w:r>
        <w:t xml:space="preserve"> an</w:t>
      </w:r>
      <w:r>
        <w:t xml:space="preserve"> AMBER</w:t>
      </w:r>
      <w:r>
        <w:t xml:space="preserve"> Alert?</w:t>
        <w:br/>
        <w:t>儿童遭到绑&amp;hearts;架&amp;hearts;的证据</w:t>
        <w:br/>
        <w:t>Evidence</w:t>
      </w:r>
      <w:r>
        <w:t xml:space="preserve"> of</w:t>
      </w:r>
      <w:r>
        <w:t xml:space="preserve"> child</w:t>
      </w:r>
      <w:r>
        <w:t xml:space="preserve"> abduction.</w:t>
        <w:br/>
        <w:t>必须是18岁以下的儿童</w:t>
        <w:br/>
        <w:t>So,</w:t>
      </w:r>
      <w:r>
        <w:t xml:space="preserve"> uh,</w:t>
      </w:r>
      <w:r>
        <w:t xml:space="preserve"> the</w:t>
      </w:r>
      <w:r>
        <w:t xml:space="preserve"> child</w:t>
      </w:r>
      <w:r>
        <w:t xml:space="preserve"> must</w:t>
      </w:r>
      <w:r>
        <w:t xml:space="preserve"> be</w:t>
      </w:r>
      <w:r>
        <w:t xml:space="preserve"> under</w:t>
      </w:r>
      <w:r>
        <w:t xml:space="preserve"> 18,</w:t>
      </w:r>
      <w:r>
        <w:t xml:space="preserve"> and</w:t>
      </w:r>
      <w:r>
        <w:t xml:space="preserve"> we</w:t>
      </w:r>
      <w:r>
        <w:t xml:space="preserve"> got</w:t>
      </w:r>
      <w:r>
        <w:t xml:space="preserve"> to</w:t>
      </w:r>
      <w:r>
        <w:t xml:space="preserve"> believe</w:t>
        <w:br/>
        <w:t>且被认定受到人身伤害或死亡威胁</w:t>
        <w:br/>
        <w:t>that</w:t>
      </w:r>
      <w:r>
        <w:t xml:space="preserve"> they're</w:t>
      </w:r>
      <w:r>
        <w:t xml:space="preserve"> under</w:t>
      </w:r>
      <w:r>
        <w:t xml:space="preserve"> threat</w:t>
      </w:r>
      <w:r>
        <w:t xml:space="preserve"> of</w:t>
      </w:r>
      <w:r>
        <w:t xml:space="preserve"> bodily</w:t>
      </w:r>
      <w:r>
        <w:t xml:space="preserve"> harm</w:t>
      </w:r>
      <w:r>
        <w:t xml:space="preserve"> or</w:t>
      </w:r>
      <w:r>
        <w:t xml:space="preserve"> death.</w:t>
        <w:br/>
        <w:t>所以需要嫌犯描述或至少车辆描述</w:t>
        <w:br/>
        <w:t>So,</w:t>
      </w:r>
      <w:r>
        <w:t xml:space="preserve"> we</w:t>
      </w:r>
      <w:r>
        <w:t xml:space="preserve"> would</w:t>
      </w:r>
      <w:r>
        <w:t xml:space="preserve"> need</w:t>
      </w:r>
      <w:r>
        <w:t xml:space="preserve"> a</w:t>
      </w:r>
      <w:r>
        <w:t xml:space="preserve"> description</w:t>
      </w:r>
      <w:r>
        <w:t xml:space="preserve"> of</w:t>
      </w:r>
      <w:r>
        <w:t xml:space="preserve"> the</w:t>
      </w:r>
      <w:r>
        <w:t xml:space="preserve"> suspect</w:t>
      </w:r>
      <w:r>
        <w:t xml:space="preserve"> or</w:t>
      </w:r>
      <w:r>
        <w:t xml:space="preserve"> at</w:t>
      </w:r>
      <w:r>
        <w:t xml:space="preserve"> least</w:t>
      </w:r>
      <w:r>
        <w:t xml:space="preserve"> a</w:t>
      </w:r>
      <w:r>
        <w:t xml:space="preserve"> vehicle.</w:t>
        <w:br/>
        <w:t>安珀警戒是为了让大家知道有孩子失踪了</w:t>
        <w:br/>
        <w:t>An</w:t>
      </w:r>
      <w:r>
        <w:t xml:space="preserve"> AMBER</w:t>
      </w:r>
      <w:r>
        <w:t xml:space="preserve"> Alert</w:t>
      </w:r>
      <w:r>
        <w:t xml:space="preserve"> lets</w:t>
      </w:r>
      <w:r>
        <w:t xml:space="preserve"> the</w:t>
      </w:r>
      <w:r>
        <w:t xml:space="preserve"> world</w:t>
      </w:r>
      <w:r>
        <w:t xml:space="preserve"> know</w:t>
      </w:r>
      <w:r>
        <w:t xml:space="preserve"> that</w:t>
      </w:r>
      <w:r>
        <w:t xml:space="preserve"> a</w:t>
      </w:r>
      <w:r>
        <w:t xml:space="preserve"> child</w:t>
      </w:r>
      <w:r>
        <w:t xml:space="preserve"> is</w:t>
      </w:r>
      <w:r>
        <w:t xml:space="preserve"> missing.</w:t>
        <w:br/>
        <w:t>而失踪人口不过一纸公文</w:t>
        <w:br/>
        <w:t>A</w:t>
      </w:r>
      <w:r>
        <w:t xml:space="preserve"> missing-persons</w:t>
      </w:r>
      <w:r>
        <w:t xml:space="preserve"> report</w:t>
      </w:r>
      <w:r>
        <w:t xml:space="preserve"> gets</w:t>
      </w:r>
      <w:r>
        <w:t xml:space="preserve"> put</w:t>
      </w:r>
      <w:r>
        <w:t xml:space="preserve"> into</w:t>
      </w:r>
      <w:r>
        <w:t xml:space="preserve"> a</w:t>
      </w:r>
      <w:r>
        <w:t xml:space="preserve"> file.</w:t>
        <w:br/>
        <w:t>都去找到Moore刚才提到的证据</w:t>
        <w:br/>
        <w:t>Go</w:t>
      </w:r>
      <w:r>
        <w:t xml:space="preserve"> and</w:t>
      </w:r>
      <w:r>
        <w:t xml:space="preserve"> find</w:t>
      </w:r>
      <w:r>
        <w:t xml:space="preserve"> me</w:t>
      </w:r>
      <w:r>
        <w:t xml:space="preserve"> what</w:t>
      </w:r>
      <w:r>
        <w:t xml:space="preserve"> Moore</w:t>
      </w:r>
      <w:r>
        <w:t xml:space="preserve"> said.</w:t>
        <w:br/>
        <w:t>有消息会转告大家</w:t>
        <w:br/>
        <w:t>Any</w:t>
      </w:r>
      <w:r>
        <w:t xml:space="preserve"> extra</w:t>
      </w:r>
      <w:r>
        <w:t xml:space="preserve"> information</w:t>
      </w:r>
      <w:r>
        <w:t xml:space="preserve"> we</w:t>
      </w:r>
      <w:r>
        <w:t xml:space="preserve"> get</w:t>
      </w:r>
      <w:r>
        <w:t xml:space="preserve"> will</w:t>
      </w:r>
      <w:r>
        <w:t xml:space="preserve"> be</w:t>
      </w:r>
      <w:r>
        <w:t xml:space="preserve"> forwarded</w:t>
      </w:r>
      <w:r>
        <w:t xml:space="preserve"> on</w:t>
      </w:r>
      <w:r>
        <w:t xml:space="preserve"> to</w:t>
      </w:r>
      <w:r>
        <w:t xml:space="preserve"> you.</w:t>
        <w:br/>
        <w:t>动作快啊</w:t>
      </w:r>
      <w:r>
        <w:t xml:space="preserve"> 同志们</w:t>
        <w:br/>
        <w:t>Make</w:t>
      </w:r>
      <w:r>
        <w:t xml:space="preserve"> this</w:t>
      </w:r>
      <w:r>
        <w:t xml:space="preserve"> fast,</w:t>
      </w:r>
      <w:r>
        <w:t xml:space="preserve"> folks.</w:t>
        <w:br/>
        <w:t>他们失踪了3个月</w:t>
        <w:br/>
        <w:t>They've</w:t>
      </w:r>
      <w:r>
        <w:t xml:space="preserve"> been</w:t>
      </w:r>
      <w:r>
        <w:t xml:space="preserve"> missing</w:t>
      </w:r>
      <w:r>
        <w:t xml:space="preserve"> for</w:t>
      </w:r>
      <w:r>
        <w:t xml:space="preserve"> three</w:t>
      </w:r>
      <w:r>
        <w:t xml:space="preserve"> months.</w:t>
      </w:r>
      <w:r>
        <w:t xml:space="preserve"> (</w:t>
      </w:r>
      <w:r>
        <w:t xml:space="preserve"> Chris</w:t>
      </w:r>
      <w:r>
        <w:t xml:space="preserve"> Klem</w:t>
      </w:r>
      <w:r>
        <w:t xml:space="preserve"> )</w:t>
        <w:br/>
        <w:t>不知道这房&amp;hearts;子是在哪个州</w:t>
        <w:br/>
        <w:t>Wonder</w:t>
      </w:r>
      <w:r>
        <w:t xml:space="preserve"> what</w:t>
      </w:r>
      <w:r>
        <w:t xml:space="preserve"> state</w:t>
      </w:r>
      <w:r>
        <w:t xml:space="preserve"> the</w:t>
      </w:r>
      <w:r>
        <w:t xml:space="preserve"> house</w:t>
      </w:r>
      <w:r>
        <w:t xml:space="preserve"> is</w:t>
      </w:r>
      <w:r>
        <w:t xml:space="preserve"> in.</w:t>
      </w:r>
      <w:r>
        <w:t xml:space="preserve"> (</w:t>
      </w:r>
      <w:r>
        <w:t xml:space="preserve"> Ave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Klem)</w:t>
        <w:br/>
        <w:t>基奇纳警局说</w:t>
      </w:r>
      <w:r>
        <w:t xml:space="preserve"> 房&amp;hearts;子他们原封不动</w:t>
        <w:br/>
        <w:t>Uh,</w:t>
      </w:r>
      <w:r>
        <w:t xml:space="preserve"> well,</w:t>
      </w:r>
      <w:r>
        <w:t xml:space="preserve"> Kitchener</w:t>
      </w:r>
      <w:r>
        <w:t xml:space="preserve"> P.D.</w:t>
      </w:r>
      <w:r>
        <w:t xml:space="preserve"> said</w:t>
      </w:r>
      <w:r>
        <w:t xml:space="preserve"> they</w:t>
      </w:r>
      <w:r>
        <w:t xml:space="preserve"> left</w:t>
      </w:r>
      <w:r>
        <w:t xml:space="preserve"> it</w:t>
      </w:r>
      <w:r>
        <w:t xml:space="preserve"> the</w:t>
      </w:r>
      <w:r>
        <w:t xml:space="preserve"> way</w:t>
      </w:r>
      <w:r>
        <w:t xml:space="preserve"> they</w:t>
      </w:r>
      <w:r>
        <w:t xml:space="preserve"> found</w:t>
      </w:r>
      <w:r>
        <w:t xml:space="preserve"> it.</w:t>
        <w:br/>
        <w:t>除非他们有官方死亡证明</w:t>
        <w:br/>
        <w:t>I</w:t>
      </w:r>
      <w:r>
        <w:t xml:space="preserve"> mean,</w:t>
      </w:r>
      <w:r>
        <w:t xml:space="preserve"> nobody</w:t>
      </w:r>
      <w:r>
        <w:t xml:space="preserve"> can</w:t>
      </w:r>
      <w:r>
        <w:t xml:space="preserve"> touch</w:t>
      </w:r>
      <w:r>
        <w:t xml:space="preserve"> it</w:t>
      </w:r>
      <w:r>
        <w:t xml:space="preserve"> </w:t>
        <w:br/>
        <w:t>不然谁也不能动</w:t>
      </w:r>
      <w:r>
        <w:t xml:space="preserve"> 所以...</w:t>
        <w:br/>
        <w:t>unless</w:t>
      </w:r>
      <w:r>
        <w:t xml:space="preserve"> they</w:t>
      </w:r>
      <w:r>
        <w:t xml:space="preserve"> have</w:t>
      </w:r>
      <w:r>
        <w:t xml:space="preserve"> formal</w:t>
      </w:r>
      <w:r>
        <w:t xml:space="preserve"> death</w:t>
      </w:r>
      <w:r>
        <w:t xml:space="preserve"> certificates,</w:t>
      </w:r>
      <w:r>
        <w:t xml:space="preserve"> so...</w:t>
        <w:br/>
        <w:t>有亲属吗</w:t>
        <w:br/>
        <w:t>Any</w:t>
      </w:r>
      <w:r>
        <w:t xml:space="preserve"> relatives?</w:t>
      </w:r>
      <w:r>
        <w:t xml:space="preserve"> </w:t>
        <w:br/>
        <w:t>没有近亲</w:t>
        <w:br/>
        <w:t>Uh,</w:t>
      </w:r>
      <w:r>
        <w:t xml:space="preserve"> no</w:t>
      </w:r>
      <w:r>
        <w:t xml:space="preserve"> close</w:t>
      </w:r>
      <w:r>
        <w:t xml:space="preserve"> ones.</w:t>
        <w:br/>
        <w:t>双方父母都去世了</w:t>
        <w:br/>
        <w:t>Both</w:t>
      </w:r>
      <w:r>
        <w:t xml:space="preserve"> sets</w:t>
      </w:r>
      <w:r>
        <w:t xml:space="preserve"> of</w:t>
      </w:r>
      <w:r>
        <w:t xml:space="preserve"> parents</w:t>
      </w:r>
      <w:r>
        <w:t xml:space="preserve"> are</w:t>
      </w:r>
      <w:r>
        <w:t xml:space="preserve"> deceased.</w:t>
        <w:br/>
        <w:t>在密尔沃基有个姑妈</w:t>
        <w:br/>
        <w:t>There's</w:t>
      </w:r>
      <w:r>
        <w:t xml:space="preserve"> one</w:t>
      </w:r>
      <w:r>
        <w:t xml:space="preserve"> aunt</w:t>
      </w:r>
      <w:r>
        <w:t xml:space="preserve"> in</w:t>
      </w:r>
      <w:r>
        <w:t xml:space="preserve"> Milwaukee,</w:t>
      </w:r>
      <w:r>
        <w:t xml:space="preserve"> </w:t>
        <w:br/>
        <w:t>但她很久没跟他联&amp;hearts;系&amp;hearts;了</w:t>
        <w:br/>
        <w:t>but</w:t>
      </w:r>
      <w:r>
        <w:t xml:space="preserve"> she</w:t>
      </w:r>
      <w:r>
        <w:t xml:space="preserve"> hasn't</w:t>
      </w:r>
      <w:r>
        <w:t xml:space="preserve"> heard</w:t>
      </w:r>
      <w:r>
        <w:t xml:space="preserve"> from</w:t>
      </w:r>
      <w:r>
        <w:t xml:space="preserve"> him</w:t>
      </w:r>
      <w:r>
        <w:t xml:space="preserve"> in</w:t>
      </w:r>
      <w:r>
        <w:t xml:space="preserve"> years.</w:t>
        <w:br/>
        <w:t>失踪人口...</w:t>
      </w:r>
      <w:r>
        <w:t xml:space="preserve"> 除非有人闹</w:t>
      </w:r>
      <w:r>
        <w:t xml:space="preserve"> 不然没人急着调查</w:t>
        <w:br/>
        <w:t>Missing</w:t>
      </w:r>
      <w:r>
        <w:t xml:space="preserve"> persons...</w:t>
      </w:r>
      <w:r>
        <w:t xml:space="preserve"> low</w:t>
      </w:r>
      <w:r>
        <w:t xml:space="preserve"> priority</w:t>
      </w:r>
      <w:r>
        <w:t xml:space="preserve"> unless</w:t>
      </w:r>
      <w:r>
        <w:t xml:space="preserve"> somebody's</w:t>
      </w:r>
      <w:r>
        <w:t xml:space="preserve"> making</w:t>
      </w:r>
      <w:r>
        <w:t xml:space="preserve"> noise.</w:t>
        <w:br/>
        <w:t>那咱们就"闹"一下</w:t>
        <w:br/>
        <w:t>Well,</w:t>
      </w:r>
      <w:r>
        <w:t xml:space="preserve"> let's</w:t>
      </w:r>
      <w:r>
        <w:t xml:space="preserve"> make</w:t>
      </w:r>
      <w:r>
        <w:t xml:space="preserve"> some</w:t>
      </w:r>
      <w:r>
        <w:t xml:space="preserve"> noise.</w:t>
        <w:br/>
        <w:t>就在这儿</w:t>
        <w:br/>
        <w:t>It's</w:t>
      </w:r>
      <w:r>
        <w:t xml:space="preserve"> right</w:t>
      </w:r>
      <w:r>
        <w:t xml:space="preserve"> here.</w:t>
        <w:br/>
        <w:t>这房&amp;hearts;子确实意料之中</w:t>
        <w:br/>
        <w:t>The</w:t>
      </w:r>
      <w:r>
        <w:t xml:space="preserve"> house</w:t>
      </w:r>
      <w:r>
        <w:t xml:space="preserve"> certainly</w:t>
      </w:r>
      <w:r>
        <w:t xml:space="preserve"> looks</w:t>
      </w:r>
      <w:r>
        <w:t xml:space="preserve"> like</w:t>
      </w:r>
      <w:r>
        <w:t xml:space="preserve"> you'd</w:t>
      </w:r>
      <w:r>
        <w:t xml:space="preserve"> expect</w:t>
      </w:r>
      <w:r>
        <w:t xml:space="preserve"> it</w:t>
      </w:r>
      <w:r>
        <w:t xml:space="preserve"> to.</w:t>
        <w:br/>
        <w:t>嗯...</w:t>
        <w:br/>
        <w:t>Well...</w:t>
        <w:br/>
        <w:t>我注意到...</w:t>
        <w:br/>
        <w:t>I've</w:t>
      </w:r>
      <w:r>
        <w:t xml:space="preserve"> noticed,</w:t>
      </w:r>
      <w:r>
        <w:t xml:space="preserve"> uh...</w:t>
        <w:br/>
        <w:t>你没有戴着戒指</w:t>
        <w:br/>
        <w:t>You</w:t>
      </w:r>
      <w:r>
        <w:t xml:space="preserve"> haven't</w:t>
      </w:r>
      <w:r>
        <w:t xml:space="preserve"> been</w:t>
      </w:r>
      <w:r>
        <w:t xml:space="preserve"> wearing</w:t>
      </w:r>
      <w:r>
        <w:t xml:space="preserve"> your</w:t>
      </w:r>
      <w:r>
        <w:t xml:space="preserve"> ring.</w:t>
      </w:r>
      <w:r>
        <w:t xml:space="preserve"> </w:t>
        <w:br/>
        <w:t>是啊</w:t>
        <w:br/>
        <w:t>Oh,</w:t>
      </w:r>
      <w:r>
        <w:t xml:space="preserve"> yeah.</w:t>
        <w:br/>
        <w:t>我有点...过敏</w:t>
        <w:br/>
        <w:t>Well,</w:t>
      </w:r>
      <w:r>
        <w:t xml:space="preserve"> I-I</w:t>
      </w:r>
      <w:r>
        <w:t xml:space="preserve"> kind</w:t>
      </w:r>
      <w:r>
        <w:t xml:space="preserve"> of</w:t>
      </w:r>
      <w:r>
        <w:t xml:space="preserve"> developed,</w:t>
      </w:r>
      <w:r>
        <w:t xml:space="preserve"> uh,</w:t>
      </w:r>
      <w:r>
        <w:t xml:space="preserve"> an</w:t>
      </w:r>
      <w:r>
        <w:t xml:space="preserve"> allergic</w:t>
      </w:r>
      <w:r>
        <w:t xml:space="preserve"> reaction.</w:t>
        <w:br/>
        <w:t>不过我可以买&amp;hearts;&amp;hearts;一种喷&amp;hearts;剂&amp;hearts;</w:t>
      </w:r>
      <w:r>
        <w:t xml:space="preserve"> 管用的</w:t>
        <w:br/>
        <w:t>Um,</w:t>
      </w:r>
      <w:r>
        <w:t xml:space="preserve"> but</w:t>
      </w:r>
      <w:r>
        <w:t xml:space="preserve"> there's</w:t>
      </w:r>
      <w:r>
        <w:t xml:space="preserve"> actually</w:t>
      </w:r>
      <w:r>
        <w:t xml:space="preserve"> a</w:t>
      </w:r>
      <w:r>
        <w:t xml:space="preserve"> spray</w:t>
      </w:r>
      <w:r>
        <w:t xml:space="preserve"> that</w:t>
      </w:r>
      <w:r>
        <w:t xml:space="preserve"> I</w:t>
      </w:r>
      <w:r>
        <w:t xml:space="preserve"> can</w:t>
      </w:r>
      <w:r>
        <w:t xml:space="preserve"> get</w:t>
      </w:r>
      <w:r>
        <w:t xml:space="preserve"> that</w:t>
      </w:r>
      <w:r>
        <w:t xml:space="preserve"> will</w:t>
      </w:r>
      <w:r>
        <w:t xml:space="preserve"> make</w:t>
      </w:r>
      <w:r>
        <w:t xml:space="preserve"> it...</w:t>
        <w:br/>
        <w:t>她来了</w:t>
        <w:br/>
        <w:t>she's</w:t>
      </w:r>
      <w:r>
        <w:t xml:space="preserve"> here.</w:t>
        <w:br/>
        <w:t>你好</w:t>
      </w:r>
      <w:r>
        <w:t xml:space="preserve"> McNally?</w:t>
        <w:br/>
        <w:t>Hi,</w:t>
      </w:r>
      <w:r>
        <w:t xml:space="preserve"> there.</w:t>
      </w:r>
      <w:r>
        <w:t xml:space="preserve"> McNally?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</w:t>
        <w:br/>
        <w:t>我是</w:t>
        <w:br/>
        <w:t>Yes.</w:t>
        <w:br/>
        <w:t>Swarek</w:t>
      </w:r>
      <w:r>
        <w:t xml:space="preserve"> 嗨</w:t>
      </w:r>
      <w:r>
        <w:t xml:space="preserve"> Norman警探</w:t>
        <w:br/>
        <w:t>Swarek,</w:t>
      </w:r>
      <w:r>
        <w:t xml:space="preserve"> hi.</w:t>
      </w:r>
      <w:r>
        <w:t xml:space="preserve"> Detective</w:t>
      </w:r>
      <w:r>
        <w:t xml:space="preserve"> Norman.</w:t>
        <w:br/>
        <w:t>嘿</w:t>
      </w:r>
      <w:r>
        <w:t xml:space="preserve"> 感谢你临时赶来见我们</w:t>
        <w:br/>
        <w:t>Hey,</w:t>
      </w:r>
      <w:r>
        <w:t xml:space="preserve"> thanks</w:t>
      </w:r>
      <w:r>
        <w:t xml:space="preserve"> for</w:t>
      </w:r>
      <w:r>
        <w:t xml:space="preserve"> coming</w:t>
      </w:r>
      <w:r>
        <w:t xml:space="preserve"> to</w:t>
      </w:r>
      <w:r>
        <w:t xml:space="preserve"> meet</w:t>
      </w:r>
      <w:r>
        <w:t xml:space="preserve"> us</w:t>
      </w:r>
      <w:r>
        <w:t xml:space="preserve"> on</w:t>
      </w:r>
      <w:r>
        <w:t xml:space="preserve"> such</w:t>
      </w:r>
      <w:r>
        <w:t xml:space="preserve"> short</w:t>
      </w:r>
      <w:r>
        <w:t xml:space="preserve"> notice.</w:t>
        <w:br/>
        <w:t>我们...看过案卷了</w:t>
        <w:br/>
        <w:t>We've,</w:t>
      </w:r>
      <w:r>
        <w:t xml:space="preserve"> uh,</w:t>
      </w:r>
      <w:r>
        <w:t xml:space="preserve"> we've</w:t>
      </w:r>
      <w:r>
        <w:t xml:space="preserve"> seen</w:t>
      </w:r>
      <w:r>
        <w:t xml:space="preserve"> the</w:t>
      </w:r>
      <w:r>
        <w:t xml:space="preserve"> file,</w:t>
      </w:r>
      <w:r>
        <w:t xml:space="preserve"> </w:t>
        <w:br/>
        <w:t>不过或许你可以</w:t>
      </w:r>
      <w:r>
        <w:t xml:space="preserve"> 从你的角度再讲一下?</w:t>
        <w:br/>
        <w:t>but</w:t>
      </w:r>
      <w:r>
        <w:t xml:space="preserve"> maybe</w:t>
      </w:r>
      <w:r>
        <w:t xml:space="preserve"> you</w:t>
      </w:r>
      <w:r>
        <w:t xml:space="preserve"> could</w:t>
      </w:r>
      <w:r>
        <w:t xml:space="preserve"> fill</w:t>
      </w:r>
      <w:r>
        <w:t xml:space="preserve"> us</w:t>
      </w:r>
      <w:r>
        <w:t xml:space="preserve"> in</w:t>
      </w:r>
      <w:r>
        <w:t xml:space="preserve"> from</w:t>
      </w:r>
      <w:r>
        <w:t xml:space="preserve"> your</w:t>
      </w:r>
      <w:r>
        <w:t xml:space="preserve"> end?</w:t>
        <w:br/>
        <w:t>没问题</w:t>
      </w:r>
      <w:r>
        <w:t xml:space="preserve"> 邻居发现狗被锁在外面...</w:t>
        <w:br/>
        <w:t>Yeah,</w:t>
      </w:r>
      <w:r>
        <w:t xml:space="preserve"> for</w:t>
      </w:r>
      <w:r>
        <w:t xml:space="preserve"> sure.</w:t>
      </w:r>
      <w:r>
        <w:t xml:space="preserve"> Uh,</w:t>
      </w:r>
      <w:r>
        <w:t xml:space="preserve"> the</w:t>
      </w:r>
      <w:r>
        <w:t xml:space="preserve"> neighbors</w:t>
      </w:r>
      <w:r>
        <w:t xml:space="preserve"> found</w:t>
      </w:r>
      <w:r>
        <w:t xml:space="preserve"> the</w:t>
      </w:r>
      <w:r>
        <w:t xml:space="preserve"> dog</w:t>
      </w:r>
      <w:r>
        <w:t xml:space="preserve"> locked</w:t>
      </w:r>
      <w:r>
        <w:t xml:space="preserve"> outside...</w:t>
        <w:br/>
        <w:t>没有食物和水</w:t>
      </w:r>
      <w:r>
        <w:t xml:space="preserve"> 所以就打电&amp;hearts;话&amp;hearts;给我们</w:t>
        <w:br/>
        <w:t>no</w:t>
      </w:r>
      <w:r>
        <w:t xml:space="preserve"> food,</w:t>
      </w:r>
      <w:r>
        <w:t xml:space="preserve"> no</w:t>
      </w:r>
      <w:r>
        <w:t xml:space="preserve"> water...</w:t>
      </w:r>
      <w:r>
        <w:t xml:space="preserve"> so</w:t>
      </w:r>
      <w:r>
        <w:t xml:space="preserve"> they</w:t>
      </w:r>
      <w:r>
        <w:t xml:space="preserve"> called</w:t>
      </w:r>
      <w:r>
        <w:t xml:space="preserve"> us.</w:t>
        <w:br/>
        <w:t>学校也有几天没见过Ava了</w:t>
        <w:br/>
        <w:t>School</w:t>
      </w:r>
      <w:r>
        <w:t xml:space="preserve"> hadn't</w:t>
      </w:r>
      <w:r>
        <w:t xml:space="preserve"> seen</w:t>
      </w:r>
      <w:r>
        <w:t xml:space="preserve"> Ava</w:t>
      </w:r>
      <w:r>
        <w:t xml:space="preserve"> for</w:t>
      </w:r>
      <w:r>
        <w:t xml:space="preserve"> a</w:t>
      </w:r>
      <w:r>
        <w:t xml:space="preserve"> couple</w:t>
      </w:r>
      <w:r>
        <w:t xml:space="preserve"> of</w:t>
      </w:r>
      <w:r>
        <w:t xml:space="preserve"> days,</w:t>
      </w:r>
      <w:r>
        <w:t xml:space="preserve"> </w:t>
        <w:br/>
        <w:t>我们就开始找她</w:t>
        <w:br/>
        <w:t>so</w:t>
      </w:r>
      <w:r>
        <w:t xml:space="preserve"> we</w:t>
      </w:r>
      <w:r>
        <w:t xml:space="preserve"> started</w:t>
      </w:r>
      <w:r>
        <w:t xml:space="preserve"> looking</w:t>
      </w:r>
      <w:r>
        <w:t xml:space="preserve"> for</w:t>
      </w:r>
      <w:r>
        <w:t xml:space="preserve"> her.</w:t>
        <w:br/>
        <w:t>狗现在在哪儿</w:t>
        <w:br/>
        <w:t>Where's</w:t>
      </w:r>
      <w:r>
        <w:t xml:space="preserve"> the</w:t>
      </w:r>
      <w:r>
        <w:t xml:space="preserve"> dog</w:t>
      </w:r>
      <w:r>
        <w:t xml:space="preserve"> now?</w:t>
      </w:r>
      <w:r>
        <w:t xml:space="preserve"> </w:t>
        <w:br/>
        <w:t>邻居收养了</w:t>
        <w:br/>
        <w:t>Oh,</w:t>
      </w:r>
      <w:r>
        <w:t xml:space="preserve"> the</w:t>
      </w:r>
      <w:r>
        <w:t xml:space="preserve"> neighbor</w:t>
      </w:r>
      <w:r>
        <w:t xml:space="preserve"> took</w:t>
      </w:r>
      <w:r>
        <w:t xml:space="preserve"> it.</w:t>
        <w:br/>
        <w:t>我本来可以自己养的</w:t>
      </w:r>
      <w:r>
        <w:t xml:space="preserve"> 但家里已经有一条狗了</w:t>
        <w:br/>
        <w:t>I</w:t>
      </w:r>
      <w:r>
        <w:t xml:space="preserve"> would</w:t>
      </w:r>
      <w:r>
        <w:t xml:space="preserve"> have</w:t>
      </w:r>
      <w:r>
        <w:t xml:space="preserve"> took</w:t>
      </w:r>
      <w:r>
        <w:t xml:space="preserve"> it</w:t>
      </w:r>
      <w:r>
        <w:t xml:space="preserve"> myself,</w:t>
      </w:r>
      <w:r>
        <w:t xml:space="preserve"> except</w:t>
      </w:r>
      <w:r>
        <w:t xml:space="preserve"> I</w:t>
      </w:r>
      <w:r>
        <w:t xml:space="preserve"> already</w:t>
      </w:r>
      <w:r>
        <w:t xml:space="preserve"> got</w:t>
      </w:r>
      <w:r>
        <w:t xml:space="preserve"> a</w:t>
      </w:r>
      <w:r>
        <w:t xml:space="preserve"> dog.</w:t>
        <w:br/>
        <w:t>很奇怪</w:t>
      </w:r>
      <w:r>
        <w:t xml:space="preserve"> 是吧</w:t>
      </w:r>
      <w:r>
        <w:t xml:space="preserve"> 他们就凭空消失了</w:t>
        <w:br/>
        <w:t>It's</w:t>
      </w:r>
      <w:r>
        <w:t xml:space="preserve"> weird,</w:t>
      </w:r>
      <w:r>
        <w:t xml:space="preserve"> right?</w:t>
      </w:r>
      <w:r>
        <w:t xml:space="preserve"> They</w:t>
      </w:r>
      <w:r>
        <w:t xml:space="preserve"> disappeared</w:t>
      </w:r>
      <w:r>
        <w:t xml:space="preserve"> into</w:t>
      </w:r>
      <w:r>
        <w:t xml:space="preserve"> thin</w:t>
      </w:r>
      <w:r>
        <w:t xml:space="preserve"> air.</w:t>
        <w:br/>
        <w:t>如果我是信徒的话</w:t>
      </w:r>
      <w:r>
        <w:t xml:space="preserve"> 我会说他们是去极乐世界了</w:t>
        <w:br/>
        <w:t>If</w:t>
      </w:r>
      <w:r>
        <w:t xml:space="preserve"> I</w:t>
      </w:r>
      <w:r>
        <w:t xml:space="preserve"> were</w:t>
      </w:r>
      <w:r>
        <w:t xml:space="preserve"> the</w:t>
      </w:r>
      <w:r>
        <w:t xml:space="preserve"> religious</w:t>
      </w:r>
      <w:r>
        <w:t xml:space="preserve"> type,</w:t>
      </w:r>
      <w:r>
        <w:t xml:space="preserve"> I'd</w:t>
      </w:r>
      <w:r>
        <w:t xml:space="preserve"> swear</w:t>
      </w:r>
      <w:r>
        <w:t xml:space="preserve"> they</w:t>
      </w:r>
      <w:r>
        <w:t xml:space="preserve"> were</w:t>
      </w:r>
      <w:r>
        <w:t xml:space="preserve"> raptured.</w:t>
        <w:br/>
        <w:t>你有问过谁吗</w:t>
        <w:br/>
        <w:t>Did</w:t>
      </w:r>
      <w:r>
        <w:t xml:space="preserve"> you</w:t>
      </w:r>
      <w:r>
        <w:t xml:space="preserve"> speak</w:t>
      </w:r>
      <w:r>
        <w:t xml:space="preserve"> with</w:t>
      </w:r>
      <w:r>
        <w:t xml:space="preserve"> anyone,</w:t>
      </w:r>
      <w:r>
        <w:t xml:space="preserve"> uh,</w:t>
      </w:r>
      <w:r>
        <w:t xml:space="preserve"> </w:t>
        <w:br/>
        <w:br/>
        <w:t>有提到他可能去旅行了?</w:t>
        <w:br/>
        <w:t>that</w:t>
      </w:r>
      <w:r>
        <w:t xml:space="preserve"> mentioned</w:t>
      </w:r>
      <w:r>
        <w:t xml:space="preserve"> maybe</w:t>
      </w:r>
      <w:r>
        <w:t xml:space="preserve"> he</w:t>
      </w:r>
      <w:r>
        <w:t xml:space="preserve"> was</w:t>
      </w:r>
      <w:r>
        <w:t xml:space="preserve"> taking</w:t>
      </w:r>
      <w:r>
        <w:t xml:space="preserve"> a</w:t>
      </w:r>
      <w:r>
        <w:t xml:space="preserve"> trip?</w:t>
        <w:br/>
        <w:t>我没听说</w:t>
      </w:r>
      <w:r>
        <w:t xml:space="preserve"> 这家伙没有任何异常</w:t>
        <w:br/>
        <w:t>Not</w:t>
      </w:r>
      <w:r>
        <w:t xml:space="preserve"> that</w:t>
      </w:r>
      <w:r>
        <w:t xml:space="preserve"> I</w:t>
      </w:r>
      <w:r>
        <w:t xml:space="preserve"> heard.</w:t>
      </w:r>
      <w:r>
        <w:t xml:space="preserve"> There</w:t>
      </w:r>
      <w:r>
        <w:t xml:space="preserve"> was</w:t>
      </w:r>
      <w:r>
        <w:t xml:space="preserve"> nothing</w:t>
      </w:r>
      <w:r>
        <w:t xml:space="preserve"> unusual</w:t>
      </w:r>
      <w:r>
        <w:t xml:space="preserve"> with</w:t>
      </w:r>
      <w:r>
        <w:t xml:space="preserve"> this</w:t>
      </w:r>
      <w:r>
        <w:t xml:space="preserve"> guy.</w:t>
        <w:br/>
        <w:t>他很正常</w:t>
      </w:r>
      <w:r>
        <w:t xml:space="preserve"> 讨人喜欢</w:t>
        <w:br/>
        <w:t>He</w:t>
      </w:r>
      <w:r>
        <w:t xml:space="preserve"> was</w:t>
      </w:r>
      <w:r>
        <w:t xml:space="preserve"> normal,</w:t>
      </w:r>
      <w:r>
        <w:t xml:space="preserve"> well-liked.</w:t>
        <w:br/>
        <w:t>他的房&amp;hearts;贷都缴清了</w:t>
      </w:r>
      <w:r>
        <w:t xml:space="preserve"> 没有任何债务</w:t>
        <w:br/>
        <w:t>His</w:t>
      </w:r>
      <w:r>
        <w:t xml:space="preserve"> mortgage</w:t>
      </w:r>
      <w:r>
        <w:t xml:space="preserve"> was</w:t>
      </w:r>
      <w:r>
        <w:t xml:space="preserve"> paid</w:t>
      </w:r>
      <w:r>
        <w:t xml:space="preserve"> off.</w:t>
      </w:r>
      <w:r>
        <w:t xml:space="preserve"> He</w:t>
      </w:r>
      <w:r>
        <w:t xml:space="preserve"> wasn't</w:t>
      </w:r>
      <w:r>
        <w:t xml:space="preserve"> even</w:t>
      </w:r>
      <w:r>
        <w:t xml:space="preserve"> in</w:t>
      </w:r>
      <w:r>
        <w:t xml:space="preserve"> debt.</w:t>
        <w:br/>
        <w:t>警探</w:t>
      </w:r>
      <w:r>
        <w:t xml:space="preserve"> 你和本地警方真的想找到这家人吗?</w:t>
        <w:br/>
        <w:t>Detective,</w:t>
      </w:r>
      <w:r>
        <w:t xml:space="preserve"> have</w:t>
      </w:r>
      <w:r>
        <w:t xml:space="preserve"> you</w:t>
      </w:r>
      <w:r>
        <w:t xml:space="preserve"> and</w:t>
      </w:r>
      <w:r>
        <w:t xml:space="preserve"> the</w:t>
      </w:r>
      <w:r>
        <w:t xml:space="preserve"> local</w:t>
      </w:r>
      <w:r>
        <w:t xml:space="preserve"> police</w:t>
      </w:r>
      <w:r>
        <w:t xml:space="preserve"> really</w:t>
      </w:r>
      <w:r>
        <w:t xml:space="preserve"> tried</w:t>
      </w:r>
      <w:r>
        <w:t xml:space="preserve"> to</w:t>
      </w:r>
      <w:r>
        <w:t xml:space="preserve"> find</w:t>
      </w:r>
      <w:r>
        <w:t xml:space="preserve"> this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family?</w:t>
        <w:br/>
        <w:t>你们有什么线索?</w:t>
        <w:br/>
        <w:t>W-what's</w:t>
      </w:r>
      <w:r>
        <w:t xml:space="preserve"> been</w:t>
      </w:r>
      <w:r>
        <w:t xml:space="preserve"> your</w:t>
      </w:r>
      <w:r>
        <w:t xml:space="preserve"> follow-up?</w:t>
        <w:br/>
        <w:t>我们找过他们</w:t>
      </w:r>
      <w:r>
        <w:t xml:space="preserve"> 不见了</w:t>
        <w:br/>
        <w:t>You</w:t>
      </w:r>
      <w:r>
        <w:t xml:space="preserve"> know,</w:t>
      </w:r>
      <w:r>
        <w:t xml:space="preserve"> we</w:t>
      </w:r>
      <w:r>
        <w:t xml:space="preserve"> looked</w:t>
      </w:r>
      <w:r>
        <w:t xml:space="preserve"> for</w:t>
      </w:r>
      <w:r>
        <w:t xml:space="preserve"> them.</w:t>
      </w:r>
      <w:r>
        <w:t xml:space="preserve"> They're</w:t>
      </w:r>
      <w:r>
        <w:t xml:space="preserve"> gone.</w:t>
        <w:br/>
        <w:t>谁知道呢?</w:t>
      </w:r>
      <w:r>
        <w:t xml:space="preserve"> 或许他们不喜欢这里的气候</w:t>
        <w:br/>
        <w:t>Who</w:t>
      </w:r>
      <w:r>
        <w:t xml:space="preserve"> knows?</w:t>
      </w:r>
      <w:r>
        <w:t xml:space="preserve"> Maybe</w:t>
      </w:r>
      <w:r>
        <w:t xml:space="preserve"> they</w:t>
      </w:r>
      <w:r>
        <w:t xml:space="preserve"> didn't</w:t>
      </w:r>
      <w:r>
        <w:t xml:space="preserve"> like</w:t>
      </w:r>
      <w:r>
        <w:t xml:space="preserve"> the</w:t>
      </w:r>
      <w:r>
        <w:t xml:space="preserve"> climate.</w:t>
        <w:br/>
        <w:t>他们留下了护照</w:t>
      </w:r>
      <w:r>
        <w:t xml:space="preserve"> 你不觉得奇怪吗?</w:t>
        <w:br/>
        <w:t>You</w:t>
      </w:r>
      <w:r>
        <w:t xml:space="preserve"> didn't</w:t>
      </w:r>
      <w:r>
        <w:t xml:space="preserve"> think</w:t>
      </w:r>
      <w:r>
        <w:t xml:space="preserve"> it</w:t>
      </w:r>
      <w:r>
        <w:t xml:space="preserve"> was</w:t>
      </w:r>
      <w:r>
        <w:t xml:space="preserve"> odd</w:t>
      </w:r>
      <w:r>
        <w:t xml:space="preserve"> they</w:t>
      </w:r>
      <w:r>
        <w:t xml:space="preserve"> left</w:t>
      </w:r>
      <w:r>
        <w:t xml:space="preserve"> their</w:t>
      </w:r>
      <w:r>
        <w:t xml:space="preserve"> passports</w:t>
      </w:r>
      <w:r>
        <w:t xml:space="preserve"> behind?</w:t>
        <w:br/>
        <w:t>有时候人就是说走就走了</w:t>
        <w:br/>
        <w:t>Sometimes</w:t>
      </w:r>
      <w:r>
        <w:t xml:space="preserve"> people</w:t>
      </w:r>
      <w:r>
        <w:t xml:space="preserve"> just</w:t>
      </w:r>
      <w:r>
        <w:t xml:space="preserve"> up</w:t>
      </w:r>
      <w:r>
        <w:t xml:space="preserve"> and</w:t>
      </w:r>
      <w:r>
        <w:t xml:space="preserve"> leave.</w:t>
        <w:br/>
        <w:t>他们加入邪教</w:t>
      </w:r>
      <w:r>
        <w:t xml:space="preserve"> 得了精神疾病</w:t>
        <w:br/>
        <w:t>You</w:t>
      </w:r>
      <w:r>
        <w:t xml:space="preserve"> know,</w:t>
      </w:r>
      <w:r>
        <w:t xml:space="preserve"> they</w:t>
      </w:r>
      <w:r>
        <w:t xml:space="preserve"> join</w:t>
      </w:r>
      <w:r>
        <w:t xml:space="preserve"> a</w:t>
      </w:r>
      <w:r>
        <w:t xml:space="preserve"> cult,</w:t>
      </w:r>
      <w:r>
        <w:t xml:space="preserve"> they</w:t>
      </w:r>
      <w:r>
        <w:t xml:space="preserve"> develop</w:t>
      </w:r>
      <w:r>
        <w:t xml:space="preserve"> a</w:t>
      </w:r>
      <w:r>
        <w:t xml:space="preserve"> mental</w:t>
      </w:r>
      <w:r>
        <w:t xml:space="preserve"> illness,</w:t>
        <w:br/>
        <w:t>老年痴呆</w:t>
      </w:r>
      <w:r>
        <w:t xml:space="preserve"> 就...自己不知道走哪里去了</w:t>
        <w:br/>
        <w:t>they</w:t>
      </w:r>
      <w:r>
        <w:t xml:space="preserve"> get</w:t>
      </w:r>
      <w:r>
        <w:t xml:space="preserve"> Alzheimer's</w:t>
      </w:r>
      <w:r>
        <w:t xml:space="preserve"> and,</w:t>
      </w:r>
      <w:r>
        <w:t xml:space="preserve"> you</w:t>
      </w:r>
      <w:r>
        <w:t xml:space="preserve"> know,</w:t>
      </w:r>
      <w:r>
        <w:t xml:space="preserve"> wander</w:t>
      </w:r>
      <w:r>
        <w:t xml:space="preserve"> into</w:t>
      </w:r>
      <w:r>
        <w:t xml:space="preserve"> the</w:t>
      </w:r>
      <w:r>
        <w:t xml:space="preserve"> oblivion.</w:t>
        <w:br/>
        <w:t>好</w:t>
      </w:r>
      <w:r>
        <w:t xml:space="preserve"> Chris</w:t>
      </w:r>
      <w:r>
        <w:t xml:space="preserve"> Klem39岁</w:t>
        <w:br/>
        <w:t>Okay,</w:t>
      </w:r>
      <w:r>
        <w:t xml:space="preserve"> well,</w:t>
      </w:r>
      <w:r>
        <w:t xml:space="preserve"> Chris</w:t>
      </w:r>
      <w:r>
        <w:t xml:space="preserve"> Klem</w:t>
      </w:r>
      <w:r>
        <w:t xml:space="preserve"> is</w:t>
      </w:r>
      <w:r>
        <w:t xml:space="preserve"> 39</w:t>
      </w:r>
      <w:r>
        <w:t xml:space="preserve"> years</w:t>
      </w:r>
      <w:r>
        <w:t xml:space="preserve"> old.</w:t>
      </w:r>
      <w:r>
        <w:t xml:space="preserve"> </w:t>
        <w:br/>
        <w:t>我强烈怀疑他会得老年痴呆</w:t>
        <w:br/>
        <w:t>I</w:t>
      </w:r>
      <w:r>
        <w:t xml:space="preserve"> highly</w:t>
      </w:r>
      <w:r>
        <w:t xml:space="preserve"> doubt</w:t>
      </w:r>
      <w:r>
        <w:t xml:space="preserve"> that</w:t>
      </w:r>
      <w:r>
        <w:t xml:space="preserve"> he</w:t>
      </w:r>
      <w:r>
        <w:t xml:space="preserve"> developed</w:t>
      </w:r>
      <w:r>
        <w:t xml:space="preserve"> Alzheimer's.</w:t>
        <w:br/>
        <w:t>但我觉得他们倒是可能被外星人绑&amp;hearts;架&amp;hearts;了</w:t>
        <w:br/>
        <w:t>But</w:t>
      </w:r>
      <w:r>
        <w:t xml:space="preserve"> I</w:t>
      </w:r>
      <w:r>
        <w:t xml:space="preserve"> guess</w:t>
      </w:r>
      <w:r>
        <w:t xml:space="preserve"> it</w:t>
      </w:r>
      <w:r>
        <w:t xml:space="preserve"> is</w:t>
      </w:r>
      <w:r>
        <w:t xml:space="preserve"> plausible</w:t>
      </w:r>
      <w:r>
        <w:t xml:space="preserve"> that</w:t>
      </w:r>
      <w:r>
        <w:t xml:space="preserve"> they</w:t>
      </w:r>
      <w:r>
        <w:t xml:space="preserve"> were</w:t>
      </w:r>
      <w:r>
        <w:t xml:space="preserve"> abducted</w:t>
      </w:r>
      <w:r>
        <w:t xml:space="preserve"> by</w:t>
      </w:r>
      <w:r>
        <w:t xml:space="preserve"> aliens.</w:t>
        <w:br/>
        <w:t>嘿</w:t>
      </w:r>
      <w:r>
        <w:t xml:space="preserve"> 别以为我们分局没有这么传过</w:t>
        <w:br/>
        <w:t>Hey,</w:t>
      </w:r>
      <w:r>
        <w:t xml:space="preserve"> don't</w:t>
      </w:r>
      <w:r>
        <w:t xml:space="preserve"> think</w:t>
      </w:r>
      <w:r>
        <w:t xml:space="preserve"> we</w:t>
      </w:r>
      <w:r>
        <w:t xml:space="preserve"> didn't</w:t>
      </w:r>
      <w:r>
        <w:t xml:space="preserve"> bandy</w:t>
      </w:r>
      <w:r>
        <w:t xml:space="preserve"> that</w:t>
      </w:r>
      <w:r>
        <w:t xml:space="preserve"> one</w:t>
      </w:r>
      <w:r>
        <w:t xml:space="preserve"> around</w:t>
      </w:r>
      <w:r>
        <w:t xml:space="preserve"> the</w:t>
      </w:r>
      <w:r>
        <w:t xml:space="preserve"> precinct.</w:t>
        <w:br/>
        <w:t>那...你们需要的都拿到了吗?</w:t>
        <w:br/>
        <w:t>So,</w:t>
      </w:r>
      <w:r>
        <w:t xml:space="preserve"> uh...</w:t>
      </w:r>
      <w:r>
        <w:t xml:space="preserve"> You</w:t>
      </w:r>
      <w:r>
        <w:t xml:space="preserve"> guys</w:t>
      </w:r>
      <w:r>
        <w:t xml:space="preserve"> got</w:t>
      </w:r>
      <w:r>
        <w:t xml:space="preserve"> everything</w:t>
      </w:r>
      <w:r>
        <w:t xml:space="preserve"> you</w:t>
      </w:r>
      <w:r>
        <w:t xml:space="preserve"> need?</w:t>
        <w:br/>
        <w:t>你赶时间吗?</w:t>
        <w:br/>
        <w:t>Are</w:t>
      </w:r>
      <w:r>
        <w:t xml:space="preserve"> you</w:t>
      </w:r>
      <w:r>
        <w:t xml:space="preserve"> in</w:t>
      </w:r>
      <w:r>
        <w:t xml:space="preserve"> a</w:t>
      </w:r>
      <w:r>
        <w:t xml:space="preserve"> hurry?</w:t>
        <w:br/>
        <w:t>你们不赶时间?</w:t>
      </w:r>
      <w:r>
        <w:t xml:space="preserve"> 市局那么多事儿</w:t>
        <w:br/>
        <w:t>Oh,</w:t>
      </w:r>
      <w:r>
        <w:t xml:space="preserve"> you're</w:t>
      </w:r>
      <w:r>
        <w:t xml:space="preserve"> not</w:t>
      </w:r>
      <w:r>
        <w:t xml:space="preserve"> in</w:t>
      </w:r>
      <w:r>
        <w:t xml:space="preserve"> a</w:t>
      </w:r>
      <w:r>
        <w:t xml:space="preserve"> hurry?</w:t>
      </w:r>
      <w:r>
        <w:t xml:space="preserve"> Down</w:t>
      </w:r>
      <w:r>
        <w:t xml:space="preserve"> in</w:t>
      </w:r>
      <w:r>
        <w:t xml:space="preserve"> the</w:t>
      </w:r>
      <w:r>
        <w:t xml:space="preserve"> big</w:t>
      </w:r>
      <w:r>
        <w:t xml:space="preserve"> city?</w:t>
        <w:br/>
        <w:t>这样吧</w:t>
      </w:r>
      <w:r>
        <w:t xml:space="preserve"> 我....我去外面等</w:t>
        <w:br/>
        <w:t>You</w:t>
      </w:r>
      <w:r>
        <w:t xml:space="preserve"> know</w:t>
      </w:r>
      <w:r>
        <w:t xml:space="preserve"> what?</w:t>
      </w:r>
      <w:r>
        <w:t xml:space="preserve"> I'll</w:t>
      </w:r>
      <w:r>
        <w:t xml:space="preserve"> just...</w:t>
      </w:r>
      <w:r>
        <w:t xml:space="preserve"> I'll</w:t>
      </w:r>
      <w:r>
        <w:t xml:space="preserve"> wait</w:t>
      </w:r>
      <w:r>
        <w:t xml:space="preserve"> outside.</w:t>
        <w:br/>
        <w:t>你怎么想的</w:t>
        <w:br/>
        <w:t>What</w:t>
      </w:r>
      <w:r>
        <w:t xml:space="preserve"> are</w:t>
      </w:r>
      <w:r>
        <w:t xml:space="preserve"> you</w:t>
      </w:r>
      <w:r>
        <w:t xml:space="preserve"> thinking?</w:t>
      </w:r>
      <w:r>
        <w:t xml:space="preserve"> </w:t>
        <w:br/>
        <w:t>我们要找什么?</w:t>
        <w:br/>
        <w:t>What</w:t>
      </w:r>
      <w:r>
        <w:t xml:space="preserve"> are</w:t>
      </w:r>
      <w:r>
        <w:t xml:space="preserve"> we</w:t>
      </w:r>
      <w:r>
        <w:t xml:space="preserve"> looking</w:t>
      </w:r>
      <w:r>
        <w:t xml:space="preserve"> for?</w:t>
        <w:br/>
        <w:t>鉴证科查过这里了</w:t>
      </w:r>
      <w:r>
        <w:t xml:space="preserve"> 对吗?</w:t>
        <w:br/>
        <w:t>Forensics</w:t>
      </w:r>
      <w:r>
        <w:t xml:space="preserve"> went</w:t>
      </w:r>
      <w:r>
        <w:t xml:space="preserve"> over</w:t>
      </w:r>
      <w:r>
        <w:t xml:space="preserve"> this</w:t>
      </w:r>
      <w:r>
        <w:t xml:space="preserve"> place,</w:t>
      </w:r>
      <w:r>
        <w:t xml:space="preserve"> right?</w:t>
      </w:r>
      <w:r>
        <w:t xml:space="preserve"> </w:t>
        <w:br/>
        <w:t>没有打斗痕迹</w:t>
        <w:br/>
        <w:t>No</w:t>
      </w:r>
      <w:r>
        <w:t xml:space="preserve"> sign</w:t>
      </w:r>
      <w:r>
        <w:t xml:space="preserve"> of</w:t>
      </w:r>
      <w:r>
        <w:t xml:space="preserve"> a</w:t>
      </w:r>
      <w:r>
        <w:t xml:space="preserve"> struggle.</w:t>
        <w:br/>
        <w:t>你认为是有人花钱让他们消失?</w:t>
        <w:br/>
        <w:t>You</w:t>
      </w:r>
      <w:r>
        <w:t xml:space="preserve"> think</w:t>
      </w:r>
      <w:r>
        <w:t xml:space="preserve"> they</w:t>
      </w:r>
      <w:r>
        <w:t xml:space="preserve"> were</w:t>
      </w:r>
      <w:r>
        <w:t xml:space="preserve"> paid</w:t>
      </w:r>
      <w:r>
        <w:t xml:space="preserve"> to</w:t>
      </w:r>
      <w:r>
        <w:t xml:space="preserve"> disappear?</w:t>
        <w:br/>
        <w:t>新名字</w:t>
      </w:r>
      <w:r>
        <w:t xml:space="preserve"> 新证件</w:t>
      </w:r>
      <w:r>
        <w:t xml:space="preserve"> 消失在智利的巴塔哥尼亚</w:t>
        <w:br/>
        <w:t>New</w:t>
      </w:r>
      <w:r>
        <w:t xml:space="preserve"> names,</w:t>
      </w:r>
      <w:r>
        <w:t xml:space="preserve"> new</w:t>
      </w:r>
      <w:r>
        <w:t xml:space="preserve"> I.D.s,</w:t>
      </w:r>
      <w:r>
        <w:t xml:space="preserve"> disappeared</w:t>
      </w:r>
      <w:r>
        <w:t xml:space="preserve"> into</w:t>
      </w:r>
      <w:r>
        <w:t xml:space="preserve"> Chilean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Patagonia.</w:t>
        <w:br/>
        <w:t>好吧</w:t>
      </w:r>
      <w:r>
        <w:t xml:space="preserve"> 咱们假设他们有选择</w:t>
      </w:r>
      <w:r>
        <w:t xml:space="preserve"> 对吗?</w:t>
        <w:br/>
        <w:t>Okay,</w:t>
      </w:r>
      <w:r>
        <w:t xml:space="preserve"> let's</w:t>
      </w:r>
      <w:r>
        <w:t xml:space="preserve"> say</w:t>
      </w:r>
      <w:r>
        <w:t xml:space="preserve"> they</w:t>
      </w:r>
      <w:r>
        <w:t xml:space="preserve"> had</w:t>
      </w:r>
      <w:r>
        <w:t xml:space="preserve"> a</w:t>
      </w:r>
      <w:r>
        <w:t xml:space="preserve"> choice.</w:t>
      </w:r>
      <w:r>
        <w:t xml:space="preserve"> Right?</w:t>
        <w:br/>
        <w:t>他们应该会带上一些东西</w:t>
        <w:br/>
        <w:t>They</w:t>
      </w:r>
      <w:r>
        <w:t xml:space="preserve"> would</w:t>
      </w:r>
      <w:r>
        <w:t xml:space="preserve"> probably</w:t>
      </w:r>
      <w:r>
        <w:t xml:space="preserve"> take</w:t>
      </w:r>
      <w:r>
        <w:t xml:space="preserve"> some</w:t>
      </w:r>
      <w:r>
        <w:t xml:space="preserve"> stuff</w:t>
      </w:r>
      <w:r>
        <w:t xml:space="preserve"> with</w:t>
      </w:r>
      <w:r>
        <w:t xml:space="preserve"> them.</w:t>
      </w:r>
      <w:r>
        <w:t xml:space="preserve"> </w:t>
        <w:br/>
        <w:t>什么东西呢</w:t>
        <w:br/>
        <w:t>What</w:t>
      </w:r>
      <w:r>
        <w:t xml:space="preserve"> kind</w:t>
      </w:r>
      <w:r>
        <w:t xml:space="preserve"> of</w:t>
      </w:r>
      <w:r>
        <w:t xml:space="preserve"> stuff?</w:t>
        <w:br/>
        <w:t>比如有纪念意义的</w:t>
      </w:r>
      <w:r>
        <w:t xml:space="preserve"> 对他们很重要</w:t>
        <w:br/>
        <w:t>Like</w:t>
      </w:r>
      <w:r>
        <w:t xml:space="preserve"> sentimental</w:t>
      </w:r>
      <w:r>
        <w:t xml:space="preserve"> things,</w:t>
      </w:r>
      <w:r>
        <w:t xml:space="preserve"> things</w:t>
      </w:r>
      <w:r>
        <w:t xml:space="preserve"> that</w:t>
      </w:r>
      <w:r>
        <w:t xml:space="preserve"> matter</w:t>
      </w:r>
      <w:r>
        <w:t xml:space="preserve"> to</w:t>
      </w:r>
      <w:r>
        <w:t xml:space="preserve"> them</w:t>
      </w:r>
      <w:r>
        <w:t xml:space="preserve"> </w:t>
        <w:br/>
        <w:t>或许认为我们永远不会发现的东西</w:t>
        <w:br/>
        <w:t>that</w:t>
      </w:r>
      <w:r>
        <w:t xml:space="preserve"> maybe</w:t>
      </w:r>
      <w:r>
        <w:t xml:space="preserve"> they</w:t>
      </w:r>
      <w:r>
        <w:t xml:space="preserve"> thought</w:t>
      </w:r>
      <w:r>
        <w:t xml:space="preserve"> we</w:t>
      </w:r>
      <w:r>
        <w:t xml:space="preserve"> would</w:t>
      </w:r>
      <w:r>
        <w:t xml:space="preserve"> never</w:t>
      </w:r>
      <w:r>
        <w:t xml:space="preserve"> notice.</w:t>
        <w:br/>
        <w:t>小物件</w:t>
        <w:br/>
        <w:t>Small</w:t>
      </w:r>
      <w:r>
        <w:t xml:space="preserve"> stuff.</w:t>
      </w:r>
      <w:r>
        <w:t xml:space="preserve"> </w:t>
        <w:br/>
        <w:t>找找看也无妨的</w:t>
        <w:br/>
        <w:t>It</w:t>
      </w:r>
      <w:r>
        <w:t xml:space="preserve"> wouldn't</w:t>
      </w:r>
      <w:r>
        <w:t xml:space="preserve"> hurt</w:t>
      </w:r>
      <w:r>
        <w:t xml:space="preserve"> to</w:t>
      </w:r>
      <w:r>
        <w:t xml:space="preserve"> look,</w:t>
      </w:r>
      <w:r>
        <w:t xml:space="preserve"> you</w:t>
      </w:r>
      <w:r>
        <w:t xml:space="preserve"> know,</w:t>
        <w:br/>
        <w:t>求证一下</w:t>
      </w:r>
      <w:r>
        <w:t xml:space="preserve"> 他们是不是被强迫离开的</w:t>
        <w:br/>
        <w:t>kind</w:t>
      </w:r>
      <w:r>
        <w:t xml:space="preserve"> of</w:t>
      </w:r>
      <w:r>
        <w:t xml:space="preserve"> see</w:t>
      </w:r>
      <w:r>
        <w:t xml:space="preserve"> if</w:t>
      </w:r>
      <w:r>
        <w:t xml:space="preserve"> they</w:t>
      </w:r>
      <w:r>
        <w:t xml:space="preserve"> were</w:t>
      </w:r>
      <w:r>
        <w:t xml:space="preserve"> forced</w:t>
      </w:r>
      <w:r>
        <w:t xml:space="preserve"> to</w:t>
      </w:r>
      <w:r>
        <w:t xml:space="preserve"> leave</w:t>
      </w:r>
      <w:r>
        <w:t xml:space="preserve"> or</w:t>
      </w:r>
      <w:r>
        <w:t xml:space="preserve"> not.</w:t>
        <w:br/>
        <w:t>好</w:t>
      </w:r>
      <w:r>
        <w:t xml:space="preserve"> 我从楼上开始</w:t>
      </w:r>
      <w:r>
        <w:t xml:space="preserve"> 这是个好主意</w:t>
        <w:br/>
        <w:t>All</w:t>
      </w:r>
      <w:r>
        <w:t xml:space="preserve"> right.</w:t>
      </w:r>
      <w:r>
        <w:t xml:space="preserve"> I'll</w:t>
      </w:r>
      <w:r>
        <w:t xml:space="preserve"> start</w:t>
      </w:r>
      <w:r>
        <w:t xml:space="preserve"> upstairs.</w:t>
      </w:r>
      <w:r>
        <w:t xml:space="preserve"> It's</w:t>
      </w:r>
      <w:r>
        <w:t xml:space="preserve"> a</w:t>
      </w:r>
      <w:r>
        <w:t xml:space="preserve"> good</w:t>
      </w:r>
      <w:r>
        <w:t xml:space="preserve"> idea.</w:t>
        <w:br/>
        <w:t>Evan穿着红色帽衫和睡裤</w:t>
        <w:br/>
        <w:t>Evan</w:t>
      </w:r>
      <w:r>
        <w:t xml:space="preserve"> was</w:t>
      </w:r>
      <w:r>
        <w:t xml:space="preserve"> wearing</w:t>
      </w:r>
      <w:r>
        <w:t xml:space="preserve"> a</w:t>
      </w:r>
      <w:r>
        <w:t xml:space="preserve"> red</w:t>
      </w:r>
      <w:r>
        <w:t xml:space="preserve"> hoodie</w:t>
      </w:r>
      <w:r>
        <w:t xml:space="preserve"> and</w:t>
      </w:r>
      <w:r>
        <w:t xml:space="preserve"> pajama</w:t>
      </w:r>
      <w:r>
        <w:t xml:space="preserve"> pants.</w:t>
        <w:br/>
        <w:t>他在院子里看着他最喜欢的一本奇幻书</w:t>
        <w:br/>
        <w:t>He</w:t>
      </w:r>
      <w:r>
        <w:t xml:space="preserve"> was</w:t>
      </w:r>
      <w:r>
        <w:t xml:space="preserve"> reading</w:t>
      </w:r>
      <w:r>
        <w:t xml:space="preserve"> one</w:t>
      </w:r>
      <w:r>
        <w:t xml:space="preserve"> of</w:t>
      </w:r>
      <w:r>
        <w:t xml:space="preserve"> his</w:t>
      </w:r>
      <w:r>
        <w:t xml:space="preserve"> fantasy</w:t>
      </w:r>
      <w:r>
        <w:t xml:space="preserve"> books</w:t>
      </w:r>
      <w:r>
        <w:t xml:space="preserve"> outside</w:t>
      </w:r>
      <w:r>
        <w:t xml:space="preserve"> in</w:t>
      </w:r>
      <w:r>
        <w:t xml:space="preserve"> the</w:t>
      </w:r>
      <w:r>
        <w:t xml:space="preserve"> yard.</w:t>
        <w:br/>
        <w:t>他很安静</w:t>
      </w:r>
      <w:r>
        <w:t xml:space="preserve"> 没有多少朋友</w:t>
        <w:br/>
        <w:t>He's</w:t>
      </w:r>
      <w:r>
        <w:t xml:space="preserve"> quiet.</w:t>
      </w:r>
      <w:r>
        <w:t xml:space="preserve"> He</w:t>
      </w:r>
      <w:r>
        <w:t xml:space="preserve"> doesn't</w:t>
      </w:r>
      <w:r>
        <w:t xml:space="preserve"> have</w:t>
      </w:r>
      <w:r>
        <w:t xml:space="preserve"> a</w:t>
      </w:r>
      <w:r>
        <w:t xml:space="preserve"> lot</w:t>
      </w:r>
      <w:r>
        <w:t xml:space="preserve"> of</w:t>
      </w:r>
      <w:r>
        <w:t xml:space="preserve"> friends.</w:t>
        <w:br/>
        <w:t>Evan的父亲在哪儿</w:t>
        <w:br/>
        <w:t>Where's</w:t>
      </w:r>
      <w:r>
        <w:t xml:space="preserve"> Evan's</w:t>
      </w:r>
      <w:r>
        <w:t xml:space="preserve"> father?</w:t>
      </w:r>
      <w:r>
        <w:t xml:space="preserve"> </w:t>
        <w:br/>
        <w:t>我打过电&amp;hearts;话&amp;hearts;</w:t>
      </w:r>
      <w:r>
        <w:t xml:space="preserve"> 还没有回音</w:t>
        <w:br/>
        <w:t>I</w:t>
      </w:r>
      <w:r>
        <w:t xml:space="preserve"> called.</w:t>
      </w:r>
      <w:r>
        <w:t xml:space="preserve"> I</w:t>
      </w:r>
      <w:r>
        <w:t xml:space="preserve"> haven't</w:t>
      </w:r>
      <w:r>
        <w:t xml:space="preserve"> heard</w:t>
      </w:r>
      <w:r>
        <w:t xml:space="preserve"> back.</w:t>
        <w:br/>
        <w:t>我们正在打离婚</w:t>
        <w:br/>
        <w:t>We're</w:t>
      </w:r>
      <w:r>
        <w:t xml:space="preserve"> in</w:t>
      </w:r>
      <w:r>
        <w:t xml:space="preserve"> the</w:t>
      </w:r>
      <w:r>
        <w:t xml:space="preserve"> middle</w:t>
      </w:r>
      <w:r>
        <w:t xml:space="preserve"> of</w:t>
      </w:r>
      <w:r>
        <w:t xml:space="preserve"> a</w:t>
      </w:r>
      <w:r>
        <w:t xml:space="preserve"> divorce.</w:t>
        <w:br/>
        <w:t>为什么还没有发出安柏警报?</w:t>
        <w:br/>
        <w:t>Why</w:t>
      </w:r>
      <w:r>
        <w:t xml:space="preserve"> isn't</w:t>
      </w:r>
      <w:r>
        <w:t xml:space="preserve"> there</w:t>
      </w:r>
      <w:r>
        <w:t xml:space="preserve"> an</w:t>
      </w:r>
      <w:r>
        <w:t xml:space="preserve"> AMBER</w:t>
      </w:r>
      <w:r>
        <w:t xml:space="preserve"> Alert</w:t>
      </w:r>
      <w:r>
        <w:t xml:space="preserve"> yet?</w:t>
        <w:br/>
        <w:t>我跟你保证...我们在办了</w:t>
        <w:br/>
        <w:t>I</w:t>
      </w:r>
      <w:r>
        <w:t xml:space="preserve"> promise</w:t>
      </w:r>
      <w:r>
        <w:t xml:space="preserve"> you...</w:t>
      </w:r>
      <w:r>
        <w:t xml:space="preserve"> we're</w:t>
      </w:r>
      <w:r>
        <w:t xml:space="preserve"> working</w:t>
      </w:r>
      <w:r>
        <w:t xml:space="preserve"> on</w:t>
      </w:r>
      <w:r>
        <w:t xml:space="preserve"> that.</w:t>
      </w:r>
      <w:r>
        <w:t xml:space="preserve"> </w:t>
        <w:br/>
        <w:t>好吧</w:t>
        <w:br/>
        <w:t>Okay.</w:t>
        <w:br/>
        <w:t>但不管是谁带走了Evan</w:t>
      </w:r>
      <w:r>
        <w:t xml:space="preserve"> 现在都可能在过境了</w:t>
        <w:br/>
        <w:t>But</w:t>
      </w:r>
      <w:r>
        <w:t xml:space="preserve"> whoever</w:t>
      </w:r>
      <w:r>
        <w:t xml:space="preserve"> took</w:t>
      </w:r>
      <w:r>
        <w:t xml:space="preserve"> Evan</w:t>
      </w:r>
      <w:r>
        <w:t xml:space="preserve"> could</w:t>
      </w:r>
      <w:r>
        <w:t xml:space="preserve"> be</w:t>
      </w:r>
      <w:r>
        <w:t xml:space="preserve"> crossing</w:t>
      </w:r>
      <w:r>
        <w:t xml:space="preserve"> the</w:t>
      </w:r>
      <w:r>
        <w:t xml:space="preserve"> border</w:t>
      </w:r>
      <w:r>
        <w:t xml:space="preserve"> right</w:t>
      </w:r>
      <w:r>
        <w:t xml:space="preserve"> now.</w:t>
        <w:br/>
        <w:t>安柏警报对我们没有帮助</w:t>
        <w:br/>
        <w:t>And</w:t>
      </w:r>
      <w:r>
        <w:t xml:space="preserve"> an</w:t>
      </w:r>
      <w:r>
        <w:t xml:space="preserve"> AMBER</w:t>
      </w:r>
      <w:r>
        <w:t xml:space="preserve"> Alert</w:t>
      </w:r>
      <w:r>
        <w:t xml:space="preserve"> is</w:t>
      </w:r>
      <w:r>
        <w:t xml:space="preserve"> not</w:t>
      </w:r>
      <w:r>
        <w:t xml:space="preserve"> gonna</w:t>
      </w:r>
      <w:r>
        <w:t xml:space="preserve"> help</w:t>
      </w:r>
      <w:r>
        <w:t xml:space="preserve"> us.</w:t>
        <w:br/>
        <w:t>Malone太太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 xml:space="preserve"> 我们不知道要拦住什么型号&amp;hearts;款式的车</w:t>
        <w:br/>
        <w:t>Mrs.</w:t>
      </w:r>
      <w:r>
        <w:t xml:space="preserve"> Malone,</w:t>
      </w:r>
      <w:r>
        <w:t xml:space="preserve"> we</w:t>
      </w:r>
      <w:r>
        <w:t xml:space="preserve"> wouldn't</w:t>
      </w:r>
      <w:r>
        <w:t xml:space="preserve"> know</w:t>
      </w:r>
      <w:r>
        <w:t xml:space="preserve"> what</w:t>
      </w:r>
      <w:r>
        <w:t xml:space="preserve"> model</w:t>
      </w:r>
      <w:r>
        <w:t xml:space="preserve"> or</w:t>
      </w:r>
      <w:r>
        <w:t xml:space="preserve"> make</w:t>
      </w:r>
      <w:r>
        <w:t xml:space="preserve"> of</w:t>
      </w:r>
      <w:r>
        <w:t xml:space="preserve"> car</w:t>
      </w:r>
      <w:r>
        <w:t xml:space="preserve"> to</w:t>
      </w:r>
      <w:r>
        <w:t xml:space="preserve"> stop.</w:t>
        <w:br/>
        <w:t>在发警报之前</w:t>
      </w:r>
      <w:r>
        <w:t xml:space="preserve"> 我们需要知道要找什么</w:t>
        <w:br/>
        <w:t>Before</w:t>
      </w:r>
      <w:r>
        <w:t xml:space="preserve"> we</w:t>
      </w:r>
      <w:r>
        <w:t xml:space="preserve"> proceed,</w:t>
      </w:r>
      <w:r>
        <w:t xml:space="preserve"> we</w:t>
      </w:r>
      <w:r>
        <w:t xml:space="preserve"> need</w:t>
      </w:r>
      <w:r>
        <w:t xml:space="preserve"> to</w:t>
      </w:r>
      <w:r>
        <w:t xml:space="preserve"> know</w:t>
      </w:r>
      <w:r>
        <w:t xml:space="preserve"> what</w:t>
      </w:r>
      <w:r>
        <w:t xml:space="preserve"> we're</w:t>
      </w:r>
      <w:r>
        <w:t xml:space="preserve"> looking</w:t>
      </w:r>
      <w:r>
        <w:t xml:space="preserve"> for.</w:t>
        <w:br/>
        <w:t>所以这就是你们在做的</w:t>
        <w:br/>
        <w:t>S-so</w:t>
      </w:r>
      <w:r>
        <w:t xml:space="preserve"> that's</w:t>
      </w:r>
      <w:r>
        <w:t xml:space="preserve"> what</w:t>
      </w:r>
      <w:r>
        <w:t xml:space="preserve"> you're</w:t>
      </w:r>
      <w:r>
        <w:t xml:space="preserve"> doing.</w:t>
      </w:r>
      <w:r>
        <w:t xml:space="preserve"> </w:t>
        <w:br/>
        <w:t>我们就是在这么做</w:t>
      </w:r>
      <w:r>
        <w:t xml:space="preserve"> 好吗?</w:t>
        <w:br/>
        <w:t>That's</w:t>
      </w:r>
      <w:r>
        <w:t xml:space="preserve"> exactly</w:t>
      </w:r>
      <w:r>
        <w:t xml:space="preserve"> what</w:t>
      </w:r>
      <w:r>
        <w:t xml:space="preserve"> we're</w:t>
      </w:r>
      <w:r>
        <w:t xml:space="preserve"> doing.</w:t>
      </w:r>
      <w:r>
        <w:t xml:space="preserve"> Okay?</w:t>
        <w:br/>
        <w:t>这里每个人都在找你儿子</w:t>
        <w:br/>
        <w:t>Everyone</w:t>
      </w:r>
      <w:r>
        <w:t xml:space="preserve"> here</w:t>
      </w:r>
      <w:r>
        <w:t xml:space="preserve"> is</w:t>
      </w:r>
      <w:r>
        <w:t xml:space="preserve"> looking</w:t>
      </w:r>
      <w:r>
        <w:t xml:space="preserve"> for</w:t>
      </w:r>
      <w:r>
        <w:t xml:space="preserve"> your</w:t>
      </w:r>
      <w:r>
        <w:t xml:space="preserve"> son.</w:t>
        <w:br/>
        <w:t>好吧</w:t>
        <w:br/>
        <w:t>Okay.</w:t>
      </w:r>
      <w:r>
        <w:t xml:space="preserve"> </w:t>
        <w:br/>
        <w:t>好</w:t>
        <w:br/>
        <w:t>Okay.</w:t>
        <w:br/>
        <w:t>警长</w:t>
        <w:br/>
        <w:t>Staff.</w:t>
        <w:br/>
        <w:t>失陪一下</w:t>
        <w:br/>
        <w:t>You'll</w:t>
      </w:r>
      <w:r>
        <w:t xml:space="preserve"> have</w:t>
      </w:r>
      <w:r>
        <w:t xml:space="preserve"> to</w:t>
      </w:r>
      <w:r>
        <w:t xml:space="preserve"> excuse</w:t>
      </w:r>
      <w:r>
        <w:t xml:space="preserve"> me.</w:t>
        <w:br/>
        <w:t>什么事?</w:t>
        <w:br/>
        <w:t>Yeah?</w:t>
        <w:br/>
        <w:t>好</w:t>
      </w:r>
      <w:r>
        <w:t xml:space="preserve"> Nick找一名叫Gary</w:t>
      </w:r>
      <w:r>
        <w:t xml:space="preserve"> Fulham的邻居谈过</w:t>
        <w:br/>
        <w:t>Okay,</w:t>
      </w:r>
      <w:r>
        <w:t xml:space="preserve"> so,</w:t>
      </w:r>
      <w:r>
        <w:t xml:space="preserve"> Nick</w:t>
      </w:r>
      <w:r>
        <w:t xml:space="preserve"> spoke</w:t>
      </w:r>
      <w:r>
        <w:t xml:space="preserve"> to</w:t>
      </w:r>
      <w:r>
        <w:t xml:space="preserve"> a</w:t>
      </w:r>
      <w:r>
        <w:t xml:space="preserve"> neighbor</w:t>
      </w:r>
      <w:r>
        <w:t xml:space="preserve"> named</w:t>
      </w:r>
      <w:r>
        <w:t xml:space="preserve"> Gary</w:t>
      </w:r>
      <w:r>
        <w:t xml:space="preserve"> Fulham.</w:t>
        <w:br/>
        <w:t>他在做园艺</w:t>
        <w:br/>
        <w:t>He</w:t>
      </w:r>
      <w:r>
        <w:t xml:space="preserve"> was</w:t>
      </w:r>
      <w:r>
        <w:t xml:space="preserve"> gardening.</w:t>
        <w:br/>
        <w:t>看到小男孩跟那个人讲话...</w:t>
      </w:r>
      <w:r>
        <w:t xml:space="preserve"> Rhys</w:t>
      </w:r>
      <w:r>
        <w:t xml:space="preserve"> Gray</w:t>
        <w:br/>
        <w:t>He</w:t>
      </w:r>
      <w:r>
        <w:t xml:space="preserve"> saw</w:t>
      </w:r>
      <w:r>
        <w:t xml:space="preserve"> the</w:t>
      </w:r>
      <w:r>
        <w:t xml:space="preserve"> boy</w:t>
      </w:r>
      <w:r>
        <w:t xml:space="preserve"> talking</w:t>
      </w:r>
      <w:r>
        <w:t xml:space="preserve"> to</w:t>
      </w:r>
      <w:r>
        <w:t xml:space="preserve"> that</w:t>
      </w:r>
      <w:r>
        <w:t xml:space="preserve"> guy...</w:t>
      </w:r>
      <w:r>
        <w:t xml:space="preserve"> Rhys</w:t>
      </w:r>
      <w:r>
        <w:t xml:space="preserve"> Gray.</w:t>
        <w:br/>
        <w:t>之后他去得来速早餐店买&amp;hearts;&amp;hearts;三文治</w:t>
        <w:br/>
        <w:t>He</w:t>
      </w:r>
      <w:r>
        <w:t xml:space="preserve"> then</w:t>
      </w:r>
      <w:r>
        <w:t xml:space="preserve"> went</w:t>
      </w:r>
      <w:r>
        <w:t xml:space="preserve"> for</w:t>
      </w:r>
      <w:r>
        <w:t xml:space="preserve"> a</w:t>
      </w:r>
      <w:r>
        <w:t xml:space="preserve"> drive-through</w:t>
      </w:r>
      <w:r>
        <w:t xml:space="preserve"> breakfast</w:t>
      </w:r>
      <w:r>
        <w:t xml:space="preserve"> sandwich.</w:t>
      </w:r>
      <w:r>
        <w:t xml:space="preserve"> </w:t>
        <w:br/>
        <w:t>等他回来时</w:t>
      </w:r>
      <w:r>
        <w:t xml:space="preserve"> 他俩都不见了</w:t>
        <w:br/>
        <w:t>When</w:t>
      </w:r>
      <w:r>
        <w:t xml:space="preserve"> he</w:t>
      </w:r>
      <w:r>
        <w:t xml:space="preserve"> came</w:t>
      </w:r>
      <w:r>
        <w:t xml:space="preserve"> back,</w:t>
      </w:r>
      <w:r>
        <w:t xml:space="preserve"> they</w:t>
      </w:r>
      <w:r>
        <w:t xml:space="preserve"> were</w:t>
      </w:r>
      <w:r>
        <w:t xml:space="preserve"> both</w:t>
      </w:r>
      <w:r>
        <w:t xml:space="preserve"> gone.</w:t>
        <w:br/>
        <w:t>好</w:t>
      </w:r>
      <w:r>
        <w:t xml:space="preserve"> 查一下这几个人</w:t>
        <w:br/>
        <w:t>Okay,</w:t>
      </w:r>
      <w:r>
        <w:t xml:space="preserve"> run</w:t>
      </w:r>
      <w:r>
        <w:t xml:space="preserve"> those</w:t>
      </w:r>
      <w:r>
        <w:t xml:space="preserve"> names.</w:t>
      </w:r>
      <w:r>
        <w:t xml:space="preserve"> </w:t>
        <w:br/>
        <w:t>已经在查了</w:t>
        <w:br/>
        <w:t>Already</w:t>
      </w:r>
      <w:r>
        <w:t xml:space="preserve"> on</w:t>
      </w:r>
      <w:r>
        <w:t xml:space="preserve"> it.</w:t>
        <w:br/>
        <w:t>Chloe在查所有来过这里的人</w:t>
        <w:br/>
        <w:t>Chloe's</w:t>
      </w:r>
      <w:r>
        <w:t xml:space="preserve"> checking</w:t>
      </w:r>
      <w:r>
        <w:t xml:space="preserve"> the</w:t>
      </w:r>
      <w:r>
        <w:t xml:space="preserve"> names</w:t>
      </w:r>
      <w:r>
        <w:t xml:space="preserve"> of</w:t>
      </w:r>
      <w:r>
        <w:t xml:space="preserve"> everyone</w:t>
      </w:r>
      <w:r>
        <w:t xml:space="preserve"> who</w:t>
      </w:r>
      <w:r>
        <w:t xml:space="preserve"> walks</w:t>
      </w:r>
      <w:r>
        <w:t xml:space="preserve"> in</w:t>
      </w:r>
      <w:r>
        <w:t xml:space="preserve"> here.</w:t>
      </w:r>
      <w:r>
        <w:t xml:space="preserve"> </w:t>
        <w:br/>
        <w:t>好</w:t>
      </w:r>
      <w:r>
        <w:t xml:space="preserve"> 谢谢</w:t>
        <w:br/>
        <w:t>Okay.</w:t>
      </w:r>
      <w:r>
        <w:t xml:space="preserve"> Thanks.</w:t>
        <w:br/>
        <w:t>你住在威斯特兰德巷多久了</w:t>
        <w:br/>
        <w:t>How</w:t>
      </w:r>
      <w:r>
        <w:t xml:space="preserve"> long</w:t>
      </w:r>
      <w:r>
        <w:t xml:space="preserve"> have</w:t>
      </w:r>
      <w:r>
        <w:t xml:space="preserve"> you</w:t>
      </w:r>
      <w:r>
        <w:t xml:space="preserve"> lived</w:t>
      </w:r>
      <w:r>
        <w:t xml:space="preserve"> on</w:t>
      </w:r>
      <w:r>
        <w:t xml:space="preserve"> Westerland</w:t>
      </w:r>
      <w:r>
        <w:t xml:space="preserve"> Court?</w:t>
      </w:r>
      <w:r>
        <w:t xml:space="preserve"> </w:t>
        <w:br/>
        <w:t>到这个冬天14年</w:t>
        <w:br/>
        <w:t>14</w:t>
      </w:r>
      <w:r>
        <w:t xml:space="preserve"> years</w:t>
      </w:r>
      <w:r>
        <w:t xml:space="preserve"> this</w:t>
      </w:r>
      <w:r>
        <w:t xml:space="preserve"> coming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t xml:space="preserve"> winter.</w:t>
        <w:br/>
        <w:t>今早你有见过这孩子吗?</w:t>
        <w:br/>
        <w:t>So,</w:t>
      </w:r>
      <w:r>
        <w:t xml:space="preserve"> did</w:t>
      </w:r>
      <w:r>
        <w:t xml:space="preserve"> you</w:t>
      </w:r>
      <w:r>
        <w:t xml:space="preserve"> see</w:t>
      </w:r>
      <w:r>
        <w:t xml:space="preserve"> the</w:t>
      </w:r>
      <w:r>
        <w:t xml:space="preserve"> boy</w:t>
      </w:r>
      <w:r>
        <w:t xml:space="preserve"> this</w:t>
      </w:r>
      <w:r>
        <w:t xml:space="preserve"> morning?</w:t>
        <w:br/>
        <w:t>有</w:t>
      </w:r>
      <w:r>
        <w:t xml:space="preserve"> Evan从隔壁过来看我</w:t>
        <w:br/>
        <w:t>Yeah.</w:t>
      </w:r>
      <w:r>
        <w:t xml:space="preserve"> Evan</w:t>
      </w:r>
      <w:r>
        <w:t xml:space="preserve"> came</w:t>
      </w:r>
      <w:r>
        <w:t xml:space="preserve"> over</w:t>
      </w:r>
      <w:r>
        <w:t xml:space="preserve"> to</w:t>
      </w:r>
      <w:r>
        <w:t xml:space="preserve"> watch</w:t>
      </w:r>
      <w:r>
        <w:t xml:space="preserve"> me</w:t>
      </w:r>
      <w:r>
        <w:t xml:space="preserve"> from</w:t>
      </w:r>
      <w:r>
        <w:t xml:space="preserve"> next</w:t>
      </w:r>
      <w:r>
        <w:t xml:space="preserve"> door.</w:t>
        <w:br/>
        <w:t>我捡回来一块超棒的复古床头板</w:t>
        <w:br/>
        <w:t>I'd</w:t>
      </w:r>
      <w:r>
        <w:t xml:space="preserve"> just</w:t>
      </w:r>
      <w:r>
        <w:t xml:space="preserve"> rescued</w:t>
      </w:r>
      <w:r>
        <w:t xml:space="preserve"> this</w:t>
      </w:r>
      <w:r>
        <w:t xml:space="preserve"> amazing</w:t>
      </w:r>
      <w:r>
        <w:t xml:space="preserve"> shabby-chic</w:t>
      </w:r>
      <w:r>
        <w:t xml:space="preserve"> headboard,</w:t>
      </w:r>
      <w:r>
        <w:t xml:space="preserve"> </w:t>
        <w:br/>
        <w:t>在重新刷漆</w:t>
        <w:br/>
        <w:t>and</w:t>
      </w:r>
      <w:r>
        <w:t xml:space="preserve"> I</w:t>
      </w:r>
      <w:r>
        <w:t xml:space="preserve"> was</w:t>
      </w:r>
      <w:r>
        <w:t xml:space="preserve"> repainting</w:t>
      </w:r>
      <w:r>
        <w:t xml:space="preserve"> it.</w:t>
        <w:br/>
        <w:t>高光橙?</w:t>
        <w:br/>
        <w:t>High-gloss</w:t>
      </w:r>
      <w:r>
        <w:t xml:space="preserve"> orange?</w:t>
        <w:br/>
        <w:t>用高光橙最保险</w:t>
        <w:br/>
        <w:t>You</w:t>
      </w:r>
      <w:r>
        <w:t xml:space="preserve"> can</w:t>
      </w:r>
      <w:r>
        <w:t xml:space="preserve"> never</w:t>
      </w:r>
      <w:r>
        <w:t xml:space="preserve"> go</w:t>
      </w:r>
      <w:r>
        <w:t xml:space="preserve"> wrong</w:t>
      </w:r>
      <w:r>
        <w:t xml:space="preserve"> with</w:t>
      </w:r>
      <w:r>
        <w:t xml:space="preserve"> high-gloss</w:t>
      </w:r>
      <w:r>
        <w:t xml:space="preserve"> orange.</w:t>
        <w:br/>
        <w:t>你是几点跟Evan讲话的?</w:t>
        <w:br/>
        <w:t>What</w:t>
      </w:r>
      <w:r>
        <w:t xml:space="preserve"> time</w:t>
      </w:r>
      <w:r>
        <w:t xml:space="preserve"> did</w:t>
      </w:r>
      <w:r>
        <w:t xml:space="preserve"> you</w:t>
      </w:r>
      <w:r>
        <w:t xml:space="preserve"> talk</w:t>
      </w:r>
      <w:r>
        <w:t xml:space="preserve"> to</w:t>
      </w:r>
      <w:r>
        <w:t xml:space="preserve"> Evan?</w:t>
        <w:br/>
        <w:t>大概早上8点</w:t>
        <w:br/>
        <w:t>Around,</w:t>
      </w:r>
      <w:r>
        <w:t xml:space="preserve"> uh,</w:t>
      </w:r>
      <w:r>
        <w:t xml:space="preserve"> 8:00</w:t>
      </w:r>
      <w:r>
        <w:t xml:space="preserve"> A.M.</w:t>
        <w:br/>
        <w:t>他自己一个劲儿地说</w:t>
        <w:br/>
        <w:t>Um</w:t>
      </w:r>
      <w:r>
        <w:t xml:space="preserve"> he</w:t>
      </w:r>
      <w:r>
        <w:t xml:space="preserve"> was</w:t>
      </w:r>
      <w:r>
        <w:t xml:space="preserve"> yakking</w:t>
      </w:r>
      <w:r>
        <w:t xml:space="preserve"> away</w:t>
      </w:r>
      <w:r>
        <w:t xml:space="preserve"> to</w:t>
      </w:r>
      <w:r>
        <w:t xml:space="preserve"> himself,</w:t>
        <w:br/>
        <w:t>我问他在跟谁说话</w:t>
        <w:br/>
        <w:t>and</w:t>
      </w:r>
      <w:r>
        <w:t xml:space="preserve"> I</w:t>
      </w:r>
      <w:r>
        <w:t xml:space="preserve"> asked</w:t>
      </w:r>
      <w:r>
        <w:t xml:space="preserve"> him</w:t>
      </w:r>
      <w:r>
        <w:t xml:space="preserve"> who</w:t>
      </w:r>
      <w:r>
        <w:t xml:space="preserve"> he</w:t>
      </w:r>
      <w:r>
        <w:t xml:space="preserve"> was</w:t>
      </w:r>
      <w:r>
        <w:t xml:space="preserve"> talking</w:t>
      </w:r>
      <w:r>
        <w:t xml:space="preserve"> to,</w:t>
      </w:r>
      <w:r>
        <w:t xml:space="preserve"> </w:t>
        <w:br/>
        <w:t>他看我的眼神好像我疯了</w:t>
        <w:br/>
        <w:t>and</w:t>
      </w:r>
      <w:r>
        <w:t xml:space="preserve"> he</w:t>
      </w:r>
      <w:r>
        <w:t xml:space="preserve"> looked</w:t>
      </w:r>
      <w:r>
        <w:t xml:space="preserve"> at</w:t>
      </w:r>
      <w:r>
        <w:t xml:space="preserve"> me</w:t>
      </w:r>
      <w:r>
        <w:t xml:space="preserve"> like</w:t>
      </w:r>
      <w:r>
        <w:t xml:space="preserve"> I</w:t>
      </w:r>
      <w:r>
        <w:t xml:space="preserve"> was</w:t>
      </w:r>
      <w:r>
        <w:t xml:space="preserve"> crazy.</w:t>
        <w:br/>
        <w:t>我就说</w:t>
        <w:br/>
        <w:t>And</w:t>
      </w:r>
      <w:r>
        <w:t xml:space="preserve"> I</w:t>
      </w:r>
      <w:r>
        <w:t xml:space="preserve"> was</w:t>
      </w:r>
      <w:r>
        <w:t xml:space="preserve"> like,</w:t>
        <w:br/>
        <w:t>"是你在自言自语"</w:t>
        <w:br/>
        <w:t>"uh,</w:t>
      </w:r>
      <w:r>
        <w:t xml:space="preserve"> you're</w:t>
      </w:r>
      <w:r>
        <w:t xml:space="preserve"> the</w:t>
      </w:r>
      <w:r>
        <w:t xml:space="preserve"> one</w:t>
      </w:r>
      <w:r>
        <w:t xml:space="preserve"> who's</w:t>
      </w:r>
      <w:r>
        <w:t xml:space="preserve"> talking</w:t>
      </w:r>
      <w:r>
        <w:t xml:space="preserve"> to</w:t>
      </w:r>
      <w:r>
        <w:t xml:space="preserve"> yourself."</w:t>
        <w:br/>
        <w:t>并不好笑</w:t>
      </w:r>
      <w:r>
        <w:t xml:space="preserve"> 因为他失踪了</w:t>
        <w:br/>
        <w:t>That's</w:t>
      </w:r>
      <w:r>
        <w:t xml:space="preserve"> not</w:t>
      </w:r>
      <w:r>
        <w:t xml:space="preserve"> funny</w:t>
      </w:r>
      <w:r>
        <w:t xml:space="preserve"> 'cause</w:t>
      </w:r>
      <w:r>
        <w:t xml:space="preserve"> he's</w:t>
      </w:r>
      <w:r>
        <w:t xml:space="preserve"> missing.</w:t>
        <w:br/>
        <w:t>Evan跟你一起待了多久</w:t>
        <w:br/>
        <w:t>How</w:t>
      </w:r>
      <w:r>
        <w:t xml:space="preserve"> long</w:t>
      </w:r>
      <w:r>
        <w:t xml:space="preserve"> was</w:t>
      </w:r>
      <w:r>
        <w:t xml:space="preserve"> Evan</w:t>
      </w:r>
      <w:r>
        <w:t xml:space="preserve"> with</w:t>
      </w:r>
      <w:r>
        <w:t xml:space="preserve"> you?</w:t>
      </w:r>
      <w:r>
        <w:t xml:space="preserve"> </w:t>
        <w:br/>
        <w:t>就几分钟</w:t>
        <w:br/>
        <w:t>Just</w:t>
      </w:r>
      <w:r>
        <w:t xml:space="preserve"> a</w:t>
      </w:r>
      <w:r>
        <w:t xml:space="preserve"> few</w:t>
      </w:r>
      <w:r>
        <w:t xml:space="preserve"> minutes.</w:t>
        <w:br/>
        <w:t>我进屋去倒咖啡</w:t>
        <w:br/>
        <w:t>I</w:t>
      </w:r>
      <w:r>
        <w:t xml:space="preserve"> went</w:t>
      </w:r>
      <w:r>
        <w:t xml:space="preserve"> in</w:t>
      </w:r>
      <w:r>
        <w:t xml:space="preserve"> to</w:t>
      </w:r>
      <w:r>
        <w:t xml:space="preserve"> get</w:t>
      </w:r>
      <w:r>
        <w:t xml:space="preserve"> more</w:t>
      </w:r>
      <w:r>
        <w:t xml:space="preserve"> coffee,</w:t>
      </w:r>
      <w:r>
        <w:t xml:space="preserve"> </w:t>
        <w:br/>
        <w:t>出来时他就走了</w:t>
        <w:br/>
        <w:t>and</w:t>
      </w:r>
      <w:r>
        <w:t xml:space="preserve"> when</w:t>
      </w:r>
      <w:r>
        <w:t xml:space="preserve"> I</w:t>
      </w:r>
      <w:r>
        <w:t xml:space="preserve"> came</w:t>
      </w:r>
      <w:r>
        <w:t xml:space="preserve"> back,</w:t>
      </w:r>
      <w:r>
        <w:t xml:space="preserve"> he</w:t>
      </w:r>
      <w:r>
        <w:t xml:space="preserve"> was</w:t>
      </w:r>
      <w:r>
        <w:t xml:space="preserve"> gone,</w:t>
        <w:br/>
        <w:t>所以我想他是回家了</w:t>
        <w:br/>
        <w:t>so</w:t>
      </w:r>
      <w:r>
        <w:t xml:space="preserve"> I</w:t>
      </w:r>
      <w:r>
        <w:t xml:space="preserve"> figured</w:t>
      </w:r>
      <w:r>
        <w:t xml:space="preserve"> he'd</w:t>
      </w:r>
      <w:r>
        <w:t xml:space="preserve"> gone</w:t>
      </w:r>
      <w:r>
        <w:t xml:space="preserve"> home.</w:t>
        <w:br/>
        <w:t>希望他没事</w:t>
      </w:r>
      <w:r>
        <w:t xml:space="preserve"> 他是个好孩子</w:t>
        <w:br/>
        <w:t>I</w:t>
      </w:r>
      <w:r>
        <w:t xml:space="preserve"> hope</w:t>
      </w:r>
      <w:r>
        <w:t xml:space="preserve"> he's</w:t>
      </w:r>
      <w:r>
        <w:t xml:space="preserve"> okay.</w:t>
      </w:r>
      <w:r>
        <w:t xml:space="preserve"> I</w:t>
      </w:r>
      <w:r>
        <w:t xml:space="preserve"> mean,</w:t>
      </w:r>
      <w:r>
        <w:t xml:space="preserve"> he's</w:t>
      </w:r>
      <w:r>
        <w:t xml:space="preserve"> a</w:t>
      </w:r>
      <w:r>
        <w:t xml:space="preserve"> sweet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  <w:r>
        <w:t xml:space="preserve"> kid.</w:t>
        <w:br/>
        <w:t>Peck警官?</w:t>
        <w:br/>
        <w:t>Officer</w:t>
      </w:r>
      <w:r>
        <w:t xml:space="preserve"> Peck?</w:t>
      </w:r>
      <w:r>
        <w:t xml:space="preserve"> </w:t>
        <w:br/>
        <w:t>什么事?</w:t>
        <w:br/>
        <w:t>What's</w:t>
      </w:r>
      <w:r>
        <w:t xml:space="preserve"> up?</w:t>
        <w:br/>
        <w:t>嗨</w:t>
      </w:r>
      <w:r>
        <w:t xml:space="preserve"> 能跟你聊两句吗?</w:t>
        <w:br/>
        <w:t>Hi.</w:t>
      </w:r>
      <w:r>
        <w:t xml:space="preserve"> Can</w:t>
      </w:r>
      <w:r>
        <w:t xml:space="preserve"> I</w:t>
      </w:r>
      <w:r>
        <w:t xml:space="preserve"> have</w:t>
      </w:r>
      <w:r>
        <w:t xml:space="preserve"> a</w:t>
      </w:r>
      <w:r>
        <w:t xml:space="preserve"> word,</w:t>
      </w:r>
      <w:r>
        <w:t xml:space="preserve"> please?</w:t>
        <w:br/>
        <w:t>失陪</w:t>
        <w:br/>
        <w:t>Excuse</w:t>
      </w:r>
      <w:r>
        <w:t xml:space="preserve"> me.</w:t>
        <w:br/>
        <w:t>系统里查到了这个人</w:t>
        <w:br/>
        <w:t>Uh,</w:t>
      </w:r>
      <w:r>
        <w:t xml:space="preserve"> so,</w:t>
      </w:r>
      <w:r>
        <w:t xml:space="preserve"> your</w:t>
      </w:r>
      <w:r>
        <w:t xml:space="preserve"> guy's</w:t>
      </w:r>
      <w:r>
        <w:t xml:space="preserve"> in</w:t>
      </w:r>
      <w:r>
        <w:t xml:space="preserve"> the</w:t>
      </w:r>
      <w:r>
        <w:t xml:space="preserve"> system.</w:t>
        <w:br/>
        <w:t>Rhys</w:t>
      </w:r>
      <w:r>
        <w:t xml:space="preserve"> Gray是一名在案性罪犯</w:t>
        <w:br/>
        <w:t>Rhys</w:t>
      </w:r>
      <w:r>
        <w:t xml:space="preserve"> Gray</w:t>
      </w:r>
      <w:r>
        <w:t xml:space="preserve"> is</w:t>
      </w:r>
      <w:r>
        <w:t xml:space="preserve"> a</w:t>
      </w:r>
      <w:r>
        <w:t xml:space="preserve"> registered</w:t>
      </w:r>
      <w:r>
        <w:t xml:space="preserve"> sex</w:t>
      </w:r>
      <w:r>
        <w:t xml:space="preserve"> offender.</w:t>
        <w:br/>
        <w:t>好吧</w:t>
      </w:r>
      <w:r>
        <w:t xml:space="preserve"> Rhys</w:t>
      </w:r>
      <w:r>
        <w:t xml:space="preserve"> 这位是Nash警探</w:t>
        <w:br/>
        <w:t>All</w:t>
      </w:r>
      <w:r>
        <w:t xml:space="preserve"> right,</w:t>
      </w:r>
      <w:r>
        <w:t xml:space="preserve"> Rhys,</w:t>
      </w:r>
      <w:r>
        <w:t xml:space="preserve"> this</w:t>
      </w:r>
      <w:r>
        <w:t xml:space="preserve"> is</w:t>
      </w:r>
      <w:r>
        <w:t xml:space="preserve"> Detective</w:t>
      </w:r>
      <w:r>
        <w:t xml:space="preserve"> Nash.</w:t>
        <w:br/>
        <w:t>她要问你几个问题</w:t>
        <w:br/>
        <w:t>She's</w:t>
      </w:r>
      <w:r>
        <w:t xml:space="preserve"> just</w:t>
      </w:r>
      <w:r>
        <w:t xml:space="preserve"> gonna</w:t>
      </w:r>
      <w:r>
        <w:t xml:space="preserve"> ask</w:t>
      </w:r>
      <w:r>
        <w:t xml:space="preserve"> you</w:t>
      </w:r>
      <w:r>
        <w:t xml:space="preserve"> a</w:t>
      </w:r>
      <w:r>
        <w:t xml:space="preserve"> few</w:t>
      </w:r>
      <w:r>
        <w:t xml:space="preserve"> questions.</w:t>
        <w:br/>
        <w:t>好</w:t>
      </w:r>
      <w:r>
        <w:t xml:space="preserve"> 但我是主动来跟你谈的</w:t>
        <w:br/>
        <w:t>Okay,</w:t>
      </w:r>
      <w:r>
        <w:t xml:space="preserve"> but</w:t>
      </w:r>
      <w:r>
        <w:t xml:space="preserve"> I</w:t>
      </w:r>
      <w:r>
        <w:t xml:space="preserve"> volunteered</w:t>
      </w:r>
      <w:r>
        <w:t xml:space="preserve"> to</w:t>
      </w:r>
      <w:r>
        <w:t xml:space="preserve"> come</w:t>
      </w:r>
      <w:r>
        <w:t xml:space="preserve"> in</w:t>
      </w:r>
      <w:r>
        <w:t xml:space="preserve"> and</w:t>
      </w:r>
      <w:r>
        <w:t xml:space="preserve"> talk</w:t>
      </w:r>
      <w:r>
        <w:t xml:space="preserve"> to</w:t>
      </w:r>
      <w:r>
        <w:t xml:space="preserve"> you,</w:t>
        <w:br/>
        <w:t>所以为什么要我跟警探谈?</w:t>
        <w:br/>
        <w:t>so</w:t>
      </w:r>
      <w:r>
        <w:t xml:space="preserve"> why</w:t>
      </w:r>
      <w:r>
        <w:t xml:space="preserve"> am</w:t>
      </w:r>
      <w:r>
        <w:t xml:space="preserve"> I</w:t>
      </w:r>
      <w:r>
        <w:t xml:space="preserve"> now</w:t>
      </w:r>
      <w:r>
        <w:t xml:space="preserve"> talking</w:t>
      </w:r>
      <w:r>
        <w:t xml:space="preserve"> to</w:t>
      </w:r>
      <w:r>
        <w:t xml:space="preserve"> a</w:t>
      </w:r>
      <w:r>
        <w:t xml:space="preserve"> detective?</w:t>
        <w:br/>
        <w:t>Gray先生</w:t>
      </w:r>
      <w:r>
        <w:t xml:space="preserve"> 我们发现你是一名在案...</w:t>
        <w:br/>
        <w:t>Mr.</w:t>
      </w:r>
      <w:r>
        <w:t xml:space="preserve"> Gray,</w:t>
      </w:r>
      <w:r>
        <w:t xml:space="preserve"> it's</w:t>
      </w:r>
      <w:r>
        <w:t xml:space="preserve"> come</w:t>
      </w:r>
      <w:r>
        <w:t xml:space="preserve"> to</w:t>
      </w:r>
      <w:r>
        <w:t xml:space="preserve"> our</w:t>
      </w:r>
      <w:r>
        <w:t xml:space="preserve"> attention</w:t>
      </w:r>
      <w:r>
        <w:t xml:space="preserve"> that</w:t>
      </w:r>
      <w:r>
        <w:t xml:space="preserve"> you</w:t>
      </w:r>
      <w:r>
        <w:t xml:space="preserve"> are</w:t>
      </w:r>
      <w:r>
        <w:t xml:space="preserve"> a</w:t>
      </w:r>
      <w:r>
        <w:t xml:space="preserve"> registered...</w:t>
        <w:br/>
        <w:t>不不</w:t>
      </w:r>
      <w:r>
        <w:t xml:space="preserve"> 我不是...我不是性侵犯</w:t>
        <w:br/>
        <w:t>No.</w:t>
      </w:r>
      <w:r>
        <w:t xml:space="preserve"> No,</w:t>
      </w:r>
      <w:r>
        <w:t xml:space="preserve"> I'm</w:t>
      </w:r>
      <w:r>
        <w:t xml:space="preserve"> not.</w:t>
      </w:r>
      <w:r>
        <w:t xml:space="preserve"> I'm...</w:t>
      </w:r>
      <w:r>
        <w:t xml:space="preserve"> I'm</w:t>
      </w:r>
      <w:r>
        <w:t xml:space="preserve"> not</w:t>
      </w:r>
      <w:r>
        <w:t xml:space="preserve"> a</w:t>
      </w:r>
      <w:r>
        <w:t xml:space="preserve"> sex</w:t>
      </w:r>
      <w:r>
        <w:t xml:space="preserve"> offender.</w:t>
        <w:br/>
        <w:t>但我们系统里有一个Rhys</w:t>
      </w:r>
      <w:r>
        <w:t xml:space="preserve"> Gray</w:t>
        <w:br/>
        <w:t>But</w:t>
      </w:r>
      <w:r>
        <w:t xml:space="preserve"> our</w:t>
      </w:r>
      <w:r>
        <w:t xml:space="preserve"> system</w:t>
      </w:r>
      <w:r>
        <w:t xml:space="preserve"> identified</w:t>
      </w:r>
      <w:r>
        <w:t xml:space="preserve"> a</w:t>
      </w:r>
      <w:r>
        <w:t xml:space="preserve"> Rhys</w:t>
      </w:r>
      <w:r>
        <w:t xml:space="preserve"> Gray</w:t>
        <w:br/>
        <w:t>住在威斯特兰德102号&amp;hearts;</w:t>
      </w:r>
      <w:r>
        <w:t xml:space="preserve"> 是性侵犯</w:t>
        <w:br/>
        <w:t>of</w:t>
      </w:r>
      <w:r>
        <w:t xml:space="preserve"> 102</w:t>
      </w:r>
      <w:r>
        <w:t xml:space="preserve"> Westerland</w:t>
      </w:r>
      <w:r>
        <w:t xml:space="preserve"> Court</w:t>
      </w:r>
      <w:r>
        <w:t xml:space="preserve"> as</w:t>
      </w:r>
      <w:r>
        <w:t xml:space="preserve"> a</w:t>
      </w:r>
      <w:r>
        <w:t xml:space="preserve"> sex</w:t>
      </w:r>
      <w:r>
        <w:t xml:space="preserve"> offender.</w:t>
        <w:br/>
        <w:t>不是你吗?</w:t>
        <w:br/>
        <w:t>That's</w:t>
      </w:r>
      <w:r>
        <w:t xml:space="preserve"> not</w:t>
      </w:r>
      <w:r>
        <w:t xml:space="preserve"> you?</w:t>
        <w:br/>
        <w:t>那是20年前了</w:t>
        <w:br/>
        <w:t>It</w:t>
      </w:r>
      <w:r>
        <w:t xml:space="preserve"> was</w:t>
      </w:r>
      <w:r>
        <w:t xml:space="preserve"> 20</w:t>
      </w:r>
      <w:r>
        <w:t xml:space="preserve"> years</w:t>
      </w:r>
      <w:r>
        <w:t xml:space="preserve"> ago.</w:t>
        <w:br/>
        <w:t>警&amp;hearts;察&amp;hearts;抓到我和一个男孩子在车里</w:t>
        <w:br/>
        <w:t>The</w:t>
      </w:r>
      <w:r>
        <w:t xml:space="preserve"> cops</w:t>
      </w:r>
      <w:r>
        <w:t xml:space="preserve"> caught</w:t>
      </w:r>
      <w:r>
        <w:t xml:space="preserve"> me</w:t>
      </w:r>
      <w:r>
        <w:t xml:space="preserve"> in</w:t>
      </w:r>
      <w:r>
        <w:t xml:space="preserve"> a</w:t>
      </w:r>
      <w:r>
        <w:t xml:space="preserve"> car</w:t>
      </w:r>
      <w:r>
        <w:t xml:space="preserve"> with</w:t>
      </w:r>
      <w:r>
        <w:t xml:space="preserve"> a</w:t>
      </w:r>
      <w:r>
        <w:t xml:space="preserve"> guy</w:t>
      </w:r>
      <w:r>
        <w:t xml:space="preserve"> </w:t>
        <w:br/>
        <w:t>他自称18岁</w:t>
        <w:br/>
        <w:t>who</w:t>
      </w:r>
      <w:r>
        <w:t xml:space="preserve"> said</w:t>
      </w:r>
      <w:r>
        <w:t xml:space="preserve"> he</w:t>
      </w:r>
      <w:r>
        <w:t xml:space="preserve"> was</w:t>
      </w:r>
      <w:r>
        <w:t xml:space="preserve"> 18.</w:t>
        <w:br/>
        <w:t>其实是17</w:t>
        <w:br/>
        <w:t>He</w:t>
      </w:r>
      <w:r>
        <w:t xml:space="preserve"> was</w:t>
      </w:r>
      <w:r>
        <w:t xml:space="preserve"> actually</w:t>
      </w:r>
      <w:r>
        <w:t xml:space="preserve"> 17.</w:t>
        <w:br/>
        <w:t>但我25岁</w:t>
      </w:r>
      <w:r>
        <w:t xml:space="preserve"> 所以他们就起诉我性侵未成年</w:t>
        <w:br/>
        <w:t>But</w:t>
      </w:r>
      <w:r>
        <w:t xml:space="preserve"> I</w:t>
      </w:r>
      <w:r>
        <w:t xml:space="preserve"> was</w:t>
      </w:r>
      <w:r>
        <w:t xml:space="preserve"> 25,</w:t>
      </w:r>
      <w:r>
        <w:t xml:space="preserve"> so</w:t>
      </w:r>
      <w:r>
        <w:t xml:space="preserve"> they</w:t>
      </w:r>
      <w:r>
        <w:t xml:space="preserve"> charged</w:t>
      </w:r>
      <w:r>
        <w:t xml:space="preserve"> me</w:t>
      </w:r>
      <w:r>
        <w:t xml:space="preserve"> with</w:t>
      </w:r>
      <w:r>
        <w:t xml:space="preserve"> sexual</w:t>
      </w:r>
      <w:r>
        <w:t xml:space="preserve"> abuse</w:t>
      </w:r>
      <w:r>
        <w:t xml:space="preserve"> of</w:t>
      </w:r>
      <w:r>
        <w:t xml:space="preserve"> a</w:t>
      </w:r>
      <w:r>
        <w:t xml:space="preserve"> minor.</w:t>
        <w:br/>
        <w:t>所以你有了案底</w:t>
        <w:br/>
        <w:t>And</w:t>
      </w:r>
      <w:r>
        <w:t xml:space="preserve"> now</w:t>
      </w:r>
      <w:r>
        <w:t xml:space="preserve"> you</w:t>
      </w:r>
      <w:r>
        <w:t xml:space="preserve"> have</w:t>
      </w:r>
      <w:r>
        <w:t xml:space="preserve"> a</w:t>
      </w:r>
      <w:r>
        <w:t xml:space="preserve"> record.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  <w:r>
        <w:t xml:space="preserve"> </w:t>
        <w:br/>
        <w:t>背一辈子</w:t>
        <w:br/>
        <w:t>For</w:t>
      </w:r>
      <w:r>
        <w:t xml:space="preserve"> the</w:t>
      </w:r>
      <w:r>
        <w:t xml:space="preserve"> rest</w:t>
      </w:r>
      <w:r>
        <w:t xml:space="preserve"> of</w:t>
      </w:r>
      <w:r>
        <w:t xml:space="preserve"> my</w:t>
      </w:r>
      <w:r>
        <w:t xml:space="preserve"> life.</w:t>
        <w:br/>
        <w:t>知道吗</w:t>
      </w:r>
      <w:r>
        <w:t xml:space="preserve"> 如果是异性之间</w:t>
        <w:br/>
        <w:t>And,</w:t>
      </w:r>
      <w:r>
        <w:t xml:space="preserve"> you</w:t>
      </w:r>
      <w:r>
        <w:t xml:space="preserve"> know,</w:t>
      </w:r>
      <w:r>
        <w:t xml:space="preserve"> if</w:t>
      </w:r>
      <w:r>
        <w:t xml:space="preserve"> it</w:t>
      </w:r>
      <w:r>
        <w:t xml:space="preserve"> had</w:t>
      </w:r>
      <w:r>
        <w:t xml:space="preserve"> been</w:t>
      </w:r>
      <w:r>
        <w:t xml:space="preserve"> straight</w:t>
      </w:r>
      <w:r>
        <w:t xml:space="preserve"> sex,</w:t>
      </w:r>
      <w:r>
        <w:t xml:space="preserve"> </w:t>
        <w:br/>
        <w:t>我都不会被起诉</w:t>
        <w:br/>
        <w:t>I</w:t>
      </w:r>
      <w:r>
        <w:t xml:space="preserve"> wouldn't</w:t>
      </w:r>
      <w:r>
        <w:t xml:space="preserve"> even</w:t>
      </w:r>
      <w:r>
        <w:t xml:space="preserve"> have</w:t>
      </w:r>
      <w:r>
        <w:t xml:space="preserve"> been</w:t>
      </w:r>
      <w:r>
        <w:t xml:space="preserve"> charged.</w:t>
        <w:br/>
        <w:t>当时同志性行为的合法年龄</w:t>
      </w:r>
      <w:r>
        <w:t xml:space="preserve"> 是18岁</w:t>
        <w:br/>
        <w:t>Age</w:t>
      </w:r>
      <w:r>
        <w:t xml:space="preserve"> of</w:t>
      </w:r>
      <w:r>
        <w:t xml:space="preserve"> consent</w:t>
      </w:r>
      <w:r>
        <w:t xml:space="preserve"> for</w:t>
      </w:r>
      <w:r>
        <w:t xml:space="preserve"> gay</w:t>
      </w:r>
      <w:r>
        <w:t xml:space="preserve"> sex,</w:t>
      </w:r>
      <w:r>
        <w:t xml:space="preserve"> at</w:t>
      </w:r>
      <w:r>
        <w:t xml:space="preserve"> the</w:t>
      </w:r>
      <w:r>
        <w:t xml:space="preserve"> time,</w:t>
      </w:r>
      <w:r>
        <w:t xml:space="preserve"> was</w:t>
      </w:r>
      <w:r>
        <w:t xml:space="preserve"> 18,</w:t>
        <w:br/>
        <w:t>可异性呢</w:t>
      </w:r>
      <w:r>
        <w:t xml:space="preserve"> 就是16</w:t>
      </w:r>
      <w:r>
        <w:t xml:space="preserve"> </w:t>
        <w:br/>
        <w:t>but</w:t>
      </w:r>
      <w:r>
        <w:t xml:space="preserve"> f-for</w:t>
      </w:r>
      <w:r>
        <w:t xml:space="preserve"> straight</w:t>
      </w:r>
      <w:r>
        <w:t xml:space="preserve"> sex,</w:t>
      </w:r>
      <w:r>
        <w:t xml:space="preserve"> it</w:t>
      </w:r>
      <w:r>
        <w:t xml:space="preserve"> was</w:t>
      </w:r>
      <w:r>
        <w:t xml:space="preserve"> 16.</w:t>
      </w:r>
      <w:r>
        <w:t xml:space="preserve"> </w:t>
        <w:br/>
        <w:t>这是歧视</w:t>
        <w:br/>
        <w:t>I-it</w:t>
      </w:r>
      <w:r>
        <w:t xml:space="preserve"> was</w:t>
      </w:r>
      <w:r>
        <w:t xml:space="preserve"> discrimination.</w:t>
        <w:br/>
        <w:t>你允许我们搜查你的房&amp;hearts;子吗?</w:t>
        <w:br/>
        <w:t>Do</w:t>
      </w:r>
      <w:r>
        <w:t xml:space="preserve"> we</w:t>
      </w:r>
      <w:r>
        <w:t xml:space="preserve"> have</w:t>
      </w:r>
      <w:r>
        <w:t xml:space="preserve"> your</w:t>
      </w:r>
      <w:r>
        <w:t xml:space="preserve"> permission</w:t>
      </w:r>
      <w:r>
        <w:t xml:space="preserve"> to</w:t>
      </w:r>
      <w:r>
        <w:t xml:space="preserve"> search</w:t>
      </w:r>
      <w:r>
        <w:t xml:space="preserve"> your</w:t>
      </w:r>
      <w:r>
        <w:t xml:space="preserve"> house?</w:t>
        <w:br/>
        <w:t>这事儿跟我没关系</w:t>
      </w:r>
      <w:r>
        <w:t xml:space="preserve"> 如果我拒绝呢?</w:t>
        <w:br/>
        <w:t>I</w:t>
      </w:r>
      <w:r>
        <w:t xml:space="preserve"> had</w:t>
      </w:r>
      <w:r>
        <w:t xml:space="preserve"> nothing</w:t>
      </w:r>
      <w:r>
        <w:t xml:space="preserve"> to</w:t>
      </w:r>
      <w:r>
        <w:t xml:space="preserve"> do</w:t>
      </w:r>
      <w:r>
        <w:t xml:space="preserve"> with</w:t>
      </w:r>
      <w:r>
        <w:t xml:space="preserve"> this.</w:t>
      </w:r>
      <w:r>
        <w:t xml:space="preserve"> What</w:t>
      </w:r>
      <w:r>
        <w:t xml:space="preserve"> if</w:t>
      </w:r>
      <w:r>
        <w:t xml:space="preserve"> I</w:t>
      </w:r>
      <w:r>
        <w:t xml:space="preserve"> say</w:t>
      </w:r>
      <w:r>
        <w:t xml:space="preserve"> no?</w:t>
        <w:br/>
        <w:t>那我们就要申请搜查令了</w:t>
        <w:br/>
        <w:t>Then</w:t>
      </w:r>
      <w:r>
        <w:t xml:space="preserve"> we'll</w:t>
      </w:r>
      <w:r>
        <w:t xml:space="preserve"> take</w:t>
      </w:r>
      <w:r>
        <w:t xml:space="preserve"> the</w:t>
      </w:r>
      <w:r>
        <w:t xml:space="preserve"> time</w:t>
      </w:r>
      <w:r>
        <w:t xml:space="preserve"> to</w:t>
      </w:r>
      <w:r>
        <w:t xml:space="preserve"> get</w:t>
      </w:r>
      <w:r>
        <w:t xml:space="preserve"> a</w:t>
      </w:r>
      <w:r>
        <w:t xml:space="preserve"> warrant,</w:t>
      </w:r>
      <w:r>
        <w:t xml:space="preserve"> </w:t>
        <w:br/>
        <w:t>但这是失踪儿童案</w:t>
      </w:r>
      <w:r>
        <w:t xml:space="preserve"> Gray先生</w:t>
        <w:br/>
        <w:t>but</w:t>
      </w:r>
      <w:r>
        <w:t xml:space="preserve"> this</w:t>
      </w:r>
      <w:r>
        <w:t xml:space="preserve"> is</w:t>
      </w:r>
      <w:r>
        <w:t xml:space="preserve"> a</w:t>
      </w:r>
      <w:r>
        <w:t xml:space="preserve"> missing</w:t>
      </w:r>
      <w:r>
        <w:t xml:space="preserve"> child,</w:t>
      </w:r>
      <w:r>
        <w:t xml:space="preserve"> Mr.</w:t>
      </w:r>
      <w:r>
        <w:t xml:space="preserve"> Gray.</w:t>
        <w:br/>
        <w:t>每一秒都很关键</w:t>
        <w:br/>
        <w:t>Every</w:t>
      </w:r>
      <w:r>
        <w:t xml:space="preserve"> second</w:t>
      </w:r>
      <w:r>
        <w:t xml:space="preserve"> counts.</w:t>
        <w:br/>
        <w:t>好</w:t>
      </w:r>
      <w:r>
        <w:t xml:space="preserve"> 那请便</w:t>
      </w:r>
      <w:r>
        <w:t xml:space="preserve"> 去吧</w:t>
      </w:r>
      <w:r>
        <w:t xml:space="preserve"> 尽管搜</w:t>
        <w:br/>
        <w:t>Fine.</w:t>
      </w:r>
      <w:r>
        <w:t xml:space="preserve"> Do</w:t>
      </w:r>
      <w:r>
        <w:t xml:space="preserve"> it.</w:t>
      </w:r>
      <w:r>
        <w:t xml:space="preserve"> Go.</w:t>
      </w:r>
      <w:r>
        <w:t xml:space="preserve"> Just</w:t>
      </w:r>
      <w:r>
        <w:t xml:space="preserve"> search</w:t>
      </w:r>
      <w:r>
        <w:t xml:space="preserve"> away.</w:t>
        <w:br/>
        <w:t>就那么一会儿</w:t>
        <w:br/>
        <w:t>It</w:t>
      </w:r>
      <w:r>
        <w:t xml:space="preserve"> was</w:t>
      </w:r>
      <w:r>
        <w:t xml:space="preserve"> one</w:t>
      </w:r>
      <w:r>
        <w:t xml:space="preserve"> moment,</w:t>
        <w:br/>
        <w:t>我这辈子都逃不掉了</w:t>
        <w:br/>
        <w:t>and</w:t>
      </w:r>
      <w:r>
        <w:t xml:space="preserve"> I</w:t>
      </w:r>
      <w:r>
        <w:t xml:space="preserve"> will</w:t>
      </w:r>
      <w:r>
        <w:t xml:space="preserve"> never</w:t>
      </w:r>
      <w:r>
        <w:t xml:space="preserve"> escape</w:t>
      </w:r>
      <w:r>
        <w:t xml:space="preserve"> it.</w:t>
        <w:br/>
        <w:t>楼上有一盒子的珠宝</w:t>
      </w:r>
      <w:r>
        <w:t xml:space="preserve"> 还有其他东西</w:t>
        <w:br/>
        <w:t>There's</w:t>
      </w:r>
      <w:r>
        <w:t xml:space="preserve"> a</w:t>
      </w:r>
      <w:r>
        <w:t xml:space="preserve"> full</w:t>
      </w:r>
      <w:r>
        <w:t xml:space="preserve"> jewelry</w:t>
      </w:r>
      <w:r>
        <w:t xml:space="preserve"> box</w:t>
      </w:r>
      <w:r>
        <w:t xml:space="preserve"> upstairs,</w:t>
      </w:r>
      <w:r>
        <w:t xml:space="preserve"> among</w:t>
      </w:r>
      <w:r>
        <w:t xml:space="preserve"> other</w:t>
      </w:r>
      <w:r>
        <w:t xml:space="preserve"> things.</w:t>
        <w:br/>
        <w:t>他们全都没带走</w:t>
        <w:br/>
        <w:t>They</w:t>
      </w:r>
      <w:r>
        <w:t xml:space="preserve"> didn't</w:t>
      </w:r>
      <w:r>
        <w:t xml:space="preserve"> take</w:t>
      </w:r>
      <w:r>
        <w:t xml:space="preserve"> any</w:t>
      </w:r>
      <w:r>
        <w:t xml:space="preserve"> of</w:t>
      </w:r>
      <w:r>
        <w:t xml:space="preserve"> that</w:t>
      </w:r>
      <w:r>
        <w:t xml:space="preserve"> stuff.</w:t>
        <w:br/>
        <w:t>这里有本婴儿纪念册...</w:t>
        <w:br/>
        <w:t>Got</w:t>
      </w:r>
      <w:r>
        <w:t xml:space="preserve"> a</w:t>
      </w:r>
      <w:r>
        <w:t xml:space="preserve"> baby</w:t>
      </w:r>
      <w:r>
        <w:t xml:space="preserve"> book</w:t>
      </w:r>
      <w:r>
        <w:t xml:space="preserve"> here...</w:t>
      </w:r>
      <w:r>
        <w:t xml:space="preserve"> </w:t>
        <w:br/>
        <w:t>第一颗牙齿</w:t>
      </w:r>
      <w:r>
        <w:t xml:space="preserve"> 宝宝的头发</w:t>
        <w:br/>
        <w:t>first</w:t>
      </w:r>
      <w:r>
        <w:t xml:space="preserve"> teeth,</w:t>
      </w:r>
      <w:r>
        <w:t xml:space="preserve"> baby</w:t>
      </w:r>
      <w:r>
        <w:t xml:space="preserve"> hair,</w:t>
        <w:br/>
        <w:t>还有很多照片</w:t>
        <w:br/>
        <w:t>got</w:t>
      </w:r>
      <w:r>
        <w:t xml:space="preserve"> a</w:t>
      </w:r>
      <w:r>
        <w:t xml:space="preserve"> bunch</w:t>
      </w:r>
      <w:r>
        <w:t xml:space="preserve"> of</w:t>
      </w:r>
      <w:r>
        <w:t xml:space="preserve"> pictures.</w:t>
        <w:br/>
        <w:t>这是个骨灰盒</w:t>
        <w:br/>
        <w:t>This</w:t>
      </w:r>
      <w:r>
        <w:t xml:space="preserve"> is</w:t>
      </w:r>
      <w:r>
        <w:t xml:space="preserve"> an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  <w:r>
        <w:t xml:space="preserve"> urn.</w:t>
        <w:br/>
        <w:t>我不认为这家人是自愿离开</w:t>
        <w:br/>
        <w:t>I</w:t>
      </w:r>
      <w:r>
        <w:t xml:space="preserve"> don't</w:t>
      </w:r>
      <w:r>
        <w:t xml:space="preserve"> think</w:t>
      </w:r>
      <w:r>
        <w:t xml:space="preserve"> this</w:t>
      </w:r>
      <w:r>
        <w:t xml:space="preserve"> family</w:t>
      </w:r>
      <w:r>
        <w:t xml:space="preserve"> left</w:t>
      </w:r>
      <w:r>
        <w:t xml:space="preserve"> willingly.</w:t>
        <w:br/>
        <w:t>嘿</w:t>
      </w:r>
      <w:r>
        <w:t xml:space="preserve"> Dov</w:t>
      </w:r>
      <w:r>
        <w:t xml:space="preserve"> 有发现吗?</w:t>
        <w:br/>
        <w:t>Hey,</w:t>
      </w:r>
      <w:r>
        <w:t xml:space="preserve"> Dov.</w:t>
      </w:r>
      <w:r>
        <w:t xml:space="preserve"> You</w:t>
      </w:r>
      <w:r>
        <w:t xml:space="preserve"> find</w:t>
      </w:r>
      <w:r>
        <w:t xml:space="preserve"> anything?</w:t>
        <w:br/>
        <w:br/>
        <w:t>我这边碰壁了</w:t>
      </w:r>
      <w:r>
        <w:t xml:space="preserve"> 需要更高的权限</w:t>
        <w:br/>
        <w:t>Yeah,</w:t>
      </w:r>
      <w:r>
        <w:t xml:space="preserve"> I'm</w:t>
      </w:r>
      <w:r>
        <w:t xml:space="preserve"> hitting</w:t>
      </w:r>
      <w:r>
        <w:t xml:space="preserve"> walls</w:t>
      </w:r>
      <w:r>
        <w:t xml:space="preserve"> here.</w:t>
      </w:r>
      <w:r>
        <w:t xml:space="preserve"> I</w:t>
      </w:r>
      <w:r>
        <w:t xml:space="preserve"> need</w:t>
      </w:r>
      <w:r>
        <w:t xml:space="preserve"> higher</w:t>
      </w:r>
      <w:r>
        <w:t xml:space="preserve"> clearance.</w:t>
      </w:r>
      <w:r>
        <w:t xml:space="preserve"> </w:t>
        <w:br/>
        <w:t>Traci在干什么?</w:t>
        <w:br/>
        <w:t>Well,</w:t>
      </w:r>
      <w:r>
        <w:t xml:space="preserve"> where's</w:t>
      </w:r>
      <w:r>
        <w:t xml:space="preserve"> Traci</w:t>
      </w:r>
      <w:r>
        <w:t xml:space="preserve"> at?</w:t>
        <w:br/>
        <w:t>失踪儿童</w:t>
        <w:br/>
        <w:t>Missing</w:t>
      </w:r>
      <w:r>
        <w:t xml:space="preserve"> kid.</w:t>
        <w:br/>
        <w:t>不过是Olivers负责</w:t>
      </w:r>
      <w:r>
        <w:t xml:space="preserve"> 或许我可以找她</w:t>
        <w:br/>
        <w:t>Oliver's</w:t>
      </w:r>
      <w:r>
        <w:t xml:space="preserve"> running</w:t>
      </w:r>
      <w:r>
        <w:t xml:space="preserve"> it,</w:t>
      </w:r>
      <w:r>
        <w:t xml:space="preserve"> though.</w:t>
      </w:r>
      <w:r>
        <w:t xml:space="preserve"> Maybe</w:t>
      </w:r>
      <w:r>
        <w:t xml:space="preserve"> I</w:t>
      </w:r>
      <w:r>
        <w:t xml:space="preserve"> can</w:t>
      </w:r>
      <w:r>
        <w:t xml:space="preserve"> talk</w:t>
      </w:r>
      <w:r>
        <w:t xml:space="preserve"> to</w:t>
      </w:r>
      <w:r>
        <w:t xml:space="preserve"> her.</w:t>
        <w:br/>
        <w:t>好</w:t>
        <w:br/>
        <w:t>Okay.</w:t>
        <w:br/>
        <w:t>就只找她一个</w:t>
      </w:r>
      <w:r>
        <w:t xml:space="preserve"> 不要有别人</w:t>
      </w:r>
      <w:r>
        <w:t xml:space="preserve"> 好吗?</w:t>
        <w:br/>
        <w:t>Pull</w:t>
      </w:r>
      <w:r>
        <w:t xml:space="preserve"> her</w:t>
      </w:r>
      <w:r>
        <w:t xml:space="preserve"> into</w:t>
      </w:r>
      <w:r>
        <w:t xml:space="preserve"> this.</w:t>
      </w:r>
      <w:r>
        <w:t xml:space="preserve"> Nobody</w:t>
      </w:r>
      <w:r>
        <w:t xml:space="preserve"> else,</w:t>
      </w:r>
      <w:r>
        <w:t xml:space="preserve"> all</w:t>
      </w:r>
      <w:r>
        <w:t xml:space="preserve"> right?</w:t>
        <w:br/>
        <w:t>好</w:t>
        <w:br/>
        <w:t>Okay.</w:t>
        <w:br/>
        <w:t>你好</w:t>
        <w:br/>
        <w:t>Hello!</w:t>
        <w:br/>
        <w:t>嗨</w:t>
      </w:r>
      <w:r>
        <w:t xml:space="preserve"> 有什么事吗?</w:t>
        <w:br/>
        <w:t>Hi.</w:t>
      </w:r>
      <w:r>
        <w:t xml:space="preserve"> Can</w:t>
      </w:r>
      <w:r>
        <w:t xml:space="preserve"> we</w:t>
      </w:r>
      <w:r>
        <w:t xml:space="preserve"> help</w:t>
      </w:r>
      <w:r>
        <w:t xml:space="preserve"> you?</w:t>
        <w:br/>
        <w:t>是</w:t>
      </w:r>
      <w:r>
        <w:t xml:space="preserve"> 我是Erin</w:t>
      </w:r>
      <w:r>
        <w:t xml:space="preserve"> Jesso</w:t>
      </w:r>
      <w:r>
        <w:t xml:space="preserve"> 八卦的邻居</w:t>
        <w:br/>
        <w:t>Uh,</w:t>
      </w:r>
      <w:r>
        <w:t xml:space="preserve"> yeah,</w:t>
      </w:r>
      <w:r>
        <w:t xml:space="preserve"> I'm,</w:t>
      </w:r>
      <w:r>
        <w:t xml:space="preserve"> uh,</w:t>
      </w:r>
      <w:r>
        <w:t xml:space="preserve"> Erin</w:t>
      </w:r>
      <w:r>
        <w:t xml:space="preserve"> Jesso,</w:t>
      </w:r>
      <w:r>
        <w:t xml:space="preserve"> nosey</w:t>
      </w:r>
      <w:r>
        <w:t xml:space="preserve"> neighbor</w:t>
        <w:br/>
        <w:t>也是泰山的临时主人</w:t>
        <w:br/>
        <w:t>and,</w:t>
      </w:r>
      <w:r>
        <w:t xml:space="preserve"> uh,</w:t>
      </w:r>
      <w:r>
        <w:t xml:space="preserve"> temporary</w:t>
      </w:r>
      <w:r>
        <w:t xml:space="preserve"> keeper</w:t>
      </w:r>
      <w:r>
        <w:t xml:space="preserve"> of</w:t>
      </w:r>
      <w:r>
        <w:t xml:space="preserve"> Tarzan.</w:t>
        <w:br/>
        <w:t>什么</w:t>
      </w:r>
      <w:r>
        <w:t xml:space="preserve"> 那是谁?</w:t>
        <w:br/>
        <w:t>What...</w:t>
      </w:r>
      <w:r>
        <w:t xml:space="preserve"> w-who...</w:t>
      </w:r>
      <w:r>
        <w:t xml:space="preserve"> what</w:t>
      </w:r>
      <w:r>
        <w:t xml:space="preserve"> is</w:t>
      </w:r>
      <w:r>
        <w:t xml:space="preserve"> that?</w:t>
      </w:r>
      <w:r>
        <w:t xml:space="preserve"> </w:t>
        <w:br/>
        <w:t>噢</w:t>
      </w:r>
      <w:r>
        <w:t xml:space="preserve"> 泰山</w:t>
      </w:r>
      <w:r>
        <w:t xml:space="preserve"> 是狗</w:t>
        <w:br/>
        <w:t>Uh,</w:t>
      </w:r>
      <w:r>
        <w:t xml:space="preserve"> uh,</w:t>
      </w:r>
      <w:r>
        <w:t xml:space="preserve"> the...</w:t>
      </w:r>
      <w:r>
        <w:t xml:space="preserve"> Tarzan,</w:t>
      </w:r>
      <w:r>
        <w:t xml:space="preserve"> the</w:t>
      </w:r>
      <w:r>
        <w:t xml:space="preserve"> dog.</w:t>
        <w:br/>
        <w:t>泰山Klem</w:t>
        <w:br/>
        <w:t>Tarzan</w:t>
      </w:r>
      <w:r>
        <w:t xml:space="preserve"> Klem.</w:t>
      </w:r>
      <w:r>
        <w:t xml:space="preserve"> </w:t>
        <w:br/>
        <w:t>好吧</w:t>
        <w:br/>
        <w:t>Okay.</w:t>
        <w:br/>
        <w:t>相信我</w:t>
      </w:r>
      <w:r>
        <w:t xml:space="preserve"> 这不会是我的首选</w:t>
        <w:br/>
        <w:t>Trust</w:t>
      </w:r>
      <w:r>
        <w:t xml:space="preserve"> me,</w:t>
      </w:r>
      <w:r>
        <w:t xml:space="preserve"> it</w:t>
      </w:r>
      <w:r>
        <w:t xml:space="preserve"> wouldn't</w:t>
      </w:r>
      <w:r>
        <w:t xml:space="preserve"> be</w:t>
      </w:r>
      <w:r>
        <w:t xml:space="preserve"> my</w:t>
      </w:r>
      <w:r>
        <w:t xml:space="preserve"> first</w:t>
      </w:r>
      <w:r>
        <w:t xml:space="preserve"> choice.</w:t>
        <w:br/>
        <w:t>我单身</w:t>
      </w:r>
      <w:r>
        <w:t xml:space="preserve"> 45岁</w:t>
        <w:br/>
        <w:t>I'm</w:t>
      </w:r>
      <w:r>
        <w:t xml:space="preserve"> single</w:t>
      </w:r>
      <w:r>
        <w:t xml:space="preserve"> and</w:t>
      </w:r>
      <w:r>
        <w:t xml:space="preserve"> 45,</w:t>
      </w:r>
      <w:r>
        <w:t xml:space="preserve"> </w:t>
        <w:br/>
        <w:t>不需要我在公园里追着喊"泰山啊"</w:t>
        <w:br/>
        <w:t>and</w:t>
      </w:r>
      <w:r>
        <w:t xml:space="preserve"> people</w:t>
      </w:r>
      <w:r>
        <w:t xml:space="preserve"> think</w:t>
      </w:r>
      <w:r>
        <w:t xml:space="preserve"> I'm</w:t>
      </w:r>
      <w:r>
        <w:t xml:space="preserve"> odd</w:t>
      </w:r>
      <w:r>
        <w:t xml:space="preserve"> enough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1"/>
          <w:cols w:space="720"/>
          <w:titlePg w:val="0"/>
          <w:docGrid w:linePitch="360"/>
        </w:sectPr>
      </w:pPr>
      <w:r>
        <w:t xml:space="preserve"> </w:t>
        <w:br/>
        <w:t>人们已经觉得我很奇怪了</w:t>
        <w:br/>
        <w:t>without</w:t>
      </w:r>
      <w:r>
        <w:t xml:space="preserve"> me</w:t>
      </w:r>
      <w:r>
        <w:t xml:space="preserve"> running</w:t>
      </w:r>
      <w:r>
        <w:t xml:space="preserve"> around</w:t>
      </w:r>
      <w:r>
        <w:t xml:space="preserve"> the</w:t>
      </w:r>
      <w:r>
        <w:t xml:space="preserve"> park</w:t>
      </w:r>
      <w:r>
        <w:t xml:space="preserve"> yelling,</w:t>
      </w:r>
      <w:r>
        <w:t xml:space="preserve"> "Tarzan!"</w:t>
        <w:br/>
        <w:t>Klem先生有跟你提过要出门吗?</w:t>
        <w:br/>
        <w:t>did</w:t>
      </w:r>
      <w:r>
        <w:t xml:space="preserve"> Mr.</w:t>
      </w:r>
      <w:r>
        <w:t xml:space="preserve"> Klem</w:t>
      </w:r>
      <w:r>
        <w:t xml:space="preserve"> say</w:t>
      </w:r>
      <w:r>
        <w:t xml:space="preserve"> anything</w:t>
      </w:r>
      <w:r>
        <w:t xml:space="preserve"> to</w:t>
      </w:r>
      <w:r>
        <w:t xml:space="preserve"> you</w:t>
      </w:r>
      <w:r>
        <w:t xml:space="preserve"> about,</w:t>
      </w:r>
      <w:r>
        <w:t xml:space="preserve"> uh,</w:t>
      </w:r>
      <w:r>
        <w:t xml:space="preserve"> leaving</w:t>
      </w:r>
      <w:r>
        <w:t xml:space="preserve"> town?</w:t>
        <w:br/>
        <w:t>没有</w:t>
      </w:r>
      <w:r>
        <w:t xml:space="preserve"> 就像我几个月前跟Norman警探说的</w:t>
        <w:br/>
        <w:t>No.</w:t>
      </w:r>
      <w:r>
        <w:t xml:space="preserve"> Like</w:t>
      </w:r>
      <w:r>
        <w:t xml:space="preserve"> I</w:t>
      </w:r>
      <w:r>
        <w:t xml:space="preserve"> told</w:t>
      </w:r>
      <w:r>
        <w:t xml:space="preserve"> detective</w:t>
      </w:r>
      <w:r>
        <w:t xml:space="preserve"> Norman</w:t>
      </w:r>
      <w:r>
        <w:t xml:space="preserve"> months</w:t>
      </w:r>
      <w:r>
        <w:t xml:space="preserve"> ago,</w:t>
        <w:br/>
        <w:t>他事先会拜托我浇水</w:t>
      </w:r>
      <w:r>
        <w:t xml:space="preserve"> 遛狗的</w:t>
        <w:br/>
        <w:t>he</w:t>
      </w:r>
      <w:r>
        <w:t xml:space="preserve"> would</w:t>
      </w:r>
      <w:r>
        <w:t xml:space="preserve"> have</w:t>
      </w:r>
      <w:r>
        <w:t xml:space="preserve"> asked</w:t>
      </w:r>
      <w:r>
        <w:t xml:space="preserve"> me</w:t>
      </w:r>
      <w:r>
        <w:t xml:space="preserve"> to</w:t>
      </w:r>
      <w:r>
        <w:t xml:space="preserve"> water</w:t>
      </w:r>
      <w:r>
        <w:t xml:space="preserve"> the</w:t>
      </w:r>
      <w:r>
        <w:t xml:space="preserve"> plants,</w:t>
      </w:r>
      <w:r>
        <w:t xml:space="preserve"> walk</w:t>
      </w:r>
      <w:r>
        <w:t xml:space="preserve"> the</w:t>
      </w:r>
      <w:r>
        <w:t xml:space="preserve"> dog.</w:t>
        <w:br/>
        <w:t>我跟他妻子关系很好</w:t>
        <w:br/>
        <w:t>I</w:t>
      </w:r>
      <w:r>
        <w:t xml:space="preserve"> was</w:t>
      </w:r>
      <w:r>
        <w:t xml:space="preserve"> really</w:t>
      </w:r>
      <w:r>
        <w:t xml:space="preserve"> close</w:t>
      </w:r>
      <w:r>
        <w:t xml:space="preserve"> with</w:t>
      </w:r>
      <w:r>
        <w:t xml:space="preserve"> his</w:t>
      </w:r>
      <w:r>
        <w:t xml:space="preserve"> wife.</w:t>
      </w:r>
      <w:r>
        <w:t xml:space="preserve"> </w:t>
        <w:br/>
        <w:t>是啊</w:t>
      </w:r>
      <w:r>
        <w:t xml:space="preserve"> 她什么时候去世的?</w:t>
        <w:br/>
        <w:t>Right.</w:t>
      </w:r>
      <w:r>
        <w:t xml:space="preserve"> When</w:t>
      </w:r>
      <w:r>
        <w:t xml:space="preserve"> did</w:t>
      </w:r>
      <w:r>
        <w:t xml:space="preserve"> she</w:t>
      </w:r>
      <w:r>
        <w:t xml:space="preserve"> pass</w:t>
      </w:r>
      <w:r>
        <w:t xml:space="preserve"> away?</w:t>
        <w:br/>
        <w:t>4年前</w:t>
        <w:br/>
        <w:t>Um,</w:t>
      </w:r>
      <w:r>
        <w:t xml:space="preserve"> four</w:t>
      </w:r>
      <w:r>
        <w:t xml:space="preserve"> years</w:t>
      </w:r>
      <w:r>
        <w:t xml:space="preserve"> ago.</w:t>
        <w:br/>
        <w:t>Susan很喜欢音乐</w:t>
        <w:br/>
        <w:t>Susan</w:t>
      </w:r>
      <w:r>
        <w:t xml:space="preserve"> really</w:t>
      </w:r>
      <w:r>
        <w:t xml:space="preserve"> liked</w:t>
      </w:r>
      <w:r>
        <w:t xml:space="preserve"> music,</w:t>
        <w:br/>
        <w:t>所以Chris就把她的收音机改成了骨灰盒</w:t>
        <w:br/>
        <w:t>so</w:t>
      </w:r>
      <w:r>
        <w:t xml:space="preserve"> Chris</w:t>
      </w:r>
      <w:r>
        <w:t xml:space="preserve"> had</w:t>
      </w:r>
      <w:r>
        <w:t xml:space="preserve"> her</w:t>
      </w:r>
      <w:r>
        <w:t xml:space="preserve"> radio</w:t>
      </w:r>
      <w:r>
        <w:t xml:space="preserve"> converted</w:t>
      </w:r>
      <w:r>
        <w:t xml:space="preserve"> into</w:t>
      </w:r>
      <w:r>
        <w:t xml:space="preserve"> an</w:t>
      </w:r>
      <w:r>
        <w:t xml:space="preserve"> urn.</w:t>
        <w:br/>
        <w:t>过去几个月里</w:t>
      </w:r>
      <w:r>
        <w:t xml:space="preserve"> 你有注意到</w:t>
        <w:br/>
        <w:t>Did</w:t>
      </w:r>
      <w:r>
        <w:t xml:space="preserve"> you</w:t>
      </w:r>
      <w:r>
        <w:t xml:space="preserve"> notice</w:t>
      </w:r>
      <w:r>
        <w:t xml:space="preserve"> any</w:t>
      </w:r>
      <w:r>
        <w:t xml:space="preserve"> odd</w:t>
      </w:r>
      <w:r>
        <w:t xml:space="preserve"> behavior</w:t>
      </w:r>
      <w:r>
        <w:t xml:space="preserve"> </w:t>
        <w:br/>
        <w:t>他们俩有什么奇怪举动吗?</w:t>
        <w:br/>
        <w:t>between</w:t>
      </w:r>
      <w:r>
        <w:t xml:space="preserve"> either</w:t>
      </w:r>
      <w:r>
        <w:t xml:space="preserve"> of</w:t>
      </w:r>
      <w:r>
        <w:t xml:space="preserve"> them</w:t>
      </w:r>
      <w:r>
        <w:t xml:space="preserve"> the</w:t>
      </w:r>
      <w:r>
        <w:t xml:space="preserve"> last</w:t>
      </w:r>
      <w:r>
        <w:t xml:space="preserve"> few</w:t>
      </w:r>
      <w:r>
        <w:t xml:space="preserve"> months?</w:t>
        <w:br/>
        <w:t>是啊</w:t>
      </w:r>
      <w:r>
        <w:t xml:space="preserve"> 发生了一件事</w:t>
        <w:br/>
        <w:t>Yeah,</w:t>
      </w:r>
      <w:r>
        <w:t xml:space="preserve"> there</w:t>
      </w:r>
      <w:r>
        <w:t xml:space="preserve"> was</w:t>
      </w:r>
      <w:r>
        <w:t xml:space="preserve"> one</w:t>
      </w:r>
      <w:r>
        <w:t xml:space="preserve"> incident.</w:t>
        <w:br/>
        <w:t>有天晚上</w:t>
      </w:r>
      <w:r>
        <w:t xml:space="preserve"> 门前来了辆警车</w:t>
        <w:br/>
        <w:t>Uh,</w:t>
      </w:r>
      <w:r>
        <w:t xml:space="preserve"> one</w:t>
      </w:r>
      <w:r>
        <w:t xml:space="preserve"> night,</w:t>
      </w:r>
      <w:r>
        <w:t xml:space="preserve"> a</w:t>
      </w:r>
      <w:r>
        <w:t xml:space="preserve"> cop</w:t>
      </w:r>
      <w:r>
        <w:t xml:space="preserve"> car</w:t>
      </w:r>
      <w:r>
        <w:t xml:space="preserve"> pulled</w:t>
      </w:r>
      <w:r>
        <w:t xml:space="preserve"> up</w:t>
      </w:r>
      <w:r>
        <w:t xml:space="preserve"> out</w:t>
      </w:r>
      <w:r>
        <w:t xml:space="preserve"> front,</w:t>
      </w:r>
      <w:r>
        <w:t xml:space="preserve"> </w:t>
        <w:br/>
        <w:t>Ava坐在里面</w:t>
        <w:br/>
        <w:t>and</w:t>
      </w:r>
      <w:r>
        <w:t xml:space="preserve"> Ava</w:t>
      </w:r>
      <w:r>
        <w:t xml:space="preserve"> was</w:t>
      </w:r>
      <w:r>
        <w:t xml:space="preserve"> inside.</w:t>
        <w:br/>
        <w:t>她爸爸走出去</w:t>
      </w:r>
      <w:r>
        <w:t xml:space="preserve"> 在草坪上大闹了一场</w:t>
        <w:br/>
        <w:t>Her</w:t>
      </w:r>
      <w:r>
        <w:t xml:space="preserve"> dad</w:t>
      </w:r>
      <w:r>
        <w:t xml:space="preserve"> went</w:t>
      </w:r>
      <w:r>
        <w:t xml:space="preserve"> out,</w:t>
      </w:r>
      <w:r>
        <w:t xml:space="preserve"> and</w:t>
      </w:r>
      <w:r>
        <w:t xml:space="preserve"> there</w:t>
      </w:r>
      <w:r>
        <w:t xml:space="preserve"> was</w:t>
      </w:r>
      <w:r>
        <w:t xml:space="preserve"> a</w:t>
      </w:r>
      <w:r>
        <w:t xml:space="preserve"> big</w:t>
      </w:r>
      <w:r>
        <w:t xml:space="preserve"> blowup</w:t>
      </w:r>
      <w:r>
        <w:t xml:space="preserve"> on</w:t>
      </w:r>
      <w:r>
        <w:t xml:space="preserve"> the</w:t>
      </w:r>
      <w:r>
        <w:t xml:space="preserve"> front</w:t>
      </w:r>
      <w:r>
        <w:t xml:space="preserve"> lawn.</w:t>
        <w:br/>
        <w:t>她正值叛逆期?</w:t>
        <w:br/>
        <w:t>She</w:t>
      </w:r>
      <w:r>
        <w:t xml:space="preserve"> was</w:t>
      </w:r>
      <w:r>
        <w:t xml:space="preserve"> going</w:t>
      </w:r>
      <w:r>
        <w:t xml:space="preserve"> through</w:t>
      </w:r>
      <w:r>
        <w:t xml:space="preserve"> a</w:t>
      </w:r>
      <w:r>
        <w:t xml:space="preserve"> difficult</w:t>
      </w:r>
      <w:r>
        <w:t xml:space="preserve"> stage?</w:t>
      </w:r>
      <w:r>
        <w:t xml:space="preserve"> </w:t>
        <w:br/>
        <w:t>不是Chris和Ava吵</w:t>
        <w:br/>
        <w:t>The</w:t>
      </w:r>
      <w:r>
        <w:t xml:space="preserve"> fight</w:t>
      </w:r>
      <w:r>
        <w:t xml:space="preserve"> wasn't</w:t>
      </w:r>
      <w:r>
        <w:t xml:space="preserve"> between</w:t>
      </w:r>
      <w:r>
        <w:t xml:space="preserve"> Chris</w:t>
      </w:r>
      <w:r>
        <w:t xml:space="preserve"> and</w:t>
      </w:r>
      <w:r>
        <w:t xml:space="preserve"> Ava.</w:t>
        <w:br/>
        <w:t>是Chris和警&amp;hearts;察&amp;hearts;</w:t>
        <w:br/>
        <w:t>It</w:t>
      </w:r>
      <w:r>
        <w:t xml:space="preserve"> was</w:t>
      </w:r>
      <w:r>
        <w:t xml:space="preserve"> between</w:t>
      </w:r>
      <w:r>
        <w:t xml:space="preserve"> Chris</w:t>
      </w:r>
      <w:r>
        <w:t xml:space="preserve"> and</w:t>
      </w:r>
      <w:r>
        <w:t xml:space="preserve"> the</w:t>
      </w:r>
      <w:r>
        <w:t xml:space="preserve"> cop.</w:t>
        <w:br/>
        <w:t>我有跟Norman警探说起</w:t>
        <w:br/>
        <w:t>I-I</w:t>
      </w:r>
      <w:r>
        <w:t xml:space="preserve"> talked</w:t>
      </w:r>
      <w:r>
        <w:t xml:space="preserve"> to</w:t>
      </w:r>
      <w:r>
        <w:t xml:space="preserve"> Detective</w:t>
      </w:r>
      <w:r>
        <w:t xml:space="preserve"> Norman</w:t>
      </w:r>
      <w:r>
        <w:t xml:space="preserve"> about</w:t>
      </w:r>
      <w:r>
        <w:t xml:space="preserve"> it,</w:t>
      </w:r>
      <w:r>
        <w:t xml:space="preserve"> </w:t>
        <w:br/>
        <w:t>但她说跟失踪没有任何关系</w:t>
        <w:br/>
        <w:t>but</w:t>
      </w:r>
      <w:r>
        <w:t xml:space="preserve"> she</w:t>
      </w:r>
      <w:r>
        <w:t xml:space="preserve"> said</w:t>
      </w:r>
      <w:r>
        <w:t xml:space="preserve"> it</w:t>
      </w:r>
      <w:r>
        <w:t xml:space="preserve"> didn't</w:t>
      </w:r>
      <w:r>
        <w:t xml:space="preserve"> have</w:t>
      </w:r>
      <w:r>
        <w:t xml:space="preserve"> anything</w:t>
      </w:r>
      <w:r>
        <w:t xml:space="preserve"> to</w:t>
      </w:r>
      <w:r>
        <w:t xml:space="preserve"> do</w:t>
      </w:r>
      <w:r>
        <w:t xml:space="preserve"> with</w:t>
      </w:r>
      <w:r>
        <w:t xml:space="preserve"> the</w:t>
      </w:r>
      <w:r>
        <w:t xml:space="preserve"> disappearance.</w:t>
        <w:br/>
        <w:t>她怎么知道?</w:t>
        <w:br/>
        <w:t>How</w:t>
      </w:r>
      <w:r>
        <w:t xml:space="preserve"> would</w:t>
      </w:r>
      <w:r>
        <w:t xml:space="preserve"> she</w:t>
      </w:r>
      <w:r>
        <w:t xml:space="preserve"> know</w:t>
      </w:r>
      <w:r>
        <w:t xml:space="preserve"> that?</w:t>
      </w:r>
    </w:p>
    <w:p>
      <w:r>
        <w:t xml:space="preserve"> </w:t>
        <w:br/>
        <w:t>她就是送Ava回家的警&amp;hearts;察&amp;hearts;</w:t>
        <w:br/>
        <w:t>She</w:t>
      </w:r>
      <w:r>
        <w:t xml:space="preserve"> was</w:t>
      </w:r>
      <w:r>
        <w:t xml:space="preserve"> the</w:t>
      </w:r>
      <w:r>
        <w:t xml:space="preserve"> cop</w:t>
      </w:r>
      <w:r>
        <w:t xml:space="preserve"> that</w:t>
      </w:r>
      <w:r>
        <w:t xml:space="preserve"> brought</w:t>
      </w:r>
      <w:r>
        <w:t xml:space="preserve"> Ava</w:t>
      </w:r>
      <w:r>
        <w:t xml:space="preserve"> home.</w:t>
        <w:br/>
        <w:t>你对Evan</w:t>
      </w:r>
      <w:r>
        <w:t xml:space="preserve"> Malone有什么了解</w:t>
        <w:br/>
        <w:t>Uh,</w:t>
      </w:r>
      <w:r>
        <w:t xml:space="preserve"> what</w:t>
      </w:r>
      <w:r>
        <w:t xml:space="preserve"> can</w:t>
      </w:r>
      <w:r>
        <w:t xml:space="preserve"> you</w:t>
      </w:r>
      <w:r>
        <w:t xml:space="preserve"> tell</w:t>
      </w:r>
      <w:r>
        <w:t xml:space="preserve"> me</w:t>
      </w:r>
      <w:r>
        <w:t xml:space="preserve"> about</w:t>
      </w:r>
      <w:r>
        <w:t xml:space="preserve"> Evan</w:t>
      </w:r>
      <w:r>
        <w:t xml:space="preserve"> Malone,</w:t>
      </w:r>
      <w:r>
        <w:t xml:space="preserve"> </w:t>
        <w:br/>
        <w:t>街对面的那个小男孩?</w:t>
        <w:br/>
        <w:t>the</w:t>
      </w:r>
      <w:r>
        <w:t xml:space="preserve"> boy</w:t>
      </w:r>
      <w:r>
        <w:t xml:space="preserve"> from</w:t>
      </w:r>
      <w:r>
        <w:t xml:space="preserve"> across</w:t>
      </w:r>
      <w:r>
        <w:t xml:space="preserve"> the</w:t>
      </w:r>
      <w:r>
        <w:t xml:space="preserve"> street?</w:t>
        <w:br/>
        <w:t>我今早有看到他</w:t>
        <w:br/>
        <w:t>Well,</w:t>
      </w:r>
      <w:r>
        <w:t xml:space="preserve"> I</w:t>
      </w:r>
      <w:r>
        <w:t xml:space="preserve"> saw</w:t>
      </w:r>
      <w:r>
        <w:t xml:space="preserve"> him</w:t>
      </w:r>
      <w:r>
        <w:t xml:space="preserve"> this</w:t>
      </w:r>
      <w:r>
        <w:t xml:space="preserve"> morning.</w:t>
        <w:br/>
        <w:t>我发现路上有个全新的荧光酒吧招牌</w:t>
        <w:br/>
        <w:t>I</w:t>
      </w:r>
      <w:r>
        <w:t xml:space="preserve"> found</w:t>
      </w:r>
      <w:r>
        <w:t xml:space="preserve"> a</w:t>
      </w:r>
      <w:r>
        <w:t xml:space="preserve"> neon</w:t>
      </w:r>
      <w:r>
        <w:t xml:space="preserve"> bar</w:t>
      </w:r>
      <w:r>
        <w:t xml:space="preserve"> sign</w:t>
      </w:r>
      <w:r>
        <w:t xml:space="preserve"> down</w:t>
      </w:r>
      <w:r>
        <w:t xml:space="preserve"> the</w:t>
      </w:r>
      <w:r>
        <w:t xml:space="preserve"> road</w:t>
      </w:r>
      <w:r>
        <w:t xml:space="preserve"> practically</w:t>
      </w:r>
      <w:r>
        <w:t xml:space="preserve"> brand-new...</w:t>
        <w:br/>
        <w:t>很适合我的洞穴</w:t>
        <w:br/>
        <w:t>perfect</w:t>
      </w:r>
      <w:r>
        <w:t xml:space="preserve"> for</w:t>
      </w:r>
      <w:r>
        <w:t xml:space="preserve"> my</w:t>
      </w:r>
      <w:r>
        <w:t xml:space="preserve"> man</w:t>
      </w:r>
      <w:r>
        <w:t xml:space="preserve"> cave.</w:t>
        <w:br/>
        <w:t>我拿回家的时候Evan在场</w:t>
        <w:br/>
        <w:t>Evan</w:t>
      </w:r>
      <w:r>
        <w:t xml:space="preserve"> was</w:t>
      </w:r>
      <w:r>
        <w:t xml:space="preserve"> there</w:t>
      </w:r>
      <w:r>
        <w:t xml:space="preserve"> when</w:t>
      </w:r>
      <w:r>
        <w:t xml:space="preserve"> I</w:t>
      </w:r>
      <w:r>
        <w:t xml:space="preserve"> brought</w:t>
      </w:r>
      <w:r>
        <w:t xml:space="preserve"> it</w:t>
      </w:r>
      <w:r>
        <w:t xml:space="preserve"> home.</w:t>
      </w:r>
      <w:r>
        <w:t xml:space="preserve"> </w:t>
        <w:br/>
        <w:t>我觉得他挺正常</w:t>
        <w:br/>
        <w:t>He</w:t>
      </w:r>
      <w:r>
        <w:t xml:space="preserve"> looked</w:t>
      </w:r>
      <w:r>
        <w:t xml:space="preserve"> fine</w:t>
      </w:r>
      <w:r>
        <w:t xml:space="preserve"> to</w:t>
      </w:r>
      <w:r>
        <w:t xml:space="preserve"> me.</w:t>
        <w:br/>
        <w:t>你认识孩子的父母吗</w:t>
        <w:br/>
        <w:t>Do</w:t>
      </w:r>
      <w:r>
        <w:t xml:space="preserve"> you</w:t>
      </w:r>
      <w:r>
        <w:t xml:space="preserve"> know</w:t>
      </w:r>
      <w:r>
        <w:t xml:space="preserve"> the</w:t>
      </w:r>
      <w:r>
        <w:t xml:space="preserve"> boy's</w:t>
      </w:r>
      <w:r>
        <w:t xml:space="preserve"> parents?</w:t>
      </w:r>
      <w:r>
        <w:t xml:space="preserve"> </w:t>
        <w:br/>
        <w:t>离婚了</w:t>
        <w:br/>
        <w:t>Divorced.</w:t>
        <w:br/>
        <w:t>一开始感觉他们挺幸福的</w:t>
        <w:br/>
        <w:t>They</w:t>
      </w:r>
      <w:r>
        <w:t xml:space="preserve"> seemed</w:t>
      </w:r>
      <w:r>
        <w:t xml:space="preserve"> happy</w:t>
      </w:r>
      <w:r>
        <w:t xml:space="preserve"> at</w:t>
      </w:r>
      <w:r>
        <w:t xml:space="preserve"> first...</w:t>
        <w:br/>
        <w:t>在商店里各种秀恩爱什么的</w:t>
        <w:br/>
        <w:t>public</w:t>
      </w:r>
      <w:r>
        <w:t xml:space="preserve"> displays</w:t>
      </w:r>
      <w:r>
        <w:t xml:space="preserve"> of</w:t>
      </w:r>
      <w:r>
        <w:t xml:space="preserve"> affection</w:t>
      </w:r>
      <w:r>
        <w:t xml:space="preserve"> at</w:t>
      </w:r>
      <w:r>
        <w:t xml:space="preserve"> the</w:t>
      </w:r>
      <w:r>
        <w:t xml:space="preserve"> five-and-dime</w:t>
      </w:r>
      <w:r>
        <w:t xml:space="preserve"> and</w:t>
      </w:r>
      <w:r>
        <w:t xml:space="preserve"> all</w:t>
      </w:r>
      <w:r>
        <w:t xml:space="preserve"> that.</w:t>
      </w:r>
      <w:r>
        <w:t xml:space="preserve"> </w:t>
        <w:br/>
        <w:t>没有什么神秘</w:t>
        <w:br/>
        <w:t>No</w:t>
      </w:r>
      <w:r>
        <w:t xml:space="preserve"> mystery</w:t>
      </w:r>
      <w:r>
        <w:t xml:space="preserve"> there.</w:t>
        <w:br/>
        <w:t>但是...</w:t>
        <w:br/>
        <w:t>But...</w:t>
        <w:br/>
        <w:t>前夫今早为什么在她家附近鬼鬼祟祟?</w:t>
        <w:br/>
        <w:t>Why</w:t>
      </w:r>
      <w:r>
        <w:t xml:space="preserve"> was</w:t>
      </w:r>
      <w:r>
        <w:t xml:space="preserve"> the</w:t>
      </w:r>
      <w:r>
        <w:t xml:space="preserve"> ex-husband</w:t>
      </w:r>
      <w:r>
        <w:t xml:space="preserve"> creeping</w:t>
      </w:r>
      <w:r>
        <w:t xml:space="preserve"> around</w:t>
      </w:r>
      <w:r>
        <w:t xml:space="preserve"> her</w:t>
      </w:r>
      <w:r>
        <w:t xml:space="preserve"> house</w:t>
      </w:r>
      <w:r>
        <w:t xml:space="preserve"> this</w:t>
      </w:r>
      <w:r>
        <w:t xml:space="preserve"> morning?</w:t>
        <w:br/>
        <w:t>这很神秘</w:t>
        <w:br/>
        <w:t>That's</w:t>
      </w:r>
      <w:r>
        <w:t xml:space="preserve"> a</w:t>
      </w:r>
      <w:r>
        <w:t xml:space="preserve"> mystery.</w:t>
        <w:br/>
        <w:t>为什么一个性罪犯</w:t>
        <w:br/>
        <w:t>What</w:t>
      </w:r>
      <w:r>
        <w:t xml:space="preserve"> is</w:t>
      </w:r>
      <w:r>
        <w:t xml:space="preserve"> a</w:t>
      </w:r>
      <w:r>
        <w:t xml:space="preserve"> registered</w:t>
      </w:r>
      <w:r>
        <w:t xml:space="preserve"> sex</w:t>
      </w:r>
      <w:r>
        <w:t xml:space="preserve"> offender</w:t>
      </w:r>
      <w:r>
        <w:t xml:space="preserve"> </w:t>
        <w:br/>
        <w:t>会生活在到处是小孩的街道</w:t>
        <w:br/>
        <w:t>doing</w:t>
      </w:r>
      <w:r>
        <w:t xml:space="preserve"> living</w:t>
      </w:r>
      <w:r>
        <w:t xml:space="preserve"> in</w:t>
      </w:r>
      <w:r>
        <w:t xml:space="preserve"> a</w:t>
      </w:r>
      <w:r>
        <w:t xml:space="preserve"> neighborhood</w:t>
      </w:r>
      <w:r>
        <w:t xml:space="preserve"> that's</w:t>
      </w:r>
      <w:r>
        <w:t xml:space="preserve"> full</w:t>
      </w:r>
      <w:r>
        <w:t xml:space="preserve"> of</w:t>
      </w:r>
      <w:r>
        <w:t xml:space="preserve"> children?</w:t>
        <w:br/>
        <w:t>Malone女士</w:t>
      </w:r>
      <w:r>
        <w:t xml:space="preserve"> 这是法律</w:t>
        <w:br/>
        <w:t>Well,</w:t>
      </w:r>
      <w:r>
        <w:t xml:space="preserve"> Ms.</w:t>
      </w:r>
      <w:r>
        <w:t xml:space="preserve"> Malone,</w:t>
      </w:r>
      <w:r>
        <w:t xml:space="preserve"> that's</w:t>
      </w:r>
      <w:r>
        <w:t xml:space="preserve"> the</w:t>
      </w:r>
      <w:r>
        <w:t xml:space="preserve"> law...</w:t>
      </w:r>
      <w:r>
        <w:t xml:space="preserve"> </w:t>
        <w:br/>
        <w:t>起码目前是</w:t>
        <w:br/>
        <w:t>at</w:t>
      </w:r>
      <w:r>
        <w:t xml:space="preserve"> least</w:t>
      </w:r>
      <w:r>
        <w:t xml:space="preserve"> for</w:t>
      </w:r>
      <w:r>
        <w:t xml:space="preserve"> right</w:t>
      </w:r>
      <w:r>
        <w:t xml:space="preserve"> now.</w:t>
        <w:br/>
        <w:t>要知道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https://d.book118.com/986222131000010054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2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8622213100001005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36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