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销售部门工作计划范文汇总（34篇）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销售部门工作计划范文汇总（精选34篇）</w:t>
      </w:r>
      <w:r>
        <w:rPr>
          <w:lang w:eastAsia="zh-CN"/>
        </w:rPr>
        <w:br/>
      </w:r>
      <w:r>
        <w:rPr>
          <w:lang w:eastAsia="zh-CN"/>
        </w:rPr>
        <w:t xml:space="preserve">    销售部门工作计划范文汇总 篇1 </w:t>
      </w:r>
      <w:r>
        <w:rPr>
          <w:lang w:eastAsia="zh-CN"/>
        </w:rPr>
        <w:br/>
      </w:r>
      <w:r>
        <w:rPr>
          <w:lang w:eastAsia="zh-CN"/>
        </w:rPr>
        <w:t>　　1.背景和问题</w:t>
      </w:r>
      <w:r>
        <w:rPr>
          <w:lang w:eastAsia="zh-CN"/>
        </w:rPr>
        <w:br/>
      </w:r>
      <w:r>
        <w:rPr>
          <w:lang w:eastAsia="zh-CN"/>
        </w:rPr>
        <w:t>　　牐牷チ网和万维网(WWW)已经成为世界范围内的“信息高速公路”和电子商务市场的支柱。由于万维网使用者的数量飞速增长，对于最终用户来说，随着可供使用的主页和网上信息的数量的爆炸性增长，最终用户间的交互性越来越差，传统意义上的交互已经无法满足用户的需求，举一个简单的例子，即使是在世界杯的决赛期间，一个普通的足球迷也很难立刻从网络上找到聊天的对象。用户需要真正意义上的全新的互联网交互协作软件。</w:t>
      </w:r>
      <w:r>
        <w:rPr>
          <w:lang w:eastAsia="zh-CN"/>
        </w:rPr>
        <w:br/>
      </w:r>
      <w:r>
        <w:rPr>
          <w:lang w:eastAsia="zh-CN"/>
        </w:rPr>
        <w:t>　　2.目标和解决方案</w:t>
      </w:r>
      <w:r>
        <w:rPr>
          <w:lang w:eastAsia="zh-CN"/>
        </w:rPr>
        <w:br/>
      </w:r>
      <w:r>
        <w:rPr>
          <w:lang w:eastAsia="zh-CN"/>
        </w:rPr>
        <w:t>　　牐犖颐堑摹叭砑名称”将为您解决这个问题。在网上冲浪的人们不论处于何方，总是可以看见周围的人们，就像现实生活中的一样。“软件名称”既是一个最终用户使用的万维网上的协作软件，又为企业提供了无限的商机：</w:t>
      </w:r>
      <w:r>
        <w:rPr>
          <w:lang w:eastAsia="zh-CN"/>
        </w:rPr>
        <w:br/>
      </w:r>
      <w:r>
        <w:rPr>
          <w:lang w:eastAsia="zh-CN"/>
        </w:rPr>
        <w:t>　　牐牎叭砑名称”以多种便于使用的方式为用户提供了一个交流的平台。</w:t>
      </w:r>
      <w:r>
        <w:rPr>
          <w:lang w:eastAsia="zh-CN"/>
        </w:rPr>
        <w:br/>
      </w:r>
      <w:r>
        <w:rPr>
          <w:lang w:eastAsia="zh-CN"/>
        </w:rPr>
        <w:t>　　牐牎叭砑名称”为企业提供了一个发布广告和商用信息的平台。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3.产品：为全互联网用户提供简洁方便的交互平台</w:t>
      </w:r>
      <w:r>
        <w:rPr>
          <w:lang w:eastAsia="zh-CN"/>
        </w:rPr>
        <w:br/>
      </w:r>
      <w:r>
        <w:rPr>
          <w:lang w:eastAsia="zh-CN"/>
        </w:rPr>
        <w:t>　　牐牎叭砑名称”为最终用户提供一个免费的交互平台，同时又为商业用户提供了一个宣传和销售的渠道。</w:t>
      </w:r>
      <w:r>
        <w:rPr>
          <w:lang w:eastAsia="zh-CN"/>
        </w:rPr>
        <w:br/>
      </w:r>
      <w:r>
        <w:rPr>
          <w:lang w:eastAsia="zh-CN"/>
        </w:rPr>
        <w:t>　　4.公司和管理</w:t>
      </w:r>
      <w:r>
        <w:rPr>
          <w:lang w:eastAsia="zh-CN"/>
        </w:rPr>
        <w:br/>
      </w:r>
      <w:r>
        <w:rPr>
          <w:lang w:eastAsia="zh-CN"/>
        </w:rPr>
        <w:t>　　5.业务体系：以广告和商用信息收入为主</w:t>
      </w:r>
      <w:r>
        <w:rPr>
          <w:lang w:eastAsia="zh-CN"/>
        </w:rPr>
        <w:br/>
      </w:r>
      <w:r>
        <w:rPr>
          <w:lang w:eastAsia="zh-CN"/>
        </w:rPr>
        <w:t>　　数据显示，有超过六百万的互联网用户会成为“软件名称”的潜在最终用户，同时有超过一百万的商业用户会成为“软件名称”的潜在商业用户，而且这个数字还在高速增长，这个数字对任何企业都是极有吸引力的，由于软件和服务对于最终用户来说是完全免费的，而商业用户只需要及其低廉的费用就可以想所有最终用户发布广告信息和商用信息。假设每年平均从每个商业用户获得100RMB的收入，则全部的市场收益将会超过1亿RMB。而100RMB的年租对企业是微不足道的。“软件名称”这个项目对于其雇员和投资者来说也一定会盈利。</w:t>
      </w:r>
      <w:r>
        <w:rPr>
          <w:lang w:eastAsia="zh-CN"/>
        </w:rPr>
        <w:br/>
      </w:r>
      <w:r>
        <w:rPr>
          <w:lang w:eastAsia="zh-CN"/>
        </w:rPr>
        <w:t>　　6.融资：第一轮的投资者将会有68%的内部收益率(IRR)</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增长预测显示，在第五年“软件名称”将会有6000万RMB的销售额，且税后净利占销售额的21%。到那时，“软件名称”将会覆盖全国，员工90人。创办人将提供500，000RMB的初期投资，“软件名称”正在寻找通晓此领域并且能主动参与创办此项目的投资人。在第一轮的筹资中，“软件名称”将给投资500万RMB的投资人60%的股份，这部分资金主要用于服务器和网络架设费用及初步广告费用。12个月后，将需要1000万RMB的再投资，主要用于市场开拓费用。在这之后的12至15个月，还将需要500万RMB的投资。在运行五到六年之后，就可以考虑首次公开上市。按照我们的价值计算，对于第一轮的投资者将会有68%的内部收益率。</w:t>
      </w:r>
      <w:r>
        <w:rPr>
          <w:lang w:eastAsia="zh-CN"/>
        </w:rPr>
        <w:br/>
      </w:r>
      <w:r>
        <w:rPr>
          <w:lang w:eastAsia="zh-CN"/>
        </w:rPr>
        <w:t xml:space="preserve">    销售部门工作计划范文汇总 篇2 </w:t>
      </w:r>
      <w:r>
        <w:rPr>
          <w:lang w:eastAsia="zh-CN"/>
        </w:rPr>
        <w:br/>
      </w:r>
      <w:r>
        <w:rPr>
          <w:lang w:eastAsia="zh-CN"/>
        </w:rPr>
        <w:t>　　20__已经悄然过去，去年的工作相当不理想，对于自己更多的是反省和检讨,有太多的不足需要改进、完善。在新的一年首先要把自己的心态放平整,绝不重蹈覆辙.为自己制定新一年的工作计划,时时激励自己.</w:t>
      </w:r>
      <w:r>
        <w:rPr>
          <w:lang w:eastAsia="zh-CN"/>
        </w:rPr>
        <w:br/>
      </w:r>
      <w:r>
        <w:rPr>
          <w:lang w:eastAsia="zh-CN"/>
        </w:rPr>
        <w:t>　　我负责的是外省市场,根据公司分解的任务,明年销售总量200万,新开发县级客户20~25个,其中大部分精力放在中等客户这块,一年零售卖10万左右客户是我的重点目标.针对这类客户,首次进货必须达到3万以上，对于还兼有批发能力的客户首次进货必须达到5万.力争在八月份之前客户量达到10个.下面是计划的分解和实施.</w:t>
      </w:r>
      <w:r>
        <w:rPr>
          <w:lang w:eastAsia="zh-CN"/>
        </w:rPr>
        <w:br/>
      </w:r>
      <w:r>
        <w:rPr>
          <w:lang w:eastAsia="zh-CN"/>
        </w:rPr>
        <w:t>　　1：每个月要增加2个以上的新客户，还要有2~3个意向客户,给下个月工作做好基础工作.</w:t>
      </w:r>
      <w:r>
        <w:rPr>
          <w:lang w:eastAsia="zh-CN"/>
        </w:rPr>
        <w:br/>
      </w:r>
      <w:r>
        <w:rPr>
          <w:lang w:eastAsia="zh-CN"/>
        </w:rPr>
        <w:t>　　2：一周一小结，每月一大结，及时的调整自己的心态,杜绝自己的惰性,时时记住去年留下的教训.</w:t>
      </w:r>
      <w:r>
        <w:rPr>
          <w:lang w:eastAsia="zh-CN"/>
        </w:rPr>
        <w:br/>
      </w:r>
      <w:r>
        <w:rPr>
          <w:lang w:eastAsia="zh-CN"/>
        </w:rPr>
        <w:t>　　3：一天拜访量至少20家以上，见客户之前保持积极心态，认真的走访每一家.做到尽职尽责.</w:t>
      </w:r>
      <w:r>
        <w:rPr>
          <w:lang w:eastAsia="zh-CN"/>
        </w:rPr>
        <w:br/>
      </w:r>
      <w:r>
        <w:rPr>
          <w:lang w:eastAsia="zh-CN"/>
        </w:rPr>
        <w:t>　　4：对所有客户的工作态度都要一样，不能遇到软弱的客户我就强势.遇到强势的经销商就低三下四,都要镇定以对,坚定我们公司原则,我们是厂家.坚定自己的立场.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5：在维护老客户这块.客户遇到问题，不能置之不理一定要尽全力帮助他们解决。要先做人再做生意.秉着诚信.让客户从真正意义上的相信我们.让他们心里在实际意义上的合作伙伴到朋友.我这块我去年我做的太不够了.平时缺少沟通.纯属合作伙伴性质.以至于真正需要他们时都不给予帮忙.</w:t>
      </w:r>
      <w:r>
        <w:rPr>
          <w:lang w:eastAsia="zh-CN"/>
        </w:rPr>
        <w:br/>
      </w:r>
      <w:r>
        <w:rPr>
          <w:lang w:eastAsia="zh-CN"/>
        </w:rPr>
        <w:t>　　6：自信是非常重要的。见到稍微大点的客户，自己由心的感觉到恐慌,畏惧心里。遇事学会沉着冷静.慢慢学会独立.不要遇到点小事就想到主任。能自己完成的坚决自己完成.自己不能完成的尽量和同时沟通探讨.让自己能够在真正意义上的成长.</w:t>
      </w:r>
      <w:r>
        <w:rPr>
          <w:lang w:eastAsia="zh-CN"/>
        </w:rPr>
        <w:br/>
      </w:r>
      <w:r>
        <w:rPr>
          <w:lang w:eastAsia="zh-CN"/>
        </w:rPr>
        <w:t>　　7：经常保持和公司其他同事要有良好的沟通，有团队意识，多交流，多探讨，更多的是要和其他办事处做的好的同事,虚心向他们学习好的方面,多了解其他同事的业务技巧等方面，不形成只和本办事处人打电话就闲聊.</w:t>
      </w:r>
      <w:r>
        <w:rPr>
          <w:lang w:eastAsia="zh-CN"/>
        </w:rPr>
        <w:br/>
      </w:r>
      <w:r>
        <w:rPr>
          <w:lang w:eastAsia="zh-CN"/>
        </w:rPr>
        <w:t>　　8：心态.每天保持积极向上的心态.用最好的精神面貌去面对每一个客户。遇到挫折和小打击应该及时调整.杜绝消极.悲观态度.做到真正意义上的销售人员应该具备的心里承受能力.正所谓的概率论.拜访的数量多了总存在我们的客户.</w:t>
      </w:r>
      <w:r>
        <w:rPr>
          <w:lang w:eastAsia="zh-CN"/>
        </w:rPr>
        <w:br/>
      </w:r>
      <w:r>
        <w:rPr>
          <w:lang w:eastAsia="zh-CN"/>
        </w:rPr>
        <w:t>　　9：为了今年的销售任务.我要努力争取在8月份之前开发出10个客户.以保证每个月固定的应有量.为下半年打好牢固的基础.以至于不会造成去年那局势.别人搞活动.我这边没客户，只能眼睁睁的看着别人搞的热火朝天.自己却不知道去干什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以上就是我这一年的工作计划，在实际的工作中,肯定会有各种各样的困难，我会努力克服困难.遇到问题多像同事探讨、沟通.不过现实来说，我现在身上有着太多的不足之处，需要领导和同事多多指出.我会用最快的速度改正.新的一年我们做自己的联利.我相信自己能够有着更好的发展，不过前景才是最重要的，我相信自己能够做到最好，这也是我应该做好的。</w:t>
      </w:r>
      <w:r>
        <w:rPr>
          <w:lang w:eastAsia="zh-CN"/>
        </w:rPr>
        <w:br/>
      </w:r>
      <w:r>
        <w:rPr>
          <w:lang w:eastAsia="zh-CN"/>
        </w:rPr>
        <w:t xml:space="preserve">    销售部门工作计划范文汇总 篇3 </w:t>
      </w:r>
      <w:r>
        <w:rPr>
          <w:lang w:eastAsia="zh-CN"/>
        </w:rPr>
        <w:br/>
      </w:r>
      <w:r>
        <w:rPr>
          <w:lang w:eastAsia="zh-CN"/>
        </w:rPr>
        <w:t>　　今年，我将一如既往地按照企业的要求，在去年的工作基础上，本着“多沟通、多协调、积极主动、创造性地开展工作”的指导思想，确立工作目标，全面开展度的工作。现制定工作划如下:</w:t>
      </w:r>
      <w:r>
        <w:rPr>
          <w:lang w:eastAsia="zh-CN"/>
        </w:rPr>
        <w:br/>
      </w:r>
      <w:r>
        <w:rPr>
          <w:lang w:eastAsia="zh-CN"/>
        </w:rPr>
        <w:t>　　一、对于老顾客，和固定顾客，要经常保持联系，在有时间有条件的情况下，送一些小礼物或宴请顾客，好稳定与顾客关系。</w:t>
      </w:r>
      <w:r>
        <w:rPr>
          <w:lang w:eastAsia="zh-CN"/>
        </w:rPr>
        <w:br/>
      </w:r>
      <w:r>
        <w:rPr>
          <w:lang w:eastAsia="zh-CN"/>
        </w:rPr>
        <w:t>　　二、在拥有老顾客的同时还要不断从各种媒体获得更多顾客信息。</w:t>
      </w:r>
      <w:r>
        <w:rPr>
          <w:lang w:eastAsia="zh-CN"/>
        </w:rPr>
        <w:br/>
      </w:r>
      <w:r>
        <w:rPr>
          <w:lang w:eastAsia="zh-CN"/>
        </w:rPr>
        <w:t>　　三、要有好业绩就得加强业务学习，开拓视野，丰富知识，采取多样化形式，把学业务与交流技能向结合。</w:t>
      </w:r>
      <w:r>
        <w:rPr>
          <w:lang w:eastAsia="zh-CN"/>
        </w:rPr>
        <w:br/>
      </w:r>
      <w:r>
        <w:rPr>
          <w:lang w:eastAsia="zh-CN"/>
        </w:rPr>
        <w:t>　　四、今年对自己有以下要求：</w:t>
      </w:r>
      <w:r>
        <w:rPr>
          <w:lang w:eastAsia="zh-CN"/>
        </w:rPr>
        <w:br/>
      </w:r>
      <w:r>
        <w:rPr>
          <w:lang w:eastAsia="zh-CN"/>
        </w:rPr>
        <w:t>　　1：每月要增加1个以上的新顾客，还要有到个潜在顾客。</w:t>
      </w:r>
      <w:r>
        <w:rPr>
          <w:lang w:eastAsia="zh-CN"/>
        </w:rPr>
        <w:br/>
      </w:r>
      <w:r>
        <w:rPr>
          <w:lang w:eastAsia="zh-CN"/>
        </w:rPr>
        <w:t>　　2：一周一小结，每月一大结，看看有哪些工作上的失误，及时改正下次不要再犯。</w:t>
      </w:r>
      <w:r>
        <w:rPr>
          <w:lang w:eastAsia="zh-CN"/>
        </w:rPr>
        <w:br/>
      </w:r>
      <w:r>
        <w:rPr>
          <w:lang w:eastAsia="zh-CN"/>
        </w:rPr>
        <w:t>　　3：见顾客之前要多了解顾客的状态和需求，再做好准备工作才有可能不会丢失这个顾客。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4：对顾客不能有隐瞒和欺骗，这样不会有忠诚的顾客。在有些问题上你和顾客是一直的。</w:t>
      </w:r>
      <w:r>
        <w:rPr>
          <w:lang w:eastAsia="zh-CN"/>
        </w:rPr>
        <w:br/>
      </w:r>
      <w:r>
        <w:rPr>
          <w:lang w:eastAsia="zh-CN"/>
        </w:rPr>
        <w:t>　　5：要不断加强业务方面的学习，多看书，上网查阅相关资料，与同行们交流，向大家学习更好的方式方法。</w:t>
      </w:r>
      <w:r>
        <w:rPr>
          <w:lang w:eastAsia="zh-CN"/>
        </w:rPr>
        <w:br/>
      </w:r>
      <w:r>
        <w:rPr>
          <w:lang w:eastAsia="zh-CN"/>
        </w:rPr>
        <w:t>　　6：对所有顾客的工作态度都要一样，但不能太低三下气。给顾客一好印象，为企业树立更好的形象。</w:t>
      </w:r>
      <w:r>
        <w:rPr>
          <w:lang w:eastAsia="zh-CN"/>
        </w:rPr>
        <w:br/>
      </w:r>
      <w:r>
        <w:rPr>
          <w:lang w:eastAsia="zh-CN"/>
        </w:rPr>
        <w:t>　　7：顾客遇到问题，不能置之不理一定要尽全力帮助大家解决。要先做人再做生意，让顾客相信大家的工作实力，才能更好的完成任务。</w:t>
      </w:r>
      <w:r>
        <w:rPr>
          <w:lang w:eastAsia="zh-CN"/>
        </w:rPr>
        <w:br/>
      </w:r>
      <w:r>
        <w:rPr>
          <w:lang w:eastAsia="zh-CN"/>
        </w:rPr>
        <w:t>　　8：自信是非常重要的。要经常对自己说你是最好的，你是独一无二的。拥有健康乐观积极向上的工作态度才能更好的完成任务。</w:t>
      </w:r>
      <w:r>
        <w:rPr>
          <w:lang w:eastAsia="zh-CN"/>
        </w:rPr>
        <w:br/>
      </w:r>
      <w:r>
        <w:rPr>
          <w:lang w:eastAsia="zh-CN"/>
        </w:rPr>
        <w:t>　　9：和企业其他员工要有良好的沟通，有团队意识，多交流，多探讨，才能不断增长业务技能。</w:t>
      </w:r>
      <w:r>
        <w:rPr>
          <w:lang w:eastAsia="zh-CN"/>
        </w:rPr>
        <w:br/>
      </w:r>
      <w:r>
        <w:rPr>
          <w:lang w:eastAsia="zh-CN"/>
        </w:rPr>
        <w:t>　　10：为了今年的销售任务我要努力完成6000台的任务额，为企业创造更多利润。</w:t>
      </w:r>
      <w:r>
        <w:rPr>
          <w:lang w:eastAsia="zh-CN"/>
        </w:rPr>
        <w:br/>
      </w:r>
      <w:r>
        <w:rPr>
          <w:lang w:eastAsia="zh-CN"/>
        </w:rPr>
        <w:t xml:space="preserve">    销售部门工作计划范文汇总 篇4 </w:t>
      </w:r>
      <w:r>
        <w:rPr>
          <w:lang w:eastAsia="zh-CN"/>
        </w:rPr>
        <w:br/>
      </w:r>
      <w:r>
        <w:rPr>
          <w:lang w:eastAsia="zh-CN"/>
        </w:rPr>
        <w:t>　　根据我司在20__年五月份销售中所取得的成效，其实也存在着一定的问题冲突，所以在六月份的销售月工作计划中我们将这一系列问题罗列，共分成了六方面内容，请看我的6月销售工作计划：</w:t>
      </w:r>
      <w:r>
        <w:rPr>
          <w:lang w:eastAsia="zh-CN"/>
        </w:rPr>
        <w:br/>
      </w:r>
      <w:r>
        <w:rPr>
          <w:lang w:eastAsia="zh-CN"/>
        </w:rPr>
        <w:t>　　一、数据分析：</w:t>
      </w:r>
      <w:r>
        <w:rPr>
          <w:lang w:eastAsia="zh-CN"/>
        </w:rPr>
        <w:br/>
      </w:r>
      <w:r>
        <w:rPr>
          <w:lang w:eastAsia="zh-CN"/>
        </w:rPr>
        <w:t>　　1、 季度任务完成进度;</w:t>
      </w:r>
      <w:r>
        <w:rPr>
          <w:lang w:eastAsia="zh-CN"/>
        </w:rPr>
        <w:br/>
      </w:r>
      <w:r>
        <w:rPr>
          <w:lang w:eastAsia="zh-CN"/>
        </w:rPr>
        <w:t>　　2、 未按计划完成的客户网点列表;</w:t>
      </w:r>
      <w:r>
        <w:rPr>
          <w:lang w:eastAsia="zh-CN"/>
        </w:rPr>
        <w:br/>
      </w:r>
      <w:r>
        <w:rPr>
          <w:lang w:eastAsia="zh-CN"/>
        </w:rPr>
        <w:t>　　3、 特殊项目完成进度;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二、6月份销售业绩分解：</w:t>
      </w:r>
      <w:r>
        <w:rPr>
          <w:lang w:eastAsia="zh-CN"/>
        </w:rPr>
        <w:br/>
      </w:r>
      <w:r>
        <w:rPr>
          <w:lang w:eastAsia="zh-CN"/>
        </w:rPr>
        <w:t>　　1、本月销量分解客户列表，并标注匹配的主要政策;</w:t>
      </w:r>
      <w:r>
        <w:rPr>
          <w:lang w:eastAsia="zh-CN"/>
        </w:rPr>
        <w:br/>
      </w:r>
      <w:r>
        <w:rPr>
          <w:lang w:eastAsia="zh-CN"/>
        </w:rPr>
        <w:t>　　2、实地拜访客户类表，并标注主要工作事项;</w:t>
      </w:r>
      <w:r>
        <w:rPr>
          <w:lang w:eastAsia="zh-CN"/>
        </w:rPr>
        <w:br/>
      </w:r>
      <w:r>
        <w:rPr>
          <w:lang w:eastAsia="zh-CN"/>
        </w:rPr>
        <w:t>　　3、促销活动安排及促销人员调用列表;</w:t>
      </w:r>
      <w:r>
        <w:rPr>
          <w:lang w:eastAsia="zh-CN"/>
        </w:rPr>
        <w:br/>
      </w:r>
      <w:r>
        <w:rPr>
          <w:lang w:eastAsia="zh-CN"/>
        </w:rPr>
        <w:t>　　4、特殊项目销售分解目标;</w:t>
      </w:r>
      <w:r>
        <w:rPr>
          <w:lang w:eastAsia="zh-CN"/>
        </w:rPr>
        <w:br/>
      </w:r>
      <w:r>
        <w:rPr>
          <w:lang w:eastAsia="zh-CN"/>
        </w:rPr>
        <w:t>　　三、问题分析：</w:t>
      </w:r>
      <w:r>
        <w:rPr>
          <w:lang w:eastAsia="zh-CN"/>
        </w:rPr>
        <w:br/>
      </w:r>
      <w:r>
        <w:rPr>
          <w:lang w:eastAsia="zh-CN"/>
        </w:rPr>
        <w:t>　　1、存在问题的销售网点列表，并标注问题点及产生的影响;</w:t>
      </w:r>
      <w:r>
        <w:rPr>
          <w:lang w:eastAsia="zh-CN"/>
        </w:rPr>
        <w:br/>
      </w:r>
      <w:r>
        <w:rPr>
          <w:lang w:eastAsia="zh-CN"/>
        </w:rPr>
        <w:t>　　2、对产生的问题是否有解决的办法;</w:t>
      </w:r>
      <w:r>
        <w:rPr>
          <w:lang w:eastAsia="zh-CN"/>
        </w:rPr>
        <w:br/>
      </w:r>
      <w:r>
        <w:rPr>
          <w:lang w:eastAsia="zh-CN"/>
        </w:rPr>
        <w:t>　　3、销售环节的问题表现，及解决建议;</w:t>
      </w:r>
      <w:r>
        <w:rPr>
          <w:lang w:eastAsia="zh-CN"/>
        </w:rPr>
        <w:br/>
      </w:r>
      <w:r>
        <w:rPr>
          <w:lang w:eastAsia="zh-CN"/>
        </w:rPr>
        <w:t>　　四、销售月工作计划</w:t>
      </w:r>
      <w:r>
        <w:rPr>
          <w:lang w:eastAsia="zh-CN"/>
        </w:rPr>
        <w:br/>
      </w:r>
      <w:r>
        <w:rPr>
          <w:lang w:eastAsia="zh-CN"/>
        </w:rPr>
        <w:t>　　中将六月重点配套工作项目计划及地区、网点、日程安排列表;</w:t>
      </w:r>
      <w:r>
        <w:rPr>
          <w:lang w:eastAsia="zh-CN"/>
        </w:rPr>
        <w:br/>
      </w:r>
      <w:r>
        <w:rPr>
          <w:lang w:eastAsia="zh-CN"/>
        </w:rPr>
        <w:t>　　五、增长点：</w:t>
      </w:r>
      <w:r>
        <w:rPr>
          <w:lang w:eastAsia="zh-CN"/>
        </w:rPr>
        <w:br/>
      </w:r>
      <w:r>
        <w:rPr>
          <w:lang w:eastAsia="zh-CN"/>
        </w:rPr>
        <w:t>　　1、销量增长网点列表及措施;</w:t>
      </w:r>
      <w:r>
        <w:rPr>
          <w:lang w:eastAsia="zh-CN"/>
        </w:rPr>
        <w:br/>
      </w:r>
      <w:r>
        <w:rPr>
          <w:lang w:eastAsia="zh-CN"/>
        </w:rPr>
        <w:t>　　2、新客户、新项目拓展地区网点类表及日程</w:t>
      </w:r>
      <w:r>
        <w:rPr>
          <w:lang w:eastAsia="zh-CN"/>
        </w:rPr>
        <w:br/>
      </w:r>
      <w:r>
        <w:rPr>
          <w:lang w:eastAsia="zh-CN"/>
        </w:rPr>
        <w:t>　　六、改进：</w:t>
      </w:r>
      <w:r>
        <w:rPr>
          <w:lang w:eastAsia="zh-CN"/>
        </w:rPr>
        <w:br/>
      </w:r>
      <w:r>
        <w:rPr>
          <w:lang w:eastAsia="zh-CN"/>
        </w:rPr>
        <w:t>　　1、对公司流程、制度的改进建议;</w:t>
      </w:r>
      <w:r>
        <w:rPr>
          <w:lang w:eastAsia="zh-CN"/>
        </w:rPr>
        <w:br/>
      </w:r>
      <w:r>
        <w:rPr>
          <w:lang w:eastAsia="zh-CN"/>
        </w:rPr>
        <w:t>　　2、政策措施、资源调配的改进建议。</w:t>
      </w:r>
      <w:r>
        <w:rPr>
          <w:lang w:eastAsia="zh-CN"/>
        </w:rPr>
        <w:br/>
      </w:r>
      <w:r>
        <w:rPr>
          <w:lang w:eastAsia="zh-CN"/>
        </w:rPr>
        <w:t xml:space="preserve">    销售部门工作计划范文汇总 篇5 </w:t>
      </w:r>
      <w:r>
        <w:rPr>
          <w:lang w:eastAsia="zh-CN"/>
        </w:rPr>
        <w:br/>
      </w:r>
      <w:r>
        <w:rPr>
          <w:lang w:eastAsia="zh-CN"/>
        </w:rPr>
        <w:t>　　20__年有太多的美好的回忆，经过这一年的学习，我深深的感受到了自己有所进步，同时也存在不少问题，在处理问题以及工作的方法上也有不足，但是我相信加入__博物馆是正确的，我一定会拥有更美好的明天。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一、年度工作总结</w:t>
      </w:r>
      <w:r>
        <w:rPr>
          <w:lang w:eastAsia="zh-CN"/>
        </w:rPr>
        <w:br/>
      </w:r>
      <w:r>
        <w:rPr>
          <w:lang w:eastAsia="zh-CN"/>
        </w:rPr>
        <w:t>　　1、销售工作总结、分析</w:t>
      </w:r>
      <w:r>
        <w:rPr>
          <w:lang w:eastAsia="zh-CN"/>
        </w:rPr>
        <w:br/>
      </w:r>
      <w:r>
        <w:rPr>
          <w:lang w:eastAsia="zh-CN"/>
        </w:rPr>
        <w:t>　　1)入职感言。在销售岗位上，我在接触文物销售时，对文物知识和销售知识非常缺乏，我的工作可以说是很难入手的。前两个月，我都是在有些资料上了解的、所以有时候在销售中遇到很多不懂的。正因我在资料上懂的了很多、在工作中的帮助，还有前期这些经验做铺垫，所以在这几个月里我才能顺利的在岗位中独立开展工作，整个学习的过程，可以说在这学习中得到了很多。</w:t>
      </w:r>
      <w:r>
        <w:rPr>
          <w:lang w:eastAsia="zh-CN"/>
        </w:rPr>
        <w:br/>
      </w:r>
      <w:r>
        <w:rPr>
          <w:lang w:eastAsia="zh-CN"/>
        </w:rPr>
        <w:t>　　2)职业心态的调整</w:t>
      </w:r>
      <w:r>
        <w:rPr>
          <w:lang w:eastAsia="zh-CN"/>
        </w:rPr>
        <w:br/>
      </w:r>
      <w:r>
        <w:rPr>
          <w:lang w:eastAsia="zh-CN"/>
        </w:rPr>
        <w:t>　　销售员的一天应该从清晨睁开第一眼开始，每天早上我都会从自己定的欢快激进的闹铃声中醒来，然后以精神充沛、快乐的心态迎接一天的工作。如果我没有别人经验多~那么我和别人比服务。</w:t>
      </w:r>
      <w:r>
        <w:rPr>
          <w:lang w:eastAsia="zh-CN"/>
        </w:rPr>
        <w:br/>
      </w:r>
      <w:r>
        <w:rPr>
          <w:lang w:eastAsia="zh-CN"/>
        </w:rPr>
        <w:t>　　3)自己工作中的不足：</w:t>
      </w:r>
      <w:r>
        <w:rPr>
          <w:lang w:eastAsia="zh-CN"/>
        </w:rPr>
        <w:br/>
      </w:r>
      <w:r>
        <w:rPr>
          <w:lang w:eastAsia="zh-CN"/>
        </w:rPr>
        <w:t>　　在销售工作中也有急于成交的表现，不但影响了自己销售业务的开展，也打击了自己的自信心。我想在以后的工作中会摒弃这些不良的做法，并积极学习、请教老销售员业务知识，尽快提高自己的销售技能。</w:t>
      </w:r>
      <w:r>
        <w:rPr>
          <w:lang w:eastAsia="zh-CN"/>
        </w:rPr>
        <w:br/>
      </w:r>
      <w:r>
        <w:rPr>
          <w:lang w:eastAsia="zh-CN"/>
        </w:rPr>
        <w:t>　　二、第三季度的工作开展</w:t>
      </w:r>
      <w:r>
        <w:rPr>
          <w:lang w:eastAsia="zh-CN"/>
        </w:rPr>
        <w:br/>
      </w:r>
      <w:r>
        <w:rPr>
          <w:lang w:eastAsia="zh-CN"/>
        </w:rPr>
        <w:t>　　公司在发展过程中，我认为要成为一名合格的销售员，首先要调整自己的理念，和公司统一思想、统一目标，明确公司的发展方向，才能充分溶入到公司的发展当中，才能更加有条不紊的开展工作。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首先，从理念上：我应该和公司保持一致的经营思想、经营理念，与公司高层统一目标和认识，协助公司促进企业文化方面的建设。</w:t>
      </w:r>
      <w:r>
        <w:rPr>
          <w:lang w:eastAsia="zh-CN"/>
        </w:rPr>
        <w:br/>
      </w:r>
      <w:r>
        <w:rPr>
          <w:lang w:eastAsia="zh-CN"/>
        </w:rPr>
        <w:t>　　第二，业务上：了解更多的资料、兴趣爱好、家庭情况等，挖掘游客的需求，投其所好，搞好游客关系，随时掌握信息，力争第4季度要比3季度翻一翻。</w:t>
      </w:r>
      <w:r>
        <w:rPr>
          <w:lang w:eastAsia="zh-CN"/>
        </w:rPr>
        <w:br/>
      </w:r>
      <w:r>
        <w:rPr>
          <w:lang w:eastAsia="zh-CN"/>
        </w:rPr>
        <w:t>　　第三，意识上：无论在销售还是知识都要学习，摒弃自私、强势、懒惰的性情，用积极向上的心态，学习他人的长处，学会谦虚，学会与上司、朋友、同事更加融洽的相处;</w:t>
      </w:r>
      <w:r>
        <w:rPr>
          <w:lang w:eastAsia="zh-CN"/>
        </w:rPr>
        <w:br/>
      </w:r>
      <w:r>
        <w:rPr>
          <w:lang w:eastAsia="zh-CN"/>
        </w:rPr>
        <w:t>　　最后我希望今后公司的业绩更加辉煌!</w:t>
      </w:r>
      <w:r>
        <w:rPr>
          <w:lang w:eastAsia="zh-CN"/>
        </w:rPr>
        <w:br/>
      </w:r>
      <w:r>
        <w:rPr>
          <w:lang w:eastAsia="zh-CN"/>
        </w:rPr>
        <w:t xml:space="preserve">    销售部门工作计划范文汇总 篇6 </w:t>
      </w:r>
      <w:r>
        <w:rPr>
          <w:lang w:eastAsia="zh-CN"/>
        </w:rPr>
        <w:br/>
      </w:r>
      <w:r>
        <w:rPr>
          <w:lang w:eastAsia="zh-CN"/>
        </w:rPr>
        <w:t>　　一个成功的酒店，离不开成功的营销。旅游酒店业早已进入拼策略、拼品牌、拼创新的时代，要成为人们心目中理想的下榻地，仅仅有舒适的环境和微笑是远远不够的。如何吸引客源，提升酒店竞争力则是每一个酒店都在积极考虑的首要问题，而营销策略又是酒店策略的重中之重。作为酒店的市场营销部，我向各位领导汇报一下部门20__年的工作计划</w:t>
      </w:r>
      <w:r>
        <w:rPr>
          <w:lang w:eastAsia="zh-CN"/>
        </w:rPr>
        <w:br/>
      </w:r>
      <w:r>
        <w:rPr>
          <w:lang w:eastAsia="zh-CN"/>
        </w:rPr>
        <w:t>　　一、调整协议方案，与客户签定20__年优惠协议书</w:t>
      </w:r>
      <w:r>
        <w:rPr>
          <w:lang w:eastAsia="zh-CN"/>
        </w:rPr>
        <w:br/>
      </w:r>
      <w:r>
        <w:rPr>
          <w:lang w:eastAsia="zh-CN"/>
        </w:rPr>
        <w:t>　　酒店协议价格是基于对市场环境、顾客需求、酒店市场营销总体目标、酒店成本及竞争对手价格等多方面准确了解的基础上制定的，新的一年，面对新的市场竞争，我们将及时调整协议的优惠条款，留住我们的核心客户群，赢得客户忠诚度及满意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二、巩固客户关系，有效地开发和利用客户资源</w:t>
      </w:r>
      <w:r>
        <w:rPr>
          <w:lang w:eastAsia="zh-CN"/>
        </w:rPr>
        <w:br/>
      </w:r>
      <w:r>
        <w:rPr>
          <w:lang w:eastAsia="zh-CN"/>
        </w:rPr>
        <w:t>　　客户作为一种企业核心资源，拥有和保持更多的客户决定着企业今后发展的命运，因此有效地开发和利用客户资源，发展和巩固企业同客户之间的和谐关系，在最大程度上满足客户需求的同时实现企业的经济社会效益最大化</w:t>
      </w:r>
      <w:r>
        <w:rPr>
          <w:lang w:eastAsia="zh-CN"/>
        </w:rPr>
        <w:br/>
      </w:r>
      <w:r>
        <w:rPr>
          <w:lang w:eastAsia="zh-CN"/>
        </w:rPr>
        <w:t>　　今年荣成不少科局负责人都做了调整，有一些新上任的领导我们还都不太熟悉，而有一些我们很熟悉的领导又调整到了新的科局，这对我们来开拓新的市场是非常有利的。正月以后各科局都会上省进京，我们要利用好这次机会，提前拜访各科局，以荣成各科局为媒介搭起与省厅之间关系的桥梁，搜集营销信息，为我们下一步工作奠定基础。年前我们通过拜访有关科局获得的会议信息已有五个，已确定的一个会议将在三月份召开。年后我们将继续追踪营销，力争会议在我馆召开</w:t>
      </w:r>
      <w:r>
        <w:rPr>
          <w:lang w:eastAsia="zh-CN"/>
        </w:rPr>
        <w:br/>
      </w:r>
      <w:r>
        <w:rPr>
          <w:lang w:eastAsia="zh-CN"/>
        </w:rPr>
        <w:t>　　三、加大会议营销的力度与广度</w:t>
      </w:r>
      <w:r>
        <w:rPr>
          <w:lang w:eastAsia="zh-CN"/>
        </w:rPr>
        <w:br/>
      </w:r>
      <w:r>
        <w:rPr>
          <w:lang w:eastAsia="zh-CN"/>
        </w:rPr>
        <w:t>　　通过这几年的会议接待，我们打出了石岛宾馆会议接待的品牌，良好的接待口碑，也为我们赢得了一定的市场。但是我们也清楚的知道我们的工作还存在着很大的局限性，市场局面并没有完全打开。对于会议的促销与会议市场的开发，信息的捕捉与建立多渠道的客户关系是相当重要的。</w:t>
      </w:r>
      <w:r>
        <w:rPr>
          <w:lang w:eastAsia="zh-CN"/>
        </w:rPr>
        <w:br/>
      </w:r>
      <w:r>
        <w:rPr>
          <w:lang w:eastAsia="zh-CN"/>
        </w:rPr>
        <w:t>　　1、仍然以济南为依托，继续做好济南及周边市场的宣传促销，巩固与济南各大厅、局单位的业务情感交流。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2、建立公司类会议渠道。公司类会议有以下几个特点：规模通常是百人以上，会议地点主要选择能提供良好会议、住宿、餐饮设施和服务的星级酒店，会议时间通常1&amp;2天，培训会3-5天</w:t>
      </w:r>
      <w:r>
        <w:rPr>
          <w:lang w:eastAsia="zh-CN"/>
        </w:rPr>
        <w:t xml:space="preserve"> 。公司类会议有多种类型，主要有：销售会议、培训研讨会、新产品发布会、供应商会议、管理层会议和股东董事会。他们的会议分销渠道包括：公司本身、公司会议策划机构、会议管理公司、旅行代理商，行业一般是：保险，电信，信息技术，电子和电气产品，汽车和相关设备，医药，商业服务，交通服务，食品，机械制造等，所以我们一是要利用各种宣传促销手段，争取和他们的市场销售部、培训部、行政部和相关决策人员建立客户关系.。二是我们应该与这些会议策划机构，会议管理公司合作，把部分优惠让利于他们，同时以他们为平台，拓宽我们的销售渠道，以此发展我们的客户市场，达到一个双赢的结果，年前我们曾和北京强强酒店的副总坐在一起探讨，她说现在北京有很多酒店都是与会议公司合作，取得了很好的效果，如有需要，她愿意帮助我们联系北京的会议公司，看是否可以达成合作关系。</w:t>
      </w:r>
      <w:r>
        <w:rPr>
          <w:lang w:eastAsia="zh-CN"/>
        </w:rPr>
        <w:br/>
      </w:r>
      <w:r>
        <w:rPr>
          <w:lang w:eastAsia="zh-CN"/>
        </w:rPr>
        <w:t>　　3、会议信息的追踪营销。在所有的营销手段中，最终获得会议召开，人员销售扮演着非常重要的角色。对于销售人员来说，清楚地道会议决策人对于会议地点选择的步骤、标准和考虑的事项就显得很关键了。所以我们在获知会议信息的情况下，要多次上门拜访，深入了解会议具体情况及客户需求，要建立拉链式的客户关系，从而将信息转变为获得会议召开的有效途径。</w:t>
      </w:r>
      <w:r>
        <w:rPr>
          <w:lang w:eastAsia="zh-CN"/>
        </w:rPr>
        <w:br/>
      </w:r>
      <w:r>
        <w:rPr>
          <w:lang w:eastAsia="zh-CN"/>
        </w:rPr>
        <w:t>　　4、会议服务的细节营销</w:t>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随着营销竞争日趋激烈，如何吸引客源，提升酒店竞争力则是每一个酒店都在积极考虑的首要问题。竞争就是就是细节营销的竞争。营销常因细腻而卓越。细节营销的灵魂是是真诚。所以今年我们对会议市场的宣传口号就是：轻松会议、完美体验。我们会为客户的每一次会议度身定做，提供最贴心的建议和设计;准确把握客户的需求，提供最细微的关注和服务</w:t>
      </w:r>
      <w:r>
        <w:rPr>
          <w:lang w:eastAsia="zh-CN"/>
        </w:rPr>
        <w:br/>
      </w:r>
      <w:r>
        <w:rPr>
          <w:lang w:eastAsia="zh-CN"/>
        </w:rPr>
        <w:t>　　5、客户回访助力服务营销</w:t>
      </w:r>
      <w:r>
        <w:rPr>
          <w:lang w:eastAsia="zh-CN"/>
        </w:rPr>
        <w:br/>
      </w:r>
      <w:r>
        <w:rPr>
          <w:lang w:eastAsia="zh-CN"/>
        </w:rPr>
        <w:t>　　客户回访能在客户中产生较好的辐射力，有利于提高企业及品牌在客户心目信誉度，通过持续的客户回访，把服务与销售紧密结合，在增进沟通提升客户满意度的同时，将回访从单纯的服务行为上升为有效的销售动力，为后期深耕大客户奠定了扎实的基础</w:t>
      </w:r>
      <w:r>
        <w:rPr>
          <w:lang w:eastAsia="zh-CN"/>
        </w:rPr>
        <w:br/>
      </w:r>
      <w:r>
        <w:rPr>
          <w:lang w:eastAsia="zh-CN"/>
        </w:rPr>
        <w:t>　　四、和知名的网络营销平台合作，比如订房联盟、协程网等通过成为会员，扩大宣传和知名度。在这些平台注册了信息，就会有会员去浏览，潜在的客人可以清楚地了解会员酒店的设施、房价、地理位置等，非常方便的为他们到达酒店提供指引，同时酒店可以自建网站，通过搜索引擎等推广手段让客人知晓酒店</w:t>
      </w:r>
      <w:r>
        <w:rPr>
          <w:lang w:eastAsia="zh-CN"/>
        </w:rPr>
        <w:br/>
      </w:r>
      <w:r>
        <w:rPr>
          <w:lang w:eastAsia="zh-CN"/>
        </w:rPr>
        <w:t>　　五、实施无线网络营销策略，可以采用为客人发送短信和设置彩铃的方式，对外推荐酒店产品，宣传酒店企业文化，展示酒店形象，促进品牌宣传，拓宽酒店与外界沟通的渠道;</w:t>
      </w:r>
      <w:r>
        <w:rPr>
          <w:lang w:eastAsia="zh-CN"/>
        </w:rPr>
        <w:br/>
      </w:r>
      <w:r>
        <w:rPr>
          <w:lang w:eastAsia="zh-CN"/>
        </w:rPr>
        <w:t>　　六、通过多听，多看，多学习，丰富自己的营销知识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新的一年又给予了我们新的希望，宾馆党委的全力支持，兄弟部门的密切配合都将成为市场营销部新一年努力工作的加油站。面对新的工作任务，我们深知我们责无旁贷，面对市场竞争的困难和压力，我们更有挑战的勇气和信心。面对领导的期望，新的一年，相信我们一定会圆满完成宾馆党委下达给我们的计划指标!</w:t>
      </w:r>
      <w:r>
        <w:rPr>
          <w:lang w:eastAsia="zh-CN"/>
        </w:rPr>
        <w:br/>
      </w:r>
      <w:r>
        <w:rPr>
          <w:lang w:eastAsia="zh-CN"/>
        </w:rPr>
        <w:t>　　以上是部门今年的工作计划，如有不妥之处请各位领导同事批评指正</w:t>
      </w:r>
      <w:r>
        <w:rPr>
          <w:lang w:eastAsia="zh-CN"/>
        </w:rPr>
        <w:br/>
      </w:r>
      <w:r>
        <w:rPr>
          <w:lang w:eastAsia="zh-CN"/>
        </w:rPr>
        <w:t xml:space="preserve">    销售部门工作计划范文汇总 篇7 </w:t>
      </w:r>
      <w:r>
        <w:rPr>
          <w:lang w:eastAsia="zh-CN"/>
        </w:rPr>
        <w:br/>
      </w:r>
      <w:r>
        <w:rPr>
          <w:lang w:eastAsia="zh-CN"/>
        </w:rPr>
        <w:t>　　为给公司员工创造一个干净、整洁、舒适的工作场所和空间环境，营造公司企业文化氛围，以提升员工素养、公司整体形象和管理水平为目的，制订本制度。</w:t>
      </w:r>
      <w:r>
        <w:rPr>
          <w:lang w:eastAsia="zh-CN"/>
        </w:rPr>
        <w:br/>
      </w:r>
      <w:r>
        <w:rPr>
          <w:lang w:eastAsia="zh-CN"/>
        </w:rPr>
        <w:t>　　一、5s推行小组组织框架及职责</w:t>
      </w:r>
      <w:r>
        <w:rPr>
          <w:lang w:eastAsia="zh-CN"/>
        </w:rPr>
        <w:br/>
      </w:r>
      <w:r>
        <w:rPr>
          <w:lang w:eastAsia="zh-CN"/>
        </w:rPr>
        <w:t>　　1、组长:由总经理兼任，负责批准和不定期抽查5s推行计划实施的进程、实施的效果、组织5s推行小组总结推行经验及改进方向。</w:t>
      </w:r>
      <w:r>
        <w:rPr>
          <w:lang w:eastAsia="zh-CN"/>
        </w:rPr>
        <w:br/>
      </w:r>
      <w:r>
        <w:rPr>
          <w:lang w:eastAsia="zh-CN"/>
        </w:rPr>
        <w:t>　　2、副组长:由组长任命，负责推行计划的具体实施及统筹安排，督导各部门按计划排程实施，负责收集各部门5s实施过程的问题点或相关建议以及实施效果的评估，每月底负责向组长汇报公司整体5s实施情况及相关建议。</w:t>
      </w:r>
      <w:r>
        <w:rPr>
          <w:lang w:eastAsia="zh-CN"/>
        </w:rPr>
        <w:br/>
      </w:r>
      <w:r>
        <w:rPr>
          <w:lang w:eastAsia="zh-CN"/>
        </w:rPr>
        <w:t>　　3、成员:各部门负责人。负责本部门5s工作的具体落实和督导执行情况，反馈和提议5s实施计划的不足和实施情况。</w:t>
      </w:r>
      <w:r>
        <w:rPr>
          <w:lang w:eastAsia="zh-CN"/>
        </w:rPr>
        <w:br/>
      </w:r>
      <w:r>
        <w:rPr>
          <w:lang w:eastAsia="zh-CN"/>
        </w:rPr>
        <w:t>　　二、计划实施时间</w:t>
      </w:r>
      <w:r>
        <w:rPr>
          <w:lang w:eastAsia="zh-CN"/>
        </w:rPr>
        <w:br/>
      </w:r>
      <w:r>
        <w:rPr>
          <w:lang w:eastAsia="zh-CN"/>
        </w:rPr>
        <w:t>　　依据公司实际情况，拟定于20__年8月1日起正式实施。</w:t>
      </w:r>
      <w:r>
        <w:rPr>
          <w:lang w:eastAsia="zh-CN"/>
        </w:rPr>
        <w:br/>
      </w:r>
      <w:r>
        <w:rPr>
          <w:lang w:eastAsia="zh-CN"/>
        </w:rPr>
        <w:t>　　三、实施过程</w:t>
      </w:r>
      <w:r>
        <w:rPr>
          <w:lang w:eastAsia="zh-CN"/>
        </w:rPr>
        <w:br/>
      </w:r>
      <w:r>
        <w:rPr>
          <w:lang w:eastAsia="zh-CN"/>
        </w:rPr>
        <w:t>　　5s实施标准:见各部门5s标准。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各部门负责人负责本部门5s活动的实施计划，并依部门5s标准组织落实和开展工作。并将5s列入部门日常管理工作项目中。按照责任区域实行岗位区域责任制。</w:t>
      </w:r>
      <w:r>
        <w:rPr>
          <w:lang w:eastAsia="zh-CN"/>
        </w:rPr>
        <w:br/>
      </w:r>
      <w:r>
        <w:rPr>
          <w:lang w:eastAsia="zh-CN"/>
        </w:rPr>
        <w:t>　　四、检查及考核</w:t>
      </w:r>
      <w:r>
        <w:rPr>
          <w:lang w:eastAsia="zh-CN"/>
        </w:rPr>
        <w:br/>
      </w:r>
      <w:r>
        <w:rPr>
          <w:lang w:eastAsia="zh-CN"/>
        </w:rPr>
        <w:t>　　1、每周不定期由副组长组织推行小组成员依各部门内容进行现场检查(检查时间排程依实际情况而定)。</w:t>
      </w:r>
      <w:r>
        <w:rPr>
          <w:lang w:eastAsia="zh-CN"/>
        </w:rPr>
        <w:br/>
      </w:r>
      <w:r>
        <w:rPr>
          <w:lang w:eastAsia="zh-CN"/>
        </w:rPr>
        <w:t>　　2、对于检查不符合5s标准时，检查小组应拍照进行取样，同时将结果记录在中并做相应评分。以口头方式要求相应责任部门人进行整改，检查小组安排成员负责跟进并将改进后效果记录在中。</w:t>
      </w:r>
      <w:r>
        <w:rPr>
          <w:lang w:eastAsia="zh-CN"/>
        </w:rPr>
        <w:br/>
      </w:r>
      <w:r>
        <w:rPr>
          <w:lang w:eastAsia="zh-CN"/>
        </w:rPr>
        <w:t>　　3、检查小组对每周的检查结果进行汇总，将结果以书面形式通报给各部门。</w:t>
      </w:r>
      <w:r>
        <w:rPr>
          <w:lang w:eastAsia="zh-CN"/>
        </w:rPr>
        <w:br/>
      </w:r>
      <w:r>
        <w:rPr>
          <w:lang w:eastAsia="zh-CN"/>
        </w:rPr>
        <w:t>　　考核标准:</w:t>
      </w:r>
      <w:r>
        <w:rPr>
          <w:lang w:eastAsia="zh-CN"/>
        </w:rPr>
        <w:br/>
      </w:r>
      <w:r>
        <w:rPr>
          <w:lang w:eastAsia="zh-CN"/>
        </w:rPr>
        <w:t>　　依各部门中条款内容按分数计，总分100分。</w:t>
      </w:r>
      <w:r>
        <w:rPr>
          <w:lang w:eastAsia="zh-CN"/>
        </w:rPr>
        <w:br/>
      </w:r>
      <w:r>
        <w:rPr>
          <w:lang w:eastAsia="zh-CN"/>
        </w:rPr>
        <w:t>　　60分及以下为不符合。</w:t>
      </w:r>
      <w:r>
        <w:rPr>
          <w:lang w:eastAsia="zh-CN"/>
        </w:rPr>
        <w:br/>
      </w:r>
      <w:r>
        <w:rPr>
          <w:lang w:eastAsia="zh-CN"/>
        </w:rPr>
        <w:t>　　1、每月汇总各部门的检查结果。对当月连续两周被检查为不符合时，将负责相应区域的责任人通报给行政人事部，在当月的个人绩效薪资中扣除。</w:t>
      </w:r>
      <w:r>
        <w:rPr>
          <w:lang w:eastAsia="zh-CN"/>
        </w:rPr>
        <w:br/>
      </w:r>
      <w:r>
        <w:rPr>
          <w:lang w:eastAsia="zh-CN"/>
        </w:rPr>
        <w:t>　　2、对当月连续三周被检查为不符合时，除将负责相应区域的责任人进行通报以外，对部门负责人也将进行通报并按直接责任人的分值一并在当月个人绩效薪资中扣除。</w:t>
      </w:r>
      <w:r>
        <w:rPr>
          <w:lang w:eastAsia="zh-CN"/>
        </w:rPr>
        <w:br/>
      </w:r>
      <w:r>
        <w:rPr>
          <w:lang w:eastAsia="zh-CN"/>
        </w:rPr>
        <w:t>　　3、对连续三个月检查均符合5s标准要求时，对相应岗位责任人进行嘉奖。最高200元。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以上均记录在个人kpi及部门年度kpi绩效考核中作为当月和年度pki绩效考核项目及依据之一。</w:t>
      </w:r>
      <w:r>
        <w:rPr>
          <w:lang w:eastAsia="zh-CN"/>
        </w:rPr>
        <w:br/>
      </w:r>
      <w:r>
        <w:rPr>
          <w:lang w:eastAsia="zh-CN"/>
        </w:rPr>
        <w:t>　　五、每周检查完后由推行小组副组长组织召开小组会议</w:t>
      </w:r>
      <w:r>
        <w:rPr>
          <w:lang w:eastAsia="zh-CN"/>
        </w:rPr>
        <w:br/>
      </w:r>
      <w:r>
        <w:rPr>
          <w:lang w:eastAsia="zh-CN"/>
        </w:rPr>
        <w:t>　　可以是口头临时现场会议；讨论和评估各部门的实际实施情况及需要改进的地方，制定新的改进方案等；必要时将检查结果汇报给推行小组组长。每月底组织召开小组全体会议，汇总当月整体运行情况，并将新的改进方案及汇总结果汇报给小组组长批准。</w:t>
      </w:r>
      <w:r>
        <w:rPr>
          <w:lang w:eastAsia="zh-CN"/>
        </w:rPr>
        <w:br/>
      </w:r>
      <w:r>
        <w:rPr>
          <w:lang w:eastAsia="zh-CN"/>
        </w:rPr>
        <w:t xml:space="preserve">    销售部门工作计划范文汇总 篇8 </w:t>
      </w:r>
      <w:r>
        <w:rPr>
          <w:lang w:eastAsia="zh-CN"/>
        </w:rPr>
        <w:br/>
      </w:r>
      <w:r>
        <w:rPr>
          <w:lang w:eastAsia="zh-CN"/>
        </w:rPr>
        <w:t>　　市场销售部是负责对外处理公共关系和销售业务的职能部门，是酒店提高声誉，树立良好公众形象的一个重要窗口，它对总经理室进行经营决策，制订营销方案起到参谋和助手的作用，它对酒店疏通营销渠道，开拓市场，提高经济效益和社会效益起到重要促进作用。</w:t>
      </w:r>
      <w:r>
        <w:rPr>
          <w:lang w:eastAsia="zh-CN"/>
        </w:rPr>
        <w:br/>
      </w:r>
      <w:r>
        <w:rPr>
          <w:lang w:eastAsia="zh-CN"/>
        </w:rPr>
        <w:t>　　针对销售部的工作职能，我们制订了市场营销部20__年工作思路，现在向大家作一个汇报：</w:t>
      </w:r>
      <w:r>
        <w:rPr>
          <w:lang w:eastAsia="zh-CN"/>
        </w:rPr>
        <w:br/>
      </w:r>
      <w:r>
        <w:rPr>
          <w:lang w:eastAsia="zh-CN"/>
        </w:rPr>
        <w:t>　　一、建立酒店营销公关通讯联络网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今年重点工作之一建立完善的客户档案，对宾客按签单重点客户，会议接待客户，有发展潜力的客户等进行分类建档，详细记录客户的所在单位，联系人姓名，地址，全年消费金额及给该单位的折扣等，建立与保持同行政机关团体，各企事业单位，商人知名人士，企业家等重要客户的业务联系，为了巩固老客户和发展新客户，除了日常定期和不定期对客户进行销售访问外，在年终岁末或重大节假日及客户的生日，通过电话、发送信息等平台为客户送去我们的祝福。今年计划在适当时期召开次大型客户答谢联络会，以加强与客户的感情交流，听取客户意见。</w:t>
      </w:r>
      <w:r>
        <w:rPr>
          <w:lang w:eastAsia="zh-CN"/>
        </w:rPr>
        <w:br/>
      </w:r>
      <w:r>
        <w:rPr>
          <w:lang w:eastAsia="zh-CN"/>
        </w:rPr>
        <w:t>　　二、开拓创新，建立灵活的激励营销机制。开拓市场，争取客源</w:t>
      </w:r>
      <w:r>
        <w:rPr>
          <w:lang w:eastAsia="zh-CN"/>
        </w:rPr>
        <w:br/>
      </w:r>
      <w:r>
        <w:rPr>
          <w:lang w:eastAsia="zh-CN"/>
        </w:rPr>
        <w:t>　　今年销售部将配合酒店整体新的营销体制，重新制订完善市场销售部销售任务计划及业绩考核管理实施细则，提高营销代表的工资待遇，激发、调动营销人员的积极性。营销代表实行工作日记志，每工作日必须完成拜访两户新客户，三户老客户，四个联络电话的二、三、四工作步骤，以月度营销任务完成情况及工作日记志综合考核营销代表。督促营销代表，通过各种方式争取团体和散客客户，稳定老客户，发展新客户，并在拜访中及时了解收集宾客意见及建议，反馈给有关部门及总经理室。</w:t>
      </w:r>
      <w:r>
        <w:rPr>
          <w:lang w:eastAsia="zh-CN"/>
        </w:rPr>
        <w:br/>
      </w:r>
      <w:r>
        <w:rPr>
          <w:lang w:eastAsia="zh-CN"/>
        </w:rPr>
        <w:t>　　强调团队精神，将部门经理及营销代表的工薪发放与整个部门总任务相结合，强调互相合作，互相帮助，营造一个和谐、积极的工作团体。</w:t>
      </w:r>
      <w:r>
        <w:rPr>
          <w:lang w:eastAsia="zh-CN"/>
        </w:rPr>
        <w:br/>
      </w:r>
      <w:r>
        <w:rPr>
          <w:lang w:eastAsia="zh-CN"/>
        </w:rPr>
        <w:t>　　三、热情接待，服务周到</w:t>
      </w:r>
      <w:r>
        <w:rPr>
          <w:lang w:eastAsia="zh-CN"/>
        </w:rPr>
        <w:br/>
      </w:r>
      <w:r>
        <w:rPr>
          <w:lang w:eastAsia="zh-CN"/>
        </w:rPr>
        <w:t>　　接待团体、会议、客户，要做到全程跟踪服务，全天侯服务，注意服务形象和仪表，热情周到，针对各类宾客进行特殊和有针对性服务，最大限度满足宾客的精神和物质需求。制作会务活动调查表，向客户征求意见，了解客户的需求，及时调整营销方案。</w:t>
      </w:r>
      <w:r>
        <w:rPr>
          <w:lang w:eastAsia="zh-CN"/>
        </w:rPr>
        <w:br/>
      </w:r>
      <w:r>
        <w:rPr>
          <w:lang w:eastAsia="zh-CN"/>
        </w:rPr>
        <w:t>　　四、做好市场调查及促销活动策划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经常组织部门有关人员收集，了解旅游业，宾馆，酒店及其相应行业的信息，掌握其经营管理和接待服务动向，为酒店总经理室提供全面，真实，及时的信息，以便制定营销决策和灵活的推销方案。</w:t>
      </w:r>
      <w:r>
        <w:rPr>
          <w:lang w:eastAsia="zh-CN"/>
        </w:rPr>
        <w:br/>
      </w:r>
      <w:r>
        <w:rPr>
          <w:lang w:eastAsia="zh-CN"/>
        </w:rPr>
        <w:t>　　五、密切合作，主动协调</w:t>
      </w:r>
      <w:r>
        <w:rPr>
          <w:lang w:eastAsia="zh-CN"/>
        </w:rPr>
        <w:br/>
      </w:r>
      <w:r>
        <w:rPr>
          <w:lang w:eastAsia="zh-CN"/>
        </w:rPr>
        <w:t>　　与酒店其他部门接好业务结合工作，密切配合，根据宾客的需求，主动与酒店其他部门密切联系，互相配合，充分发挥酒店整体营销活力，创造最佳效益。</w:t>
      </w:r>
      <w:r>
        <w:rPr>
          <w:lang w:eastAsia="zh-CN"/>
        </w:rPr>
        <w:br/>
      </w:r>
      <w:r>
        <w:rPr>
          <w:lang w:eastAsia="zh-CN"/>
        </w:rPr>
        <w:t>　　加强与有关宣传新闻媒介等单位的关系，充分利多种广告形式推荐酒店，宣传酒店，努力提高酒店知名度，争取这些公众单位对酒店工作的支持和合作。</w:t>
      </w:r>
      <w:r>
        <w:rPr>
          <w:lang w:eastAsia="zh-CN"/>
        </w:rPr>
        <w:br/>
      </w:r>
      <w:r>
        <w:rPr>
          <w:lang w:eastAsia="zh-CN"/>
        </w:rPr>
        <w:t>　　20__年，销售部将在酒店领导的正确领导下，努力完成全年销售任务，开拓创新，团结拼搏，创造营销部的新形象、新境界。</w:t>
      </w:r>
      <w:r>
        <w:rPr>
          <w:lang w:eastAsia="zh-CN"/>
        </w:rPr>
        <w:br/>
      </w:r>
      <w:r>
        <w:rPr>
          <w:lang w:eastAsia="zh-CN"/>
        </w:rPr>
        <w:t xml:space="preserve">    销售部门工作计划范文汇总 篇9 </w:t>
      </w:r>
      <w:r>
        <w:rPr>
          <w:lang w:eastAsia="zh-CN"/>
        </w:rPr>
        <w:br/>
      </w:r>
      <w:r>
        <w:rPr>
          <w:lang w:eastAsia="zh-CN"/>
        </w:rPr>
        <w:t>　　一、公司现状分析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金立基公司从1996年进入粘合剂行业，经过10多年的发展，已经在印后包装行业这个细分市场取得了不错的成绩，但是业务的发展还是局限在珠三角尤其是广东地区。而据不完全统计整个广东省生产同类产品的厂家不下500家，而胶水行业是一个技术门槛相对较低的行业，导致了行业竞争已经呈现一种白热化状态，带来的直接后果是市场的萎缩和毛利率的下降。公司要想取得进一步扩张和规模效益，已经不能仅仅局限于珠三角市场，另外国家区域经济的振兴计划让长三角以及中西部地区的工业呈现快速增长的过程，其中当然包括印后包装行业，公司管理层在此种环境下做出走出广东、开拓全国市场的决策是非常英明的。我有幸能够参与这场抢占全国市场，塑造金立基品牌的战斗中，感到非常自豪，但是也深感任务的沉重，以下是我根据公司决策层制定的销售计划而做出的区域市场开发计划，仅作参考，希望能对公司有所帮助，请帮忙斧正！（此计划以华东区为目标区域）</w:t>
      </w:r>
      <w:r>
        <w:rPr>
          <w:lang w:eastAsia="zh-CN"/>
        </w:rPr>
        <w:br/>
      </w:r>
      <w:r>
        <w:rPr>
          <w:lang w:eastAsia="zh-CN"/>
        </w:rPr>
        <w:t>　　二、工作目标</w:t>
      </w:r>
      <w:r>
        <w:rPr>
          <w:lang w:eastAsia="zh-CN"/>
        </w:rPr>
        <w:br/>
      </w:r>
      <w:r>
        <w:rPr>
          <w:lang w:eastAsia="zh-CN"/>
        </w:rPr>
        <w:t>　　根据公司整体规划，今年6到12月份华东区6省2市（浙江省、江苏省、四川省、山东省、安徽省、湖北省、上海市、重庆市）共承担销售指标1092万，其中包括直营店3家（销售定额180万，每人每月7.5万），开发大、中型专业客户（终端）13家以上（销售定额720万，每人每月30万），开发经销商4家（销售定额192万，每家每月8万）。充分利用行业内大客户影响力和杠杆效应，带动中小客户的销售。另外通过设立直营门店以及广告宣传等方式让当地市场对金立基的产品和服务有个初步的了解，透过经销商和业务人员的努力，实现业务的快速增长和品牌形象的初步建立。</w:t>
      </w:r>
      <w:r>
        <w:rPr>
          <w:lang w:eastAsia="zh-CN"/>
        </w:rPr>
        <w:br/>
      </w:r>
      <w:r>
        <w:rPr>
          <w:lang w:eastAsia="zh-CN"/>
        </w:rPr>
        <w:t>　　三、具体执行</w:t>
      </w:r>
      <w:r>
        <w:rPr>
          <w:lang w:eastAsia="zh-CN"/>
        </w:rPr>
        <w:br/>
      </w:r>
      <w:r>
        <w:rPr>
          <w:lang w:eastAsia="zh-CN"/>
        </w:rPr>
        <w:t>　　华东市场是金立基从来没有涉猎的空白市场，没有任何经验作为借鉴，并且今年留给我们的时间并不多，任务的艰巨程度可想而知。要想保证销售任务能顺利地完成，必须要有一个完整而细致的规划作为指导。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其中尤为重要的是5月15号至6月底这一个半月的时间。不仅要做好区域办公地点以及直营门店的建设工作，还要确保实现销售指标的完成，对这一个半月我的具体安排如下，</w:t>
      </w:r>
      <w:r>
        <w:rPr>
          <w:lang w:eastAsia="zh-CN"/>
        </w:rPr>
        <w:br/>
      </w:r>
      <w:r>
        <w:rPr>
          <w:lang w:eastAsia="zh-CN"/>
        </w:rPr>
        <w:t>　　第一阶段（5月8号至6月30号）</w:t>
      </w:r>
      <w:r>
        <w:rPr>
          <w:lang w:eastAsia="zh-CN"/>
        </w:rPr>
        <w:br/>
      </w:r>
      <w:r>
        <w:rPr>
          <w:lang w:eastAsia="zh-CN"/>
        </w:rPr>
        <w:t>　　1）区域市场的进一步细分（5月8日）</w:t>
      </w:r>
      <w:r>
        <w:rPr>
          <w:lang w:eastAsia="zh-CN"/>
        </w:rPr>
        <w:br/>
      </w:r>
      <w:r>
        <w:rPr>
          <w:lang w:eastAsia="zh-CN"/>
        </w:rPr>
        <w:t>　　区域经理和营销人员一起细分区域，要把握以下几个原则：</w:t>
      </w:r>
      <w:r>
        <w:rPr>
          <w:lang w:eastAsia="zh-CN"/>
        </w:rPr>
        <w:br/>
      </w:r>
      <w:r>
        <w:rPr>
          <w:lang w:eastAsia="zh-CN"/>
        </w:rPr>
        <w:t>　　第一，为了方便区域经理的管理工作，区域办事处所在城市要由区域经理亲自负责。</w:t>
      </w:r>
      <w:r>
        <w:rPr>
          <w:lang w:eastAsia="zh-CN"/>
        </w:rPr>
        <w:br/>
      </w:r>
      <w:r>
        <w:rPr>
          <w:lang w:eastAsia="zh-CN"/>
        </w:rPr>
        <w:t>　　第二，公平原则，每个营销人员所负责区域以及承担指标成正比，指标可以根据以后市场的实际情况作适当调整，</w:t>
      </w:r>
      <w:r>
        <w:rPr>
          <w:lang w:eastAsia="zh-CN"/>
        </w:rPr>
        <w:br/>
      </w:r>
      <w:r>
        <w:rPr>
          <w:lang w:eastAsia="zh-CN"/>
        </w:rPr>
        <w:t>　　第三，自愿原则，营销人员可以根据自己的实际情况选择自己熟悉或者有优势的区域，前提是其他人员也同意。若两个营销人员选择同一个区域，则采取“抓阄”方式决定。区域一旦划定短期内将不会再做更改，营销人员必须严格遵守公司规定，不得跨区销售或报价，特殊情况需报区域经理批准方可。</w:t>
      </w:r>
      <w:r>
        <w:rPr>
          <w:lang w:eastAsia="zh-CN"/>
        </w:rPr>
        <w:br/>
      </w:r>
      <w:r>
        <w:rPr>
          <w:lang w:eastAsia="zh-CN"/>
        </w:rPr>
        <w:t>　　2）业务员spin技巧培训（5月10日上午）</w:t>
      </w:r>
      <w:r>
        <w:rPr>
          <w:lang w:eastAsia="zh-CN"/>
        </w:rPr>
        <w:br/>
      </w:r>
      <w:r>
        <w:rPr>
          <w:lang w:eastAsia="zh-CN"/>
        </w:rPr>
        <w:t>　　1.首先，利用情况性问题（situationquestions）（例如贵司生产什么样产品？…）来了解客户的现有状况以建立背景资料库（行业、产品、目前选用哪家供应商…），从业人员透过资料的搜集，方能进一步导入正确的需求分析。此外，为避免客户产生厌烦与反感，情况性问题必须适可而止的发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2.然后，营销人员会以难题性问题（problemsquestions）（如你的保障够吗？对目前所使用产品满意吗？…）来探索客户隐藏的需求，使客户透露出所面临的问题、困难与不满足，由技巧性的接触来引起准保户的兴趣，进而营造主导权使客户发现明确的需求。</w:t>
      </w:r>
      <w:r>
        <w:rPr>
          <w:lang w:eastAsia="zh-CN"/>
        </w:rPr>
        <w:br/>
      </w:r>
      <w:r>
        <w:rPr>
          <w:lang w:eastAsia="zh-CN"/>
        </w:rPr>
        <w:t>　　3.其次，营销人员会转问隐喻性问题（implicationquestions）使客户感受到隐藏性需求的重要与急迫性，由从业人员列出各种线索以维持准客户的兴趣，并刺激其购买欲望。</w:t>
      </w:r>
      <w:r>
        <w:rPr>
          <w:lang w:eastAsia="zh-CN"/>
        </w:rPr>
        <w:br/>
      </w:r>
      <w:r>
        <w:rPr>
          <w:lang w:eastAsia="zh-CN"/>
        </w:rPr>
        <w:t>　　4.最后，一旦客户认同需求的严重性与急迫性，且必须立即采取行动时，成功的从业人员便会提出需求－代价的问题（need－payoffquestions）让客户产生明确的需求，以鼓励客户将重点放在解决方案上，并明了解决问题的好处与购买利益。</w:t>
      </w:r>
      <w:r>
        <w:rPr>
          <w:lang w:eastAsia="zh-CN"/>
        </w:rPr>
        <w:br/>
      </w:r>
      <w:r>
        <w:rPr>
          <w:lang w:eastAsia="zh-CN"/>
        </w:rPr>
        <w:t>　　在营销人员进行客户拜访之前，要通过一对一的面谈去了解每个人的心理状态，并作出一些有针对性的培训，这样做的目的第一是消除营销人员的紧张心理提振士气，第二是解决有些新业务员对营销实战技巧方面的欠缺，保证其能够较好的完成第一次的陌生拜访。</w:t>
      </w:r>
      <w:r>
        <w:rPr>
          <w:lang w:eastAsia="zh-CN"/>
        </w:rPr>
        <w:br/>
      </w:r>
      <w:r>
        <w:rPr>
          <w:lang w:eastAsia="zh-CN"/>
        </w:rPr>
        <w:t>　　3）办事处的前期筹备工作（5月12--14日）</w:t>
      </w:r>
      <w:r>
        <w:rPr>
          <w:lang w:eastAsia="zh-CN"/>
        </w:rPr>
        <w:br/>
      </w:r>
      <w:r>
        <w:rPr>
          <w:lang w:eastAsia="zh-CN"/>
        </w:rPr>
        <w:t>　　区域经理应该在5月11号出发去上海进行办事处的前期准备工作，花不超过三天的时间物色一间合适的两房一厅或者两房两厅作为区域大本营，租房选址原则：</w:t>
      </w:r>
      <w:r>
        <w:rPr>
          <w:lang w:eastAsia="zh-CN"/>
        </w:rPr>
        <w:br/>
      </w:r>
      <w:r>
        <w:rPr>
          <w:lang w:eastAsia="zh-CN"/>
        </w:rPr>
        <w:t>　　一，环境安全、交通便利；</w:t>
      </w:r>
      <w:r>
        <w:rPr>
          <w:lang w:eastAsia="zh-CN"/>
        </w:rPr>
        <w:br/>
      </w:r>
      <w:r>
        <w:rPr>
          <w:lang w:eastAsia="zh-CN"/>
        </w:rPr>
        <w:t>　　二，价格实惠；</w:t>
      </w:r>
      <w:r>
        <w:rPr>
          <w:lang w:eastAsia="zh-CN"/>
        </w:rPr>
        <w:br/>
      </w:r>
      <w:r>
        <w:rPr>
          <w:lang w:eastAsia="zh-CN"/>
        </w:rPr>
        <w:t>　　三，手机信号良好，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四，房间最好能有少量家私（床、衣柜、办公桌、热水器等等）。要确保成本控制在公司预算范围之内。区域经理租好房后及时向公司汇报，并帮助购置办公以及居住的必用品（如电脑、电话、打印机、传真机、床、热水器等）。</w:t>
      </w:r>
      <w:r>
        <w:rPr>
          <w:lang w:eastAsia="zh-CN"/>
        </w:rPr>
        <w:br/>
      </w:r>
      <w:r>
        <w:rPr>
          <w:lang w:eastAsia="zh-CN"/>
        </w:rPr>
        <w:t>　　4）客户资料的收集以及电话预约（5月15--22日）</w:t>
      </w:r>
      <w:r>
        <w:rPr>
          <w:lang w:eastAsia="zh-CN"/>
        </w:rPr>
        <w:br/>
      </w:r>
      <w:r>
        <w:rPr>
          <w:lang w:eastAsia="zh-CN"/>
        </w:rPr>
        <w:t>　　区经理及营销人员通过网络及其它方式找出自己所属区域的目标客户（彩印厂、礼盒厂、纸袋厂、皮具箱包厂等），务必在三天时间里找到200个准客户的地址、联系人、联系电话等相关资料，并将其整理成电子文档形式存档，以方便以后的联系跟进。然后通过两天时间，对找出的目标客户进行逐一电话访问，争取获得更多信息（客户是否可以使用到我司产品，每月需求量，目前使用哪个牌子产品，什么价位等），并尽量提前预约拜访。接下来对第一次电话联系所收集的信息进行分类整理，找出有采购意向的客户进行第二次电话交谈，本次电话交流的目标是预约到30家客户接受我们到厂拜访。</w:t>
      </w:r>
      <w:r>
        <w:rPr>
          <w:lang w:eastAsia="zh-CN"/>
        </w:rPr>
        <w:br/>
      </w:r>
      <w:r>
        <w:rPr>
          <w:lang w:eastAsia="zh-CN"/>
        </w:rPr>
        <w:t xml:space="preserve">    销售部门工作计划范文汇总 篇10 </w:t>
      </w:r>
      <w:r>
        <w:rPr>
          <w:lang w:eastAsia="zh-CN"/>
        </w:rPr>
        <w:br/>
      </w:r>
      <w:r>
        <w:rPr>
          <w:lang w:eastAsia="zh-CN"/>
        </w:rPr>
        <w:t>　　一、计划拟定：</w:t>
      </w:r>
      <w:r>
        <w:rPr>
          <w:lang w:eastAsia="zh-CN"/>
        </w:rPr>
        <w:br/>
      </w:r>
      <w:r>
        <w:rPr>
          <w:lang w:eastAsia="zh-CN"/>
        </w:rPr>
        <w:t>　　1、年销售目标：</w:t>
      </w:r>
      <w:r>
        <w:rPr>
          <w:lang w:eastAsia="zh-CN"/>
        </w:rPr>
        <w:br/>
      </w:r>
      <w:r>
        <w:rPr>
          <w:lang w:eastAsia="zh-CN"/>
        </w:rPr>
        <w:t>　　1)：作业本年销售目标300万元/年。 以每年10%-20%的销售额递增。 2)：笔记本年销售目标200万元/年。 以每年10%-60%的销售额递增</w:t>
      </w:r>
      <w:r>
        <w:rPr>
          <w:lang w:eastAsia="zh-CN"/>
        </w:rPr>
        <w:br/>
      </w:r>
      <w:r>
        <w:rPr>
          <w:lang w:eastAsia="zh-CN"/>
        </w:rPr>
        <w:t>　　2、销售方向：</w:t>
      </w:r>
      <w:r>
        <w:rPr>
          <w:lang w:eastAsia="zh-CN"/>
        </w:rPr>
        <w:br/>
      </w:r>
      <w:r>
        <w:rPr>
          <w:lang w:eastAsia="zh-CN"/>
        </w:rPr>
        <w:t>　　1、本地市场，以延安市为根基，向周边县级市场拓展业务：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1)：延安市区各批发市场发展经销商，每个批发市场必须发展一名以上经销商(长青路批发市场除外)其他市场尽量全面发展客户。</w:t>
      </w:r>
      <w:r>
        <w:rPr>
          <w:lang w:eastAsia="zh-CN"/>
        </w:rPr>
        <w:br/>
      </w:r>
      <w:r>
        <w:rPr>
          <w:lang w:eastAsia="zh-CN"/>
        </w:rPr>
        <w:t>　　2)：延安市区及郊区的文化用品零售店展开地毯式拓展。公司许配合零售文具店配货和配送。</w:t>
      </w:r>
      <w:r>
        <w:rPr>
          <w:lang w:eastAsia="zh-CN"/>
        </w:rPr>
        <w:br/>
      </w:r>
      <w:r>
        <w:rPr>
          <w:lang w:eastAsia="zh-CN"/>
        </w:rPr>
        <w:t>　　3)：延安市区及郊区各学校以及学校内商店也需大力发展，潜力较大。</w:t>
      </w:r>
      <w:r>
        <w:rPr>
          <w:lang w:eastAsia="zh-CN"/>
        </w:rPr>
        <w:br/>
      </w:r>
      <w:r>
        <w:rPr>
          <w:lang w:eastAsia="zh-CN"/>
        </w:rPr>
        <w:t>　　4)：延安地区每个县城的批发门市须努力开发，若县城批发门市无法做到客户资源意向可开发零售商，必须达到每个县城都多少有蓝辉印务有限公司的产品，或了解蓝辉印务有限公司的产品。</w:t>
      </w:r>
      <w:r>
        <w:rPr>
          <w:lang w:eastAsia="zh-CN"/>
        </w:rPr>
        <w:br/>
      </w:r>
      <w:r>
        <w:rPr>
          <w:lang w:eastAsia="zh-CN"/>
        </w:rPr>
        <w:t>　　2、外地市场：</w:t>
      </w:r>
      <w:r>
        <w:rPr>
          <w:lang w:eastAsia="zh-CN"/>
        </w:rPr>
        <w:br/>
      </w:r>
      <w:r>
        <w:rPr>
          <w:lang w:eastAsia="zh-CN"/>
        </w:rPr>
        <w:t>　　1)：陕西省周围各省一级批发市场全力以赴发展代理商或经销商，暂时包括以下地区：西安、郑州、洛阳、太原、呼和浩特、银川、兰州、西宁、成都、重庆。</w:t>
      </w:r>
      <w:r>
        <w:rPr>
          <w:lang w:eastAsia="zh-CN"/>
        </w:rPr>
        <w:br/>
      </w:r>
      <w:r>
        <w:rPr>
          <w:lang w:eastAsia="zh-CN"/>
        </w:rPr>
        <w:t>　　2)：每个省一级批发市场至少发展一名代理商或2-3名经销商，暂且根据市场客户的实力、信誉，对本产品的认识积极性等以及一些客观性情况而定。</w:t>
      </w:r>
      <w:r>
        <w:rPr>
          <w:lang w:eastAsia="zh-CN"/>
        </w:rPr>
        <w:br/>
      </w:r>
      <w:r>
        <w:rPr>
          <w:lang w:eastAsia="zh-CN"/>
        </w:rPr>
        <w:t>　　3)：如果各省的一级批发市场，暂时很难做到市场的投入或投入后效果不明显，可以在其省内二级(地市级)批发市场发展经销商，使二级市场成熟之后包围一级市场，但二级市场至少做2-3家经销商，从而达到我们的销售目的，完成销售目标。</w:t>
      </w:r>
      <w:r>
        <w:rPr>
          <w:lang w:eastAsia="zh-CN"/>
        </w:rPr>
        <w:br/>
      </w:r>
      <w:r>
        <w:rPr>
          <w:lang w:eastAsia="zh-CN"/>
        </w:rPr>
        <w:t>　　二、客户回访：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目前在国内市场笔记本种类偏多，技术方面不相上下，为稳固和拓展市场，务必加强与客户的交流，协调与客户之间的关系：</w:t>
      </w:r>
      <w:r>
        <w:rPr>
          <w:lang w:eastAsia="zh-CN"/>
        </w:rPr>
        <w:br/>
      </w:r>
      <w:r>
        <w:rPr>
          <w:lang w:eastAsia="zh-CN"/>
        </w:rPr>
        <w:t>　　1)关系维护：</w:t>
      </w:r>
      <w:r>
        <w:rPr>
          <w:lang w:eastAsia="zh-CN"/>
        </w:rPr>
        <w:br/>
      </w:r>
      <w:r>
        <w:rPr>
          <w:lang w:eastAsia="zh-CN"/>
        </w:rPr>
        <w:t>　　为与客户加强信息交流，增进感情，对一级客户每两月拜访一次;对于二级客户根据实际际情况另行安排拜访时间。</w:t>
      </w:r>
      <w:r>
        <w:rPr>
          <w:lang w:eastAsia="zh-CN"/>
        </w:rPr>
        <w:br/>
      </w:r>
      <w:r>
        <w:rPr>
          <w:lang w:eastAsia="zh-CN"/>
        </w:rPr>
        <w:t>　　2)售后协调：</w:t>
      </w:r>
      <w:r>
        <w:rPr>
          <w:lang w:eastAsia="zh-CN"/>
        </w:rPr>
        <w:br/>
      </w:r>
      <w:r>
        <w:rPr>
          <w:lang w:eastAsia="zh-CN"/>
        </w:rPr>
        <w:t>　　目前情况下，我公司应以：“卖产品不如卖服务”，在下一步工作中，我们要增强责任感，不断强化优质服务。用户使用我们的产品如同享受我们提供的服务，从稳固市场、长远合作的角度，我们务必强化为客户负责的意识，把握每一次与客户接触的机会，提供热情详细周到的售后服务，给公司增加一个制胜的筹码。</w:t>
      </w:r>
      <w:r>
        <w:rPr>
          <w:lang w:eastAsia="zh-CN"/>
        </w:rPr>
        <w:br/>
      </w:r>
      <w:r>
        <w:rPr>
          <w:lang w:eastAsia="zh-CN"/>
        </w:rPr>
        <w:t>　　三、价格政策：</w:t>
      </w:r>
      <w:r>
        <w:rPr>
          <w:lang w:eastAsia="zh-CN"/>
        </w:rPr>
        <w:br/>
      </w:r>
      <w:r>
        <w:rPr>
          <w:lang w:eastAsia="zh-CN"/>
        </w:rPr>
        <w:t>　　1、定价原则：</w:t>
      </w:r>
      <w:r>
        <w:rPr>
          <w:lang w:eastAsia="zh-CN"/>
        </w:rPr>
        <w:br/>
      </w:r>
      <w:r>
        <w:rPr>
          <w:lang w:eastAsia="zh-CN"/>
        </w:rPr>
        <w:t>　　1)：拉大批零差价，调动代理积极性;</w:t>
      </w:r>
      <w:r>
        <w:rPr>
          <w:lang w:eastAsia="zh-CN"/>
        </w:rPr>
        <w:br/>
      </w:r>
      <w:r>
        <w:rPr>
          <w:lang w:eastAsia="zh-CN"/>
        </w:rPr>
        <w:t>　　2)：结合批量，鼓励大量多批;</w:t>
      </w:r>
      <w:r>
        <w:rPr>
          <w:lang w:eastAsia="zh-CN"/>
        </w:rPr>
        <w:br/>
      </w:r>
      <w:r>
        <w:rPr>
          <w:lang w:eastAsia="zh-CN"/>
        </w:rPr>
        <w:t>　　3)：以成本为基础，以同类产品价格为参考，使价格具有竞争力;</w:t>
      </w:r>
      <w:r>
        <w:rPr>
          <w:lang w:eastAsia="zh-CN"/>
        </w:rPr>
        <w:br/>
      </w:r>
      <w:r>
        <w:rPr>
          <w:lang w:eastAsia="zh-CN"/>
        </w:rPr>
        <w:t>　　4)：顺应市场变化，及时灵活调整。</w:t>
      </w:r>
      <w:r>
        <w:rPr>
          <w:lang w:eastAsia="zh-CN"/>
        </w:rPr>
        <w:br/>
      </w:r>
      <w:r>
        <w:rPr>
          <w:lang w:eastAsia="zh-CN"/>
        </w:rPr>
        <w:t>　　2、目的</w:t>
      </w:r>
      <w:r>
        <w:rPr>
          <w:lang w:eastAsia="zh-CN"/>
        </w:rPr>
        <w:br/>
      </w:r>
      <w:r>
        <w:rPr>
          <w:lang w:eastAsia="zh-CN"/>
        </w:rPr>
        <w:t>　　1)：树立蓝辉印务有限公司的产品标准形象，扩大其影响;</w:t>
      </w:r>
      <w:r>
        <w:rPr>
          <w:lang w:eastAsia="zh-CN"/>
        </w:rPr>
        <w:br/>
      </w:r>
      <w:r>
        <w:rPr>
          <w:lang w:eastAsia="zh-CN"/>
        </w:rPr>
        <w:t>　　2)：作为奖励代理的一种方式，刺激代理商的积极性。</w:t>
      </w:r>
      <w:r>
        <w:rPr>
          <w:lang w:eastAsia="zh-CN"/>
        </w:rPr>
        <w:br/>
      </w:r>
      <w:r>
        <w:rPr>
          <w:lang w:eastAsia="zh-CN"/>
        </w:rPr>
        <w:t>　　四、开拓创新，建立灵活的激励销售机制。</w:t>
      </w:r>
      <w:r>
        <w:rPr>
          <w:lang w:eastAsia="zh-CN"/>
        </w:rPr>
        <w:br/>
      </w:r>
      <w:r>
        <w:rPr>
          <w:lang w:eastAsia="zh-CN"/>
        </w:rPr>
        <w:t>　　开拓市场，争取客源：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销售部将配合公司整体新的销售体制，制定完善市场销售任务计划及业绩考核管理实施细则，提高销售代表的工资待遇，激发、调动销售人员的积极性。销售人员实行工作日记志。以月度销售任务完成情况及工作日记志综合考核销售人员。督促销售人员，通过各种方式争取团体和零散客户，稳定老客户，开展新客户，并在拜访中及时了解收集宾客意见及建议，反馈给有关部门及总经理室。</w:t>
      </w:r>
      <w:r>
        <w:rPr>
          <w:lang w:eastAsia="zh-CN"/>
        </w:rPr>
        <w:br/>
      </w:r>
      <w:r>
        <w:rPr>
          <w:lang w:eastAsia="zh-CN"/>
        </w:rPr>
        <w:t>　　五、密切合作，主动协调：</w:t>
      </w:r>
      <w:r>
        <w:rPr>
          <w:lang w:eastAsia="zh-CN"/>
        </w:rPr>
        <w:br/>
      </w:r>
      <w:r>
        <w:rPr>
          <w:lang w:eastAsia="zh-CN"/>
        </w:rPr>
        <w:t>　　与公司其他部门接好业务结合工作，密切配合，根据宾客的需求，主动与公司其他部门密切联系，互相配合，充分发挥公司的整体销售活力，创造最佳效益。加强有关宣传，充分利用多种广告形式推荐公司产品，宣传公司，努力提高公司知名度。</w:t>
      </w:r>
      <w:r>
        <w:rPr>
          <w:lang w:eastAsia="zh-CN"/>
        </w:rPr>
        <w:br/>
      </w:r>
      <w:r>
        <w:rPr>
          <w:lang w:eastAsia="zh-CN"/>
        </w:rPr>
        <w:t>　　以上几点请各位领导多提建议与意见，为了公司的宏伟蓝图，齐心协力，共同进步，使公司走向辉煌的明天，挑战已经到来，既然选择了远方，何畏风雨兼程，我相信：用心一定能赢得精彩。</w:t>
      </w:r>
      <w:r>
        <w:rPr>
          <w:lang w:eastAsia="zh-CN"/>
        </w:rPr>
        <w:br/>
      </w:r>
      <w:r>
        <w:rPr>
          <w:lang w:eastAsia="zh-CN"/>
        </w:rPr>
        <w:t xml:space="preserve">    销售部门工作计划范文汇总 篇11 </w:t>
      </w:r>
      <w:r>
        <w:rPr>
          <w:lang w:eastAsia="zh-CN"/>
        </w:rPr>
        <w:br/>
      </w:r>
      <w:r>
        <w:rPr>
          <w:lang w:eastAsia="zh-CN"/>
        </w:rPr>
        <w:t>　　来我们公司也有一段时间了，在__年即将结束的时候总结一下这段时间的经验和不足，以供__年改正。</w:t>
      </w:r>
      <w:r>
        <w:rPr>
          <w:lang w:eastAsia="zh-CN"/>
        </w:rPr>
        <w:br/>
      </w:r>
      <w:r>
        <w:rPr>
          <w:lang w:eastAsia="zh-CN"/>
        </w:rPr>
        <w:t>　　首先，要感谢张总给了我一个锻炼自己的机会。翻译公司——是我以前所没有接触过的行业，它对于我来说，是陌生又新鲜的，是在憧憬之余还感觉到神圣的地方。我对它的理解是：高不可攀，远不可及。只有学识渊博，语言精通的人才能呆的地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刚开始的到来，让我感到太突然，自己一下子倒是接受不了，在刘姐和同事们的帮助下我才慢慢适应。公司是刚成立的新公司，文员也不可能只是做文员的工作。这对于我来说是很具有挑战性的。</w:t>
      </w:r>
      <w:r>
        <w:rPr>
          <w:lang w:eastAsia="zh-CN"/>
        </w:rPr>
        <w:br/>
      </w:r>
      <w:r>
        <w:rPr>
          <w:lang w:eastAsia="zh-CN"/>
        </w:rPr>
        <w:t>　　还记得当同事已经打了好多通电话之后，我才敢打自己的第一通电话，当时拿电话的手都是颤抖的，心里竟然还在祈祷不要有人接电话。可是并不如我所愿，那边接起了电话，我一时之间竟不知道自己要说什么了：开始想好的那些话语都跑到了乌邦国。我就不知道自己是怎么结束的那次电话，到现在想想，那时真的是很傻的。</w:t>
      </w:r>
      <w:r>
        <w:rPr>
          <w:lang w:eastAsia="zh-CN"/>
        </w:rPr>
        <w:br/>
      </w:r>
      <w:r>
        <w:rPr>
          <w:lang w:eastAsia="zh-CN"/>
        </w:rPr>
        <w:t>　　做电话销售也可能是所有销售里最难，最具有挑战性的了;我又是一个死要面子的人，对于别人的拒绝总是很让我伤自尊。但是自己要是想迈过这个门槛，就必须要丢掉面子，面子虽然是自己的，但是别人给的。所以就想办法叫别人给自己面子，给自己业务了。</w:t>
      </w:r>
      <w:r>
        <w:rPr>
          <w:lang w:eastAsia="zh-CN"/>
        </w:rPr>
        <w:br/>
      </w:r>
      <w:r>
        <w:rPr>
          <w:lang w:eastAsia="zh-CN"/>
        </w:rPr>
        <w:t>　　说实话当时我是把自己看成被逼上梁山的好汉，每天都在打电话，打好多的电话让自己遭受拒绝，学会承受。当然在这个过程中，我也的确是认识了几个不错的有意合作者(但是最近没有翻译业务)。</w:t>
      </w:r>
      <w:r>
        <w:rPr>
          <w:lang w:eastAsia="zh-CN"/>
        </w:rPr>
        <w:br/>
      </w:r>
      <w:r>
        <w:rPr>
          <w:lang w:eastAsia="zh-CN"/>
        </w:rPr>
        <w:t>　　一段时间下来，我发想自己电话打得也不少，可是联系业务的很少，几乎没有。认真想想好像也不能说是自己的失误太大。人们原本就对电话销售很是反感，听到就挂：或者是很礼貌性的记个电话(真记没记谁也不知道)。打电话即丢面子，被拒绝，又让自己心理承受太多。于是我又在寻找别的思路——网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我们经常在网上，何不用网络联系呢?都能让人们在紧张的工作中放松一下，聊上几句闲话，就很有可能聊出一些客户。这样，因为是网友，感觉很亲近，不会拒绝你，至少都会考虑到你。经常在线，联系着又很方便，不用打电话，不用当着那么多同事的面讲价还价，显得自己很小气似的。讲价还价是一门艺术，不能没有耐性。</w:t>
      </w:r>
      <w:r>
        <w:rPr>
          <w:lang w:eastAsia="zh-CN"/>
        </w:rPr>
        <w:br/>
      </w:r>
      <w:r>
        <w:rPr>
          <w:lang w:eastAsia="zh-CN"/>
        </w:rPr>
        <w:t>　　现在很多人爱还价，即便是价位很合理，处于习惯也会还价。无论双方谁说了一个价钱都想是让对方直接接受，电话会叫人没有什么缓冲的时间;而网络就不一样了，有缓冲的时间，又能用很轻松的语气说话，让人很容易接受;即便是自己说话有所失误，在网络上容易解释，也容易叫对方接受，可是电话就不一样了，电话上人们往往喜欢得理不饶人。</w:t>
      </w:r>
      <w:r>
        <w:rPr>
          <w:lang w:eastAsia="zh-CN"/>
        </w:rPr>
        <w:br/>
      </w:r>
      <w:r>
        <w:rPr>
          <w:lang w:eastAsia="zh-CN"/>
        </w:rPr>
        <w:t>　　于是我就改变了策略，在网络上找起了客户。你还真的别说，在网络上人们不但能接受;而且即使没有外语方面需要的，也会帮你介绍一些客户。交流着也轻松多了，说话也方便，就像是和很熟的网友说话似的，人们都不介意。我很喜欢这样的交流方式。事实证明也是很有效果的，至少与电话销售相比较。</w:t>
      </w:r>
      <w:r>
        <w:rPr>
          <w:lang w:eastAsia="zh-CN"/>
        </w:rPr>
        <w:br/>
      </w:r>
      <w:r>
        <w:rPr>
          <w:lang w:eastAsia="zh-CN"/>
        </w:rPr>
        <w:t>　　一：提升自己销售要预约技巧，明白什么是电话销售。可以问有经验的人。</w:t>
      </w:r>
      <w:r>
        <w:rPr>
          <w:lang w:eastAsia="zh-CN"/>
        </w:rPr>
        <w:br/>
      </w:r>
      <w:r>
        <w:rPr>
          <w:lang w:eastAsia="zh-CN"/>
        </w:rPr>
        <w:t>　　二：找资料，没有足够的，优质的资料，是很难邀约到好的客户。</w:t>
      </w:r>
      <w:r>
        <w:rPr>
          <w:lang w:eastAsia="zh-CN"/>
        </w:rPr>
        <w:br/>
      </w:r>
      <w:r>
        <w:rPr>
          <w:lang w:eastAsia="zh-CN"/>
        </w:rPr>
        <w:t>　　三：了解自己所要销售的产品，这样才能在电话销售的过程中自如的因对客户的问题。如果自己对产品都不了解，又怎么能仅仅通过电话让客户觉得产品是有用的。如果客户问的问题不能回答出来，会让客户产生怀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四：销售过程中要保持良好的心态，好的心情，如果自己的心情不好，客户在电话里是可以感觉到的。</w:t>
      </w:r>
      <w:r>
        <w:rPr>
          <w:lang w:eastAsia="zh-CN"/>
        </w:rPr>
        <w:br/>
      </w:r>
      <w:r>
        <w:rPr>
          <w:lang w:eastAsia="zh-CN"/>
        </w:rPr>
        <w:t>　　五：自信，销售的产只是和客户进行沟通的媒介，销售的核心是自己的人格，让客户愿意和你合作。</w:t>
      </w:r>
      <w:r>
        <w:rPr>
          <w:lang w:eastAsia="zh-CN"/>
        </w:rPr>
        <w:br/>
      </w:r>
      <w:r>
        <w:rPr>
          <w:lang w:eastAsia="zh-CN"/>
        </w:rPr>
        <w:t>　　六：不要挑资料每一条资料都有可能成为下一个客户，挑资料很可能会丢失掉一个资源。</w:t>
      </w:r>
      <w:r>
        <w:rPr>
          <w:lang w:eastAsia="zh-CN"/>
        </w:rPr>
        <w:br/>
      </w:r>
      <w:r>
        <w:rPr>
          <w:lang w:eastAsia="zh-CN"/>
        </w:rPr>
        <w:t>　　七：客户的拒绝是很正常的，任何一个陌生人无缘无故给你打电话推销产品你也会反感的。所以不能因为拒绝而气馁。</w:t>
      </w:r>
      <w:r>
        <w:rPr>
          <w:lang w:eastAsia="zh-CN"/>
        </w:rPr>
        <w:br/>
      </w:r>
      <w:r>
        <w:rPr>
          <w:lang w:eastAsia="zh-CN"/>
        </w:rPr>
        <w:t>　　八：学会说话的艺术，沟通的技巧，在销售过程中能吸引住客户，让他感兴趣。</w:t>
      </w:r>
      <w:r>
        <w:rPr>
          <w:lang w:eastAsia="zh-CN"/>
        </w:rPr>
        <w:br/>
      </w:r>
      <w:r>
        <w:rPr>
          <w:lang w:eastAsia="zh-CN"/>
        </w:rPr>
        <w:t xml:space="preserve">    销售部门工作计划范文汇总 篇12 </w:t>
      </w:r>
      <w:r>
        <w:rPr>
          <w:lang w:eastAsia="zh-CN"/>
        </w:rPr>
        <w:br/>
      </w:r>
      <w:r>
        <w:rPr>
          <w:lang w:eastAsia="zh-CN"/>
        </w:rPr>
        <w:t>　　下面是公司__年总的销售情况：</w:t>
      </w:r>
      <w:r>
        <w:rPr>
          <w:lang w:eastAsia="zh-CN"/>
        </w:rPr>
        <w:br/>
      </w:r>
      <w:r>
        <w:rPr>
          <w:lang w:eastAsia="zh-CN"/>
        </w:rPr>
        <w:t>　　从上面的销售业绩上看，我们的工作做的是不好的，可以说是销售做的十分的失败。在河南市场上，__产品品牌众多，__天星由于比较早的进入河南市场，__产品价格混乱，这对于我们开展市场造成很大的压力。</w:t>
      </w:r>
      <w:r>
        <w:rPr>
          <w:lang w:eastAsia="zh-CN"/>
        </w:rPr>
        <w:br/>
      </w:r>
      <w:r>
        <w:rPr>
          <w:lang w:eastAsia="zh-CN"/>
        </w:rPr>
        <w:t>　　客观上的一些因素虽然存在，在工作中其他的一些做法也有很大的问题，主要表现在</w:t>
      </w:r>
      <w:r>
        <w:rPr>
          <w:lang w:eastAsia="zh-CN"/>
        </w:rPr>
        <w:br/>
      </w:r>
      <w:r>
        <w:rPr>
          <w:lang w:eastAsia="zh-CN"/>
        </w:rPr>
        <w:t>　　1)销售工作最基本的客户访问量太少。市场部是今年四月中旬开始工作的，在开始工作倒现在有记载的客户访问记录有__个，加上没有记录的概括为__个，八个月__天的时间，总体计算三个销售人员一天拜访的客户量__个。从上面的数字上看我们基本的访问客户工作没有做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沟通不够深入。销售人员在与客户沟通的过程中，不能把我们公司产品的情况十分清晰的传达给客户，了解客户的真正想法和意图;对客户提出的某项建议不能做出迅速的反应。在传达产品信息时不知道客户对我们的产品有几分了解或接受的什么程度，洛阳迅及汽车运输有限公司就是一个明显的例子。</w:t>
      </w:r>
      <w:r>
        <w:rPr>
          <w:lang w:eastAsia="zh-CN"/>
        </w:rPr>
        <w:br/>
      </w:r>
      <w:r>
        <w:rPr>
          <w:lang w:eastAsia="zh-CN"/>
        </w:rPr>
        <w:t>　　3)工作没有一个明确的目标和详细的计划。销售人员没有养成一个写工作总结和计划的习惯，销售工作处于放任自流的状态，从而引发销售工作没有一个统一的管理，工作时间没有合理的分配，工作局面混乱等各种不良的后果。</w:t>
      </w:r>
      <w:r>
        <w:rPr>
          <w:lang w:eastAsia="zh-CN"/>
        </w:rPr>
        <w:br/>
      </w:r>
      <w:r>
        <w:rPr>
          <w:lang w:eastAsia="zh-CN"/>
        </w:rPr>
        <w:t>　　4)新业务的开拓不够，业务增长小，个别业务员的工作责任心和工作计划性不强，业务能力还有待提高。</w:t>
      </w:r>
      <w:r>
        <w:rPr>
          <w:lang w:eastAsia="zh-CN"/>
        </w:rPr>
        <w:br/>
      </w:r>
      <w:r>
        <w:rPr>
          <w:lang w:eastAsia="zh-CN"/>
        </w:rPr>
        <w:t>　　三.市场分析</w:t>
      </w:r>
      <w:r>
        <w:rPr>
          <w:lang w:eastAsia="zh-CN"/>
        </w:rPr>
        <w:br/>
      </w:r>
      <w:r>
        <w:rPr>
          <w:lang w:eastAsia="zh-CN"/>
        </w:rPr>
        <w:t>　　现在河南__市场品牌很多，但主要也就是那几家公司，现在我们公司的产品从产品质量，功能上属于上等的产品。在价格上是卖得偏高的价位，在本年销售产品过程中，牵涉问题最多的就是产品的价格。有几个因为价格而丢单的客户，面对小型的客户，价格不是太别重要的问题，但面对采购数量比较多时，客户对产品的价位时非常敏感的。在明年的销售工作中我认为产品的价格做一下适当的浮动，这样可以促进销售人员去销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在郑州区域，因为__市场首先从郑州开始的，所以郑州市场时竞争非常激烈的市场。签于我们公司进入市场比较晚，产品的知名度与价格都没有什么优势，在郑州开拓市场压力很大，所以我们把主要的市场放在地区市上，那里的市场竞争相对的来说要比郑州小一点。外界因素减少了，加上我们的销售人员的`灵活性，我相信我们做的比原来更好。</w:t>
      </w:r>
      <w:r>
        <w:rPr>
          <w:lang w:eastAsia="zh-CN"/>
        </w:rPr>
        <w:br/>
      </w:r>
      <w:r>
        <w:rPr>
          <w:lang w:eastAsia="zh-CN"/>
        </w:rPr>
        <w:t>　　市场是良好的，形势是严峻的。在河南__市场可以用这一句话来概括，在技术发展飞快地今天，明年是大有作为的一年，假如在明年一年内没有把市场做好，没有抓住这个机遇，我们很可能失去这个机会，永远没有机会在做这个市场。</w:t>
      </w:r>
      <w:r>
        <w:rPr>
          <w:lang w:eastAsia="zh-CN"/>
        </w:rPr>
        <w:br/>
      </w:r>
      <w:r>
        <w:rPr>
          <w:lang w:eastAsia="zh-CN"/>
        </w:rPr>
        <w:t>　　四.20__年工作计划</w:t>
      </w:r>
      <w:r>
        <w:rPr>
          <w:lang w:eastAsia="zh-CN"/>
        </w:rPr>
        <w:br/>
      </w:r>
      <w:r>
        <w:rPr>
          <w:lang w:eastAsia="zh-CN"/>
        </w:rPr>
        <w:t>　　在明年的工作规划中下面的几项工作作为主要的工作来做：</w:t>
      </w:r>
      <w:r>
        <w:rPr>
          <w:lang w:eastAsia="zh-CN"/>
        </w:rPr>
        <w:br/>
      </w:r>
      <w:r>
        <w:rPr>
          <w:lang w:eastAsia="zh-CN"/>
        </w:rPr>
        <w:t>　　1)建立一支熟悉业务，而相对稳定的销售团队。</w:t>
      </w:r>
      <w:r>
        <w:rPr>
          <w:lang w:eastAsia="zh-CN"/>
        </w:rPr>
        <w:br/>
      </w:r>
      <w:r>
        <w:rPr>
          <w:lang w:eastAsia="zh-CN"/>
        </w:rPr>
        <w:t>　　人才是企业最宝贵的资源，一切销售业绩都起源于有一个好的销售人员，建立一支具有凝聚力，合作精神的销售团队是企业的根本。在明年的工作中建立一个和谐，具有杀伤力的团队作为一项主要的工作来抓。</w:t>
      </w:r>
      <w:r>
        <w:rPr>
          <w:lang w:eastAsia="zh-CN"/>
        </w:rPr>
        <w:br/>
      </w:r>
      <w:r>
        <w:rPr>
          <w:lang w:eastAsia="zh-CN"/>
        </w:rPr>
        <w:t>　　2)完善销售制度，建立一套明确系统的业务管理办法。</w:t>
      </w:r>
      <w:r>
        <w:rPr>
          <w:lang w:eastAsia="zh-CN"/>
        </w:rPr>
        <w:br/>
      </w:r>
      <w:r>
        <w:rPr>
          <w:lang w:eastAsia="zh-CN"/>
        </w:rPr>
        <w:t>　　销售管理是企业的老大难问题，销售人员出差，见客户处于放任自流的状态。完善销售管理制度的目的是让销售人员在工作中发挥主观能动性，对工作有高度的责任心，提高销售人员的主人翁意识。</w:t>
      </w:r>
      <w:r>
        <w:rPr>
          <w:lang w:eastAsia="zh-CN"/>
        </w:rPr>
        <w:br/>
      </w:r>
      <w:r>
        <w:rPr>
          <w:lang w:eastAsia="zh-CN"/>
        </w:rPr>
        <w:t>　　3)培养销售人员发现问题，总结问题，不断自我提高的习惯。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培养销售人员发现问题，总结问题目的在于提高销售人员综合素质，在工作中能发现问题总结问题并能提出自己的看法和建议，业务能力提高到一个新的档次。</w:t>
      </w:r>
      <w:r>
        <w:rPr>
          <w:lang w:eastAsia="zh-CN"/>
        </w:rPr>
        <w:br/>
      </w:r>
      <w:r>
        <w:rPr>
          <w:lang w:eastAsia="zh-CN"/>
        </w:rPr>
        <w:t>　　4)在地区市建立销售，服务网点。</w:t>
      </w:r>
      <w:r>
        <w:rPr>
          <w:lang w:eastAsia="zh-CN"/>
        </w:rPr>
        <w:br/>
      </w:r>
      <w:r>
        <w:rPr>
          <w:lang w:eastAsia="zh-CN"/>
        </w:rPr>
        <w:t>　　根据今年在出差过程中遇到的一系列的问题，约好的客户突然改变行程，毁约，车辆不在家的情况，使计划好的行程被打乱，不能顺利完成出差的目的。造成时间，资金上的浪费。</w:t>
      </w:r>
      <w:r>
        <w:rPr>
          <w:lang w:eastAsia="zh-CN"/>
        </w:rPr>
        <w:br/>
      </w:r>
      <w:r>
        <w:rPr>
          <w:lang w:eastAsia="zh-CN"/>
        </w:rPr>
        <w:t>　　5)销售目标</w:t>
      </w:r>
      <w:r>
        <w:rPr>
          <w:lang w:eastAsia="zh-CN"/>
        </w:rPr>
        <w:br/>
      </w:r>
      <w:r>
        <w:rPr>
          <w:lang w:eastAsia="zh-CN"/>
        </w:rPr>
        <w:t>　　今年的销售目标最基本的是做到月月有进帐的单子。根据公司下达的销售任务，把任务根据具体情况分解到每月，每周，每日;以每月，每周，每日的销售目标分解到各个销售人员身上，完成各个时间段的销售任务。并在完成销售任务的基础上提高销售业绩。我认为公司明年的发展是与整个公司的员工综合素质，公司的指导方针，团队的建设是分不开的。提高执行力的标准，建立一个良好的销售团队和有一个好的工作模式与工作环境是工作的关键。</w:t>
      </w:r>
      <w:r>
        <w:rPr>
          <w:lang w:eastAsia="zh-CN"/>
        </w:rPr>
        <w:br/>
      </w:r>
      <w:r>
        <w:rPr>
          <w:lang w:eastAsia="zh-CN"/>
        </w:rPr>
        <w:t>　　以上是我对20__年销售工作计划的一些不成熟的建议和看法，如有不妥之处敬请谅解。</w:t>
      </w:r>
      <w:r>
        <w:rPr>
          <w:lang w:eastAsia="zh-CN"/>
        </w:rPr>
        <w:br/>
      </w:r>
      <w:r>
        <w:rPr>
          <w:lang w:eastAsia="zh-CN"/>
        </w:rPr>
        <w:t xml:space="preserve">    销售部门工作计划范文汇总 篇13 </w:t>
      </w:r>
      <w:r>
        <w:rPr>
          <w:lang w:eastAsia="zh-CN"/>
        </w:rPr>
        <w:br/>
      </w:r>
      <w:r>
        <w:rPr>
          <w:lang w:eastAsia="zh-CN"/>
        </w:rPr>
        <w:t>　　女装销售工作是一份需要充分学习、认真对待的工作，初入公司的销售部门，我还有很多销售知识要学习。现在，就让我来做下下阶段的女装销售工作计划。</w:t>
      </w:r>
      <w:r>
        <w:rPr>
          <w:lang w:eastAsia="zh-CN"/>
        </w:rPr>
        <w:br/>
      </w:r>
      <w:r>
        <w:rPr>
          <w:lang w:eastAsia="zh-CN"/>
        </w:rPr>
        <w:t>　　接下来的工作做一个好的规化，注重轻、次、重、缓的特点开展工作。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1、上半年来了几个新的同事，都是没有接触过女装销售的新人。下阶段我要注重先带好这批新人，让他们了解整个店铺的运作流程，一定教会他们最基本的销售常识。</w:t>
      </w:r>
      <w:r>
        <w:rPr>
          <w:lang w:eastAsia="zh-CN"/>
        </w:rPr>
        <w:br/>
      </w:r>
      <w:r>
        <w:rPr>
          <w:lang w:eastAsia="zh-CN"/>
        </w:rPr>
        <w:t>　　2，我教导她们关于销售方面的知识，在卖场多进行演练，让她们可以在面对客人时不会表现得不自然，让他们多自信一点。注重观察新工作人员的个人特长，调节他们各自到适合的岗位。</w:t>
      </w:r>
      <w:r>
        <w:rPr>
          <w:lang w:eastAsia="zh-CN"/>
        </w:rPr>
        <w:br/>
      </w:r>
      <w:r>
        <w:rPr>
          <w:lang w:eastAsia="zh-CN"/>
        </w:rPr>
        <w:t>　　3、我上一阶段对卖场的全部女装货品款式都认识了一遍，下一阶段主要看现在的库存哪种类型的货品，随之进行调整，以达到效果的销售库存状态。</w:t>
      </w:r>
      <w:r>
        <w:rPr>
          <w:lang w:eastAsia="zh-CN"/>
        </w:rPr>
        <w:br/>
      </w:r>
      <w:r>
        <w:rPr>
          <w:lang w:eastAsia="zh-CN"/>
        </w:rPr>
        <w:t>　　4、下阶段我要更多更深入地了解女装市场，看看周边的店铺的女装销售情况，分析我们店铺的实际问题，几个我店实际解决困难。</w:t>
      </w:r>
      <w:r>
        <w:rPr>
          <w:lang w:eastAsia="zh-CN"/>
        </w:rPr>
        <w:br/>
      </w:r>
      <w:r>
        <w:rPr>
          <w:lang w:eastAsia="zh-CN"/>
        </w:rPr>
        <w:t xml:space="preserve">    销售部门工作计划范文汇总 篇14 </w:t>
      </w:r>
      <w:r>
        <w:rPr>
          <w:lang w:eastAsia="zh-CN"/>
        </w:rPr>
        <w:br/>
      </w:r>
      <w:r>
        <w:rPr>
          <w:lang w:eastAsia="zh-CN"/>
        </w:rPr>
        <w:t>　　一概论</w:t>
      </w:r>
      <w:r>
        <w:rPr>
          <w:lang w:eastAsia="zh-CN"/>
        </w:rPr>
        <w:br/>
      </w:r>
      <w:r>
        <w:rPr>
          <w:lang w:eastAsia="zh-CN"/>
        </w:rPr>
        <w:t>　　第一部分，人员--招人--留人--用人--考核;</w:t>
      </w:r>
      <w:r>
        <w:rPr>
          <w:lang w:eastAsia="zh-CN"/>
        </w:rPr>
        <w:br/>
      </w:r>
      <w:r>
        <w:rPr>
          <w:lang w:eastAsia="zh-CN"/>
        </w:rPr>
        <w:t>　　第二部分，工作能力--提升工作能力，熟悉运作流程，达到对项目的了解、掌握、运用、讲解;</w:t>
      </w:r>
      <w:r>
        <w:rPr>
          <w:lang w:eastAsia="zh-CN"/>
        </w:rPr>
        <w:br/>
      </w:r>
      <w:r>
        <w:rPr>
          <w:lang w:eastAsia="zh-CN"/>
        </w:rPr>
        <w:t>　　第三部分，管理能力--运用环式管理，达到平等互利、双赢共享;</w:t>
      </w:r>
      <w:r>
        <w:rPr>
          <w:lang w:eastAsia="zh-CN"/>
        </w:rPr>
        <w:br/>
      </w:r>
      <w:r>
        <w:rPr>
          <w:lang w:eastAsia="zh-CN"/>
        </w:rPr>
        <w:t>　　第四部分，培训--发挥自己的工作能力和管理能力，根据工作流程--项目卖点--找客户--沟通--释疑解惑--成交，提升员工的工作能力和自主能力，及时满足员工需求;</w:t>
      </w:r>
      <w:r>
        <w:rPr>
          <w:lang w:eastAsia="zh-CN"/>
        </w:rPr>
        <w:br/>
      </w:r>
      <w:r>
        <w:rPr>
          <w:lang w:eastAsia="zh-CN"/>
        </w:rPr>
        <w:t>　　第五部分，跟访服务，达到以客带客;</w:t>
      </w:r>
      <w:r>
        <w:rPr>
          <w:lang w:eastAsia="zh-CN"/>
        </w:rPr>
        <w:br/>
      </w:r>
      <w:r>
        <w:rPr>
          <w:lang w:eastAsia="zh-CN"/>
        </w:rPr>
        <w:t>　　第六部分，身份效应。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二细则</w:t>
      </w:r>
      <w:r>
        <w:rPr>
          <w:lang w:eastAsia="zh-CN"/>
        </w:rPr>
        <w:br/>
      </w:r>
      <w:r>
        <w:rPr>
          <w:lang w:eastAsia="zh-CN"/>
        </w:rPr>
        <w:t>　　第一，二月份把人招够。</w:t>
      </w:r>
      <w:r>
        <w:rPr>
          <w:lang w:eastAsia="zh-CN"/>
        </w:rPr>
        <w:br/>
      </w:r>
      <w:r>
        <w:rPr>
          <w:lang w:eastAsia="zh-CN"/>
        </w:rPr>
        <w:t>　　第二，三月份第一周：让员工精通项目卖点，熟悉点位情况;第二周任务：让员工达到灵活运用卖点，找到客户并进行沟通;第三周任务：让员工学会释疑解惑;第四周任务：成交并跟访。</w:t>
      </w:r>
      <w:r>
        <w:rPr>
          <w:lang w:eastAsia="zh-CN"/>
        </w:rPr>
        <w:br/>
      </w:r>
      <w:r>
        <w:rPr>
          <w:lang w:eastAsia="zh-CN"/>
        </w:rPr>
        <w:t>　　第三，四月份第一周任务：按着员工的需求和特长，找到有效方法，分配点位;第二周任务：继续;第三周任务：继续;第四周任务：继续。</w:t>
      </w:r>
      <w:r>
        <w:rPr>
          <w:lang w:eastAsia="zh-CN"/>
        </w:rPr>
        <w:br/>
      </w:r>
      <w:r>
        <w:rPr>
          <w:lang w:eastAsia="zh-CN"/>
        </w:rPr>
        <w:t>　　第四，五月份第一周任务：带领员工开发新市场，寻找新客户;第二周任务：继续;第三周任务：继续;第四周任务：继续。</w:t>
      </w:r>
      <w:r>
        <w:rPr>
          <w:lang w:eastAsia="zh-CN"/>
        </w:rPr>
        <w:br/>
      </w:r>
      <w:r>
        <w:rPr>
          <w:lang w:eastAsia="zh-CN"/>
        </w:rPr>
        <w:t>　　第五，六月份结束。</w:t>
      </w:r>
      <w:r>
        <w:rPr>
          <w:lang w:eastAsia="zh-CN"/>
        </w:rPr>
        <w:br/>
      </w:r>
      <w:r>
        <w:rPr>
          <w:lang w:eastAsia="zh-CN"/>
        </w:rPr>
        <w:t xml:space="preserve">    销售部门工作计划范文汇总 篇15 </w:t>
      </w:r>
      <w:r>
        <w:rPr>
          <w:lang w:eastAsia="zh-CN"/>
        </w:rPr>
        <w:br/>
      </w:r>
      <w:r>
        <w:rPr>
          <w:lang w:eastAsia="zh-CN"/>
        </w:rPr>
        <w:t>　　一、想办法制订每日工作流程表没有工作目标和每天时间安排的人，总是很悠闲，而有了明确的目标，对自己每天时间安排得比较满的人，是没有空闲时间的，每一点时间都会过得很有意义很有价值。所以，我们要养成每天制订工作流程表的习惯。</w:t>
      </w:r>
      <w:r>
        <w:rPr>
          <w:lang w:eastAsia="zh-CN"/>
        </w:rPr>
        <w:br/>
      </w:r>
      <w:r>
        <w:rPr>
          <w:lang w:eastAsia="zh-CN"/>
        </w:rPr>
        <w:t>　　1、对家装业务员来说，工作表要把第二天要办的事、要见的人放在第一位，比方说和某客户约好第二天见面或量房，那你一定就要结合双方约定的时间和地点来安排自己的行程。最好在约定地点附近开展业务。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2、工作表要学会预留出一段时间，不能把时间计算得很紧张。比方说，原定计划上午在小区做业务，下午2：00去见一个客户，中间有半个小时的车程，而你就不能将时间排到下午1：30分才行动，至少应该留出半个小时的空隙，一则防止路上有意外，二则提前到场等待客户，给客户体现出尊敬感。</w:t>
      </w:r>
      <w:r>
        <w:rPr>
          <w:lang w:eastAsia="zh-CN"/>
        </w:rPr>
        <w:br/>
      </w:r>
      <w:r>
        <w:rPr>
          <w:lang w:eastAsia="zh-CN"/>
        </w:rPr>
        <w:t>　　下一页更多精彩“外贸销售工作计划”</w:t>
      </w:r>
      <w:r>
        <w:rPr>
          <w:lang w:eastAsia="zh-CN"/>
        </w:rPr>
        <w:br/>
      </w:r>
      <w:r>
        <w:rPr>
          <w:lang w:eastAsia="zh-CN"/>
        </w:rPr>
        <w:t>　　3、工作表要随身携带，随时查看。你不可能每天都按照工作一丝不变地去工作，但至少工作表能够让你抓住主要的工作。</w:t>
      </w:r>
      <w:r>
        <w:rPr>
          <w:lang w:eastAsia="zh-CN"/>
        </w:rPr>
        <w:br/>
      </w:r>
      <w:r>
        <w:rPr>
          <w:lang w:eastAsia="zh-CN"/>
        </w:rPr>
        <w:t>　　二、一天时间安排</w:t>
      </w:r>
      <w:r>
        <w:rPr>
          <w:lang w:eastAsia="zh-CN"/>
        </w:rPr>
        <w:br/>
      </w:r>
      <w:r>
        <w:rPr>
          <w:lang w:eastAsia="zh-CN"/>
        </w:rPr>
        <w:t>　　1、早会培训学习(8：00—8：40)我们建议每个公司都举行早会培训，把业务员和设计师集中在一起，如果部门较大，也可以单开业务部门的早会。早会每天安排一个主持人，一个讲师，每人轮流做主持人和讲师，大家创造一个内部学习和培训、人人参与的平台。早会时间不能开得过长，半个小时到40分钟就行，内容可以循环推进。</w:t>
      </w:r>
      <w:r>
        <w:rPr>
          <w:lang w:eastAsia="zh-CN"/>
        </w:rPr>
        <w:br/>
      </w:r>
      <w:r>
        <w:rPr>
          <w:lang w:eastAsia="zh-CN"/>
        </w:rPr>
        <w:t>　　2、设计跟进(8：40—9：00)</w:t>
      </w:r>
      <w:r>
        <w:rPr>
          <w:lang w:eastAsia="zh-CN"/>
        </w:rPr>
        <w:br/>
      </w:r>
      <w:r>
        <w:rPr>
          <w:lang w:eastAsia="zh-CN"/>
        </w:rPr>
        <w:t>　　业务员参加完早会培训以后，要与设计师进行单独沟通，业务员可以将客户的新消息、新要求、新想法向设计师汇报。</w:t>
      </w:r>
      <w:r>
        <w:rPr>
          <w:lang w:eastAsia="zh-CN"/>
        </w:rPr>
        <w:br/>
      </w:r>
      <w:r>
        <w:rPr>
          <w:lang w:eastAsia="zh-CN"/>
        </w:rPr>
        <w:t xml:space="preserve">    销售部门工作计划范文汇总 篇16 </w:t>
      </w:r>
      <w:r>
        <w:rPr>
          <w:lang w:eastAsia="zh-CN"/>
        </w:rPr>
        <w:br/>
      </w:r>
      <w:r>
        <w:rPr>
          <w:lang w:eastAsia="zh-CN"/>
        </w:rPr>
        <w:t>　　一、 本月度销售目标 单位：万元(部门业绩统计以进帐款为准。)</w:t>
      </w:r>
      <w:r>
        <w:rPr>
          <w:lang w:eastAsia="zh-CN"/>
        </w:rPr>
        <w:br/>
      </w:r>
      <w:r>
        <w:rPr>
          <w:lang w:eastAsia="zh-CN"/>
        </w:rPr>
        <w:t>　　二、激励措施</w:t>
      </w:r>
      <w:r>
        <w:rPr>
          <w:lang w:eastAsia="zh-CN"/>
        </w:rPr>
        <w:br/>
      </w:r>
      <w:r>
        <w:rPr>
          <w:lang w:eastAsia="zh-CN"/>
        </w:rPr>
        <w:t>　　1、商务部门奖励(奖励款由经理、主管负责支出，一般用于本部门活动或内部激励)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2、其他部门奖励</w:t>
      </w:r>
      <w:r>
        <w:rPr>
          <w:lang w:eastAsia="zh-CN"/>
        </w:rPr>
        <w:br/>
      </w:r>
      <w:r>
        <w:rPr>
          <w:lang w:eastAsia="zh-CN"/>
        </w:rPr>
        <w:t>　　如公司总业绩完成基本销售目标,奖教学部200元;奖综合管理部50元。</w:t>
      </w:r>
      <w:r>
        <w:rPr>
          <w:lang w:eastAsia="zh-CN"/>
        </w:rPr>
        <w:br/>
      </w:r>
      <w:r>
        <w:rPr>
          <w:lang w:eastAsia="zh-CN"/>
        </w:rPr>
        <w:t>　　如公司总业绩完成奋斗目标,奖教学部300元;奖综合管理部100元。</w:t>
      </w:r>
      <w:r>
        <w:rPr>
          <w:lang w:eastAsia="zh-CN"/>
        </w:rPr>
        <w:br/>
      </w:r>
      <w:r>
        <w:rPr>
          <w:lang w:eastAsia="zh-CN"/>
        </w:rPr>
        <w:t>　　3、部门排名奖</w:t>
      </w:r>
      <w:r>
        <w:rPr>
          <w:lang w:eastAsia="zh-CN"/>
        </w:rPr>
        <w:br/>
      </w:r>
      <w:r>
        <w:rPr>
          <w:lang w:eastAsia="zh-CN"/>
        </w:rPr>
        <w:t>　　对部门业绩完成奋斗目标，且排名总公司第一的部门总冠军，奖300元。</w:t>
      </w:r>
      <w:r>
        <w:rPr>
          <w:lang w:eastAsia="zh-CN"/>
        </w:rPr>
        <w:br/>
      </w:r>
      <w:r>
        <w:rPr>
          <w:lang w:eastAsia="zh-CN"/>
        </w:rPr>
        <w:t>　　4、分公司排名奖</w:t>
      </w:r>
      <w:r>
        <w:rPr>
          <w:lang w:eastAsia="zh-CN"/>
        </w:rPr>
        <w:br/>
      </w:r>
      <w:r>
        <w:rPr>
          <w:lang w:eastAsia="zh-CN"/>
        </w:rPr>
        <w:t>　　对分公司业绩完成奋斗目标，且人均业绩排名总公司第一的公司总冠军，奖300元。 分公司人员计算以20__年10月1日在职员工数(含经理)为准：宁波分公司：12人;东海分公司：12人;绍兴分公司：14人; 嘉兴分公司：14人;湖州分公司：12人;温州分公司：11人</w:t>
      </w:r>
      <w:r>
        <w:rPr>
          <w:lang w:eastAsia="zh-CN"/>
        </w:rPr>
        <w:br/>
      </w:r>
      <w:r>
        <w:rPr>
          <w:lang w:eastAsia="zh-CN"/>
        </w:rPr>
        <w:t>　　5、销售个人排名奖</w:t>
      </w:r>
      <w:r>
        <w:rPr>
          <w:lang w:eastAsia="zh-CN"/>
        </w:rPr>
        <w:br/>
      </w:r>
      <w:r>
        <w:rPr>
          <w:lang w:eastAsia="zh-CN"/>
        </w:rPr>
        <w:t>　　--对分公司月度业绩冠军且业绩超8000元者，奖励100元。 --对11年10月份后进公司员工业绩过1万元者，奖励100元。(以上奖励可重复)</w:t>
      </w:r>
      <w:r>
        <w:rPr>
          <w:lang w:eastAsia="zh-CN"/>
        </w:rPr>
        <w:br/>
      </w:r>
      <w:r>
        <w:rPr>
          <w:lang w:eastAsia="zh-CN"/>
        </w:rPr>
        <w:t>　　6、刷新个人业绩纪录奖:</w:t>
      </w:r>
      <w:r>
        <w:rPr>
          <w:lang w:eastAsia="zh-CN"/>
        </w:rPr>
        <w:br/>
      </w:r>
      <w:r>
        <w:rPr>
          <w:lang w:eastAsia="zh-CN"/>
        </w:rPr>
        <w:t>　　月个人纪录--3.735万元(潘琦琪，__年4月)，如刷新，奖励员工800元。</w:t>
      </w:r>
      <w:r>
        <w:rPr>
          <w:lang w:eastAsia="zh-CN"/>
        </w:rPr>
        <w:br/>
      </w:r>
      <w:r>
        <w:rPr>
          <w:lang w:eastAsia="zh-CN"/>
        </w:rPr>
        <w:t>　　7、销售冲刺奖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--公司下属各分公司所有员工(含经理、主管)第四季度个人业绩总排名前六名，且完成业绩总额3.5万元(含)以上，予以以下奖励：第一名：奖励个人3000元 第二名：奖励个人20__元 第三名：奖励个人1500元 第四名：奖励个人1200元 第五名：奖励个人1000元第六名：奖励个人800元(如符合以上奖励条件不足六人的，最后的名次奖励空缺)</w:t>
      </w:r>
      <w:r>
        <w:rPr>
          <w:lang w:eastAsia="zh-CN"/>
        </w:rPr>
        <w:br/>
      </w:r>
      <w:r>
        <w:rPr>
          <w:lang w:eastAsia="zh-CN"/>
        </w:rPr>
        <w:t xml:space="preserve">    销售部门工作计划范文汇总 篇17 </w:t>
      </w:r>
      <w:r>
        <w:rPr>
          <w:lang w:eastAsia="zh-CN"/>
        </w:rPr>
        <w:br/>
      </w:r>
      <w:r>
        <w:rPr>
          <w:lang w:eastAsia="zh-CN"/>
        </w:rPr>
        <w:t>　　结合杭州春泉有限公司的发展现状，针对“杭州春泉”大米的销售推广制定如下销售计划：</w:t>
      </w:r>
      <w:r>
        <w:rPr>
          <w:lang w:eastAsia="zh-CN"/>
        </w:rPr>
        <w:br/>
      </w:r>
      <w:r>
        <w:rPr>
          <w:lang w:eastAsia="zh-CN"/>
        </w:rPr>
        <w:t>　　一、 目标与愿景</w:t>
      </w:r>
      <w:r>
        <w:rPr>
          <w:lang w:eastAsia="zh-CN"/>
        </w:rPr>
        <w:br/>
      </w:r>
      <w:r>
        <w:rPr>
          <w:lang w:eastAsia="zh-CN"/>
        </w:rPr>
        <w:t>　　计划每月达成500吨以上的销售任务，年度任务达成7000吨的销售业绩；客户开发以每月开发10个以上的稳定客户为目标，争取全年稳定合作客户50个以上。计划以安徽几个个地级市场为重点开发市场（合肥店为标杆市场），其他几个地级市场为次重点市场，除大力度进行销售业绩的突破外，更多关注品牌形象的建设和品牌推广，具体思路如下：</w:t>
      </w:r>
      <w:r>
        <w:rPr>
          <w:lang w:eastAsia="zh-CN"/>
        </w:rPr>
        <w:br/>
      </w:r>
      <w:r>
        <w:rPr>
          <w:lang w:eastAsia="zh-CN"/>
        </w:rPr>
        <w:t>　　二、工作思路</w:t>
      </w:r>
      <w:r>
        <w:rPr>
          <w:lang w:eastAsia="zh-CN"/>
        </w:rPr>
        <w:br/>
      </w:r>
      <w:r>
        <w:rPr>
          <w:lang w:eastAsia="zh-CN"/>
        </w:rPr>
        <w:t>　　1、明确职责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量化考核”时刻以达成月度销售任务为重中之中，同时转变思路，以市场服务和销售推广的双重角色开展工作。做好公司产品推广销售全面规划如：战略规划、策略制定、市场调研、品牌推广、产品组合定位等工作。以消费者需求为中心，根据不同的市场环境，对市场运作进行策划及指导外，更注重如何协助经销商针对市场开发健全更完善、更健全的销售网路，更周到人性化的售后服务。</w:t>
      </w:r>
      <w:r>
        <w:rPr>
          <w:lang w:eastAsia="zh-CN"/>
        </w:rPr>
        <w:br/>
      </w:r>
      <w:r>
        <w:rPr>
          <w:lang w:eastAsia="zh-CN"/>
        </w:rPr>
        <w:t>　　2、驻点营销</w:t>
      </w:r>
      <w:r>
        <w:rPr>
          <w:lang w:eastAsia="zh-CN"/>
        </w:rPr>
        <w:br/>
      </w:r>
      <w:r>
        <w:rPr>
          <w:lang w:eastAsia="zh-CN"/>
        </w:rPr>
        <w:t>　　驻点市场的推行既锻炼、提升销售部人员自身，又贴身服务了一线经销商及其业务人员，销售部只有提供了这种贴身、顾问、教练式的全程跟踪服务，销售部人员才能真正做到对市场了如指掌，从实践中找到适合自身市场的正确营销模式销售部驻点业务必须完成六方面的工作：</w:t>
      </w:r>
      <w:r>
        <w:rPr>
          <w:lang w:eastAsia="zh-CN"/>
        </w:rPr>
        <w:br/>
      </w:r>
      <w:r>
        <w:rPr>
          <w:lang w:eastAsia="zh-CN"/>
        </w:rPr>
        <w:t>　　a、通过全面的调研，发现市场机会点，并针对性地拿出市场提升方案；</w:t>
      </w:r>
      <w:r>
        <w:rPr>
          <w:lang w:eastAsia="zh-CN"/>
        </w:rPr>
        <w:br/>
      </w:r>
      <w:r>
        <w:rPr>
          <w:lang w:eastAsia="zh-CN"/>
        </w:rPr>
        <w:t>　　b、搜集竞争品牌产品和活动信息，捕获市场消费需求结合行业发展趋势，提出新产品的开发思路；</w:t>
      </w:r>
      <w:r>
        <w:rPr>
          <w:lang w:eastAsia="zh-CN"/>
        </w:rPr>
        <w:br/>
      </w:r>
      <w:r>
        <w:rPr>
          <w:lang w:eastAsia="zh-CN"/>
        </w:rPr>
        <w:t>　　c、指导市场做好终端标准化建设，推动市场健康稳定发展；</w:t>
      </w:r>
      <w:r>
        <w:rPr>
          <w:lang w:eastAsia="zh-CN"/>
        </w:rPr>
        <w:br/>
      </w:r>
      <w:r>
        <w:rPr>
          <w:lang w:eastAsia="zh-CN"/>
        </w:rPr>
        <w:t>　　d、针对性地制定并组织实施促销活动方案，对市场促销、费用及政策使用情况进行核查与落实，发现情况及时予以上报处理。</w:t>
      </w:r>
      <w:r>
        <w:rPr>
          <w:lang w:eastAsia="zh-CN"/>
        </w:rPr>
        <w:br/>
      </w:r>
      <w:r>
        <w:rPr>
          <w:lang w:eastAsia="zh-CN"/>
        </w:rPr>
        <w:t>　　e、及时全面宣传公司政策，提升品牌影响力及知名度，培养忠实客户；</w:t>
      </w:r>
      <w:r>
        <w:rPr>
          <w:lang w:eastAsia="zh-CN"/>
        </w:rPr>
        <w:br/>
      </w:r>
      <w:r>
        <w:rPr>
          <w:lang w:eastAsia="zh-CN"/>
        </w:rPr>
        <w:t>　　f、在市场实践中搜集整理亮点案例，重点总结出方法和经验，及时推荐给市场复制；</w:t>
      </w:r>
      <w:r>
        <w:rPr>
          <w:lang w:eastAsia="zh-CN"/>
        </w:rPr>
        <w:br/>
      </w:r>
      <w:r>
        <w:rPr>
          <w:lang w:eastAsia="zh-CN"/>
        </w:rPr>
        <w:t>　　3、与经销商强强联合，真正建立覆盖乡村的销售网络</w:t>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xml:space="preserve"> 销售部要在市场一线真正发挥作用，除了调整自身定位及提升自身服务水平外，还离不开经销商团队的支持和配合。如果得不到经销商的认可和有效执行，即使再好的方案，最终也只能是一纸空文。由销售部和经销商团队的主管和骨干组成市场推广小组，由销售部确定活动企划方案，再由市场推广小组成员发表意见，主要对方案提出看法和改进建议，对于需进一步修改完善的方案，由销售部负责协调完善；对于会议讨论通过的方案，交经销商团队执行，由市场推广小组负责跟踪执行进度和效果，并及时调整，更好的满足消费者需求及为消费者提供更好的服务。</w:t>
      </w:r>
      <w:r>
        <w:rPr>
          <w:lang w:eastAsia="zh-CN"/>
        </w:rPr>
        <w:br/>
      </w:r>
      <w:r>
        <w:rPr>
          <w:lang w:eastAsia="zh-CN"/>
        </w:rPr>
        <w:t>　　三、管理团队</w:t>
      </w:r>
      <w:r>
        <w:rPr>
          <w:lang w:eastAsia="zh-CN"/>
        </w:rPr>
        <w:br/>
      </w:r>
      <w:r>
        <w:rPr>
          <w:lang w:eastAsia="zh-CN"/>
        </w:rPr>
        <w:t>　　1、销售团队配置标准：</w:t>
      </w:r>
      <w:r>
        <w:rPr>
          <w:lang w:eastAsia="zh-CN"/>
        </w:rPr>
        <w:br/>
      </w:r>
      <w:r>
        <w:rPr>
          <w:lang w:eastAsia="zh-CN"/>
        </w:rPr>
        <w:t>　　a 、业务经理1名（销售部）市场部经理1名负责业务团队的组建考核，市场推广及销售目标的达成，制定规划年度销量明标及费用预算等事项！</w:t>
      </w:r>
      <w:r>
        <w:rPr>
          <w:lang w:eastAsia="zh-CN"/>
        </w:rPr>
        <w:br/>
      </w:r>
      <w:r>
        <w:rPr>
          <w:lang w:eastAsia="zh-CN"/>
        </w:rPr>
        <w:t>　　b、市场信息管理员1名（文员）负责市场调查、信息统计、市场分析、业务人员销售数据汇总、客户资料整理等工作。</w:t>
      </w:r>
      <w:r>
        <w:rPr>
          <w:lang w:eastAsia="zh-CN"/>
        </w:rPr>
        <w:br/>
      </w:r>
      <w:r>
        <w:rPr>
          <w:lang w:eastAsia="zh-CN"/>
        </w:rPr>
        <w:t>　　c、业务代表8名负责销售业绩的达成，客户开发及维护，区域市场的管理、公司活动政策现场执行及市场信息反馈</w:t>
      </w:r>
      <w:r>
        <w:rPr>
          <w:lang w:eastAsia="zh-CN"/>
        </w:rPr>
        <w:br/>
      </w:r>
      <w:r>
        <w:rPr>
          <w:lang w:eastAsia="zh-CN"/>
        </w:rPr>
        <w:t>　　四、市场分析</w:t>
      </w:r>
      <w:r>
        <w:rPr>
          <w:lang w:eastAsia="zh-CN"/>
        </w:rPr>
        <w:br/>
      </w:r>
      <w:r>
        <w:rPr>
          <w:lang w:eastAsia="zh-CN"/>
        </w:rPr>
        <w:t>　　1、竞争激烈</w:t>
      </w:r>
      <w:r>
        <w:rPr>
          <w:lang w:eastAsia="zh-CN"/>
        </w:rPr>
        <w:br/>
      </w:r>
    </w:p>
    <w:p w:rsidR="001B1F19" w14:textId="27C3F48A">
      <w:pPr>
        <w:rPr>
          <w:rFonts w:hint="eastAsia"/>
          <w:lang w:eastAsia="zh-CN"/>
        </w:rPr>
      </w:pPr>
      <w:r>
        <w:rPr>
          <w:lang w:eastAsia="zh-CN"/>
        </w:rPr>
        <w:t>　　近几年来，由于同质化现象严重，市场供应远远大于市场需求，大米销售处于买方市场，竞争十分激烈，因此做好客户的服务及管理显得尤其重要，在公司保证品质的前提下，同种品质比价格，在降低各项成本的基础上，为经销商提供最优惠的价格，在同等价格的基础上，为消费者提供最优质的产品；同行业竞品如金健，北大荒，福临门，金龙鱼的优秀推广模式均可学习借鉴，为我所用，知己知彼，百战不殆。</w:t>
      </w:r>
      <w:r>
        <w:rPr>
          <w:lang w:eastAsia="zh-CN"/>
        </w:rPr>
        <w:br/>
      </w:r>
      <w:r>
        <w:rPr>
          <w:lang w:eastAsia="zh-CN"/>
        </w:rPr>
        <w:t>　　2、整合资源</w:t>
      </w:r>
      <w:r>
        <w:rPr>
          <w:lang w:eastAsia="zh-CN"/>
        </w:rPr>
        <w:br/>
      </w:r>
      <w:r>
        <w:rPr>
          <w:lang w:eastAsia="zh-CN"/>
        </w:rPr>
        <w:t>　　我公司依托区域特有的生态保护田优势保障了我们有特色的绿色食品供应，且有政府背后的大力支持，是一般中小型企业无法比拟的优势。公司需引进较强的人才优势，在科研开发、销售公关、企业管理、财务及物流配送各方面，集中一大批优秀骨干人才，为公司的发展和市场的开拓提供保证。</w:t>
      </w:r>
      <w:r>
        <w:rPr>
          <w:lang w:eastAsia="zh-CN"/>
        </w:rPr>
        <w:br/>
      </w:r>
      <w:r>
        <w:rPr>
          <w:lang w:eastAsia="zh-CN"/>
        </w:rPr>
        <w:t>　　五、品牌推广</w:t>
      </w:r>
      <w:r>
        <w:rPr>
          <w:lang w:eastAsia="zh-CN"/>
        </w:rPr>
        <w:br/>
      </w:r>
      <w:r>
        <w:rPr>
          <w:lang w:eastAsia="zh-CN"/>
        </w:rPr>
        <w:t>　　为了能够讯速有效的扩大我们产品的市场份额，并获得长久的发展，我们将以公司的发展战略为核心，从产品的品牌形象、产品定位、市场网络建设、市场推广等四个方面系统规划品牌推广策略。</w:t>
      </w:r>
      <w:r>
        <w:rPr>
          <w:lang w:eastAsia="zh-CN"/>
        </w:rPr>
        <w:br/>
      </w:r>
      <w:r>
        <w:rPr>
          <w:lang w:eastAsia="zh-CN"/>
        </w:rPr>
        <w:t>　　1、品牌形象</w:t>
      </w:r>
      <w:r>
        <w:rPr>
          <w:lang w:eastAsia="zh-CN"/>
        </w:rPr>
        <w:br/>
      </w:r>
      <w:r>
        <w:rPr>
          <w:lang w:eastAsia="zh-CN"/>
        </w:rPr>
        <w:t>　　为了打造的品牌形象，建议我们公司的所有系列产品统一使用该品牌，不同类型的系列产品采用不同的包装策略，建议增加人物头像，以便于百姓识记。</w:t>
      </w:r>
      <w:r>
        <w:rPr>
          <w:lang w:eastAsia="zh-CN"/>
        </w:rPr>
        <w:br/>
      </w:r>
      <w:r>
        <w:rPr>
          <w:lang w:eastAsia="zh-CN"/>
        </w:rPr>
        <w:t>　　2、产品定位</w:t>
      </w:r>
      <w:r>
        <w:rPr>
          <w:lang w:eastAsia="zh-CN"/>
        </w:rPr>
        <w:br/>
      </w:r>
      <w:r>
        <w:rPr>
          <w:lang w:eastAsia="zh-CN"/>
        </w:rPr>
        <w:t>　　根据目前市场现状，随着产品的更新换代、新系列产品的推出和销售区域的情况变化，为提高与同类产品的竞争优势，扩大市场份额，在保证利润的同时，建议逐步调整产品价格，采用高、中、低价格策略，增加产品竞争力。</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https://d.book118.com/987010100122006041</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87010100122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