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2024教师交流工作总结（32篇）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2024教师交流工作总结（精选32篇）</w:t>
      </w:r>
      <w:r>
        <w:rPr>
          <w:lang w:eastAsia="zh-CN"/>
        </w:rPr>
        <w:br/>
      </w:r>
      <w:r>
        <w:rPr>
          <w:lang w:eastAsia="zh-CN"/>
        </w:rPr>
        <w:t xml:space="preserve">    2024教师交流工作总结 篇1 </w:t>
      </w:r>
      <w:r>
        <w:rPr>
          <w:lang w:eastAsia="zh-CN"/>
        </w:rPr>
        <w:br/>
      </w:r>
      <w:r>
        <w:rPr>
          <w:lang w:eastAsia="zh-CN"/>
        </w:rPr>
        <w:t>　　心怀憧憬，面带喜悦，满怀期待，有幸参加教师交流活动,说是交流，更是是去学习锻炼。怀着生命不息，奋斗不止的心态踏入交流学校，从9月1日的第一天起，就坚定了一个信念，认认真真学习，扎扎实实工作，兢兢业业教学，尽自己所能，发挥自己所长，创新性地开展工作，出色地完成交流任务。从刚开始的无所适从，到熟悉学校安排的业务，不知不觉，将近半年时间过了，此次交流使我有机会尝试了在不同环境下，面对不同类型的学生如何实施课堂教学，让我认识到在不同的学校环境下怎样开展工作，使我受益匪浅。现将这段时间以来的工作得失总结如下：</w:t>
      </w:r>
      <w:r>
        <w:rPr>
          <w:lang w:eastAsia="zh-CN"/>
        </w:rPr>
        <w:br/>
      </w:r>
      <w:r>
        <w:rPr>
          <w:lang w:eastAsia="zh-CN"/>
        </w:rPr>
        <w:t>　　一、互动关爱，为校际交流工作打下坚实基础。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学校的领导对我的交流工作很是关心，这坚定了我交流的信心。西寺小学很多老师更是对我们无微不至的.关怀，嘘寒问暖，积极解决我们学习、生活中的困难，把关心落到实处。为报答老师们，我们也积极工作，协助学校解决一些力所能及的问题，对学校领导的安排一些临时任务，如学校职工网络信息登记、学生网络安全知识学习等，都积极主动的去完成。在平时，如果有老师在计算机操作方面有疑惑就积极给予帮助，有的老师电脑操作水平不足，电脑出现了故障不自己解决，我就积极帮助他（她）进行修复。在不断的互动中，我与学校很多老师都建立了良好的友情。为我的交流工作带来了极大的助力。</w:t>
      </w:r>
      <w:r>
        <w:rPr>
          <w:lang w:eastAsia="zh-CN"/>
        </w:rPr>
        <w:br/>
      </w:r>
      <w:r>
        <w:rPr>
          <w:lang w:eastAsia="zh-CN"/>
        </w:rPr>
        <w:t>　　二、锐意进取，不断提高自身素质。</w:t>
      </w:r>
      <w:r>
        <w:rPr>
          <w:lang w:eastAsia="zh-CN"/>
        </w:rPr>
        <w:br/>
      </w:r>
      <w:r>
        <w:rPr>
          <w:lang w:eastAsia="zh-CN"/>
        </w:rPr>
        <w:t>　　来到西寺小学前，我最大的感受就是很多老师个个都是“多面手”，很多老师不只任教语文、数学、英语这些主要学科，同时还兼任音乐、美术、体育等多门学科，每位教师每天都上四、五节课，除了上课其余时间大都忙于备课，一备就是几个学科，虽然老师们脸上的笑容是多彩的，并且这种无私奉献、苦干实干的精神值得发扬，但我却总觉得少了一些什么，老师们的这些还不够。来到西寺小学后，我明白了我之前少了一些什么，哪就是积极教研精神。学校教育的灵魂在于教研，通过教学研究，我们才能更好的总结教学经验，发现教学规律，从而制定出更加符合教育工作的教学方法。也是教师自我提高的最佳方式。</w:t>
      </w:r>
      <w:r>
        <w:rPr>
          <w:lang w:eastAsia="zh-CN"/>
        </w:rPr>
        <w:br/>
      </w:r>
      <w:r>
        <w:rPr>
          <w:lang w:eastAsia="zh-CN"/>
        </w:rPr>
        <w:t>　　三、主动研究教育教学及管理，推进学校教研教改的发展。深入教学。</w:t>
      </w:r>
      <w:r>
        <w:rPr>
          <w:lang w:eastAsia="zh-CN"/>
        </w:rPr>
        <w:br/>
      </w:r>
      <w:r>
        <w:rPr>
          <w:lang w:eastAsia="zh-CN"/>
        </w:rPr>
        <w:t>　　搞好交流工作，首先就是要搞好教育教学，来到西寺小学，担任五、六年级信息技术教学，深入研究教材，让孩子打下坚实的基础。</w:t>
      </w:r>
      <w:r>
        <w:rPr>
          <w:lang w:eastAsia="zh-CN"/>
        </w:rPr>
        <w:br/>
      </w:r>
      <w:r>
        <w:rPr>
          <w:lang w:eastAsia="zh-CN"/>
        </w:rPr>
        <w:t>　　四、发挥自己特长，将交流活动落到实处。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把工作做细、做实，促进教学常规的落实。在平日工作中帮助教导处主动做好学校的学生学情检测、教师备课作业检查、教师学习笔记、反思检查等工作。在做好自己教育教学工作的同时，始终坚持与其他交流老师一起探讨、研究怎样搞好各项工作，根据制定的工作计划和配档表及时创新性地完成并总结，真正将交流工作落到实处，为实现打造教育共同体而不懈努力。交流工作是一项长远的、系统的、复杂的教育工程。在今后的工作中，我将继续立足实际，深入研究，积极探索，借鉴和总结经验，正视不足，不断增强交流实效。坚持优势互补、相互学习、共同发展的原则，研究新思路，采取新举措，扎实工作，在推进双方学校教育教学工作中尽自己绵薄之力，从而在此过程中不断锻炼自己，提高自己的各项素质。</w:t>
      </w:r>
      <w:r>
        <w:rPr>
          <w:lang w:eastAsia="zh-CN"/>
        </w:rPr>
        <w:br/>
      </w:r>
      <w:r>
        <w:rPr>
          <w:lang w:eastAsia="zh-CN"/>
        </w:rPr>
        <w:t xml:space="preserve">    2024教师交流工作总结 篇2 </w:t>
      </w:r>
      <w:r>
        <w:rPr>
          <w:lang w:eastAsia="zh-CN"/>
        </w:rPr>
        <w:br/>
      </w:r>
      <w:r>
        <w:rPr>
          <w:lang w:eastAsia="zh-CN"/>
        </w:rPr>
        <w:t>　　20__年9月，我有幸成为了教师交流队伍中的一员，由薄弱学校进入百年名校进行学习。初到北海小学，对这里的方方面面没有太多的了解。为了让我们尽快适应新的教学环境，做好工作，学校领导在生活和工作上给予了我们很多照顾，使我们已经开始按部就班地进行工作和学习。现把这一年来的工作和学习情况以及自己的体会做一总结：</w:t>
      </w:r>
      <w:r>
        <w:rPr>
          <w:lang w:eastAsia="zh-CN"/>
        </w:rPr>
        <w:br/>
      </w:r>
      <w:r>
        <w:rPr>
          <w:lang w:eastAsia="zh-CN"/>
        </w:rPr>
        <w:t>　　一、思想情况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从薄弱学校来到百年名校，刚开始我的思想压力很大，面对新的教学环境，对自己的业务水平产生了怀疑：能不能胜任这里的课堂教学工作？在教学教研方面和这里的教师有多大差距？一系列问题使我困惑、迷茫，不知所措。还好，校领导周全的考虑使我们一点一点地融入这个学校。学校为我们安排了指导老师，让我听课学习，了解学校，了解学生，了解教学程序，同时了解校纪校规。阅读北海小学校刊，了解其精神风貌。</w:t>
      </w:r>
      <w:r>
        <w:rPr>
          <w:lang w:eastAsia="zh-CN"/>
        </w:rPr>
        <w:br/>
      </w:r>
      <w:r>
        <w:rPr>
          <w:lang w:eastAsia="zh-CN"/>
        </w:rPr>
        <w:t>　　经过这种过渡，对学校有了全面的认识，变得熟悉起来。这对我的教育教学观产生了很大影响，让我有了更深刻的认识：树立“人才多样化，人人能成才”的人才观，树立“德智体美全面发展”的质量观，树立“为学生的一生发展和终身幸福奠定基础”的价值观；正确对待学生“寸有所长，尺有所短”的客观现实，能够蹲下来和学生说话，睁大眼睛发现每位学生的优点，要尽最大努力对学生进行扬长教育和信心教育，为学生的美丽人生奠定基础。我调整好心态，逐渐适应了这里的学习和工作环境。</w:t>
      </w:r>
      <w:r>
        <w:rPr>
          <w:lang w:eastAsia="zh-CN"/>
        </w:rPr>
        <w:br/>
      </w:r>
      <w:r>
        <w:rPr>
          <w:lang w:eastAsia="zh-CN"/>
        </w:rPr>
        <w:t>　　二、学习工作情况</w:t>
      </w:r>
      <w:r>
        <w:rPr>
          <w:lang w:eastAsia="zh-CN"/>
        </w:rPr>
        <w:br/>
      </w:r>
      <w:r>
        <w:rPr>
          <w:lang w:eastAsia="zh-CN"/>
        </w:rPr>
        <w:t>　　通过向指导老师学习听课，我看到了新课程教学理念的渗透，课堂教学组织方式的多样化，课堂整体设计新颖，学生活动的有效操作性、具体化，教师知识的渊博、语言的严谨、情感的丰富、教态的得体。学生的知识也很丰富，主动参与配合老师，积极思考，提出疑问。为我的教学工作提供了参考，提出了要求。我感觉到自己的差距。校领导听了我的课，并做了准确的评价，我进一步认识到自己的不足，明确改进之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学校安排了我担任四年级五个班的体育教学工作。这一年来，我严格遵守请假制度、作息制度，遵守学校教育教学规章制度，服从学校各项工作安排和要求，尽力尽责做好工作。教学中，认真、充分备课，规范书写教案，研读课程标准要求。做到提前两周备课，每上一堂课前，都尽量先听其他教师的意见，好的方法，多多采纳，发现备课中遗漏的地方，及时补救；并试学着对其教学进行分析，欣赏精彩，提出意见，提高自己的教研方面的能力。</w:t>
      </w:r>
      <w:r>
        <w:rPr>
          <w:lang w:eastAsia="zh-CN"/>
        </w:rPr>
        <w:br/>
      </w:r>
      <w:r>
        <w:rPr>
          <w:lang w:eastAsia="zh-CN"/>
        </w:rPr>
        <w:t>　　课后及时总结，写好教学后记。在备课过程中，认真听取同科教师对教材的分析，知识点的把握度，课堂结构设计思路，解决问题的过程和方法。同时把自己对这一课的认识拿出来请其他教师进行评判，征求意见，改进教学。认真做好听、评课记录，并在之后进行细细分析，学习别人的优点。认真聆听、学习组长对于教学理念、教学思想、价值观教育的讲解。树立新课改理念，实现新课改的目标要求。</w:t>
      </w:r>
      <w:r>
        <w:rPr>
          <w:lang w:eastAsia="zh-CN"/>
        </w:rPr>
        <w:br/>
      </w:r>
      <w:r>
        <w:rPr>
          <w:lang w:eastAsia="zh-CN"/>
        </w:rPr>
        <w:t>　　积极带训学校田径队的训练工作，积极开展好群众性体育活动，丰富了学生的课余生活。同时也为运动队选拔了一批后备人才。在这一年中，我认真对待、积极参与各部门组织的各项活动。在区田径运动会中获甲组第五。所带班级在校各项体育比赛中都名列前茅。</w:t>
      </w:r>
      <w:r>
        <w:rPr>
          <w:lang w:eastAsia="zh-CN"/>
        </w:rPr>
        <w:br/>
      </w:r>
      <w:r>
        <w:rPr>
          <w:lang w:eastAsia="zh-CN"/>
        </w:rPr>
        <w:t>　　“金无足赤，人无完人”。在北海这一年我自感收获颇丰，但还是有很多不足的地方等待我去改进。在今后的教育教学工作中，我将立足实际，在学校领导、师生的支持，创造性地搞好体育教学，使我的工作有所开拓，有所进取。更加严格要求自己，努力工作，发扬优点，改正缺点，开拓前进，为美好的明天奉献自己的力量。我将以更高的热情投入到教育教学工作中去，以更高的标准来要求自己，进一步完善自我，向着更高的目标奋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2024教师交流工作总结 篇3 </w:t>
      </w:r>
      <w:r>
        <w:rPr>
          <w:lang w:eastAsia="zh-CN"/>
        </w:rPr>
        <w:br/>
      </w:r>
      <w:r>
        <w:rPr>
          <w:lang w:eastAsia="zh-CN"/>
        </w:rPr>
        <w:t>　　教师交流工作小结</w:t>
      </w:r>
      <w:r>
        <w:rPr>
          <w:lang w:eastAsia="zh-CN"/>
        </w:rPr>
        <w:br/>
      </w:r>
      <w:r>
        <w:rPr>
          <w:lang w:eastAsia="zh-CN"/>
        </w:rPr>
        <w:t>　　1、教师交流工作小结</w:t>
      </w:r>
      <w:r>
        <w:rPr>
          <w:lang w:eastAsia="zh-CN"/>
        </w:rPr>
        <w:br/>
      </w:r>
      <w:r>
        <w:rPr>
          <w:lang w:eastAsia="zh-CN"/>
        </w:rPr>
        <w:t>　　20__年9月，我有幸成为了教师交流队伍中的一员，由薄弱学校进入百年名校进行学习。初到北海小学，对这里的方方面面没有太多的了解。为了让我们尽快适应新的教学环境，做好工作，学校领导在生活和工作上给予了我们很多照顾，使我们已经开始按部就班地进行工作和学习。现把这一年来的工作和学习情况以及自己的体会做一总结：</w:t>
      </w:r>
      <w:r>
        <w:rPr>
          <w:lang w:eastAsia="zh-CN"/>
        </w:rPr>
        <w:br/>
      </w:r>
      <w:r>
        <w:rPr>
          <w:lang w:eastAsia="zh-CN"/>
        </w:rPr>
        <w:t>　　一、思想情况</w:t>
      </w:r>
      <w:r>
        <w:rPr>
          <w:lang w:eastAsia="zh-CN"/>
        </w:rPr>
        <w:br/>
      </w:r>
      <w:r>
        <w:rPr>
          <w:lang w:eastAsia="zh-CN"/>
        </w:rPr>
        <w:t>　　从薄弱学校来到百年名校，刚开始我的思想压力很大，面对新的教学环境，对自己的业务水平产生了怀疑：能不能胜任这里的课堂教学工作？在教学教研方面和这里的教师有多大差距？一系列问题使我困惑、迷茫，不知所措。还好，校领导周全的考虑使我们一点一点地融入这个学校。学校为我们安排了指导老师，让我听课学习，了解学校，了解学生，了解教学程序，同时了解校纪校规。阅读北海小学校刊，了解其精神风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经过这种过渡，对学校有了全面的认识，变得熟悉起来。这对我的教育教学观产生了很大影响，让我有了更深刻的认识：树立“人才多样化，人人能成才”的人才观，树立“德智体美全面发展”的质量观，树立“为学生的一生发展和终身幸福奠定基础”的价值观；正确对待学生“寸有所长，尺有所短”的客观现实，能够蹲下来和学生说话，睁大眼睛发现每位学生的优点，要尽最大努力对学生进行扬长教育和信心教育，为学生的美丽人生奠定基础。我调整好心态，逐渐适应了这里的学习和工作环境。</w:t>
      </w:r>
      <w:r>
        <w:rPr>
          <w:lang w:eastAsia="zh-CN"/>
        </w:rPr>
        <w:br/>
      </w:r>
      <w:r>
        <w:rPr>
          <w:lang w:eastAsia="zh-CN"/>
        </w:rPr>
        <w:t>　　二、学习工作情况</w:t>
      </w:r>
      <w:r>
        <w:rPr>
          <w:lang w:eastAsia="zh-CN"/>
        </w:rPr>
        <w:br/>
      </w:r>
      <w:r>
        <w:rPr>
          <w:lang w:eastAsia="zh-CN"/>
        </w:rPr>
        <w:t>　　通过向指导老师学习听课，我看到了新课程教学理念的渗透，课堂教学组织方式的多样化，课堂整体设计新颖，学生活动的有效操作性、具体化，教师知识的渊博、语言的严谨、情感的丰富、教态的得体。学生的知识也很丰富，主动参与配合老师，积极思考，提出疑问。为我的教学工作提供了参考，提出了要求。我感觉到自己的差距。校领导听了我的课，并做了准确的评价，我进一步认识到自己的不足，明确改进之处。</w:t>
      </w:r>
      <w:r>
        <w:rPr>
          <w:lang w:eastAsia="zh-CN"/>
        </w:rPr>
        <w:br/>
      </w:r>
      <w:r>
        <w:rPr>
          <w:lang w:eastAsia="zh-CN"/>
        </w:rPr>
        <w:t>　　学校安排了我担任四年级五个班的体育教学工作。这一年来，我严格遵守请假制度、作息制度，遵守学校教育教学规章制度，服从学校各项工作安排和要求，尽力尽责做好工作。教学中，认真、充分备课，规范书写教案，研读课程标准要求。做到提前两周备课，每上一堂课前，都尽量先听其他教师的意见，好的方法，多多采纳，发现备课中遗漏的地方，及时补救；并试学着对其教学进行分析，欣赏精彩，提出意见，提高自己的教研方面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课后及时总结，写好教学后记。在备课过程中，认真听取同科教师对教材的分析，知识点的把握度，课堂结构设计思路，解决问题的过程和方法。同时把自己对这一课的认识拿出来请其他教师进行评判，征求意见，改进教学。认真做好听、评课记录，并在之后进行细细分析，学习别人的优点。认真聆听、学习组长对于教学理念、教学思想、价值观教育的讲解。树立新课改理念，实现新课改的目标要求。</w:t>
      </w:r>
      <w:r>
        <w:rPr>
          <w:lang w:eastAsia="zh-CN"/>
        </w:rPr>
        <w:br/>
      </w:r>
      <w:r>
        <w:rPr>
          <w:lang w:eastAsia="zh-CN"/>
        </w:rPr>
        <w:t>　　积极带训学校田径队的训练工作，积极开展好群众性体育活动，丰富了学生的课余生活。同时也为运动队选拔了一批后备人才。在这一年中，我认真对待、积极参与各部门组织的各项活动。在区田径运动会中获甲组第五。所带班级在校各项体育比赛中都名列前茅。</w:t>
      </w:r>
      <w:r>
        <w:rPr>
          <w:lang w:eastAsia="zh-CN"/>
        </w:rPr>
        <w:br/>
      </w:r>
      <w:r>
        <w:rPr>
          <w:lang w:eastAsia="zh-CN"/>
        </w:rPr>
        <w:t>　　“金无足赤，人无完人”。在北海这一年我自感收获颇丰，但还是有很多不足的地方等待我去改进。在今后的教育教学工作中，我将立足实际，在学校领导、师生的支持，创造性地搞好体育教学，使我的工作有所开拓，有所进取。更加严格要求自己，努力工作，发扬优点，改正缺点，开拓前进，为美好的明天奉献自己的力量。我将以更高的热情投入到教育教学工作中去，以更高的标准来要求自己，进一步完善自我，向着更高的目标奋进。</w:t>
      </w:r>
      <w:r>
        <w:rPr>
          <w:lang w:eastAsia="zh-CN"/>
        </w:rPr>
        <w:br/>
      </w:r>
      <w:r>
        <w:rPr>
          <w:lang w:eastAsia="zh-CN"/>
        </w:rPr>
        <w:t>　　2、教师交流工作小结</w:t>
      </w:r>
      <w:r>
        <w:rPr>
          <w:lang w:eastAsia="zh-CN"/>
        </w:rPr>
        <w:br/>
      </w:r>
      <w:r>
        <w:rPr>
          <w:lang w:eastAsia="zh-CN"/>
        </w:rPr>
        <w:t>　　忙碌的时光总是过得很快，为期一年的交流在留恋中结束。在这一年里，我始终以开放的积极心态，面对城乡差异与工作压力，努力的学习与工作。在这里，我首先被朐小老师的工作热情所感动，我也向他们一样全身心地投入到工作中，并且感受到了工作的快乐。在胊阳小学，我收获了很多，现将这一年的学习工作总结如下：</w:t>
      </w:r>
      <w:r>
        <w:rPr>
          <w:lang w:eastAsia="zh-CN"/>
        </w:rPr>
        <w:br/>
      </w:r>
      <w:r>
        <w:rPr>
          <w:lang w:eastAsia="zh-CN"/>
        </w:rPr>
        <w:t>　　一、完善师德，提高修养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“春蚕到死丝方尽，蜡炬成灰泪始干”，朐阳小学教师的敬业精神，使我对教师这个职业的职责和使命，有了更深的认识。交流这段时间让我深深体会到作为一名教师，必须全心全意地热爱自己的工作。</w:t>
      </w:r>
      <w:r>
        <w:rPr>
          <w:lang w:eastAsia="zh-CN"/>
        </w:rPr>
        <w:br/>
      </w:r>
      <w:r>
        <w:rPr>
          <w:lang w:eastAsia="zh-CN"/>
        </w:rPr>
        <w:t>　　在工作中，我始终将思考的欢乐和收获的喜悦送给学生，全身心地扑在教育事业上。“没有爱就没有教育”，我努力以一颗博爱之心平等地对待每一位学生，绝不以成绩好坏分优劣，以自己的真诚无私赢得了学生的热爱和尊敬。同时，与周围人建立良好的人际关系，在教学活动中很好地与老师、学生、家长合作，与人坦诚相处。</w:t>
      </w:r>
      <w:r>
        <w:rPr>
          <w:lang w:eastAsia="zh-CN"/>
        </w:rPr>
        <w:br/>
      </w:r>
      <w:r>
        <w:rPr>
          <w:lang w:eastAsia="zh-CN"/>
        </w:rPr>
        <w:t>　　二、虚心学习，锤炼业务</w:t>
      </w:r>
      <w:r>
        <w:rPr>
          <w:lang w:eastAsia="zh-CN"/>
        </w:rPr>
        <w:br/>
      </w:r>
      <w:r>
        <w:rPr>
          <w:lang w:eastAsia="zh-CN"/>
        </w:rPr>
        <w:t>　　“读书—思考—实践—反思—总结”是我每天学习生活的重要组成部分！我仔细阅读，潜心研究，认真钻研，深入思考，从理论上武装了自己。回想这些日子，真的觉得充实而满足！因为我不仅“浇灌着”，更在“收获着”！</w:t>
      </w:r>
      <w:r>
        <w:rPr>
          <w:lang w:eastAsia="zh-CN"/>
        </w:rPr>
        <w:br/>
      </w:r>
      <w:r>
        <w:rPr>
          <w:lang w:eastAsia="zh-CN"/>
        </w:rPr>
        <w:t>　　短短一年内在诸多老师的引领下，从课堂教学、班级管理到班级文化建设，自己都有了较大层次的提高，积累了比较丰富的课堂教学实践经验和班级建设经验，学会了课件制作，班级文化版面建设和班级网页。完成了近两万字的读书笔记，撰写了40余篇教育随笔与教学反思，制作了7个课件，听了近70节课；参加了研说教材活动，学校还授予了“研说教材贡献奖”；在朐阳小学与五井小学研说教材交流活动中，我作了展示，受到两校的好评。</w:t>
      </w:r>
      <w:r>
        <w:rPr>
          <w:lang w:eastAsia="zh-CN"/>
        </w:rPr>
        <w:br/>
      </w:r>
      <w:r>
        <w:rPr>
          <w:lang w:eastAsia="zh-CN"/>
        </w:rPr>
        <w:t>　　三、班级管理，和谐有序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班级管理上，本着顺应孩子天性的观点，及时与家长沟通，实现学校、家长双赢的亲子教育。虽然自己的班主任工作并不是很出色,但我们班的师生关系和谐，我对学生倾注满腔的热情和真诚的爱，走进每个学生，倾听他们的心声并与他们进行沟通，与他们建立了深厚的感情。课上，我充分利用课件进行教学，调动起学生的直观感觉，也调动他们参与学习的积极性；课外，我经常与学生谈心，鼓励他们树起学习的信心。付出总有回报：收获变成笑意洋溢在孩子们的脸，当我听到学生们“老师，我就喜欢上您的课！”的话时，当看到孩子们课堂上聚精会神的表情时，真是激动不已。平淡的生活，给我带来了生活的真味，这样感觉更值得回味，这样的快乐更容易长久</w:t>
      </w:r>
      <w:r>
        <w:rPr>
          <w:lang w:eastAsia="zh-CN"/>
        </w:rPr>
        <w:br/>
      </w:r>
      <w:r>
        <w:rPr>
          <w:lang w:eastAsia="zh-CN"/>
        </w:rPr>
        <w:t>　　学校组织的各种活动异彩纷呈，我认真组织、带领我的学生参加，在“学校集中管理月”活动中，我们班获得“学规范、用规范”优秀班级、“板报、手抄报”优秀班级荣誉称号，在“六一书画展中，获得优秀班级荣誉称号；在运动会及其他活动中，我们班也获得较好的成绩。在这里要感谢我们班语文老师杨老师，他在班级文化建设、班级管理方面给与我很大帮助，感谢丛老师给予的指导，同时感谢朐小所有给予我帮助的领导和老师们。</w:t>
      </w:r>
      <w:r>
        <w:rPr>
          <w:lang w:eastAsia="zh-CN"/>
        </w:rPr>
        <w:br/>
      </w:r>
      <w:r>
        <w:rPr>
          <w:lang w:eastAsia="zh-CN"/>
        </w:rPr>
        <w:t>　　四、服从管理，共同提高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朐阳小学工作节奏快、任务多，工作期间，我服从领导安排，遵守学校规章制度，遵守办公制度，认真完成学校的各项任务，做到不误事、不误时，今日事、今日毕，每天做到早到校、晚离校，遵守学校考勤制度，获得领导、同事的认可。</w:t>
      </w:r>
      <w:r>
        <w:rPr>
          <w:lang w:eastAsia="zh-CN"/>
        </w:rPr>
        <w:br/>
      </w:r>
      <w:r>
        <w:rPr>
          <w:lang w:eastAsia="zh-CN"/>
        </w:rPr>
        <w:t>　　这里，年轻教师较多，我跟她们和谐相处，互帮互助，共同提高。我向她们学习课件制作，她们在优质课评选、平日课堂教学中，我也提出自己的看法与建议，虽然自己水平不高，但课堂经验毕竟比她们多一点。</w:t>
      </w:r>
      <w:r>
        <w:rPr>
          <w:lang w:eastAsia="zh-CN"/>
        </w:rPr>
        <w:br/>
      </w:r>
      <w:r>
        <w:rPr>
          <w:lang w:eastAsia="zh-CN"/>
        </w:rPr>
        <w:t>　　五、做好使者，促进交流</w:t>
      </w:r>
      <w:r>
        <w:rPr>
          <w:lang w:eastAsia="zh-CN"/>
        </w:rPr>
        <w:br/>
      </w:r>
      <w:r>
        <w:rPr>
          <w:lang w:eastAsia="zh-CN"/>
        </w:rPr>
        <w:t>　　牢记自己交流的使命，促进发展、促进交流。我把学到的班级管理方法、班级文化版面制作，有效利用早读、站队放学点滴时间等做法，及时反馈给五井的领导与老师；老师们的优秀课件、特色教学及时传递给同事们，做到共享信息、共享资源；同时，我也把自己在口算教学、学生素养培养等方面的做法带到这里，继续培养学生的自学能力，抓好学生的口算训练，夯实学生的基本技能，所教两个班的数学成绩一直都很优秀。</w:t>
      </w:r>
      <w:r>
        <w:rPr>
          <w:lang w:eastAsia="zh-CN"/>
        </w:rPr>
        <w:br/>
      </w:r>
      <w:r>
        <w:rPr>
          <w:lang w:eastAsia="zh-CN"/>
        </w:rPr>
        <w:t xml:space="preserve">    2024教师交流工作总结 篇4 </w:t>
      </w:r>
      <w:r>
        <w:rPr>
          <w:lang w:eastAsia="zh-CN"/>
        </w:rPr>
        <w:br/>
      </w:r>
      <w:r>
        <w:rPr>
          <w:lang w:eastAsia="zh-CN"/>
        </w:rPr>
        <w:t>　　教师交流是促进教育教学、教育科研改革的一项重要举措。这项活动的开展，有利于提高教师的综合能力，有利于相互取长补短，特别是对于教育教学、教研教改工作的推进，起到不可估量的重要作用。 两年来，我校的交流学校是开发区一小、开发区第八中学。在这一学年中，第八中学给我们派来了后勤副主任刘峰老师，来我校参加教学实践活动，积极参加教研教改，给我校带来了先进的教育思想和教学方法，把宝贵的教育教学经验，传授给我校教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两所学校老师的支援，使我校师资力量短缺的压力里得到些许缓解，我校要求同学科教师参加听课评课，大家评价很好，从中学到了不同的教学风格和教学方法，从支教老师的身上学习他们的成功经验，请教教研教改经验，针对实际提出合理化建议。他们参加集体备课，把自己掌握的先进备课方法和经验传授给我校教师。在平时的上课中，与我校教师随时交流教学心得，随堂听课评课。学校还不定期组织支教教师，举行公开课，教研课，双方切磋交流，相互取长补短，效果很好。我们还召集支教教师座谈会，听取他们对工作、学习、教研，生活等方面的感受。在工作方面，他们深有感触的说，农村小学交通不便利，生活艰苦，但老师们很敬业、奉献精神很强，农村学校教师的奉献精神和敬业态度很值得他们学习。他们也从这里学到很多不同的教学风格和教学方法，进一步充实了自己，在艰苦的环境中锻炼了自己。</w:t>
      </w:r>
      <w:r>
        <w:rPr>
          <w:lang w:eastAsia="zh-CN"/>
        </w:rPr>
        <w:br/>
      </w:r>
      <w:r>
        <w:rPr>
          <w:lang w:eastAsia="zh-CN"/>
        </w:rPr>
        <w:t>　　通过教师交流，对教育教学起到很好的促进作用。这是一种先进教育思想，先进教学方法的交流，是先进教研方式的有机结合，这种交流使双方教师相互学习、取长补短、共同提高，对于教育事业起着重要的推动作用。</w:t>
      </w:r>
      <w:r>
        <w:rPr>
          <w:lang w:eastAsia="zh-CN"/>
        </w:rPr>
        <w:br/>
      </w:r>
      <w:r>
        <w:rPr>
          <w:lang w:eastAsia="zh-CN"/>
        </w:rPr>
        <w:t>　　教师交流，是一件新生事物，没有成功的经验，因此，在今后的工作中，我们还要不断总结经验，不断改进，不断创新，使其在今后的教育教学，教研教改中发挥更大更好的作用，促进教育事业不断向前发展。</w:t>
      </w:r>
      <w:r>
        <w:rPr>
          <w:lang w:eastAsia="zh-CN"/>
        </w:rPr>
        <w:br/>
      </w:r>
      <w:r>
        <w:rPr>
          <w:lang w:eastAsia="zh-CN"/>
        </w:rPr>
        <w:t xml:space="preserve">    2024教师交流工作总结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20__年11月8日，我带着一份憧憬，带着一份喜悦，带着一份期待，有幸参加灵台县城乡教师交流活动，从百里中心小学交流到西关小学。与其说是交流，不如说是来学习锻炼。自从踏入交流学校的第一天起，我就坚定了一个信念，认认真真学习，扎扎实实工作，尽自己所能，发挥自己所长，创新性地开展工作，出色地完成交流任务，绝不辜负学校领导的信任和托付。</w:t>
      </w:r>
      <w:r>
        <w:rPr>
          <w:lang w:eastAsia="zh-CN"/>
        </w:rPr>
        <w:br/>
      </w:r>
      <w:r>
        <w:rPr>
          <w:lang w:eastAsia="zh-CN"/>
        </w:rPr>
        <w:t>　　这一个月，西关小学领导安排我担任五年级两个平行班的英语教学工作。一个月来，收获很多，感慨很多：此次交流使我有机会尝试了在不同环境下，面对不同类型的学生如何实施课堂教学，让我认识到在不同的学校环境下怎样开展工作，确实是受益匪浅！教书育人的职业是崇高的，但城里和乡村的教师工作都一样平凡和朴实，一样充满了艰辛和汗水。如果非要找出几点成绩和收获的话，我只能表达如下的感受。</w:t>
      </w:r>
      <w:r>
        <w:rPr>
          <w:lang w:eastAsia="zh-CN"/>
        </w:rPr>
        <w:br/>
      </w:r>
      <w:r>
        <w:rPr>
          <w:lang w:eastAsia="zh-CN"/>
        </w:rPr>
        <w:t>　　第一、城乡教育均衡发展的需要和领导的信任是我献身城乡交流工作的强大动力。缩小城乡差别，搞好学校的均衡化发展、优势互补，让高新区每个孩子的都能得到和谐发展和成长，一直是各级领导和我们普通教师的期望和牵挂。这是社会的要求，也是我们每个教育人的职责，因为这样的认识和觉悟我来到了西关小学。</w:t>
      </w:r>
      <w:r>
        <w:rPr>
          <w:lang w:eastAsia="zh-CN"/>
        </w:rPr>
        <w:br/>
      </w:r>
      <w:r>
        <w:rPr>
          <w:lang w:eastAsia="zh-CN"/>
        </w:rPr>
        <w:t>　　第二、锐意进取，不断提高自身素质。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西关小学有自己灵活、独特、实用的管理和教学模式，不但这里的师资水平和教育环境比乡下好，而且这里大多数老师都是“多面手”。很多老师不只任教语文、数学、英语这些主要学科，同时还兼任音乐、美术、校本等多门学科，每位教师每天都上两三节课，除了上课其余时间大都忙于备课，一备就是几个学科，但老师们脸上的笑容却是多彩的，这种无私奉献、苦干实干的精神很值得我学习。</w:t>
      </w:r>
      <w:r>
        <w:rPr>
          <w:lang w:eastAsia="zh-CN"/>
        </w:rPr>
        <w:br/>
      </w:r>
      <w:r>
        <w:rPr>
          <w:lang w:eastAsia="zh-CN"/>
        </w:rPr>
        <w:t>　　我看到了自己的差距与不足，增强了危机感和急迫感，增强了主动学习的自觉性，平日除了搞好自己教学之外，在各方面对自己高标准、严要求。养成读书的好习惯，做好读书笔记，努力提高自身的文化底蕴。使自己的理论层次有所提高，同时加强学习各种业务知识及教育科研知识，及时积累、总结教学经验，不断反思，从而提高自身的执教水平。</w:t>
      </w:r>
      <w:r>
        <w:rPr>
          <w:lang w:eastAsia="zh-CN"/>
        </w:rPr>
        <w:br/>
      </w:r>
      <w:r>
        <w:rPr>
          <w:lang w:eastAsia="zh-CN"/>
        </w:rPr>
        <w:t>　　第三、主动研究教育教学，推进学校教研教改的发展。</w:t>
      </w:r>
      <w:r>
        <w:rPr>
          <w:lang w:eastAsia="zh-CN"/>
        </w:rPr>
        <w:br/>
      </w:r>
      <w:r>
        <w:rPr>
          <w:lang w:eastAsia="zh-CN"/>
        </w:rPr>
        <w:t>　　认真搞好交流工作，首先就是要搞好教育教学，来到西关小学，我认真备好每一节课，认真参加每一次的教研活动，平时积极参与到老师们的备课中，发表自己的观点，学习他人的经验。立足学校实际，探讨自主、互助、学习型课堂的教法，培养学生良好的互助合作意识、总结灵活多样的教学方式等，为推动学校一步一个台阶地向更高的水平发展而努力。积极参加听课活动，并及时评课，有针对性的进行教法研究。不但在交流中充实了自己，并在不同的环境中锻炼了自己，提升了自己。</w:t>
      </w:r>
      <w:r>
        <w:rPr>
          <w:lang w:eastAsia="zh-CN"/>
        </w:rPr>
        <w:br/>
      </w:r>
      <w:r>
        <w:rPr>
          <w:lang w:eastAsia="zh-CN"/>
        </w:rPr>
        <w:t>　　第四、实施爱的教育，推动教学的时效性。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爱就是责任。爱学生就要深入的爱，爱学生就要理智的爱。就是要严格要求学生，对学生不娇惯、不溺爱。对其缺点错误，不纵容、不姑息、不放任。师爱既蕴含着强烈的情感色彩，又表现出深刻的理智，不仅着眼于学生目前的得失和苦乐，更注重学生未来的发展和前途。作为低年级的教师，我有责任引领他们走进知识的殿堂，学到更多的知识；我有责任引领他们驾驶理想的风帆，驶向梦中的彼岸；我有责任引领他们插上智慧的翅膀，翱翔在无尽的天空。在教学中我采用了许多孩子们易于接受的方法进行教学，想了很多有趣的游戏。采用赏识教育，不仅使学生爱动的天性被发挥得淋漓尽致，而且吸引了学生的注意力，还有意想不到的收获。第五、发挥桥梁纽带作用，促进交流双方各项工作。</w:t>
      </w:r>
      <w:r>
        <w:rPr>
          <w:lang w:eastAsia="zh-CN"/>
        </w:rPr>
        <w:br/>
      </w:r>
      <w:r>
        <w:rPr>
          <w:lang w:eastAsia="zh-CN"/>
        </w:rPr>
        <w:t>　　为发挥自己交流的桥梁纽带作用，虽然自己身在西关小学交流，但时刻没有忘记原来的学校，经常利用周末和晚上时间和原校同事联系，向他们汇报西关小学的先进教学理念，实现资源共享，优势互补，双向互动，整体推进，双赢共进。</w:t>
      </w:r>
      <w:r>
        <w:rPr>
          <w:lang w:eastAsia="zh-CN"/>
        </w:rPr>
        <w:br/>
      </w:r>
      <w:r>
        <w:rPr>
          <w:lang w:eastAsia="zh-CN"/>
        </w:rPr>
        <w:t>　　回顾一个月来的点点滴滴，无不充满了感激之情。感激学校领导的信任与关心，感谢同事们的热情，感谢孩子们纯真的爱。在这里的每一天，我付出的是辛勤的汗水和感动的泪水，收获的是一份份充实和沉甸甸的情感。</w:t>
      </w:r>
      <w:r>
        <w:rPr>
          <w:lang w:eastAsia="zh-CN"/>
        </w:rPr>
        <w:br/>
      </w:r>
      <w:r>
        <w:rPr>
          <w:lang w:eastAsia="zh-CN"/>
        </w:rPr>
        <w:t>　　在今后的工作中，我将继续立足实际，深入研究，积极探索，借鉴和总结经验，正视不足，不断增强交流实效。坚持优势互补、相互学习、共同发展的原则，研究新思路，采取新举措，扎实工作，在推进双方学校教育教学工作中尽自己绵薄之力，从而在此过程中不断锻炼自己，提高自己的各项素质。</w:t>
      </w:r>
      <w:r>
        <w:rPr>
          <w:lang w:eastAsia="zh-CN"/>
        </w:rPr>
        <w:br/>
      </w:r>
      <w:r>
        <w:rPr>
          <w:lang w:eastAsia="zh-CN"/>
        </w:rPr>
        <w:t xml:space="preserve">    2024教师交流工作总结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8月，带着一份憧憬和期待，有幸参加七星区教师交流活动,与其说是交流，不如说是去学习锻炼。自从踏入交流学校的第一天起，就坚定了一个信念，认真学习，扎实工作，尽己所能，出色地完成交流任务。一年的时间已结束，此次交流使我有机会尝试了在不同环境下，面对不同类型的学生如何实施课堂教学，让我认识到在不同的学校环境下怎样开展工作，使我受益匪浅，现将这一年工作心得总结如下：</w:t>
      </w:r>
      <w:r>
        <w:rPr>
          <w:lang w:eastAsia="zh-CN"/>
        </w:rPr>
        <w:br/>
      </w:r>
      <w:r>
        <w:rPr>
          <w:lang w:eastAsia="zh-CN"/>
        </w:rPr>
        <w:t>　　一、领导关怀，同事帮助，为交流工作打下坚实基础。</w:t>
      </w:r>
      <w:r>
        <w:rPr>
          <w:lang w:eastAsia="zh-CN"/>
        </w:rPr>
        <w:br/>
      </w:r>
      <w:r>
        <w:rPr>
          <w:lang w:eastAsia="zh-CN"/>
        </w:rPr>
        <w:t>　　到樟木小学的日子里，首先我最大的体会就是我校领导的关心及老师间的互助与合作，使我感到了家庭的温暖，这个大家庭给我们创造了和谐、融洽的工作氛围，使我们能够安心工作，免去了后顾之忧。</w:t>
      </w:r>
      <w:r>
        <w:rPr>
          <w:lang w:eastAsia="zh-CN"/>
        </w:rPr>
        <w:br/>
      </w:r>
      <w:r>
        <w:rPr>
          <w:lang w:eastAsia="zh-CN"/>
        </w:rPr>
        <w:t>　　在校期间，我严格要求自己，服从学校领导的各项工作安排，严格遵守学校各项规章制度。时刻不忘自己是一名交流老师，学习樟木的教学经验。我深深地感觉到樟木小学老师强烈的责任感，他们关爱每一位学生。到樟木以后，我下定决心，不管遇到多大的困难，一定要坚持下来，尽自己最大的努力做好工作。</w:t>
      </w:r>
      <w:r>
        <w:rPr>
          <w:lang w:eastAsia="zh-CN"/>
        </w:rPr>
        <w:br/>
      </w:r>
      <w:r>
        <w:rPr>
          <w:lang w:eastAsia="zh-CN"/>
        </w:rPr>
        <w:t>　　二、锐意进取，学有所获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深入学习。来到樟木小学，校领导安排我任教二年级语文学科教学兼班主任工作。虽然之前有过班主任经验，但是对于农村的孩子，作为班主任的我还是对班上的孩子进行因材施教，班主任的`一言一行，对学生都会产生巨大的影响，所以，在应对教育对象实施影响的同时，不断地完善自己。必须不断地学习有关知识，在实践中总结经验，提高自身素质，才能严于律己，以身作则，在学生中树立一个实实在在的榜样。因此，要教好思想既单纯孩子，班级事务，自己能做的，努力动手去做，以身作则，并培养学生的能力；重要的是要从心底爱这个班，就像是自己的家一样，爱这个家中的每一个成员。学生无形中会形成一种自我约束力，并模仿着为班级做一些力所能及的事。</w:t>
      </w:r>
      <w:r>
        <w:rPr>
          <w:lang w:eastAsia="zh-CN"/>
        </w:rPr>
        <w:br/>
      </w:r>
      <w:r>
        <w:rPr>
          <w:lang w:eastAsia="zh-CN"/>
        </w:rPr>
        <w:t>　　2、搞好教研。交流之初，在科研处教学视导中，主动进行听课、评课，认真吸取老师们的先进的教学模式和教学方法，让我的教育理念得到了进一步更新。通过听课、看校园，接触师生，让我深感城乡交流的重要性和必要性。</w:t>
      </w:r>
      <w:r>
        <w:rPr>
          <w:lang w:eastAsia="zh-CN"/>
        </w:rPr>
        <w:br/>
      </w:r>
      <w:r>
        <w:rPr>
          <w:lang w:eastAsia="zh-CN"/>
        </w:rPr>
        <w:t>　　业务学习中和老师认真交流，谈教学得失，谈教学方法，参与集体备课，并积极参加教研教改，始终坚持与其他老师一起探讨、研究怎样搞好各项工作，根据制定的工作计划，及时创新性地完成并总结，真正将交流工作落到实处，为实现打造教育共同体而不懈努力。通过上公开课、听课、评课，相互交流活动。无论是教育还是管理都让我耳目一新，例如，在学校进行“同课异构”教学比赛中，我就领略到了优秀教师在课堂中对教材不同的解读和剖析。对教学过程中的手段和方法的处理。在集体备课中，将和同年级的教师一起钻研课文，集思广益，对单元中强调的重难点一一突破，扎实开展教学工作，这样浓郁的教研氛围使我的教育视野得到了进一步拓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三、交流感悟和建议</w:t>
      </w:r>
      <w:r>
        <w:rPr>
          <w:lang w:eastAsia="zh-CN"/>
        </w:rPr>
        <w:br/>
      </w:r>
      <w:r>
        <w:rPr>
          <w:lang w:eastAsia="zh-CN"/>
        </w:rPr>
        <w:t>　　1、通过教师交流，对教育教学起到很好的促进作用。这是一种先进教育思想，先进教学方法的交流，是先进教研方式的有机结合，这种交流使双方教师相互学习、取长补短、共同提高，对于教育事业起着重要的推动作用。</w:t>
      </w:r>
      <w:r>
        <w:rPr>
          <w:lang w:eastAsia="zh-CN"/>
        </w:rPr>
        <w:br/>
      </w:r>
      <w:r>
        <w:rPr>
          <w:lang w:eastAsia="zh-CN"/>
        </w:rPr>
        <w:t>　　2、在樟木小学的学习中，让我感受到该校的教育教学范围很浓烈，教师的责任心很强，积极性也很高涨，但是对在学生活动方面能更加的丰富些，学生的综合素质会更加强，可以根据实际情况发展学生的“第二课堂”，可以借鉴他校校本特色开展“学生社团活动”，让学生在“动”“静”结合的环境中学习，让课堂变为学堂，让学校成为学生的乐园。</w:t>
      </w:r>
      <w:r>
        <w:rPr>
          <w:lang w:eastAsia="zh-CN"/>
        </w:rPr>
        <w:br/>
      </w:r>
      <w:r>
        <w:rPr>
          <w:lang w:eastAsia="zh-CN"/>
        </w:rPr>
        <w:t>　　在本次交流活动中，再次感谢樟木小学领导和老师们对我的关心和帮助，更感谢我校领导能这次机会和对我的培养。</w:t>
      </w:r>
      <w:r>
        <w:rPr>
          <w:lang w:eastAsia="zh-CN"/>
        </w:rPr>
        <w:br/>
      </w:r>
      <w:r>
        <w:rPr>
          <w:lang w:eastAsia="zh-CN"/>
        </w:rPr>
        <w:t xml:space="preserve">    2024教师交流工作总结 篇7 </w:t>
      </w:r>
      <w:r>
        <w:rPr>
          <w:lang w:eastAsia="zh-CN"/>
        </w:rPr>
        <w:br/>
      </w:r>
      <w:r>
        <w:rPr>
          <w:lang w:eastAsia="zh-CN"/>
        </w:rPr>
        <w:t>　　通过这次网络交流学习使我对新课程理念下的教育教学又有了更深的认识。特别是我们工作室的《打造精彩课堂——让我们的课堂更精彩策略初探》的分析、讨论等，对指导我们今后的教育教学无疑是一剂剂灵丹妙药。优秀教师精彩的课堂导入的策略、课堂结构的策略、课堂总结的策略、作业评价的策略、课前准备的策略使我茅塞顿开，帮助我解决了在教育教学方面很多的问题和困惑。通过交流学习我还与各位教师之间相互交流、切磋，受益匪浅。下面就这段时间的学习谈谈自己的学习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第一、要做一位好老师，只有不断更新自己的知识和观念，不断提高自身素质，才能教好学生。</w:t>
      </w:r>
      <w:r>
        <w:rPr>
          <w:lang w:eastAsia="zh-CN"/>
        </w:rPr>
        <w:br/>
      </w:r>
      <w:r>
        <w:rPr>
          <w:lang w:eastAsia="zh-CN"/>
        </w:rPr>
        <w:t>　　自身不断的学习，才能摒弃旧的教学方法，把先进的教学模式引入课堂。通过交流我认识到：“合作学习”、“主动探究”、“师生互动”、“生生互动”这些新的教学模式给学生更加自由的学习空间，体现了以学生为本的理念，使课堂气氛活跃。教学民主，学生的学习热情高涨，师生关系融洽，才能充分体现素质教育的根本目标。</w:t>
      </w:r>
      <w:r>
        <w:rPr>
          <w:lang w:eastAsia="zh-CN"/>
        </w:rPr>
        <w:br/>
      </w:r>
      <w:r>
        <w:rPr>
          <w:lang w:eastAsia="zh-CN"/>
        </w:rPr>
        <w:t>　　第二、名师的工作室，为我们创造了一个前所未有的、令人耳目一新的学习环境。</w:t>
      </w:r>
      <w:r>
        <w:rPr>
          <w:lang w:eastAsia="zh-CN"/>
        </w:rPr>
        <w:br/>
      </w:r>
      <w:r>
        <w:rPr>
          <w:lang w:eastAsia="zh-CN"/>
        </w:rPr>
        <w:t>　　在这样的学习环境里，我们除了能阅读相关理论知识的文字图片资料外，还可以观看一些名师授课的视频，观摩各种类型的优质示范课录像资料，另外，还可以通过论坛跟自己同专业的教师学员交流学习体会，加强学员之间的联络和交流，实现共同学习，共同进步。</w:t>
      </w:r>
      <w:r>
        <w:rPr>
          <w:lang w:eastAsia="zh-CN"/>
        </w:rPr>
        <w:br/>
      </w:r>
      <w:r>
        <w:rPr>
          <w:lang w:eastAsia="zh-CN"/>
        </w:rPr>
        <w:t>　　第三、把交流中学到的东西应用到实际的教育教学之中。</w:t>
      </w:r>
      <w:r>
        <w:rPr>
          <w:lang w:eastAsia="zh-CN"/>
        </w:rPr>
        <w:br/>
      </w:r>
      <w:r>
        <w:rPr>
          <w:lang w:eastAsia="zh-CN"/>
        </w:rPr>
        <w:t>　　运用新课程理念指导教学，怎样发挥学生的主体性，参与性，从各个方面来培养学生探究事物的兴趣和积极的态度，以培养学生的能力为中心作为重点。同时加强教师自身素质要高，能够熟练驾驭课堂能力的提高。</w:t>
      </w:r>
      <w:r>
        <w:rPr>
          <w:lang w:eastAsia="zh-CN"/>
        </w:rPr>
        <w:br/>
      </w:r>
      <w:r>
        <w:rPr>
          <w:lang w:eastAsia="zh-CN"/>
        </w:rPr>
        <w:t>　　第四、这次交流学习，我学到许多新的知识和刷新教育教学新理念。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本人通过听专家讲授、观看视频录像、参与班级讨论，积极学习、独立完成作业。落实交流各项工作要求。当然也看到自己的不足，我还要努力学习，养成终身学习的习惯。我相信，通过这次交流，我将会对远程交流有了更加深入的了解，也会更深刻地理解所包含的教育理念。</w:t>
      </w:r>
      <w:r>
        <w:rPr>
          <w:lang w:eastAsia="zh-CN"/>
        </w:rPr>
        <w:br/>
      </w:r>
      <w:r>
        <w:rPr>
          <w:lang w:eastAsia="zh-CN"/>
        </w:rPr>
        <w:t>　　总之，这次交流为我营造了一个崭新的学习环境。它改变了我原有的旧的传统教育模式，给我带来了新的学习观念和新的学习方式。我得到的不仅仅是知识，更重要的是一种新的理念，它将在我今后的工作中发挥更大的作用。</w:t>
      </w:r>
      <w:r>
        <w:rPr>
          <w:lang w:eastAsia="zh-CN"/>
        </w:rPr>
        <w:br/>
      </w:r>
      <w:r>
        <w:rPr>
          <w:lang w:eastAsia="zh-CN"/>
        </w:rPr>
        <w:t xml:space="preserve">    2024教师交流工作总结 篇8 </w:t>
      </w:r>
      <w:r>
        <w:rPr>
          <w:lang w:eastAsia="zh-CN"/>
        </w:rPr>
        <w:br/>
      </w:r>
      <w:r>
        <w:rPr>
          <w:lang w:eastAsia="zh-CN"/>
        </w:rPr>
        <w:t>　　20__年9月1日，带着一份憧憬，带着一份喜悦，带着一份期待，有幸参加城乡教师交流活动,与其说是交流，不如说是去学习锻炼。自从踏入交流学校的第一天起，就坚定了一个信念，认认真真学习，扎扎实实工作，尽自己所能，发挥自己所长，创新性地开展工作，出色地完成交流任务。</w:t>
      </w:r>
      <w:r>
        <w:rPr>
          <w:lang w:eastAsia="zh-CN"/>
        </w:rPr>
        <w:br/>
      </w:r>
      <w:r>
        <w:rPr>
          <w:lang w:eastAsia="zh-CN"/>
        </w:rPr>
        <w:t>　　不知不觉，将近半年时间过了，此次交流使我有机会尝试了在不同环境下，面对不同类型的学生如何实施课堂教学，让我认识到在不同的学校环境下怎样开展工作，使我受益匪浅。</w:t>
      </w:r>
      <w:r>
        <w:rPr>
          <w:lang w:eastAsia="zh-CN"/>
        </w:rPr>
        <w:br/>
      </w:r>
      <w:r>
        <w:rPr>
          <w:lang w:eastAsia="zh-CN"/>
        </w:rPr>
        <w:t>　　一、双方关爱，为城乡交流工作打下坚实基础。教委领导及学校的校级领导对我的交流工作很是关心，这坚定了我交流的信心。西街小学更是对我们无微不至的关怀，嘘寒问暖，积极解决我们学习、生活中的困难，把关心落到实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二、锐意进取，不断提高自身素质。农村小学有自己灵活、独特、实用的管理和教学模式，虽然农村教育的师资和工作环境比不上城里，但这里大多数老师不存在一门课教一辈子的.经历。来到西街小学，我最大的感受就是这里的老师个个都是“多面手”，很多老师不只任教语文、数学、英语这些主要学科，同时还兼任音乐、美术、体育等多门学科，每位教师每天都上四、五节课，除了上课其余时间大都忙于备课，一备就是几个学科，但老师们脸上的笑容却是多彩的，这种无私奉献、苦干实干的精神很值得我们学习。</w:t>
      </w:r>
      <w:r>
        <w:rPr>
          <w:lang w:eastAsia="zh-CN"/>
        </w:rPr>
        <w:br/>
      </w:r>
      <w:r>
        <w:rPr>
          <w:lang w:eastAsia="zh-CN"/>
        </w:rPr>
        <w:t>　　三、主动研究教育教学及管理，推进学校教研教改的发展。深入教学。搞好交流工作，首先就是要搞好教育教学，来到西街小学，担任六年级科学教学，深入研究教材，让孩子打下坚实的基础。</w:t>
      </w:r>
      <w:r>
        <w:rPr>
          <w:lang w:eastAsia="zh-CN"/>
        </w:rPr>
        <w:br/>
      </w:r>
      <w:r>
        <w:rPr>
          <w:lang w:eastAsia="zh-CN"/>
        </w:rPr>
        <w:t>　　四、发挥自己特长，将交流活动落到实处。把工作做细、做实，促进教学常规的落实。在平日工作中帮助教导处主动做好学校的学生学情检测、教师备课作业检查、教师学习笔记、反思检查等工作。在做好自己教育教学工作的同时，始终坚持与其他交流老师一起探讨、研究怎样搞好各项工作，根据制定的工作计划和配档表及时创新性地完成并总结，真正将交流工作落到实处，为实现打造教育共同体而不懈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交流工作是一项长远的、系统的、复杂的教育工程。在今后的工作中，我将继续立足实际，深入研究，积极探索，借鉴和总结经验，正视不足，不断增强交流实效。坚持优势互补、相互学习、共同发展的原则，研究新思路，采取新举措，扎实工作，在推进双方学校教育教学工作中尽自己绵薄之力，从而在此过程中不断锻炼自己，提高自己的各项素质。</w:t>
      </w:r>
      <w:r>
        <w:rPr>
          <w:lang w:eastAsia="zh-CN"/>
        </w:rPr>
        <w:br/>
      </w:r>
      <w:r>
        <w:rPr>
          <w:lang w:eastAsia="zh-CN"/>
        </w:rPr>
        <w:t xml:space="preserve">    2024教师交流工作总结 篇9 </w:t>
      </w:r>
      <w:r>
        <w:rPr>
          <w:lang w:eastAsia="zh-CN"/>
        </w:rPr>
        <w:br/>
      </w:r>
      <w:r>
        <w:rPr>
          <w:lang w:eastAsia="zh-CN"/>
        </w:rPr>
        <w:t>　　9月，带着一份憧憬，带着一份喜悦，带着一份期待，有幸参加县教育系统组织的教师交流任教活动。与其说是交流，不如说是去学习锻炼。自从踏入交流学校的第一天起，就坚定了一个信念，认认真真学习，扎扎实实工作，尽自己所能，发挥自己所长，出色地完成交流任务，最起码也要对得起自己一个月的奔波。</w:t>
      </w:r>
      <w:r>
        <w:rPr>
          <w:lang w:eastAsia="zh-CN"/>
        </w:rPr>
        <w:br/>
      </w:r>
      <w:r>
        <w:rPr>
          <w:lang w:eastAsia="zh-CN"/>
        </w:rPr>
        <w:t>　　此次交流使我有机会尝试了在不同环境下，面对不同类型的学生如何实施课堂教学，让我认识到在不同的学校环境下怎样开展工作，使我受益匪浅。</w:t>
      </w:r>
      <w:r>
        <w:rPr>
          <w:lang w:eastAsia="zh-CN"/>
        </w:rPr>
        <w:br/>
      </w:r>
      <w:r>
        <w:rPr>
          <w:lang w:eastAsia="zh-CN"/>
        </w:rPr>
        <w:t>　　一、双方关爱，坚定交流信念。</w:t>
      </w:r>
      <w:r>
        <w:rPr>
          <w:lang w:eastAsia="zh-CN"/>
        </w:rPr>
        <w:br/>
      </w:r>
      <w:r>
        <w:rPr>
          <w:lang w:eastAsia="zh-CN"/>
        </w:rPr>
        <w:t>　　交流之处，领导给我们做思想工作，帮助我们消除顾虑，坚定信心，并派车把我们送到交流学校。交流期间，学校领导亲自打电话嘘寒问暖，询问工作和生活情况。在繁忙的工作中挤出时间，亲自来交流学校探望我们，给我们送去了温暖和关心，坚定了我们在交流学校一定干好的决心。</w:t>
      </w:r>
      <w:r>
        <w:rPr>
          <w:lang w:eastAsia="zh-CN"/>
        </w:rPr>
        <w:br/>
      </w:r>
      <w:r>
        <w:rPr>
          <w:lang w:eastAsia="zh-CN"/>
        </w:rPr>
        <w:t>　　驻香港部队秭归希望小学的领导、教师更是对我们无微不至的关怀，嘘寒问暖，解决我们家离学校太远中午食宿问题和工作中的困难，把关心落到实处。</w:t>
      </w:r>
      <w:r>
        <w:rPr>
          <w:lang w:eastAsia="zh-CN"/>
        </w:rPr>
        <w:br/>
      </w:r>
      <w:r>
        <w:rPr>
          <w:lang w:eastAsia="zh-CN"/>
        </w:rPr>
        <w:t>　　二、锐意进取，提高自身素质。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交流学校有自己灵活、独特、实用的管理和教学模式，这里的教师在工作中勤勤恳恳，任劳任怨，对孩子们更是既有爱心又有耐心。我从这些老教师身上也学到了许多教学方法和管理班级的经验。</w:t>
      </w:r>
      <w:r>
        <w:rPr>
          <w:lang w:eastAsia="zh-CN"/>
        </w:rPr>
        <w:br/>
      </w:r>
      <w:r>
        <w:rPr>
          <w:lang w:eastAsia="zh-CN"/>
        </w:rPr>
        <w:t>　　我看到了自己的差距与不足，增强了危机感和急迫感，增强了主动学习的自觉性，平日除了搞好自己担任的一年级数学、三一班的思品教学之外，在各方面对自己高标准、严要求。虚心学习交流校教师的教学方法，钻研教材，交流工作经验，努力提高自身的文化底蕴。使自己的理论层次有所提高，同时加强学习各种业务知识及教育科研知识，及时积累、总结教学经验，不断反思，从而提高自身的执教水平。</w:t>
      </w:r>
      <w:r>
        <w:rPr>
          <w:lang w:eastAsia="zh-CN"/>
        </w:rPr>
        <w:br/>
      </w:r>
      <w:r>
        <w:rPr>
          <w:lang w:eastAsia="zh-CN"/>
        </w:rPr>
        <w:t>　　三、主动学习，注重个人发展。</w:t>
      </w:r>
      <w:r>
        <w:rPr>
          <w:lang w:eastAsia="zh-CN"/>
        </w:rPr>
        <w:br/>
      </w:r>
      <w:r>
        <w:rPr>
          <w:lang w:eastAsia="zh-CN"/>
        </w:rPr>
        <w:t>　　1、深入教学。</w:t>
      </w:r>
      <w:r>
        <w:rPr>
          <w:lang w:eastAsia="zh-CN"/>
        </w:rPr>
        <w:br/>
      </w:r>
      <w:r>
        <w:rPr>
          <w:lang w:eastAsia="zh-CN"/>
        </w:rPr>
        <w:t>　　搞好交流工作，首先就是要搞好教育教学。来到驻香港部队希望小学，担任一年级数学、三一班思品教学。在数学教学中课前深钻教材，充分发挥学生的主体地位，采用启发式教学；体育课通过游戏愉悦学生的身心；科学课多做实验，激发学生学习热情。</w:t>
      </w:r>
      <w:r>
        <w:rPr>
          <w:lang w:eastAsia="zh-CN"/>
        </w:rPr>
        <w:br/>
      </w:r>
      <w:r>
        <w:rPr>
          <w:lang w:eastAsia="zh-CN"/>
        </w:rPr>
        <w:t>　　2、搞好教研。</w:t>
      </w:r>
      <w:r>
        <w:rPr>
          <w:lang w:eastAsia="zh-CN"/>
        </w:rPr>
        <w:br/>
      </w:r>
      <w:r>
        <w:rPr>
          <w:lang w:eastAsia="zh-CN"/>
        </w:rPr>
        <w:t>　　交流期间，主动进行听课、评课，听课次数二十次。教学质量的全面提高、学生的自主健康发展是一个永恒的主题，平时积极参与到老师们的教学研讨中，发表自己的观点，学习他人的经验。立足学校实际，探讨自主、互助、学习型课堂的教法，培养学生良好的互助合作意识、总结灵活多样的教学方式等，努力提高自己的专业素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3关爱学生。</w:t>
      </w:r>
      <w:r>
        <w:rPr>
          <w:lang w:eastAsia="zh-CN"/>
        </w:rPr>
        <w:br/>
      </w:r>
      <w:r>
        <w:rPr>
          <w:lang w:eastAsia="zh-CN"/>
        </w:rPr>
        <w:t>　　短短一个星期的时间，我所带的班级的孩子给我留下了深刻的印象，这群孩子聪明活泼，但因为年龄小习惯不是很好。我注重对学生日常行为习惯的培养，利用平时休息时间进行家访，跟家长交流孩子在学校和家里的学习、生活情况，共同管理好学生，使他们健康成长。</w:t>
      </w:r>
      <w:r>
        <w:rPr>
          <w:lang w:eastAsia="zh-CN"/>
        </w:rPr>
        <w:br/>
      </w:r>
      <w:r>
        <w:rPr>
          <w:lang w:eastAsia="zh-CN"/>
        </w:rPr>
        <w:t>　　总而言之，作为一名教师，只有不断地学习、充电才不会落伍。走出去，就能开阔视野，学有所得，为我所用。我也衷心希望像这样的交流活动能继续开展下去，让我们在交流中学习，在学习中提升。</w:t>
      </w:r>
      <w:r>
        <w:rPr>
          <w:lang w:eastAsia="zh-CN"/>
        </w:rPr>
        <w:br/>
      </w:r>
      <w:r>
        <w:rPr>
          <w:lang w:eastAsia="zh-CN"/>
        </w:rPr>
        <w:t xml:space="preserve">    2024教师交流工作总结 篇10 </w:t>
      </w:r>
      <w:r>
        <w:rPr>
          <w:lang w:eastAsia="zh-CN"/>
        </w:rPr>
        <w:br/>
      </w:r>
      <w:r>
        <w:rPr>
          <w:lang w:eastAsia="zh-CN"/>
        </w:rPr>
        <w:t>　　20__年9月，我有幸参加城乡教师交流活动,与其说是交流，不如说是去学习锻炼。自从踏入交流学校的第一天起，就坚定了一个信念，认认真真学习，扎扎实实工作，尽自己所能，发挥自己所长，创新性地开展工作，出色地完成交流任务。不知不觉，一年时间过了，此次交流使我有机会尝试了在不同环境下，面对不同类型的学生如何实施课堂教学，让我认识到在不同的学校环境下怎样开展工作，使我受益匪浅。</w:t>
      </w:r>
      <w:r>
        <w:rPr>
          <w:lang w:eastAsia="zh-CN"/>
        </w:rPr>
        <w:br/>
      </w:r>
      <w:r>
        <w:rPr>
          <w:lang w:eastAsia="zh-CN"/>
        </w:rPr>
        <w:t>　　一、双方关爱，为城乡交流工作打下坚实基础。</w:t>
      </w:r>
      <w:r>
        <w:rPr>
          <w:lang w:eastAsia="zh-CN"/>
        </w:rPr>
        <w:br/>
      </w:r>
      <w:r>
        <w:rPr>
          <w:lang w:eastAsia="zh-CN"/>
        </w:rPr>
        <w:t>　　学校的校级领导对我的交流工作很是关心，这坚定了我交流的信心。三中更是对我们无微不至的关怀，嘘寒问暖，积极解决我们学习、生活中的困难，把关心落到实处。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二、锐意进取，不断提高自身素质。</w:t>
      </w:r>
      <w:r>
        <w:rPr>
          <w:lang w:eastAsia="zh-CN"/>
        </w:rPr>
        <w:br/>
      </w:r>
      <w:r>
        <w:rPr>
          <w:lang w:eastAsia="zh-CN"/>
        </w:rPr>
        <w:t>　　三中有自己灵活、独特、实用的管理和教学模式，“三三四，四五四”教学模式在课堂中的应用，可以最大限度的调动学生的积极性，充分体现了学生的主体地位，也锻炼了学生自主学习的能力。</w:t>
      </w:r>
      <w:r>
        <w:rPr>
          <w:lang w:eastAsia="zh-CN"/>
        </w:rPr>
        <w:br/>
      </w:r>
      <w:r>
        <w:rPr>
          <w:lang w:eastAsia="zh-CN"/>
        </w:rPr>
        <w:t>　　我从中看到了自己的差距与不足，增强了危机感和急迫感，增强了主动学习的自觉性，平日除了搞好自己教学之外，在各方面对自己高标准、严要求。养成读书的好习惯，做好读书笔记，努力提高自身的文化底蕴。使自己的理论层次有所提高，同时加强学习各种业务知识及教育科研知识，及时积累、总结教学经验，不断反思，从而提高自身的执教水平。</w:t>
      </w:r>
      <w:r>
        <w:rPr>
          <w:lang w:eastAsia="zh-CN"/>
        </w:rPr>
        <w:br/>
      </w:r>
      <w:r>
        <w:rPr>
          <w:lang w:eastAsia="zh-CN"/>
        </w:rPr>
        <w:t>　　三、主动研究教育教学及管理，推进学校教研教改的发展。</w:t>
      </w:r>
      <w:r>
        <w:rPr>
          <w:lang w:eastAsia="zh-CN"/>
        </w:rPr>
        <w:br/>
      </w:r>
      <w:r>
        <w:rPr>
          <w:lang w:eastAsia="zh-CN"/>
        </w:rPr>
        <w:t>　　1、深入教学。</w:t>
      </w:r>
      <w:r>
        <w:rPr>
          <w:lang w:eastAsia="zh-CN"/>
        </w:rPr>
        <w:br/>
      </w:r>
      <w:r>
        <w:rPr>
          <w:lang w:eastAsia="zh-CN"/>
        </w:rPr>
        <w:t>　　搞好交流工作，首先就是要搞好教育教学，来到三中，担任八年级物理教学，深入研究教材，让学生打下坚实的基础。</w:t>
      </w:r>
      <w:r>
        <w:rPr>
          <w:lang w:eastAsia="zh-CN"/>
        </w:rPr>
        <w:br/>
      </w:r>
      <w:r>
        <w:rPr>
          <w:lang w:eastAsia="zh-CN"/>
        </w:rPr>
        <w:t>　　2、搞好教研。</w:t>
      </w:r>
      <w:r>
        <w:rPr>
          <w:lang w:eastAsia="zh-CN"/>
        </w:rPr>
        <w:br/>
      </w:r>
      <w:r>
        <w:rPr>
          <w:lang w:eastAsia="zh-CN"/>
        </w:rPr>
        <w:t>　　交流之初，在迎接教研室专项教学视导中，主动进行听课、评课。通过青蓝工程，我与办公室的王老师一对一结成对子，每一节新课我都力争做到先听课再讲课，遇到不会的问题王老师都会耐心的帮我解答，在不断的学习中，加深了对教材的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交流工作是一项长远的、系统的、复杂的教育工程，在今后的工作中，我将继续立足实际，深入研究，积极探索，借鉴和总结经验，正视不足，不断增强交流实效。坚持优势互补、相互学习、共同发展的原则，研究新思路，采取新举措，扎实工作，在推进双方学校教育教学工作中尽自己绵薄之力，从而在此过程中不断锻炼自己，提高自己的各项素质。</w:t>
      </w:r>
      <w:r>
        <w:rPr>
          <w:lang w:eastAsia="zh-CN"/>
        </w:rPr>
        <w:br/>
      </w:r>
      <w:r>
        <w:rPr>
          <w:lang w:eastAsia="zh-CN"/>
        </w:rPr>
        <w:t xml:space="preserve">    2024教师交流工作总结 篇11 </w:t>
      </w:r>
      <w:r>
        <w:rPr>
          <w:lang w:eastAsia="zh-CN"/>
        </w:rPr>
        <w:br/>
      </w:r>
      <w:r>
        <w:rPr>
          <w:lang w:eastAsia="zh-CN"/>
        </w:rPr>
        <w:t>　　20__年11月8日，我带着一份憧憬，带着一份喜悦，带着一份期待，有幸参加灵台县城乡教师交流活动,从百里中心小学交流到西关小学。与其说是交流，不如说是来学习锻炼。自从踏入交流学校的第一天起，我就坚定了一个信念，认认真真学习，扎扎实实工作，尽自己所能，发挥自己所长，创新性地开展工作，出色地完成交流任务，绝不辜负学校领导的信任和托付。</w:t>
      </w:r>
      <w:r>
        <w:rPr>
          <w:lang w:eastAsia="zh-CN"/>
        </w:rPr>
        <w:br/>
      </w:r>
      <w:r>
        <w:rPr>
          <w:lang w:eastAsia="zh-CN"/>
        </w:rPr>
        <w:t>　　这一个月，西关小学领导安排我担任五年级两个平行班的英语教学工作。一个月来，收获很多，感慨很多：此次交流使我有机会尝试了在不同环境下，面对不同类型的学生如何实施课堂教学，让我认识到在不同的学校环境下怎样开展工作，确实是受益匪浅!教书育人的职业是崇高的，但城里和乡村的教师工作都一样平凡和朴实，一样充满了艰辛和汗水。如果非要找出几点成绩和收获的话，我只能表达如下的感受。</w:t>
      </w:r>
      <w:r>
        <w:rPr>
          <w:lang w:eastAsia="zh-CN"/>
        </w:rPr>
        <w:br/>
      </w:r>
      <w:r>
        <w:rPr>
          <w:lang w:eastAsia="zh-CN"/>
        </w:rPr>
        <w:t>　　第一、城乡教育均衡发展的需要和领导的信任是我献身城乡交流工作的强大动力。缩小城乡差别，搞好学校的均衡化发展、优势互补，让高新区每个孩子的都能得到和谐发展和成长，一直是各级领导和我们普通教师的期望和牵挂。这是社会的要求，也是我们每个教育人的职责，因为这样的认识和觉悟我来到了西关小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第二、锐意进取，不断提高自身素质。</w:t>
      </w:r>
      <w:r>
        <w:rPr>
          <w:lang w:eastAsia="zh-CN"/>
        </w:rPr>
        <w:br/>
      </w:r>
      <w:r>
        <w:rPr>
          <w:lang w:eastAsia="zh-CN"/>
        </w:rPr>
        <w:t>　　西关小学有自己灵活、独特、实用的管理和教学模式，不但这里的师资水平和教育环境比乡下好，而且这里大多数老师都是“多面手”。很多老师不只任教语文、数学、英语这些主要学科，同时还兼任音乐、美术、校</w:t>
      </w:r>
      <w:r>
        <w:rPr>
          <w:lang w:eastAsia="zh-CN"/>
        </w:rPr>
        <w:br/>
      </w:r>
      <w:r>
        <w:rPr>
          <w:lang w:eastAsia="zh-CN"/>
        </w:rPr>
        <w:t>　　本等多门学科，每位教师每天都上两三节课，除了上课其余时间大都忙于备课，一备就是几个学科，但老师们脸上的笑容却是多彩的，这种无私奉献、苦干实干的精神很值得我学习。</w:t>
      </w:r>
      <w:r>
        <w:rPr>
          <w:lang w:eastAsia="zh-CN"/>
        </w:rPr>
        <w:br/>
      </w:r>
      <w:r>
        <w:rPr>
          <w:lang w:eastAsia="zh-CN"/>
        </w:rPr>
        <w:t>　　我看到了自己的差距与不足，增强了危机感和急迫感，增强了主动学习的自觉性，平日除了搞好自己教学之外，在各方面对自己高标准、严要求。养成读书的好习惯，做好读书笔记，努力提高自身的文化底蕴。使自己的理论层次有所提高，同时加强学习各种业务知识及教育科研知识，及时积累、总结教学经验，不断反思，从而提高自身的执教水平。</w:t>
      </w:r>
      <w:r>
        <w:rPr>
          <w:lang w:eastAsia="zh-CN"/>
        </w:rPr>
        <w:br/>
      </w:r>
      <w:r>
        <w:rPr>
          <w:lang w:eastAsia="zh-CN"/>
        </w:rPr>
        <w:t>　　第三、主动研究教育教学，推进学校教研教改的发展。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认真搞好交流工作，首先就是要搞好教育教学，来到西关小学，我认真备好每一节课，认真参加每一次的教研活动，平时积极参与到老师们的备课中，发表自己的观点，学习他人的经验。立足学校实际，探讨自主、互助、学习型课堂的教法，培养学生良好的互助合作意识、总结灵活多样的教学方式等，为推动学校一步一个台阶地向更高的水平发展而努力。积极参加听课活动，并及时评课，有针对性的进行教法研究。不但在交流中充实了自己，并在不同的环境中锻炼了自己，提升了自己。</w:t>
      </w:r>
      <w:r>
        <w:rPr>
          <w:lang w:eastAsia="zh-CN"/>
        </w:rPr>
        <w:br/>
      </w:r>
      <w:r>
        <w:rPr>
          <w:lang w:eastAsia="zh-CN"/>
        </w:rPr>
        <w:t>　　第四、实施爱的教育，推动教学的时效性。</w:t>
      </w:r>
      <w:r>
        <w:rPr>
          <w:lang w:eastAsia="zh-CN"/>
        </w:rPr>
        <w:br/>
      </w:r>
      <w:r>
        <w:rPr>
          <w:lang w:eastAsia="zh-CN"/>
        </w:rPr>
        <w:t>　　爱就是责任。爱学生就要深入的爱，爱学生就要理智的爱。就是要严格要求学生，对学生不娇惯、不溺爱。对其缺点错误，不纵容、不姑息、不放任。师爱既蕴含着强烈的情感色彩，又表现出深刻的理智，不仅着眼于学生目前的得失和苦乐，更注重学生未来的发展和前途。作为低年级的教师，我有责任引领他们走进知识的殿堂，学到更多的知识;我有责任引领他们驾驶理想的风帆，驶向梦中的彼岸;我有责任引领他们插上智慧的</w:t>
      </w:r>
      <w:r>
        <w:rPr>
          <w:lang w:eastAsia="zh-CN"/>
        </w:rPr>
        <w:br/>
      </w:r>
      <w:r>
        <w:rPr>
          <w:lang w:eastAsia="zh-CN"/>
        </w:rPr>
        <w:t>　　翅膀，翱翔在无尽的天空。在教学中我采用了许多孩子们易于接受的方法进行教学，想了很多有趣的游戏。采用赏识教育，不仅使学生爱动的天性被发挥得淋漓尽致，而且吸引了学生的注意力，还有意想不到的收获。 第五、发挥桥梁纽带作用，促进交流双方各项工作。</w:t>
      </w:r>
      <w:r>
        <w:rPr>
          <w:lang w:eastAsia="zh-CN"/>
        </w:rPr>
        <w:br/>
      </w:r>
      <w:r>
        <w:rPr>
          <w:lang w:eastAsia="zh-CN"/>
        </w:rPr>
        <w:t>　　为发挥自己交流的桥梁纽带作用，虽然自己身在西关小学交流，但时刻没有忘记原来的学校，经常利用周末和晚上时间和原校同事联系，向他们汇报西关小学的先进教学理念，实现资源共享，优势互补，双向互动，整体推进，双赢共进。</w:t>
      </w:r>
      <w:r>
        <w:rPr>
          <w:lang w:eastAsia="zh-CN"/>
        </w:rPr>
        <w:br/>
      </w:r>
      <w:r>
        <w:rPr>
          <w:lang w:eastAsia="zh-CN"/>
        </w:rPr>
        <w:t>　　回顾一个月来的点点滴滴，无不充满了感激之情。感激学校领导的`信任与关心，感谢同事们的热情，感谢孩子们纯真的爱。在这里的每一天，我付出的是辛勤的汗水和感动的泪水，收获的是一份份充实和沉甸甸的情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今后的工作中，我将继续立足实际，深入研究，积极探索，借鉴和总结经验，正视不足，不断增强交流实效。坚持优势互补、相互学习、共同发展的原则，研究新思路，采取新举措，扎实工作，在推进双方学校教育教学工作中尽自己绵薄之力，从而在此过程中不断锻炼自己，提高自己的各项素质。</w:t>
      </w:r>
      <w:r>
        <w:rPr>
          <w:lang w:eastAsia="zh-CN"/>
        </w:rPr>
        <w:br/>
      </w:r>
      <w:r>
        <w:rPr>
          <w:lang w:eastAsia="zh-CN"/>
        </w:rPr>
        <w:t xml:space="preserve">    2024教师交流工作总结 篇12 </w:t>
      </w:r>
      <w:r>
        <w:rPr>
          <w:lang w:eastAsia="zh-CN"/>
        </w:rPr>
        <w:br/>
      </w:r>
      <w:r>
        <w:rPr>
          <w:lang w:eastAsia="zh-CN"/>
        </w:rPr>
        <w:t>　　忙碌的时光总是过得很快，为期一年的交流在留恋中结束。在这一年里，我始终以开放的积极心态，面对城乡差异与工作压力，努力的学习与工作。在这里，我首先被朐小老师的工作热情所感动，我也向他们一样全身心地投入到工作中，并且感受到了工作的快乐。在胊阳小学，我收获了很多，现将这一年的学习工作总结如下：</w:t>
      </w:r>
      <w:r>
        <w:rPr>
          <w:lang w:eastAsia="zh-CN"/>
        </w:rPr>
        <w:br/>
      </w:r>
      <w:r>
        <w:rPr>
          <w:lang w:eastAsia="zh-CN"/>
        </w:rPr>
        <w:t>　　一、完善师德，提高修养</w:t>
      </w:r>
      <w:r>
        <w:rPr>
          <w:lang w:eastAsia="zh-CN"/>
        </w:rPr>
        <w:br/>
      </w:r>
      <w:r>
        <w:rPr>
          <w:lang w:eastAsia="zh-CN"/>
        </w:rPr>
        <w:t>　　“春蚕到死丝方尽，蜡炬成灰泪始干”，朐阳小学教师的敬业精神，使我对教师这个职业的职责和使命，有了更深的认识。交流这段时间让我深深体会到作为一名教师，必须全心全意地热爱自己的工作。</w:t>
      </w:r>
      <w:r>
        <w:rPr>
          <w:lang w:eastAsia="zh-CN"/>
        </w:rPr>
        <w:br/>
      </w:r>
      <w:r>
        <w:rPr>
          <w:lang w:eastAsia="zh-CN"/>
        </w:rPr>
        <w:t>　　在工作中，我始终将思考的欢乐和收获的喜悦送给学生，全身心地扑在教育事业上。“没有爱就没有教育”，我努力以一颗博爱之心平等地对待每一位学生，绝不以成绩好坏分优劣，以自己的真诚无私赢得了学生的热爱和尊敬。同时，与周围人建立良好的人际关系，在教学活动中很好地与老师、学生、家长合作，与人坦诚相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二、虚心学习，锤炼业务</w:t>
      </w:r>
      <w:r>
        <w:rPr>
          <w:lang w:eastAsia="zh-CN"/>
        </w:rPr>
        <w:br/>
      </w:r>
      <w:r>
        <w:rPr>
          <w:lang w:eastAsia="zh-CN"/>
        </w:rPr>
        <w:t>　　“读书—思考—实践—反思—总结”是我每天学习生活的重要组成部分！我仔细阅读，潜心研究，认真钻研，深入思考，从理论上武装了自己。回想这些日子，真的觉得充实而满足！因为我不仅“浇灌着”，更在“收获着”！</w:t>
      </w:r>
      <w:r>
        <w:rPr>
          <w:lang w:eastAsia="zh-CN"/>
        </w:rPr>
        <w:br/>
      </w:r>
      <w:r>
        <w:rPr>
          <w:lang w:eastAsia="zh-CN"/>
        </w:rPr>
        <w:t>　　短短一年内在诸多老师的引领下，从课堂教学、班级管理到班级文化建设，自己都有了较大层次的提高，积累了比较丰富的课堂教学实践经验和班级建设经验，学会了课件制作，班级文化版面建设和班级网页。完成了近两万字的读书笔记，撰写了40余篇教育随笔与教学反思，制作了7个课件，听了近70节课；参加了研说教材活动，学校还授予了“研说教材贡献奖”；在朐阳小学与五井小学研说教材交流活动中，我作了展示，受到两校的好评。</w:t>
      </w:r>
      <w:r>
        <w:rPr>
          <w:lang w:eastAsia="zh-CN"/>
        </w:rPr>
        <w:br/>
      </w:r>
      <w:r>
        <w:rPr>
          <w:lang w:eastAsia="zh-CN"/>
        </w:rPr>
        <w:t>　　三、班级管理，和谐有序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班级管理上，本着顺应孩子天性的.观点，及时与家长沟通，实现学校、家长双赢的亲子教育。虽然自己的班主任工作并不是很出色，但我们班的师生关系和谐，我对学生倾注满腔的热情和真诚的爱，走进每个学生，倾听他们的心声并与他们进行沟通，与他们建立了深厚的感情。课上，我充分利用课件进行教学，调动起学生的直观感觉，也调动他们参与学习的积极性；课外，我经常与学生谈心，鼓励他们树起学习的信心。付出总有回报：收获变成笑意洋溢在孩子们的脸，当我听到学生们“老师，我就喜欢上您的课！”的话时，当看到孩子们课堂上聚精会神的表情时，真是激动不已。平淡的生活，给我带来了生活的真味，这样感觉更值得回味，这样的快乐更容易长久。</w:t>
      </w:r>
      <w:r>
        <w:rPr>
          <w:lang w:eastAsia="zh-CN"/>
        </w:rPr>
        <w:br/>
      </w:r>
      <w:r>
        <w:rPr>
          <w:lang w:eastAsia="zh-CN"/>
        </w:rPr>
        <w:t>　　学校组织的各种活动异彩纷呈，我认真组织、带领我的学生参加，在“学校集中管理月”活动中，我们班获得“学规范、用规范”优秀班级、“板报、手抄报”优秀班级荣誉称号，在“六一书画展中，获得优秀班级荣誉称号；在运动会及其他活动中，我们班也获得较好的成绩。在这里要感谢我们班语文老师杨老师，他在班级文化建设、班级管理方面给与我很大帮助，感谢丛老师给予的指导，同时感谢朐小所有给予我帮助的领导和老师们。</w:t>
      </w:r>
      <w:r>
        <w:rPr>
          <w:lang w:eastAsia="zh-CN"/>
        </w:rPr>
        <w:br/>
      </w:r>
      <w:r>
        <w:rPr>
          <w:lang w:eastAsia="zh-CN"/>
        </w:rPr>
        <w:t>　　四、服从管理，共同提高</w:t>
      </w:r>
      <w:r>
        <w:rPr>
          <w:lang w:eastAsia="zh-CN"/>
        </w:rPr>
        <w:br/>
      </w:r>
      <w:r>
        <w:rPr>
          <w:lang w:eastAsia="zh-CN"/>
        </w:rPr>
        <w:t>　　朐阳小学工作节奏快、任务多，工作期间，我服从领导安排，遵守学校规章制度，遵守办公制度，认真完成学校的各项任务，做到不误事、不误时，今日事、今日毕，每天做到早到校、晚离校，遵守学校考勤制度，获得领导、同事的认可。</w:t>
      </w:r>
      <w:r>
        <w:rPr>
          <w:lang w:eastAsia="zh-CN"/>
        </w:rPr>
        <w:br/>
      </w:r>
      <w:r>
        <w:rPr>
          <w:lang w:eastAsia="zh-CN"/>
        </w:rPr>
        <w:t>　　这里，年轻教师较多，我跟她们和谐相处，互帮互助，共同提高。我向她们学习课件制作，她们在优质课评选、平日课堂教学中，我也提出自己的看法与建议，虽然自己水平不高，但课堂经验毕竟比她们多一点。</w:t>
      </w:r>
      <w:r>
        <w:rPr>
          <w:lang w:eastAsia="zh-CN"/>
        </w:rPr>
        <w:br/>
      </w:r>
      <w:r>
        <w:rPr>
          <w:lang w:eastAsia="zh-CN"/>
        </w:rPr>
        <w:t>　　五、做好使者，促进交流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牢记自己交流的使命，促进发展、促进交流。我把学到的班级管理方法、班级文化版面制作，有效利用早读、站队放学点滴时间等做法，及时反馈给五井的领导与老师；老师们的优秀课件、特色教学及时传递给同事们，做到共享信息、共享资源；同时，我也把自己在口算教学、学生素养培养等方面的做法带到这里，继续培养学生的自学能力，抓好学生的口算训练，夯实学生的基本技能，所教两个班的数学成绩一直都很优秀。</w:t>
      </w:r>
      <w:r>
        <w:rPr>
          <w:lang w:eastAsia="zh-CN"/>
        </w:rPr>
        <w:br/>
      </w:r>
      <w:r>
        <w:rPr>
          <w:lang w:eastAsia="zh-CN"/>
        </w:rPr>
        <w:t xml:space="preserve">    2024教师交流工作总结 篇13 </w:t>
      </w:r>
      <w:r>
        <w:rPr>
          <w:lang w:eastAsia="zh-CN"/>
        </w:rPr>
        <w:br/>
      </w:r>
      <w:r>
        <w:rPr>
          <w:lang w:eastAsia="zh-CN"/>
        </w:rPr>
        <w:t>　　一年前，作为交换教师，来到了宜昌外国语学校。初来乍到面对崭新环境时的陌生与不安已减退，取而代之的是交换学校所带给我的人际上的与工作中的热忱。这样的转变得益于学校领导的信任与鼓励支持与帮助。</w:t>
      </w:r>
      <w:r>
        <w:rPr>
          <w:lang w:eastAsia="zh-CN"/>
        </w:rPr>
        <w:br/>
      </w:r>
      <w:r>
        <w:rPr>
          <w:lang w:eastAsia="zh-CN"/>
        </w:rPr>
        <w:t>　　一、师德方面：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加强修养，塑造师魂。我始终以为作为一位教师应把师德放在一个极为重要的位置上，由于这是教师的立身之本。学高为师，身正为范，这个道理古今皆然。从踏上讲台的第一天，我就时刻严格要求自己，力争做一个有崇高师德的人。我始终坚持给学生一个好的示范，希看从我这走出往的都是合格的学生。为了给自己的学生一个好的榜样，同时也是使自己陶冶情操，加强修养，课余时间我浏览了大量的书籍，不断进步自己水平。在德育工作方面，我以为，甚么样的教育，出甚么样的人才。在教育改革的潮流中，我以为：教书育人首先是育人，然后才是教书。作为体育教师首先是教师，然后才是体育。而体育教育是通过锻炼的手段往塑照人、培养人、造就人的教育。所以锻炼是手段，育人才是目的。关心、酷爱，做孩子们的好朋友。记得有一名老教师曾对我说过：固然你面对的是四、五十个孩子，他们的能力水平高低不等，但在家长的眼中他们却是唯一的，是完善的，我们不要在心里就给划分出等级，那样做对他们是不公平的。说我们教师这个职业神圣是由于我们的工作完全是良知活，没有办法往正确地衡量！我认她的话，所以我用爱心浇灌稚嫩的花朵，课堂上严格要求，课下每个孩子都是我的朋友，一年的努力换来的是孩子们开心的笑脸，我常常听孩子们说：老师，假如能每天每节课都是你给我们上课那该多好呀！听到孩子这样的话我所有的付出都值得！今后我将继续加强师德方面的修养，力争在这一方面有更大的进步。</w:t>
      </w:r>
      <w:r>
        <w:rPr>
          <w:lang w:eastAsia="zh-CN"/>
        </w:rPr>
        <w:br/>
      </w:r>
      <w:r>
        <w:rPr>
          <w:lang w:eastAsia="zh-CN"/>
        </w:rPr>
        <w:t>　　二、业务进步：</w:t>
      </w:r>
      <w:r>
        <w:rPr>
          <w:lang w:eastAsia="zh-CN"/>
        </w:rPr>
        <w:br/>
      </w:r>
      <w:r>
        <w:rPr>
          <w:lang w:eastAsia="zh-CN"/>
        </w:rPr>
        <w:t>　　对一位教师来讲，加强本身业务水平，进步教学质量无疑是相当重要的。随着岁月的流逝，伴着我教学天数的增加，我愈来愈感到我知识的匮乏，经验的缺少。面对讲台下那一双双渴看的眼睛，每次上课我都感到自己责任之重大，为了教好学生，我虚心请教，强化自我。不断地调剂自己的教学计划，总结教学经验，改进教学方法，努力创设良好的课堂情境激起学生的学习热忱，重视培养学生自我学习、自我发现题目、自我探究题目的能力，进步了教育教学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作为一位教育工作者，面对这样多变的世界，崭新的教育情势，必须与时俱进，不断充电，不断更新教育理念。因此，一年中，我坚持不断加强学习，从各种教育教学书报、杂志中吸取养料，积极参加各级各类的培训学习活动，不断进步本身素质。并能在学习、实践中冷静思考、积极探索，努力用符合时代潮流的教育理念来指导自己的教育教学工作，由于本身素质的提升，工作中有思路、有方法、有目标、有措施，能创造性地展开工作，能够高质量地完成自己所分担的工作。</w:t>
      </w:r>
      <w:r>
        <w:rPr>
          <w:lang w:eastAsia="zh-CN"/>
        </w:rPr>
        <w:br/>
      </w:r>
      <w:r>
        <w:rPr>
          <w:lang w:eastAsia="zh-CN"/>
        </w:rPr>
        <w:t>　　三、课题研究</w:t>
      </w:r>
      <w:r>
        <w:rPr>
          <w:lang w:eastAsia="zh-CN"/>
        </w:rPr>
        <w:br/>
      </w:r>
      <w:r>
        <w:rPr>
          <w:lang w:eastAsia="zh-CN"/>
        </w:rPr>
        <w:t>　　体育与健康教育是学校实施美育教育的最重要内容和途径，我们以体育课堂教学为主，初步构建了我校体育与健康教育的目标体系、方法体系和评价体系，初步构成了体育教育的办学特点，学生的运动素养得到明显的进步，为本课题的实施提供了有益的条件。</w:t>
      </w:r>
      <w:r>
        <w:rPr>
          <w:lang w:eastAsia="zh-CN"/>
        </w:rPr>
        <w:br/>
      </w:r>
      <w:r>
        <w:rPr>
          <w:lang w:eastAsia="zh-CN"/>
        </w:rPr>
        <w:t>　　四、发挥作用</w:t>
      </w:r>
      <w:r>
        <w:rPr>
          <w:lang w:eastAsia="zh-CN"/>
        </w:rPr>
        <w:br/>
      </w:r>
      <w:r>
        <w:rPr>
          <w:lang w:eastAsia="zh-CN"/>
        </w:rPr>
        <w:t>　　课外活动是我校地一面旗帜，校本课程教学仍然是本学年的工作重点。对这方面受益的学生可以说一生受益。根据需要，本学年，我担负初三年级的篮球练习任务。每周利用课外活动时间练习。学生职员多，任务重，在班主任的配合下，我把初三年级的活动弄的有声有色。经过一个学年的努力，学生们的篮球技术都得到了不同程度的进步，并遭到了领导和家长的好评。</w:t>
      </w:r>
      <w:r>
        <w:rPr>
          <w:lang w:eastAsia="zh-CN"/>
        </w:rPr>
        <w:br/>
      </w:r>
      <w:r>
        <w:rPr>
          <w:lang w:eastAsia="zh-CN"/>
        </w:rPr>
        <w:t>　　五、教学质量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抓好课堂教学，进步课堂效益。体育课的内容是丰富多彩的，它的最大特点就是通过各项活动来调动人的爱好，感动人的情感，让人愉快地遭到教育。鉴于这一特点，新标准把情感态度与价值观放在课程目标的首位。可是在现实体育教学中，也有对它爱好索然。体育教育对进步的全面素质有着其她教学不可替换的特殊作用，是学校进行素质教育的重要途径之一。因此，如何使体育教育在素质教育中发挥积极主动的作用，作为一位体育教师，我觉得如何抓好课堂教学，进步教学效益这是重中之重。为此本学期来，我进一步贯彻落实新的课程改革标准，深进研究教育教学大纲，定阅大量与自己教育教学相干的报刊杂志，认真细致地备好每堂课。上好每堂课，既要通过体育到达教人的目的，又要通过教人来更好地学习体育与健康。</w:t>
      </w:r>
      <w:r>
        <w:rPr>
          <w:lang w:eastAsia="zh-CN"/>
        </w:rPr>
        <w:br/>
      </w:r>
      <w:r>
        <w:rPr>
          <w:lang w:eastAsia="zh-CN"/>
        </w:rPr>
        <w:t>　　六、年度工作成绩</w:t>
      </w:r>
      <w:r>
        <w:rPr>
          <w:lang w:eastAsia="zh-CN"/>
        </w:rPr>
        <w:br/>
      </w:r>
      <w:r>
        <w:rPr>
          <w:lang w:eastAsia="zh-CN"/>
        </w:rPr>
        <w:t>　　本年度，我的工作得到了宜昌外校领导的的大力支持和各位老师的帮助，所以，工作也获得了一些成绩：初三年级在宜昌市体育中考中获得了满分率97%的好成绩。</w:t>
      </w:r>
      <w:r>
        <w:rPr>
          <w:lang w:eastAsia="zh-CN"/>
        </w:rPr>
        <w:br/>
      </w:r>
      <w:r>
        <w:rPr>
          <w:lang w:eastAsia="zh-CN"/>
        </w:rPr>
        <w:t>　　总之，本学年以来，我尽心尽力做好自己的教学工作，不断严格要求自己，努力汲取他人的优点，向同组的老师学习，不断更新自己的教学理念，并应用到自己的教学的实践中，使每节课都能获得良好的教学效果，使每位学生都能真正进步自己的体育素养。</w:t>
      </w:r>
      <w:r>
        <w:rPr>
          <w:lang w:eastAsia="zh-CN"/>
        </w:rPr>
        <w:br/>
      </w:r>
      <w:r>
        <w:rPr>
          <w:lang w:eastAsia="zh-CN"/>
        </w:rPr>
        <w:t xml:space="preserve">    2024教师交流工作总结 篇14 </w:t>
      </w:r>
      <w:r>
        <w:rPr>
          <w:lang w:eastAsia="zh-CN"/>
        </w:rPr>
        <w:br/>
      </w:r>
      <w:r>
        <w:rPr>
          <w:lang w:eastAsia="zh-CN"/>
        </w:rPr>
        <w:t>　　我特别感谢分管领导校长的关心，学科组等老师的呵护，副班主任__老师的支持，难忘和他们在一起的点点滴滴，他们的身上有很多值得我学习的地方。校园，老师，学生们都值得我珍惜与怀念。</w:t>
      </w:r>
      <w:r>
        <w:rPr>
          <w:lang w:eastAsia="zh-CN"/>
        </w:rPr>
        <w:br/>
      </w:r>
      <w:r>
        <w:rPr>
          <w:lang w:eastAsia="zh-CN"/>
        </w:rPr>
        <w:t>　　一、服从安排、踏实工作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_年__月__日，自我踏进了园的那一刻起，就没有把自己当成一个“流水的兵”，而是以高度负责的主人翁精神，在每一个平凡的日子里挥汗泼墨，辛勤付出。严格遵守学校的各项&gt;规章制度和纪律要求，早上班，晚下班，按时完成各项工作任务。</w:t>
      </w:r>
      <w:r>
        <w:rPr>
          <w:lang w:eastAsia="zh-CN"/>
        </w:rPr>
        <w:br/>
      </w:r>
      <w:r>
        <w:rPr>
          <w:lang w:eastAsia="zh-CN"/>
        </w:rPr>
        <w:t>　　每天7：30进教室，管理学生的晨间活动，5：10完成当天的作业批改或班主任工作才下班。</w:t>
      </w:r>
      <w:r>
        <w:rPr>
          <w:lang w:eastAsia="zh-CN"/>
        </w:rPr>
        <w:br/>
      </w:r>
      <w:r>
        <w:rPr>
          <w:lang w:eastAsia="zh-CN"/>
        </w:rPr>
        <w:t>　　无论是学科的教研活动，还是其他学科的听课、学习活动我都会积极主动参加。在活动中我学到了很多新的教育思想和教学方法，我积极参加本校老师的公开课的听课评课，不管是语文，班会，综合等学科，都抱着学习的态度与执教老师、听课老师一起交流学习。</w:t>
      </w:r>
      <w:r>
        <w:rPr>
          <w:lang w:eastAsia="zh-CN"/>
        </w:rPr>
        <w:br/>
      </w:r>
      <w:r>
        <w:rPr>
          <w:lang w:eastAsia="zh-CN"/>
        </w:rPr>
        <w:t>　　在课题论证活动中，为课题组老师提出了合理化的建议。在这一学年中，我在学科组开课《爬山虎的脚》、《中彩那天》，县教研室送教下乡暨12学时培训中，成功执教了《父亲的菜园》，在磨课过程中，我们__班学生的班风班貌也得到了_校长的认可。</w:t>
      </w:r>
      <w:r>
        <w:rPr>
          <w:lang w:eastAsia="zh-CN"/>
        </w:rPr>
        <w:br/>
      </w:r>
      <w:r>
        <w:rPr>
          <w:lang w:eastAsia="zh-CN"/>
        </w:rPr>
        <w:t>　　二、关爱学生、甘于奉献</w:t>
      </w:r>
      <w:r>
        <w:rPr>
          <w:lang w:eastAsia="zh-CN"/>
        </w:rPr>
        <w:br/>
      </w:r>
      <w:r>
        <w:rPr>
          <w:lang w:eastAsia="zh-CN"/>
        </w:rPr>
        <w:t>　　走近学生学生有个性，这话不假。我们__班共有52人，真的是济济一堂。我在一接手这个班就在前任班主任那里初步了解了情况，学业成绩两级分化，前20%与后20%都是值得关注的。</w:t>
      </w:r>
      <w:r>
        <w:rPr>
          <w:lang w:eastAsia="zh-CN"/>
        </w:rPr>
        <w:br/>
      </w:r>
      <w:r>
        <w:rPr>
          <w:lang w:eastAsia="zh-CN"/>
        </w:rPr>
        <w:t>　　在开学的第一周里，我当班主任的第一件事就是对后20%学生进行学前家访，熟悉学生的学习心理的特点，尽快认识每一位学生，并把每一位学生在学习中可能会遇到的困难记录下来。例如：__同学吃饭特慢，不看着基本不吃，小夏同学写作业拖拉等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关注生活中的每一个细节，才能及时地把握班级动态，顺利地对学生开展各方面的工作。开学第一个月，就发生了偶发事件，在与同学追赶中门牙摔掉一角，我及时了解情况后，当晚就和副班主任上门家访，得到了家长的理解，并对老师的家访表示感谢。</w:t>
      </w:r>
      <w:r>
        <w:rPr>
          <w:lang w:eastAsia="zh-CN"/>
        </w:rPr>
        <w:br/>
      </w:r>
      <w:r>
        <w:rPr>
          <w:lang w:eastAsia="zh-CN"/>
        </w:rPr>
        <w:t>　　尊重学生任_一个孩子在成长过程中难免会犯错误。对学生犯错，我每次都做到耐心、细心和学生一起找原因，分析后果，让学生真正认识到不妥之处，发自内心地改正错误。我们班的小胡同学从小父母离异，在父亲的打骂中长大，性格孤僻，不能与同学友好相处，特别是对同桌女同学动不动就想骂人甚至动手表示不满。</w:t>
      </w:r>
      <w:r>
        <w:rPr>
          <w:lang w:eastAsia="zh-CN"/>
        </w:rPr>
        <w:br/>
      </w:r>
      <w:r>
        <w:rPr>
          <w:lang w:eastAsia="zh-CN"/>
        </w:rPr>
        <w:t>　　在我发现了这一现状之后，立即进行了家访。向家长提出我的建议，人之初性本善，如何以平和的心态去看待孩子的不足，教室是允许学生犯错的地方，如何家校合力才能正确引导孩子尊重身边的每一个人。</w:t>
      </w:r>
      <w:r>
        <w:rPr>
          <w:lang w:eastAsia="zh-CN"/>
        </w:rPr>
        <w:br/>
      </w:r>
      <w:r>
        <w:rPr>
          <w:lang w:eastAsia="zh-CN"/>
        </w:rPr>
        <w:t>　　在撰写学生评语时，在董雪梅老师处学到一个好方法，写下学期评语时，在上学期的WORD上接着写，只有斟字酌句，才能避免重复。班主任在平时的工作中做个有心人，才能更好地尊重学生。</w:t>
      </w:r>
      <w:r>
        <w:rPr>
          <w:lang w:eastAsia="zh-CN"/>
        </w:rPr>
        <w:br/>
      </w:r>
      <w:r>
        <w:rPr>
          <w:lang w:eastAsia="zh-CN"/>
        </w:rPr>
        <w:t>　　三、沉稳迈步、一路前行</w:t>
      </w:r>
      <w:r>
        <w:rPr>
          <w:lang w:eastAsia="zh-CN"/>
        </w:rPr>
        <w:br/>
      </w:r>
      <w:r>
        <w:rPr>
          <w:lang w:eastAsia="zh-CN"/>
        </w:rPr>
        <w:t>　　在教育教学路上，我始终把自己当作一名新兵，一路前行，一路反思。专研教材，作业先做，课堂留足十分钟作业，所带的__班接班时年段第六，第一学期提升为年段。</w:t>
      </w:r>
      <w:r>
        <w:rPr>
          <w:lang w:eastAsia="zh-CN"/>
        </w:rPr>
        <w:br/>
      </w:r>
      <w:r>
        <w:rPr>
          <w:lang w:eastAsia="zh-CN"/>
        </w:rPr>
        <w:t>　　第四，第二学期提升为年段第二。我也能把自己的教学心得与学科组老师分享。例如，开展“护蛋行动”、“水果拼盘”活动后，学生写周记就容易表达自己的真情实感。始终把教研与科研相结合，关注教学中的焦点，疑惑点开展研究，做课题，写论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本学年中，主持县级课题《小学语文单元导语运用的策略研究》结题并获县成果三等奖，《小学语文非连续性文本有效教学的策略研究》正在研究中，《略之有度，略中求精》、《小学语文单元导语有效运用的策略》等四篇论文获市县二等奖。指导姜逸轩等学生“快乐杯”全国作文大赛一等奖1个，二等奖2个，三等奖4个。指导沈晔欣获在县第五届“阅读伴我成长”读书活动中获小学中段组一等奖并送市获三等奖。</w:t>
      </w:r>
      <w:r>
        <w:rPr>
          <w:lang w:eastAsia="zh-CN"/>
        </w:rPr>
        <w:br/>
      </w:r>
      <w:r>
        <w:rPr>
          <w:lang w:eastAsia="zh-CN"/>
        </w:rPr>
        <w:t>　　一年的轮岗交流工作是短暂的，是忙碌的，也是充实的，她将是我的人生道路上浓墨重彩的一笔。尽管有着种种的困难，比如，组织学生开展综合实践活动的生疏，对个性张扬孩子教育的迷茫，甚至碰到沟通困难家长时的郁闷，但我始终坚持着自己对于教育工作的那份执着。</w:t>
      </w:r>
      <w:r>
        <w:rPr>
          <w:lang w:eastAsia="zh-CN"/>
        </w:rPr>
        <w:br/>
      </w:r>
      <w:r>
        <w:rPr>
          <w:lang w:eastAsia="zh-CN"/>
        </w:rPr>
        <w:t xml:space="preserve">    2024教师交流工作总结 篇15 </w:t>
      </w:r>
      <w:r>
        <w:rPr>
          <w:lang w:eastAsia="zh-CN"/>
        </w:rPr>
        <w:br/>
      </w:r>
      <w:r>
        <w:rPr>
          <w:lang w:eastAsia="zh-CN"/>
        </w:rPr>
        <w:t>　　灵台县教育系统干部挂职锻炼暨教师交流任教个人工作总结 __年10月8日，带着一份憧憬，带着一份喜悦，带着一份期待，有幸参加灵台县教育系统干部挂职锻炼暨教师交流任教活动。与其说是交流，不如说是去学习锻炼。自从踏入交流学校的第一天起，就坚定了一个信念，认认真真学习，扎扎实实工作，尽自己所能，发挥自己所长，创新性地开展工作，出色地完成交流任务，最起码也要对得起自己一个月的奔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此次交流使我有机会尝试了在不同环境下，面对不同类型的学生如何实施课堂教学，让我认识到在不同的学校环境下怎样开展工作，使我受益匪浅。</w:t>
      </w:r>
      <w:r>
        <w:rPr>
          <w:lang w:eastAsia="zh-CN"/>
        </w:rPr>
        <w:br/>
      </w:r>
      <w:r>
        <w:rPr>
          <w:lang w:eastAsia="zh-CN"/>
        </w:rPr>
        <w:t>　　一、双方关爱，坚定交流信念。</w:t>
      </w:r>
      <w:r>
        <w:rPr>
          <w:lang w:eastAsia="zh-CN"/>
        </w:rPr>
        <w:br/>
      </w:r>
      <w:r>
        <w:rPr>
          <w:lang w:eastAsia="zh-CN"/>
        </w:rPr>
        <w:t>　　交流之处，领导给我们做思想工作，帮助我们消除顾虑，坚定信心，并派车把我们送到交流学校。交流期间，两位领导亲自打电话嘘寒问暖，询问工作和生活情况。在繁忙的工作中挤出时间，亲自来交流校探望我们，给我们送去了暖暖和关心，坚定了我们在交流校一定干好的决心。</w:t>
      </w:r>
      <w:r>
        <w:rPr>
          <w:lang w:eastAsia="zh-CN"/>
        </w:rPr>
        <w:br/>
      </w:r>
      <w:r>
        <w:rPr>
          <w:lang w:eastAsia="zh-CN"/>
        </w:rPr>
        <w:t>　　龙门学区和中心小学的领导、教师更是对我们无微不至的关怀，嘘寒问暖，解决食宿问题和工作中的困难。面对天气变冷，及时给我们安装炉具，送来煤炭，解决我们学习、生活中的困难，把关心落到实处。</w:t>
      </w:r>
      <w:r>
        <w:rPr>
          <w:lang w:eastAsia="zh-CN"/>
        </w:rPr>
        <w:br/>
      </w:r>
      <w:r>
        <w:rPr>
          <w:lang w:eastAsia="zh-CN"/>
        </w:rPr>
        <w:t>　　二、锐意进取，提高自身素质。</w:t>
      </w:r>
      <w:r>
        <w:rPr>
          <w:lang w:eastAsia="zh-CN"/>
        </w:rPr>
        <w:br/>
      </w:r>
      <w:r>
        <w:rPr>
          <w:lang w:eastAsia="zh-CN"/>
        </w:rPr>
        <w:t>　　交流学校有自己灵活、独特、实用的管理和教学模式，虽然没有我校宽敞明亮的教学楼，平整舒适的硬化路，但全校20名教职工中，年龄在五十岁以上的占了一半多，而他们并不以年龄为借口，倚老卖老，工作的热情不亚于我们这些年轻人，在工作中他们勤勤恳恳，任劳任怨，对孩子们更是既有爱心又有耐心。我从这些老教师身上也学到了许多教学方法和管理班级的经验。</w:t>
      </w:r>
      <w:r>
        <w:rPr>
          <w:lang w:eastAsia="zh-CN"/>
        </w:rPr>
        <w:br/>
      </w:r>
    </w:p>
    <w:p w:rsidR="001B1F19" w14:textId="27C3F48A">
      <w:pPr>
        <w:rPr>
          <w:rFonts w:hint="eastAsia"/>
          <w:lang w:eastAsia="zh-CN"/>
        </w:rPr>
      </w:pPr>
      <w:r>
        <w:rPr>
          <w:lang w:eastAsia="zh-CN"/>
        </w:rPr>
        <w:t>　　我看到了自己的差距与不足，增强了危机感和急迫感，增强了主动学习的自觉性，平日除了搞好自己担任的二年级数学、一二年级体育和六年级科学教学之外，在各方面对自己高标准、严要求。虚心学习交流校教师的教学方法，钻研教材，交流工作经验，努力提高自身的文化底蕴。使自己的理论层次有所提高，同时加强学习各种业务知识及教育科研知识，及时积累、总结教学经验，不断反思，从而提高自身的执教水平。</w:t>
      </w:r>
      <w:r>
        <w:rPr>
          <w:lang w:eastAsia="zh-CN"/>
        </w:rPr>
        <w:br/>
      </w:r>
      <w:r>
        <w:rPr>
          <w:lang w:eastAsia="zh-CN"/>
        </w:rPr>
        <w:t>　　三、主动学习，注重个人发展。</w:t>
      </w:r>
      <w:r>
        <w:rPr>
          <w:lang w:eastAsia="zh-CN"/>
        </w:rPr>
        <w:br/>
      </w:r>
      <w:r>
        <w:rPr>
          <w:lang w:eastAsia="zh-CN"/>
        </w:rPr>
        <w:t>　　1、深入教学。</w:t>
      </w:r>
      <w:r>
        <w:rPr>
          <w:lang w:eastAsia="zh-CN"/>
        </w:rPr>
        <w:br/>
      </w:r>
      <w:r>
        <w:rPr>
          <w:lang w:eastAsia="zh-CN"/>
        </w:rPr>
        <w:t>　　搞好交流工作，首先就是要搞好教育教学。来到龙门中心小学，担任二年级数学、一二年级体育和六年级科学教学，数学课充分发挥学生的主体地位，采用启发式教学；体育课通过游戏愉悦学生的身心；科学课多做实验，激发学生学习热情。</w:t>
      </w:r>
      <w:r>
        <w:rPr>
          <w:lang w:eastAsia="zh-CN"/>
        </w:rPr>
        <w:br/>
      </w:r>
      <w:r>
        <w:rPr>
          <w:lang w:eastAsia="zh-CN"/>
        </w:rPr>
        <w:t>　　2、搞好教研。</w:t>
      </w:r>
      <w:r>
        <w:rPr>
          <w:lang w:eastAsia="zh-CN"/>
        </w:rPr>
        <w:br/>
      </w:r>
      <w:r>
        <w:rPr>
          <w:lang w:eastAsia="zh-CN"/>
        </w:rPr>
        <w:t>　　交流期间，主动进行听课、评课，听课次数达十八次以上。</w:t>
      </w:r>
      <w:r>
        <w:rPr>
          <w:lang w:eastAsia="zh-CN"/>
        </w:rPr>
        <w:br/>
      </w:r>
      <w:r>
        <w:rPr>
          <w:lang w:eastAsia="zh-CN"/>
        </w:rPr>
        <w:t>　　教学质量的全面提高、学生的自主健康发展是一个永恒的主题，平时积极参与到老师们的教学研讨中，发表自己的观点，学习他人的经验。立足学校实际，探讨自主、互助、学习型课堂的教法，培养学生良好的互助合作意识、总结灵活多样的教学方式等，努力提高自己的专业素养。</w:t>
      </w:r>
      <w:r>
        <w:rPr>
          <w:lang w:eastAsia="zh-CN"/>
        </w:rPr>
        <w:br/>
      </w:r>
      <w:r>
        <w:rPr>
          <w:lang w:eastAsia="zh-CN"/>
        </w:rPr>
        <w:t>　　3、关爱学生。</w:t>
      </w:r>
      <w:r>
        <w:rPr>
          <w:lang w:eastAsia="zh-CN"/>
        </w:rPr>
        <w:br/>
      </w:r>
      <w:r>
        <w:rPr>
          <w:lang w:eastAsia="zh-CN"/>
        </w:rPr>
        <w:t>　　学生的朴实。短短一个星期的时间，我所带的班级的孩子给我留下了深刻的印象，同原班孩子相比，这群孩子少了一分娇气，多了一分朴实。我注重对学生日常行为习惯的培养，由于村小学生平时活动少，见识少，因此，我利用课余时间安排学生表演节目，开展朗诵、绘画等比赛，锻炼孩子的能力，孩子们很爱表现，也很乖。</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https://d.book118.com/987011061146006041</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87011061146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