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金融知识普及总结（35篇）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金融知识普及总结（通用35篇）</w:t>
      </w:r>
      <w:r>
        <w:rPr>
          <w:lang w:eastAsia="zh-CN"/>
        </w:rPr>
        <w:br/>
      </w:r>
      <w:r>
        <w:rPr>
          <w:lang w:eastAsia="zh-CN"/>
        </w:rPr>
        <w:t xml:space="preserve">    金融知识普及总结 篇1 </w:t>
      </w:r>
      <w:r>
        <w:rPr>
          <w:lang w:eastAsia="zh-CN"/>
        </w:rPr>
        <w:br/>
      </w:r>
      <w:r>
        <w:rPr>
          <w:lang w:eastAsia="zh-CN"/>
        </w:rPr>
        <w:t>　　为积极落实人民银行、银保监部门及省联社关于“金融知识普及月金融知识进万家争做理性投资者争做金融好网民”主题宣传活动要求，不断提升广大客户风险识别能力和风险防范意识，近日，农商银行在市中心广场附近开展金融知识普及月宣传活动。</w:t>
      </w:r>
      <w:r>
        <w:rPr>
          <w:lang w:eastAsia="zh-CN"/>
        </w:rPr>
        <w:br/>
      </w:r>
      <w:r>
        <w:rPr>
          <w:lang w:eastAsia="zh-CN"/>
        </w:rPr>
        <w:t>　　在严格做好疫情防控的前提下，我行工作人员通过发放宣传折页及现场解答的形式，向往来群众宣传防范电信诈骗、养老领域诈骗、存款保险等金融知识，叮嘱广大群众警惕网络、短信等电信诈骗，切莫贪图小利，上当受骗。期间，我行还安排部分工作人员深入广场人流较聚集的'地方，针对休闲娱乐的老年群体，重点宣传养老领域非法集资常见形式，告诫老年群体警惕高额利润诱惑，谨防养老非法集资“陷阱”。</w:t>
      </w:r>
      <w:r>
        <w:rPr>
          <w:lang w:eastAsia="zh-CN"/>
        </w:rPr>
        <w:br/>
      </w:r>
      <w:r>
        <w:rPr>
          <w:lang w:eastAsia="zh-CN"/>
        </w:rPr>
        <w:t>　　下一步，我行将继续积极践行社会责任担当，当好金融知识宣导员，利用多元化方式向客户宣导金融知识，建立宣传长效机制，让金融知识惠及更多百姓，提升广大群众在金融活动中的获得感、幸福感和安全感，助力共建和谐稳定的金融生态环境。</w:t>
      </w:r>
      <w:r>
        <w:rPr>
          <w:lang w:eastAsia="zh-CN"/>
        </w:rPr>
        <w:br/>
      </w:r>
      <w:r>
        <w:rPr>
          <w:lang w:eastAsia="zh-CN"/>
        </w:rPr>
        <w:t xml:space="preserve">    金融知识普及总结 篇2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为加强公众教育服务、宣传普及金融知识，充分发挥中国农业发展银行在提高公众金融素质，促进金融生态建设、服务百姓生活、建设新农村中的重要作用，农发行丹江口市支行根据十堰银行业协会关于开展20__年度“普及金融知识万里行”系列活动的有关要求，在6月3日积极开展专项宣传“消费者权益保护宣传服务月”活动，受到了广大群众的.欢迎，赢得了城乡客户的信赖。</w:t>
      </w:r>
      <w:r>
        <w:rPr>
          <w:lang w:eastAsia="zh-CN"/>
        </w:rPr>
        <w:br/>
      </w:r>
      <w:r>
        <w:rPr>
          <w:lang w:eastAsia="zh-CN"/>
        </w:rPr>
        <w:t>　　近年来，农发行丹江口市支行为切实营造金融机构与金融消费者和谐发展的良好金融交易环境，始终将维护金融消费者权益、提升金融服务作为增强市场竞争力与社会影响力的重要举措，实施目标管理与责任推动。将消费者在消费金融产品过程中享有的各种权利以及金融维护案例作为重点内容进行宣传，并将征信、支付结算、反假货币、金融IC卡等进行重点解读及宣传。6月3日，该行在网点门前设置宣传点，网点内设置服务咨询台，安排专门人员向客户现场发放宣传折页，受理过往市民咨询50余人次，受到广泛好评；同时通过网点LED屏幕滚动播出宣传标语，确保宣传效果；二是强化社会监督。对外公布监督电话和投诉电话，畅通客户诉求渠道；推动金融维权深入持久开展。</w:t>
      </w:r>
      <w:r>
        <w:rPr>
          <w:lang w:eastAsia="zh-CN"/>
        </w:rPr>
        <w:br/>
      </w:r>
      <w:r>
        <w:rPr>
          <w:lang w:eastAsia="zh-CN"/>
        </w:rPr>
        <w:t>　　在活动中，该支行在营业厅门前设置宣传台和讲解点，在宣传台上整齐摆放宣传折页，由业务经验丰富、沟通能力强的职工担任宣传人员，积极为公众普及金融知识，答疑解惑，就信用卡、中小企业贷款、短信诈骗等金融消费者权益保护知识进行了重点宣传，努力向广大公众宣传金融知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我行在此次“普及金融知识万里行”活动中，深刻解读“消费者权益保护宣传服务月”的内涵，该行行长肖安均要求该行职工切实提升金融服务意识和金融服务质量，保护金融消费者的知情权、自主选择权、公平交易权、依法求偿权和隐私权，共同维护金融消费者权益免受损害。通过这次活动的开展，该行将进一步完善服务机制，持续提升金融服务水平起到积极的推动作用，向社会各界宣传金融知识，真正做到把金融实惠带到大众中去，更好的为社会公众提供金融消费权益保护服务。</w:t>
      </w:r>
      <w:r>
        <w:rPr>
          <w:lang w:eastAsia="zh-CN"/>
        </w:rPr>
        <w:br/>
      </w:r>
      <w:r>
        <w:rPr>
          <w:lang w:eastAsia="zh-CN"/>
        </w:rPr>
        <w:t xml:space="preserve">    金融知识普及总结 篇3 </w:t>
      </w:r>
      <w:r>
        <w:rPr>
          <w:lang w:eastAsia="zh-CN"/>
        </w:rPr>
        <w:br/>
      </w:r>
      <w:r>
        <w:rPr>
          <w:lang w:eastAsia="zh-CN"/>
        </w:rPr>
        <w:t>　　依照中国人民银行中心支行办公室（银办发〔20__〕113号）有关通知要求，为确保全省农信社“守住钱袋子·护好幸福家”支付服务集中宣传月活动顺利开展，为进一步推动农商银行系统业务发展，不断提高金融服务水平，结合我们支行实际，我们支行于20__年__月积极组织开展了支付系统专题宣传活动。由于活动准备充分、组织得力，支付系统宣传活动良好的预期效果。现将长葛农商银行支行的活动开展情况汇报如下：</w:t>
      </w:r>
      <w:r>
        <w:rPr>
          <w:lang w:eastAsia="zh-CN"/>
        </w:rPr>
        <w:br/>
      </w:r>
      <w:r>
        <w:rPr>
          <w:lang w:eastAsia="zh-CN"/>
        </w:rPr>
        <w:t>　　一、精心组织，注重实效</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我行自筹划开始就十分重视支付结算方面的宣传工作，并成立了以行长为组长的宣传小组。结合我们支行的实际情况，因地制宜的制定和实施宣传方案，组织和监督落实各项工作要求。我们支行组织员工加强学习，做到宣传有的放矢，紧紧围绕本次宣传活动的内容，第一时间带领本行员工进行了全面系统的学习，提高员工对该活动的重视程度。在宣教形式上，我支行结合疫情防控要求，开拓思路，创新宣传思维，确保宣传活动的的覆盖面和有效性。</w:t>
      </w:r>
      <w:r>
        <w:rPr>
          <w:lang w:eastAsia="zh-CN"/>
        </w:rPr>
        <w:br/>
      </w:r>
      <w:r>
        <w:rPr>
          <w:lang w:eastAsia="zh-CN"/>
        </w:rPr>
        <w:t>　　二、多样宣传，成效显注</w:t>
      </w:r>
      <w:r>
        <w:rPr>
          <w:lang w:eastAsia="zh-CN"/>
        </w:rPr>
        <w:br/>
      </w:r>
      <w:r>
        <w:rPr>
          <w:lang w:eastAsia="zh-CN"/>
        </w:rPr>
        <w:t>　　活动中我行利用电子滚动屏播放宣传标语，营业网点内张贴、布放支付结算业务宣传材料。此外还充分利用厅堂电视、电子显示屏等媒体设备，循环播放支付系统相关宣传片。结合飞播，深入基层实地宣传等卓有成效的宣传方法进行宣传。使客户更加全面、更加生动地了解我行的现代支付系统，提高客户的.金融知识和风险意识。</w:t>
      </w:r>
      <w:r>
        <w:rPr>
          <w:lang w:eastAsia="zh-CN"/>
        </w:rPr>
        <w:br/>
      </w:r>
      <w:r>
        <w:rPr>
          <w:lang w:eastAsia="zh-CN"/>
        </w:rPr>
        <w:t>　　副组长杨建娜利用客户办理业务等待时间、业务人员利用业务办理时机进行支付系统业务知识宣讲，宣传风险防范知识，营造浓厚宣传氛围。</w:t>
      </w:r>
      <w:r>
        <w:rPr>
          <w:lang w:eastAsia="zh-CN"/>
        </w:rPr>
        <w:br/>
      </w:r>
      <w:r>
        <w:rPr>
          <w:lang w:eastAsia="zh-CN"/>
        </w:rPr>
        <w:t>　　成立宣传小分队，深入市场及周边商户，针对农村居民、中老年群体和青少年群体等重点人群，通过面对面交流、解疑答惑、发放宣传折页、张贴宣传海报等方式开展宣传教育，提升宣传效果，用通俗易懂的话语讲解金融安全相关知识，提高广大人民群众风险意识和金融知识。</w:t>
      </w:r>
      <w:r>
        <w:rPr>
          <w:lang w:eastAsia="zh-CN"/>
        </w:rPr>
        <w:br/>
      </w:r>
      <w:r>
        <w:rPr>
          <w:lang w:eastAsia="zh-CN"/>
        </w:rPr>
        <w:t>　　三、强督查指导，确保活动取实效</w:t>
      </w:r>
      <w:r>
        <w:rPr>
          <w:lang w:eastAsia="zh-CN"/>
        </w:rPr>
        <w:br/>
      </w:r>
      <w:r>
        <w:rPr>
          <w:lang w:eastAsia="zh-CN"/>
        </w:rPr>
        <w:t>　　我行在宣传工作中做到了有监督、有检查、有反馈。在宣传期间，领导小组积极组织人员对宣传情况进行了监督检查。</w:t>
      </w:r>
      <w:r>
        <w:rPr>
          <w:lang w:eastAsia="zh-CN"/>
        </w:rPr>
        <w:br/>
      </w:r>
      <w:r>
        <w:rPr>
          <w:lang w:eastAsia="zh-CN"/>
        </w:rPr>
        <w:t>　　四、效果显著，再接再厉</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通过深入周边群众、个体经营门店进行流动宣传方式，我行参与宣传网点3个，参与员工20人次，现场宣传合计100余次，受众人数560余人。</w:t>
      </w:r>
      <w:r>
        <w:rPr>
          <w:lang w:eastAsia="zh-CN"/>
        </w:rPr>
        <w:br/>
      </w:r>
      <w:r>
        <w:rPr>
          <w:lang w:eastAsia="zh-CN"/>
        </w:rPr>
        <w:t>　　通过各具特色、强有力的宣传，扩大了支付结算业务在群众中的影响，群众对支付结算业务有了新的认识，使更多的客户掌握了相关金融知识。增强了客户的自我保护能力和责任承担意识。我行将继续充分利用宣传平台，多渠道、多角度、全方位的向民众宣传支付结算业务的新成就，增强了我行与客户之间的感情，进一步提高了我行的社会影响力和客户认知度！</w:t>
      </w:r>
      <w:r>
        <w:rPr>
          <w:lang w:eastAsia="zh-CN"/>
        </w:rPr>
        <w:br/>
      </w:r>
      <w:r>
        <w:rPr>
          <w:lang w:eastAsia="zh-CN"/>
        </w:rPr>
        <w:t xml:space="preserve">    金融知识普及总结 篇4 </w:t>
      </w:r>
      <w:r>
        <w:rPr>
          <w:lang w:eastAsia="zh-CN"/>
        </w:rPr>
        <w:br/>
      </w:r>
      <w:r>
        <w:rPr>
          <w:lang w:eastAsia="zh-CN"/>
        </w:rPr>
        <w:t>　　为进一步加强公众金融知识教育服务，宣传普及金融知识，深入推进社会主义新农村建设，充分发挥黑河农商行在提高公众金融素质、促进金融生态建设、服务百姓生活、建设新农村中的重要作用，黑河农村商业银行根据中国银行业协会开展的“普及金融知识万里行”活动的有关要求，积极开展相关启动及宣传活动，受到了广大群众的欢迎，赢得了城乡客户的信赖。</w:t>
      </w:r>
      <w:r>
        <w:rPr>
          <w:lang w:eastAsia="zh-CN"/>
        </w:rPr>
        <w:br/>
      </w:r>
      <w:r>
        <w:rPr>
          <w:lang w:eastAsia="zh-CN"/>
        </w:rPr>
        <w:t>　　为了确保“普及金融知识万里行”系列活动有序推进并取得实效，我行领导高度重视，严密部署，及时启动，成立了活动领导小组，制定了具体活动方案，多次召开了专题会议，对整个活动各阶段的具体工作进行了研究和安排，要求全行员工充分认识到开展“普及金融知识万里行”系列活动的重要性和必要性，切实贯彻落实宣传口径、信息报送等方面的工作任务，切实履行普及公众金融知识、维护金融消费者权益的责任和义务。</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1）8月13日—19日，是金融知识推广普及活动周。我行辖内17家支行、6家分理处，紧密围绕本次活动主题，精心组织，多渠道开展“普及金融知识万里行”系列活动，各营业网点负责人均亲自组织参与，在营业网点内设立活动专区，采用悬挂横幅或广告语，或使用门楣LED屏、电子显示屏等媒介设备上进行宣传，在展示架上张贴宣传海报，设立“普及金融知识万里行”宣传台，在宣传台上整齐摆放宣传折页，由业务经验丰富、沟通能力强的业务骨干担任宣传人员，积极为公众普及金融知识，答疑解惑，就鹤卡、个人贷款、中小企业贷款等不同的金融产品、及其政策做出解答。省钱窍门等方面金融知识进行了重点宣传，并对卡安全、自助终端使用、ATM机、POS机等方面存在的风险点进行了充分宣传和揭示，努力向广大公众宣传金融知识。同时还组织员工“走上街头”、“深入社区”、“进入商场”摆摊设点，为广大公众提供咨询，积极扩大金融知识普及面，提升活动效果。在活动期间，我行要求各营业网点积极维护好活动秩序，尤其是要确保“走上街头”、“深入社区”、“进入商场”过程安全、有序、平稳，各项应急保障措施全面到位。</w:t>
      </w:r>
      <w:r>
        <w:rPr>
          <w:lang w:eastAsia="zh-CN"/>
        </w:rPr>
        <w:br/>
      </w:r>
      <w:r>
        <w:rPr>
          <w:lang w:eastAsia="zh-CN"/>
        </w:rPr>
        <w:t>　　（2）9月3日—9日，是金融消费者问卷调查活动周。我行辖内17家支行、6家分理处，广泛向社会公众进行服务调查。调查内容要包含以下三大方面：一、是调查广大群众当前最需要了解哪些金融知识；二、是黑河农商行需如何改进金融服务；</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三、是群众有哪些需要农商行帮助解决的问题。共计15项调查内容，其中农户问卷率不低于当地农户总数的10%；个体工商户问卷率不低于20%，中小企业问卷率达到100%，重点客户问卷率不低于10%。调查问卷共印制份，经过调查，累计收回各类反馈信息余条，为更好地改进黑河农商行服务打下了坚实基础。</w:t>
      </w:r>
      <w:r>
        <w:rPr>
          <w:lang w:eastAsia="zh-CN"/>
        </w:rPr>
        <w:br/>
      </w:r>
      <w:r>
        <w:rPr>
          <w:lang w:eastAsia="zh-CN"/>
        </w:rPr>
        <w:t>　　在此后的活动阶段中，我行将根据“普及金融知识万里行”活动各阶段主题，开展金融知识进社区和青少年金融理财教育活动，广泛了解金融消费者对金融知识的需求点，深入分析公众教育服务工作的重点，逐步推动公众金融普及工作的常规化、规范化。</w:t>
      </w:r>
      <w:r>
        <w:rPr>
          <w:lang w:eastAsia="zh-CN"/>
        </w:rPr>
        <w:br/>
      </w:r>
      <w:r>
        <w:rPr>
          <w:lang w:eastAsia="zh-CN"/>
        </w:rPr>
        <w:t xml:space="preserve">    金融知识普及总结 篇5 </w:t>
      </w:r>
      <w:r>
        <w:rPr>
          <w:lang w:eastAsia="zh-CN"/>
        </w:rPr>
        <w:br/>
      </w:r>
      <w:r>
        <w:rPr>
          <w:lang w:eastAsia="zh-CN"/>
        </w:rPr>
        <w:t>　　支行根据人民银行《关于开展20__年普及金融知识，守住钱袋子活动通知》，制定了《20__年普及金融知识万里行活动方案》，结合具体工作实际，积极开展普及金融知识万里行、守住金融钱袋子活动。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首先，我们认真部署，成立活动小组，由分管行长任组长，以各个网点、部门为单位，确定网点、部门负责人为第一责任人，根据各自实际情况，利用电子屏幕、手机短信、微信、宣传折页、厅堂微沙龙、微讲堂等方式，开展周边宣传、利用网点资源开展到店客户宣传，并上报活动成果；于此同时，支行统一组织“走出去”宣传，由公司业务部、个人金融部、综合部以及营业部、北京东路支行组成宣传团队，走进社区、学校、乡村，开展金融知识普及活动；最后，我们积极响应胶州市相关部门号召，参与市人民银行、金融监督管理局组织的同主题活动，丰富活动内容和形式，扩大受众群体，服务当地广大群众。</w:t>
      </w:r>
      <w:r>
        <w:rPr>
          <w:lang w:eastAsia="zh-CN"/>
        </w:rPr>
        <w:br/>
      </w:r>
      <w:r>
        <w:rPr>
          <w:lang w:eastAsia="zh-CN"/>
        </w:rPr>
        <w:t>　　在守住金融钱袋子活动环节，我们除了加强对低净值人群的知识普及力度、规范自身营销宣传行为，引导消费者理性选择金融产品和服务外，我们组织员工走进乡村，走进村委会，配合我们的特色产品裕农通，加大宣传力度，助力乡村金融振兴。</w:t>
      </w:r>
      <w:r>
        <w:rPr>
          <w:lang w:eastAsia="zh-CN"/>
        </w:rPr>
        <w:br/>
      </w:r>
      <w:r>
        <w:rPr>
          <w:lang w:eastAsia="zh-CN"/>
        </w:rPr>
        <w:t>　　在金融知识万里行宣传环节，我们根据市分行安排，重点针对个人信息保护、防范电信网络诈骗、金融支付安全、抵制非法集资、金融理财知识等内容，有针对性的开展非法集资宣传，从非法集资定义、类型、主要手段、危害及法律后果等角度，向社会公众特别是老年群体进行金融知识普及工作。</w:t>
      </w:r>
      <w:r>
        <w:rPr>
          <w:lang w:eastAsia="zh-CN"/>
        </w:rPr>
        <w:br/>
      </w:r>
      <w:r>
        <w:rPr>
          <w:lang w:eastAsia="zh-CN"/>
        </w:rPr>
        <w:t>　　本次系列宣传活动的开展，有效提高了广大市民、客户的金融安全意识，优化了金融生态环境，也较好的提升了我行的良好社会形象。</w:t>
      </w:r>
      <w:r>
        <w:rPr>
          <w:lang w:eastAsia="zh-CN"/>
        </w:rPr>
        <w:br/>
      </w:r>
      <w:r>
        <w:rPr>
          <w:lang w:eastAsia="zh-CN"/>
        </w:rPr>
        <w:t xml:space="preserve">    金融知识普及总结 篇6 </w:t>
      </w:r>
      <w:r>
        <w:rPr>
          <w:lang w:eastAsia="zh-CN"/>
        </w:rPr>
        <w:br/>
      </w:r>
      <w:r>
        <w:rPr>
          <w:lang w:eastAsia="zh-CN"/>
        </w:rPr>
        <w:t>　　为增进广大客户群体对银行政策服务的了解，普及中小企业金融服务知识，促进银企互信对接，根据中国人民银行及蚌埠农村商业银行关于开展“金融知识宣传周”活动的通知要求，我支行于20__年9月组织开展了“金融知识宣传周”专项宣传活动。现将有关情况报告如下：</w:t>
      </w:r>
      <w:r>
        <w:rPr>
          <w:lang w:eastAsia="zh-CN"/>
        </w:rPr>
        <w:br/>
      </w:r>
      <w:r>
        <w:rPr>
          <w:lang w:eastAsia="zh-CN"/>
        </w:rPr>
        <w:t>　　一、组织安排</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为确保本次“金融知识宣传周”活动顺利开展，根据总行要求，我支行成立了以行长为组长，副行长为副组长，客户经理为成员的宣传领导小组，明确了活动目标，安排专人负责对整体活动情况进行推进、跟踪及总结工作。</w:t>
      </w:r>
      <w:r>
        <w:rPr>
          <w:lang w:eastAsia="zh-CN"/>
        </w:rPr>
        <w:br/>
      </w:r>
      <w:r>
        <w:rPr>
          <w:lang w:eastAsia="zh-CN"/>
        </w:rPr>
        <w:t>　　二、活动总体情况</w:t>
      </w:r>
      <w:r>
        <w:rPr>
          <w:lang w:eastAsia="zh-CN"/>
        </w:rPr>
        <w:br/>
      </w:r>
      <w:r>
        <w:rPr>
          <w:lang w:eastAsia="zh-CN"/>
        </w:rPr>
        <w:t>　　1、参与情况</w:t>
      </w:r>
      <w:r>
        <w:rPr>
          <w:lang w:eastAsia="zh-CN"/>
        </w:rPr>
        <w:br/>
      </w:r>
      <w:r>
        <w:rPr>
          <w:lang w:eastAsia="zh-CN"/>
        </w:rPr>
        <w:t>　　9月，支行辖内各营业网点均积极响应、全员动员，认真组织并开展了本次活动。我支行共4家网点参与了本次活动，累计开展不同形式及规模的活动4次，发放各种宣传资料400余份，参与员工数约20人，受众中小企业及个人约500户。活动形式主要包括集中宣传日核心地段设摊、本行网点宣传、进综合市场宣传、走进大学城宣传和利用多媒体渠道开展金融知识宣传等。</w:t>
      </w:r>
      <w:r>
        <w:rPr>
          <w:lang w:eastAsia="zh-CN"/>
        </w:rPr>
        <w:br/>
      </w:r>
      <w:r>
        <w:rPr>
          <w:lang w:eastAsia="zh-CN"/>
        </w:rPr>
        <w:t>　　2、网点宣传</w:t>
      </w:r>
      <w:r>
        <w:rPr>
          <w:lang w:eastAsia="zh-CN"/>
        </w:rPr>
        <w:br/>
      </w:r>
      <w:r>
        <w:rPr>
          <w:lang w:eastAsia="zh-CN"/>
        </w:rPr>
        <w:t>　　各参与网点在网点内服务台等位置摆放我行各类金融创新产品介绍手册，如5户联保企业贷款、商标及专利权能繁母猪养殖贷款、商铺租赁权、助学贷款、手机银行等宣传资料。网点由网点负责人负责，柜面人员参与共同组成宣传队伍，向客户发放宣传资料，普及银行卡、自助渠道、中小企业贷款等银行业务知识，并接受金融消费者咨询，针对客户提出的疑问与困惑一一进行详细解答。</w:t>
      </w:r>
      <w:r>
        <w:rPr>
          <w:lang w:eastAsia="zh-CN"/>
        </w:rPr>
        <w:br/>
      </w:r>
      <w:r>
        <w:rPr>
          <w:lang w:eastAsia="zh-CN"/>
        </w:rPr>
        <w:t>　　4、进综合市场宣传</w:t>
      </w:r>
      <w:r>
        <w:rPr>
          <w:lang w:eastAsia="zh-CN"/>
        </w:rPr>
        <w:br/>
      </w:r>
      <w:r>
        <w:rPr>
          <w:lang w:eastAsia="zh-CN"/>
        </w:rPr>
        <w:t>　　为加强宣传效果，做到宣传人员“走出去”，走进市场、走近商户，按照总行要求，支行组成专业的宣传团队，在我市光彩大市场进行专题宣传，主动为个体业主、企业客户提供上门金融知识普及服务。</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活动中，首先向客户介绍我行各种金融创新产品，不少人对我行的产品产生了极大的兴趣。其次，再介绍我行网点的分布位置、交通情况，以及经营的范围，并向客户介绍反假币的技巧和防诈骗要点，告诉客户勿轻信别人的忽悠，保持清醒的头脑，确保资金的安全；同时，还介绍了我行银行卡及手机银行的特点和优势，以及信贷审批流程的相关要求，活动取得很好的反响。</w:t>
      </w:r>
      <w:r>
        <w:rPr>
          <w:lang w:eastAsia="zh-CN"/>
        </w:rPr>
        <w:br/>
      </w:r>
      <w:r>
        <w:rPr>
          <w:lang w:eastAsia="zh-CN"/>
        </w:rPr>
        <w:t>　　5、利用多媒体宣传渠道开展金融知识宣传</w:t>
      </w:r>
      <w:r>
        <w:rPr>
          <w:lang w:eastAsia="zh-CN"/>
        </w:rPr>
        <w:br/>
      </w:r>
      <w:r>
        <w:rPr>
          <w:lang w:eastAsia="zh-CN"/>
        </w:rPr>
        <w:t>　　支行位于花鼓灯嘉年华乐园旁，周边有相当的客流量以及小区居民，营业大厅外的户外电子显示屏滚动显示本次活动标语：</w:t>
      </w:r>
      <w:r>
        <w:rPr>
          <w:lang w:eastAsia="zh-CN"/>
        </w:rPr>
        <w:br/>
      </w:r>
      <w:r>
        <w:rPr>
          <w:lang w:eastAsia="zh-CN"/>
        </w:rPr>
        <w:t>　　“立足小微，服务实体经济”，形成一道亮丽的风景线，以此扩大了宣传面。</w:t>
      </w:r>
      <w:r>
        <w:rPr>
          <w:lang w:eastAsia="zh-CN"/>
        </w:rPr>
        <w:br/>
      </w:r>
      <w:r>
        <w:rPr>
          <w:lang w:eastAsia="zh-CN"/>
        </w:rPr>
        <w:t>　　三、活动效果评估</w:t>
      </w:r>
      <w:r>
        <w:rPr>
          <w:lang w:eastAsia="zh-CN"/>
        </w:rPr>
        <w:br/>
      </w:r>
      <w:r>
        <w:rPr>
          <w:lang w:eastAsia="zh-CN"/>
        </w:rPr>
        <w:t>　　活动整体达到了预期效果，有效加深了公众对银行金融知识的认知和了解，向公众传递了先进的金融理念，宣传了各种现代金融工具带给生活的便捷与改变，提升了公众金融安全意识和风险认知能力，提高了文明优质服务的质量和效率，积极展现安徽农金品牌形象。</w:t>
      </w:r>
      <w:r>
        <w:rPr>
          <w:lang w:eastAsia="zh-CN"/>
        </w:rPr>
        <w:br/>
      </w:r>
      <w:r>
        <w:rPr>
          <w:lang w:eastAsia="zh-CN"/>
        </w:rPr>
        <w:t>　　本次活动拉近了我行与中小企业的距离，传递了我行服务“三农”、服务中小企业、支持地方经济发展的宗旨，凸显了蚌埠农商行的形象，同时，扩大了网点对周边社区金融知识传播的辐射力度，扩大了我行影响力，为今后提供更加优质的服务打下了坚实的基础。</w:t>
      </w:r>
      <w:r>
        <w:rPr>
          <w:lang w:eastAsia="zh-CN"/>
        </w:rPr>
        <w:br/>
      </w:r>
      <w:r>
        <w:rPr>
          <w:lang w:eastAsia="zh-CN"/>
        </w:rPr>
        <w:t xml:space="preserve">    金融知识普及总结 篇7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为进一步加强消费者权益保护工作，建立公众教育服务工作的长效机制，普及金融安全知识，提高社会公众自我保护意识和责任承担意识，落实总行下发的宣传活动方案。我支行于20__年9月积极开展了“金融知识普及月、金融知识进万家、争做理性投资者、争做金融好网民”活动，向广大消费者宣传、普及了金融知识。</w:t>
      </w:r>
      <w:r>
        <w:rPr>
          <w:lang w:eastAsia="zh-CN"/>
        </w:rPr>
        <w:br/>
      </w:r>
      <w:r>
        <w:rPr>
          <w:lang w:eastAsia="zh-CN"/>
        </w:rPr>
        <w:t>　　本次活动我支行高度重视，围绕宣传工作要求，认真部署，合理安排时间和各项宣传内容，利用每日“厅堂微沙龙”时间进行宣传，切实做到对内人人参与，提高服务意识，对外普及客户，增强金融知识。</w:t>
      </w:r>
      <w:r>
        <w:rPr>
          <w:lang w:eastAsia="zh-CN"/>
        </w:rPr>
        <w:br/>
      </w:r>
      <w:r>
        <w:rPr>
          <w:lang w:eastAsia="zh-CN"/>
        </w:rPr>
        <w:t>　　一、讲解金融安全知识、防范网络安全</w:t>
      </w:r>
      <w:r>
        <w:rPr>
          <w:lang w:eastAsia="zh-CN"/>
        </w:rPr>
        <w:br/>
      </w:r>
      <w:r>
        <w:rPr>
          <w:lang w:eastAsia="zh-CN"/>
        </w:rPr>
        <w:t>　　开展“金融知识普及月、金融知识进万家、争做理性投资者、争做金融好网民”为主题的活动。向消费者宣传银行卡（账户）安全防范、密码安全防范、POS安全交易防范、网络交易安全防范、移动支付风险防范。加深消费者对刷卡消费安全、网上支付安全、安全用卡等知识的理解。</w:t>
      </w:r>
      <w:r>
        <w:rPr>
          <w:lang w:eastAsia="zh-CN"/>
        </w:rPr>
        <w:br/>
      </w:r>
      <w:r>
        <w:rPr>
          <w:lang w:eastAsia="zh-CN"/>
        </w:rPr>
        <w:t>　　二、高度重视、精心筹备、制定科学活动方案</w:t>
      </w:r>
      <w:r>
        <w:rPr>
          <w:lang w:eastAsia="zh-CN"/>
        </w:rPr>
        <w:br/>
      </w:r>
      <w:r>
        <w:rPr>
          <w:lang w:eastAsia="zh-CN"/>
        </w:rPr>
        <w:t>　　我支行全体人员通过总行下发的宣传活动方案，结合自身的实际情况，通过各个渠道，统筹安排工作，依据网点的客群特征、网点特色，充分发挥支行的.积极性与主动性，采用丰富多样的活动形式，开展有力度、有宽度、有深度的金融知识普及活动，扩大宣传范围和活动影响力。</w:t>
      </w:r>
      <w:r>
        <w:rPr>
          <w:lang w:eastAsia="zh-CN"/>
        </w:rPr>
        <w:br/>
      </w:r>
      <w:r>
        <w:rPr>
          <w:lang w:eastAsia="zh-CN"/>
        </w:rPr>
        <w:t>　　三、开辟宣传专区、营造宣传月氛围</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我支行人员在大厅内发放宣传折页、播放LED内容、电视、讲解厅堂微沙龙等方式，给客户讲解电信诈骗的常见手段、安全用卡的小知识、刷卡消费的注意事项及应对方法。客户对我行提供的宣传服务及讲解内容积极参与、反响强烈。</w:t>
      </w:r>
      <w:r>
        <w:rPr>
          <w:lang w:eastAsia="zh-CN"/>
        </w:rPr>
        <w:br/>
      </w:r>
      <w:r>
        <w:rPr>
          <w:lang w:eastAsia="zh-CN"/>
        </w:rPr>
        <w:t>　　本次金融知识活动的开展，取得了良好的宣传效果。受益群众达到了700多人，宣传覆盖了村庄的角角落落，通过走村入户的方式，让每一位客户了解金融知识的重要性，我支行以更多的形式、更贴心的服务，深入贯彻以“客户为中心的”服务理念，为营造健康和谐的金融环境做出新的贡献。</w:t>
      </w:r>
      <w:r>
        <w:rPr>
          <w:lang w:eastAsia="zh-CN"/>
        </w:rPr>
        <w:br/>
      </w:r>
      <w:r>
        <w:rPr>
          <w:lang w:eastAsia="zh-CN"/>
        </w:rPr>
        <w:t xml:space="preserve">    金融知识普及总结 篇8 </w:t>
      </w:r>
      <w:r>
        <w:rPr>
          <w:lang w:eastAsia="zh-CN"/>
        </w:rPr>
        <w:br/>
      </w:r>
      <w:r>
        <w:rPr>
          <w:lang w:eastAsia="zh-CN"/>
        </w:rPr>
        <w:t>　　支行根据人民银行《关于开展20__年普及金融知识，守住钱袋子活动通知》，制定了《20__年普及金融知识万里行活动方案》，结合具体工作实际，积极开展普及金融知识万里行、守住金融钱袋子活动。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首先，我们认真部署，成立活动小组，由分管行长任组长，以各个网点、部门为单位，确定网点、部门负责人为第一责任人，根据各自实际情况，利用电子屏幕、手机短信、微信、宣传折页、厅堂微沙龙、微讲堂等方式，开展周边宣传、利用网点资源开展到店客户宣传，并上报活动成果；于此同时，支行统一组织“走出去”宣传，由公司业务部、个人金融部、综合部以及营业部、北京东路支行组成宣传团队，走进社区、学校、乡村，开展金融知识普及活动；最后，我们积极响应胶州市相关部门号召，参与市人民银行、金融监督管理局组织的同主题活动，丰富活动内容和形式，扩大受众群体，服务当地广大群众。</w:t>
      </w:r>
      <w:r>
        <w:rPr>
          <w:lang w:eastAsia="zh-CN"/>
        </w:rPr>
        <w:br/>
      </w:r>
      <w:r>
        <w:rPr>
          <w:lang w:eastAsia="zh-CN"/>
        </w:rPr>
        <w:t>　　在守住金融钱袋子活动环节，我们除了加强对低净值人群的知识普及力度、规范自身营销宣传行为，引导消费者理性选择金融产品和服务外，我们组织员工走进乡村，走进村委会，配合我们的特色产品裕农通，加大宣传力度，助力乡村金融振兴。</w:t>
      </w:r>
      <w:r>
        <w:rPr>
          <w:lang w:eastAsia="zh-CN"/>
        </w:rPr>
        <w:br/>
      </w:r>
      <w:r>
        <w:rPr>
          <w:lang w:eastAsia="zh-CN"/>
        </w:rPr>
        <w:t>　　在金融知识万里行宣传环节，我们根据市分行安排，重点针对个人信息保护、防范电信网络诈骗、金融支付安全、抵制非法集资、金融理财知识等内容，有针对性的开展非法集资宣传，从非法集资定义、类型、主要手段、危害及法律后果等角度，向社会公众特别是老年群体进行金融知识普及工作。</w:t>
      </w:r>
      <w:r>
        <w:rPr>
          <w:lang w:eastAsia="zh-CN"/>
        </w:rPr>
        <w:br/>
      </w:r>
      <w:r>
        <w:rPr>
          <w:lang w:eastAsia="zh-CN"/>
        </w:rPr>
        <w:t>　　本次系列宣传活动的开展，有效提高了广大市民、客户的金融安全意识，优化了金融生态环境，也较好的提升了我行的良好社会形象。</w:t>
      </w:r>
      <w:r>
        <w:rPr>
          <w:lang w:eastAsia="zh-CN"/>
        </w:rPr>
        <w:br/>
      </w:r>
      <w:r>
        <w:rPr>
          <w:lang w:eastAsia="zh-CN"/>
        </w:rPr>
        <w:t xml:space="preserve">    金融知识普及总结 篇9 </w:t>
      </w:r>
      <w:r>
        <w:rPr>
          <w:lang w:eastAsia="zh-CN"/>
        </w:rPr>
        <w:br/>
      </w:r>
      <w:r>
        <w:rPr>
          <w:lang w:eastAsia="zh-CN"/>
        </w:rPr>
        <w:t>　　按照《转发〈中国银保监会《关于开展20__年“金融知识普及月金融知识进万家争做理性投资者争做金融好公民”活动的通知》（银办发〔20__〕135号）文件的要求，围绕六大活动内容，结合当地监管、行协要求及渠道需求，开展有针对性的金融知识普及活动〉》的通知要求，华夏保险泰州中支积极开展本次金融知识宣传月活动，现将活动开展情况汇报如下：</w:t>
      </w:r>
      <w:r>
        <w:rPr>
          <w:lang w:eastAsia="zh-CN"/>
        </w:rPr>
        <w:br/>
      </w:r>
      <w:r>
        <w:rPr>
          <w:lang w:eastAsia="zh-CN"/>
        </w:rPr>
        <w:t>　　一、组织保障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华夏保险泰州中心支公司明确由中支一把手作为本次活动领导小组组长，人事行政部作为牵头部门，各部门及四级机构负责人作为组员。具体为：</w:t>
      </w:r>
      <w:r>
        <w:rPr>
          <w:lang w:eastAsia="zh-CN"/>
        </w:rPr>
        <w:br/>
      </w:r>
      <w:r>
        <w:rPr>
          <w:lang w:eastAsia="zh-CN"/>
        </w:rPr>
        <w:t>　　组 长：王玉梅</w:t>
      </w:r>
      <w:r>
        <w:rPr>
          <w:lang w:eastAsia="zh-CN"/>
        </w:rPr>
        <w:br/>
      </w:r>
      <w:r>
        <w:rPr>
          <w:lang w:eastAsia="zh-CN"/>
        </w:rPr>
        <w:t>　　副组长：夏新宇</w:t>
      </w:r>
      <w:r>
        <w:rPr>
          <w:lang w:eastAsia="zh-CN"/>
        </w:rPr>
        <w:br/>
      </w:r>
      <w:r>
        <w:rPr>
          <w:lang w:eastAsia="zh-CN"/>
        </w:rPr>
        <w:t>　　组 员：各部门及四级机构负责人</w:t>
      </w:r>
      <w:r>
        <w:rPr>
          <w:lang w:eastAsia="zh-CN"/>
        </w:rPr>
        <w:br/>
      </w:r>
      <w:r>
        <w:rPr>
          <w:lang w:eastAsia="zh-CN"/>
        </w:rPr>
        <w:t>　　联系人：刘皞</w:t>
      </w:r>
      <w:r>
        <w:rPr>
          <w:lang w:eastAsia="zh-CN"/>
        </w:rPr>
        <w:br/>
      </w:r>
      <w:r>
        <w:rPr>
          <w:lang w:eastAsia="zh-CN"/>
        </w:rPr>
        <w:t>　　二、活动开展</w:t>
      </w:r>
      <w:r>
        <w:rPr>
          <w:lang w:eastAsia="zh-CN"/>
        </w:rPr>
        <w:br/>
      </w:r>
      <w:r>
        <w:rPr>
          <w:lang w:eastAsia="zh-CN"/>
        </w:rPr>
        <w:t>　　（一）活动前期，泰州中支通过在营业大厅及职场通过悬挂宣传横幅、LED电子屏24小时滚动播放活动口号以及活动海报展板、三折宣传彩页下放至各营服张贴宣传。</w:t>
      </w:r>
      <w:r>
        <w:rPr>
          <w:lang w:eastAsia="zh-CN"/>
        </w:rPr>
        <w:br/>
      </w:r>
      <w:r>
        <w:rPr>
          <w:lang w:eastAsia="zh-CN"/>
        </w:rPr>
        <w:t>　　（二）活动期间，组织多场面向内外勤伙伴的宣传活动，积极宣传红色金融史。同时我公司组织多场面向内外勤勤伙伴的宣传会议，倡导诚信保险理念,并制作金融宣传短视频，积极转发宣传。</w:t>
      </w:r>
      <w:r>
        <w:rPr>
          <w:lang w:eastAsia="zh-CN"/>
        </w:rPr>
        <w:br/>
      </w:r>
      <w:r>
        <w:rPr>
          <w:lang w:eastAsia="zh-CN"/>
        </w:rPr>
        <w:t>　　（三）9月13日下午，华夏保险泰州中支在党支部的指导下，开展金融知识宣传，泰州中支宣传小分队来到了海陵区周山社区，与社区领导及工作人员携手走近群众，开展保险基础知识普及，增进消费者对保险产品和服务的了解，并及时通过微信发布活动微播报，让更多的消费者参与进来。</w:t>
      </w:r>
      <w:r>
        <w:rPr>
          <w:lang w:eastAsia="zh-CN"/>
        </w:rPr>
        <w:br/>
      </w:r>
      <w:r>
        <w:rPr>
          <w:lang w:eastAsia="zh-CN"/>
        </w:rPr>
        <w:t>　　（四）活动期间，我公司在当地主流媒体网站上，刊登我公司宣传活动。</w:t>
      </w:r>
      <w:r>
        <w:rPr>
          <w:lang w:eastAsia="zh-CN"/>
        </w:rPr>
        <w:br/>
      </w:r>
      <w:r>
        <w:rPr>
          <w:lang w:eastAsia="zh-CN"/>
        </w:rPr>
        <w:t>　　通过本次“金融知识普及月金融知识进万家争做理性投资</w:t>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xml:space="preserve"> 争做金融好网民”活动，让更多的业务伙伴参与到宣传中来，让更多的基层群众能够了解保险，重新认识保险，改变对保险行业的片面认知。让更多的人，能够体会华夏保险的企业文化，大大增强了公司在泰州市场的知名度。</w:t>
      </w:r>
      <w:r>
        <w:rPr>
          <w:lang w:eastAsia="zh-CN"/>
        </w:rPr>
        <w:br/>
      </w:r>
      <w:r>
        <w:rPr>
          <w:lang w:eastAsia="zh-CN"/>
        </w:rPr>
        <w:t>　　“金融知识普及月金融知识进万家争做理性投资者争做金融好网民”，泰州中支在行动！</w:t>
      </w:r>
      <w:r>
        <w:rPr>
          <w:lang w:eastAsia="zh-CN"/>
        </w:rPr>
        <w:br/>
      </w:r>
      <w:r>
        <w:rPr>
          <w:lang w:eastAsia="zh-CN"/>
        </w:rPr>
        <w:t xml:space="preserve">    金融知识普及总结 篇10 </w:t>
      </w:r>
      <w:r>
        <w:rPr>
          <w:lang w:eastAsia="zh-CN"/>
        </w:rPr>
        <w:br/>
      </w:r>
      <w:r>
        <w:rPr>
          <w:lang w:eastAsia="zh-CN"/>
        </w:rPr>
        <w:t>　　为进一步提高消费者自我保护意识和风险意识，更好地维护金融消费者特别低净值人群的金融素养和合法权益，构建和谐金融消费环境，近日，邮储银行抚州市分行根据人行的统一安排组织辖内各级机构陆续开展了“普及金融知识，守住钱袋子”宣传活动。</w:t>
      </w:r>
      <w:r>
        <w:rPr>
          <w:lang w:eastAsia="zh-CN"/>
        </w:rPr>
        <w:br/>
      </w:r>
      <w:r>
        <w:rPr>
          <w:lang w:eastAsia="zh-CN"/>
        </w:rPr>
        <w:t>　　该行通过LED电子显示屏24小时播放“普及金融知识，守住钱袋子”等宣传口号；设计印制宣传折页、手册，摆放人民币知识、金融IC卡、打击非法集资等内容的宣传漫画、宣传展架或展板。并有针对性的开展网点柜面宣传，利用理财沙龙、大堂微沙龙，对客户进行一对一宣传、讲解，主动向客户介绍人民币知识、存贷款知识、征信知识、支付结算知识和银行卡安全用卡常识等知识，为大家解答疑问，普及金融知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为丰富宣传形式实现良性互动，该行一是结合农村夏粮收种，深入田间地头农户家中，宣传电信诈骗、非法集资的危害，通过正规金融渠道知识，拉近与客户的距离；二是结合此次宣传的重点通过选择人口密度高、人流量大的乡村集市、街道、社区，设立宣传点，直接面向社会公众宣传，扩大宣传覆盖面，增强宣传效果，实现面对面互动；三是增强青少年正确的金融知识，通过走进学校，宣传防范电信诈骗、个人金融信息保护、远离不良网络借贷等知识，守护好自己的“钱袋子”。</w:t>
      </w:r>
      <w:r>
        <w:rPr>
          <w:lang w:eastAsia="zh-CN"/>
        </w:rPr>
        <w:br/>
      </w:r>
      <w:r>
        <w:rPr>
          <w:lang w:eastAsia="zh-CN"/>
        </w:rPr>
        <w:t>　　通过多种形式、多层次、多途径的宣传教育方式，该行充分发挥宣传教育工作的“教育公众、防范风险、树立形象”的积极作用，积极践行金融知识普及宣传教育的社会责任和义务，进一步提高了市民、尤其是低净值群体自我保护意识和防范诈骗的能力，为打造诚信安全、健康和谐的社会金融环境发挥积极作用。</w:t>
      </w:r>
      <w:r>
        <w:rPr>
          <w:lang w:eastAsia="zh-CN"/>
        </w:rPr>
        <w:br/>
      </w:r>
      <w:r>
        <w:rPr>
          <w:lang w:eastAsia="zh-CN"/>
        </w:rPr>
        <w:t xml:space="preserve">    金融知识普及总结 篇11 </w:t>
      </w:r>
      <w:r>
        <w:rPr>
          <w:lang w:eastAsia="zh-CN"/>
        </w:rPr>
        <w:br/>
      </w:r>
      <w:r>
        <w:rPr>
          <w:lang w:eastAsia="zh-CN"/>
        </w:rPr>
        <w:t>　　为深入开展“金融知识普及月 金融知识进万家”活动，广泛宣传与百姓生活息息相关的金融知识，提高居民识别和防范金融风险的能力，9月21日，天津金城银行在做好疫情防控的前提下，走进天津市滨海新区河南里社区等多个区域，开展了“金融知识进社区”宣传活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结合当下存款保险制度、养老领域金融诈骗、电信网络诈骗等热点问题，通过在社区向居民发放宣传折页方式，重点向社区老年人群体进行金融知识宣讲。活动中，天津金城银行工作人员向居民讲解了存款保险定义和保障范围等知识，也进一步提升了社会公众对存款保险制度的认识了解，更好地发挥存款保险制度在保障存款人信心、防止银行挤兑、化解区域金融风险、优化金融生态中的作用。同时深入浅出地讲解了养老领域金融诈骗、电信网络诈骗的主要特征和常见手段，以及对社会的危害等，提醒居民增强辨别能力和提升防骗意识。</w:t>
      </w:r>
      <w:r>
        <w:rPr>
          <w:lang w:eastAsia="zh-CN"/>
        </w:rPr>
        <w:br/>
      </w:r>
      <w:r>
        <w:rPr>
          <w:lang w:eastAsia="zh-CN"/>
        </w:rPr>
        <w:t>　　为扩大 “金融知识普及月 金融知识进万家 争做理性投资者 争做金融好网民”活动的影响力，天津金城银行除了走进社区，还来到滨海新区新金融大厦商圈等人流集中区域，为来往群众发放宣传折页，普及金融知识，重点介绍了防范非法集资、刷单、购物退款等新型诈骗方式，多方位地提高广大群众树立理性投资观念，增强反诈意识，加大对金融知识的学习，提升金融能力。</w:t>
      </w:r>
      <w:r>
        <w:rPr>
          <w:lang w:eastAsia="zh-CN"/>
        </w:rPr>
        <w:br/>
      </w:r>
      <w:r>
        <w:rPr>
          <w:lang w:eastAsia="zh-CN"/>
        </w:rPr>
        <w:t>　　此次“金融知识普及月”活动中，天津金城银行也充分发挥数字普惠银行的特点，利用自身数字化特点，积极开展了线上宣传，提示客户：“莫信天上掉馅饼、高收益伴高风险”，带动客户学金融、懂金融，增强风险防范意识，提升网络防骗技能。与此同时，还聚焦热点问题，向社会公众开展防范非法集资、防范电信诈骗等金融知识宣传。充分利用网络受众的广泛性和普遍性，积极开展数字化宣教，并组织员工发挥主观能动性，通过微信朋友圈、工作群等渠道，传播相关宣传海报、视频等，既增加了活动的趣味性、生动性，也扩大了宣教的受众面，提升金融知识宣传成效。</w:t>
      </w:r>
      <w:r>
        <w:rPr>
          <w:lang w:eastAsia="zh-CN"/>
        </w:rPr>
        <w:br/>
      </w:r>
      <w:r>
        <w:rPr>
          <w:lang w:eastAsia="zh-CN"/>
        </w:rPr>
        <w:t>　　未来，金城银行还将继续扎实做好金融知识普及工作，进一步拓宽宣传面，增强宣传力度，丰富宣传方式，积极引导消费者不断增强法治观念，不断提升社会群体尤其是老年群体的金融素养、法治意识和识骗防骗能力，维护金融消费者的合法权益。</w:t>
      </w:r>
      <w:r>
        <w:rPr>
          <w:lang w:eastAsia="zh-CN"/>
        </w:rPr>
        <w:br/>
      </w:r>
      <w:r>
        <w:rPr>
          <w:lang w:eastAsia="zh-CN"/>
        </w:rPr>
        <w:t xml:space="preserve">    金融知识普及总结 篇12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为切实提升公众金融素养，有效防范化解金融风险，近日_县__银行启动“金融知识普及月金融知识进万家争做理性投资者争做金融好网民”宣传活动，持续推动金融消费者教育和金融知识普及工作，为让人民群众更好地共享金融改革发展成果，做出应有担当。</w:t>
      </w:r>
      <w:r>
        <w:rPr>
          <w:lang w:eastAsia="zh-CN"/>
        </w:rPr>
        <w:br/>
      </w:r>
      <w:r>
        <w:rPr>
          <w:lang w:eastAsia="zh-CN"/>
        </w:rPr>
        <w:t>　　_县__银行组织辖区24家营业网点在厅堂服务区、ATM自助服务区等明显位置张贴关于金融知识普及月宣传海报，在业务窗口、填单台等位置摆放金融知识宣传折页，在LED电子显示屏滚动播放活动口号，利用厅堂内大屏幕，播放金融知识宣传片。同时组织消费者权益保护部、电子银行部、营业部进入企业、社区，积极进行线下宣传，指导群众正确使用金融产品，提高风险防范意识。并通过视频直播、短视频、漫画等群众喜闻乐见的线上宣传形式，不断增强网民的规则意识、契约精神，营造守信受益、诚信无价的网络舆论氛围。</w:t>
      </w:r>
      <w:r>
        <w:rPr>
          <w:lang w:eastAsia="zh-CN"/>
        </w:rPr>
        <w:br/>
      </w:r>
      <w:r>
        <w:rPr>
          <w:lang w:eastAsia="zh-CN"/>
        </w:rPr>
        <w:t>　　下一步，_县__银行将持续开展金融知识普及活动，助力提升社会公众金融素养、防范化解金融风险，营造清朗网络环境，提升人民群众在金融活动中的获得感、幸福感和安全感。</w:t>
      </w:r>
      <w:r>
        <w:rPr>
          <w:lang w:eastAsia="zh-CN"/>
        </w:rPr>
        <w:br/>
      </w:r>
      <w:r>
        <w:rPr>
          <w:lang w:eastAsia="zh-CN"/>
        </w:rPr>
        <w:t xml:space="preserve">    金融知识普及总结 篇13 </w:t>
      </w:r>
      <w:r>
        <w:rPr>
          <w:lang w:eastAsia="zh-CN"/>
        </w:rPr>
        <w:br/>
      </w:r>
      <w:r>
        <w:rPr>
          <w:lang w:eastAsia="zh-CN"/>
        </w:rPr>
        <w:t>　　__银行__市分行积极推进“金融知识普及月”活动，聚焦“一老一小”重点群体，开展“我是金融好家长金融知识我来讲”金融知识进校园主题宣传活动，为普及金融知识贡献一份亲情和社会力量。</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9月10日，__县支行联合县人行走进老年大学，为老年大学的同学们送去一堂精彩的金融知识普及课。工作人员通过发放宣传材料、金融知识讲座、现场咨询答疑等形式，面向55岁以上老年人等重点人群普及基础金融知识和防范金融诈骗宣传教育。针对老年人易受侵害的非法金融活动，加强提示和宣传，采取以案说法的方式，通俗生动地向老年金融消费者讲解“什么是侵权行为、如何防范、如何依法维权”，现场讲解反洗钱、消费者权益保护、套路贷及非法集资风险特征等，提高老年人防骗意识和自我保护能力。</w:t>
      </w:r>
      <w:r>
        <w:rPr>
          <w:lang w:eastAsia="zh-CN"/>
        </w:rPr>
        <w:br/>
      </w:r>
      <w:r>
        <w:rPr>
          <w:lang w:eastAsia="zh-CN"/>
        </w:rPr>
        <w:t>　　9月12日，__市支行邀请小学生们到支行营业部，为小学生们送上“开学第一课-金融知识小课堂”。工作人员讲授了货币的起源和发展历史，结合红色金融史讲解了人民币的发展历史，通过观察新版人民币，小学生们学习了鉴别人民币的新技能，还学习到了如何爱护人民币。在学习了金融知识后，工作人员带领小朋友们来到营业厅体验银行业务，小学生们在爸爸妈妈的陪伴下体验了银行智能设备的使用，办理了一笔存取款业务。通过亲身体验，小学生们了解了银行业务，学习了金融知识，有助于从小树立正确的金钱观和价值观，为将来的美好生活打好基础。</w:t>
      </w:r>
      <w:r>
        <w:rPr>
          <w:lang w:eastAsia="zh-CN"/>
        </w:rPr>
        <w:br/>
      </w:r>
      <w:r>
        <w:rPr>
          <w:lang w:eastAsia="zh-CN"/>
        </w:rPr>
        <w:t>　　该行将持续开展“我是金融好家长金融知识我来讲”金融知识进校园主题活动，聚焦“一老一小”重点人群，切实提升消费者金融知识素养。</w:t>
      </w:r>
      <w:r>
        <w:rPr>
          <w:lang w:eastAsia="zh-CN"/>
        </w:rPr>
        <w:br/>
      </w:r>
      <w:r>
        <w:rPr>
          <w:lang w:eastAsia="zh-CN"/>
        </w:rPr>
        <w:t xml:space="preserve">    金融知识普及总结 篇14 </w:t>
      </w:r>
      <w:r>
        <w:rPr>
          <w:lang w:eastAsia="zh-CN"/>
        </w:rPr>
        <w:br/>
      </w:r>
      <w:r>
        <w:rPr>
          <w:lang w:eastAsia="zh-CN"/>
        </w:rPr>
        <w:t>　　负责做好活动的整体策划、安排，根据网点反馈、实际情况及时调整活动安排。</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负责活动前期的准备工作，包括对参与活动人员的培训、宣传单册、活动音响、电脑设施、活动礼品、活动宣传片及PPT的制作和明确协助人员职责分工，确保活动支撑到位。</w:t>
      </w:r>
      <w:r>
        <w:rPr>
          <w:lang w:eastAsia="zh-CN"/>
        </w:rPr>
        <w:br/>
      </w:r>
      <w:r>
        <w:rPr>
          <w:lang w:eastAsia="zh-CN"/>
        </w:rPr>
        <w:t>　　负责做好金融知识讲座活动相关安排。</w:t>
      </w:r>
      <w:r>
        <w:rPr>
          <w:lang w:eastAsia="zh-CN"/>
        </w:rPr>
        <w:br/>
      </w:r>
      <w:r>
        <w:rPr>
          <w:lang w:eastAsia="zh-CN"/>
        </w:rPr>
        <w:t>　　负责活动后期工作督促，总结评估。</w:t>
      </w:r>
      <w:r>
        <w:rPr>
          <w:lang w:eastAsia="zh-CN"/>
        </w:rPr>
        <w:br/>
      </w:r>
      <w:r>
        <w:rPr>
          <w:lang w:eastAsia="zh-CN"/>
        </w:rPr>
        <w:t>　　活动前期：负责与当场政府、村委的`衔接联系，做好活动的选址工作；组织人员对活动区域村民进行活动的宣传走访，并做好客户信息收集工作；通过村委、走访了解，筛选出一批潜力客户作重点邀请（5名以上），作好前期沟通；结合职业、知识结构、年龄层次等实际情况，将客户按传统农户、务工人员、个体户进行分类；</w:t>
      </w:r>
      <w:r>
        <w:rPr>
          <w:lang w:eastAsia="zh-CN"/>
        </w:rPr>
        <w:br/>
      </w:r>
      <w:r>
        <w:rPr>
          <w:lang w:eastAsia="zh-CN"/>
        </w:rPr>
        <w:t>　　活动期间：签到，记录职业、联系方式、获奖信息等；组织专门人员与村民进行即时沟通，重点关注潜力客户反应，记录客户意向需求</w:t>
      </w:r>
      <w:r>
        <w:rPr>
          <w:lang w:eastAsia="zh-CN"/>
        </w:rPr>
        <w:br/>
      </w:r>
      <w:r>
        <w:rPr>
          <w:lang w:eastAsia="zh-CN"/>
        </w:rPr>
        <w:t>　　活动之后：两周内，对参加活动村民进行100%上门回访，了解活动效果、反响、期望；对其它村民作进一步做宣传，了解原因、需求和期望；与潜力客户建立持久联系；对活动进行总结、反馈。</w:t>
      </w:r>
      <w:r>
        <w:rPr>
          <w:lang w:eastAsia="zh-CN"/>
        </w:rPr>
        <w:br/>
      </w:r>
      <w:r>
        <w:rPr>
          <w:lang w:eastAsia="zh-CN"/>
        </w:rPr>
        <w:t xml:space="preserve">    金融知识普及总结 篇15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为进一步做好金融消费者教育和金融知识普及工作，特别是帮助低净值人群守住自己的“钱袋子”，引导其正确运用金融知识，合理选择金融产品和服务，增强风险防范意识和责任意识。交通银行徐州分行积极响应徐州市人民银行以及上级行的号召，对宣传活动进行精心的组织和安排，同时，指定该行消保部专司活动的推动和协调、总结，保证活动落到实处，收到效果。</w:t>
      </w:r>
      <w:r>
        <w:rPr>
          <w:lang w:eastAsia="zh-CN"/>
        </w:rPr>
        <w:br/>
      </w:r>
      <w:r>
        <w:rPr>
          <w:lang w:eastAsia="zh-CN"/>
        </w:rPr>
        <w:t>　　精心组织，做好活动准备工作</w:t>
      </w:r>
      <w:r>
        <w:rPr>
          <w:lang w:eastAsia="zh-CN"/>
        </w:rPr>
        <w:br/>
      </w:r>
      <w:r>
        <w:rPr>
          <w:lang w:eastAsia="zh-CN"/>
        </w:rPr>
        <w:t>　　交通银行徐州分行高度重视人民银行开展的“金融知识普及月”活动，在接到徐州市人行下发的文件通知后，迅速行动起来，成立以该行副行长为组长、消保委成员为组员的活动领导小组，领导小组办公室设在分行消保部，制定活动方案，以红文的形式下发各相关部门、营业机构，要求各营业机构组织员工认真学习，遵照执行，印制宣传物料，联系宣传场地，做好活动准备。</w:t>
      </w:r>
      <w:r>
        <w:rPr>
          <w:lang w:eastAsia="zh-CN"/>
        </w:rPr>
        <w:br/>
      </w:r>
      <w:r>
        <w:rPr>
          <w:lang w:eastAsia="zh-CN"/>
        </w:rPr>
        <w:t>　　狠抓落实，推动活动顺利开展</w:t>
      </w:r>
      <w:r>
        <w:rPr>
          <w:lang w:eastAsia="zh-CN"/>
        </w:rPr>
        <w:br/>
      </w:r>
      <w:r>
        <w:rPr>
          <w:lang w:eastAsia="zh-CN"/>
        </w:rPr>
        <w:t>　　本次普及月宣传活动主题明确，包涵面广，对在校学生进行宣传教育，对残障人士进行宣传，对互联网金融产品进行宣传，对普惠金融进行宣传。进入九月份后，徐州分行各营业机构按照活动主题和分行制定的活动方案，根据各自网点的特点，迅速开展宣传活动。该行营业部、矿大支行积极联系院校客户，到徐州建筑学院、徐州工程学院等院校内，利用新生入校的时机，配合校方为新生开展金融知识、防范违法校园贷和珍惜个人信用等方面的宣传教育，受到院校领导和师生的'好评。其他支行也纷纷利用厅堂、门前以及走访客户的机会，向客户开展宣传活动，努力扩大宣传范围，将宣传活动落到实处。</w:t>
      </w:r>
      <w:r>
        <w:rPr>
          <w:lang w:eastAsia="zh-CN"/>
        </w:rPr>
        <w:br/>
      </w:r>
    </w:p>
    <w:p w:rsidR="001B1F19" w14:textId="27C3F48A">
      <w:pPr>
        <w:rPr>
          <w:rFonts w:hint="eastAsia"/>
          <w:lang w:eastAsia="zh-CN"/>
        </w:rPr>
      </w:pPr>
      <w:r>
        <w:rPr>
          <w:lang w:eastAsia="zh-CN"/>
        </w:rPr>
        <w:t>　　除了以上宣传模式外，该行还积极使用电子渠道进行金融知识宣传，在营业大厅海报机循环播放宣传海报、宣传口号，在微信平台推送宣传信息，各营业机构采取短信群发的形式发送宣传信息，均取得一定的宣传效果。</w:t>
      </w:r>
      <w:r>
        <w:rPr>
          <w:lang w:eastAsia="zh-CN"/>
        </w:rPr>
        <w:br/>
      </w:r>
      <w:r>
        <w:rPr>
          <w:lang w:eastAsia="zh-CN"/>
        </w:rPr>
        <w:t>　　做好总结，力促金融知识普及常态化</w:t>
      </w:r>
      <w:r>
        <w:rPr>
          <w:lang w:eastAsia="zh-CN"/>
        </w:rPr>
        <w:br/>
      </w:r>
      <w:r>
        <w:rPr>
          <w:lang w:eastAsia="zh-CN"/>
        </w:rPr>
        <w:t>　　此次宣传活动已临近结束，该行各营业机构按时上报了活动总结和照片。通过调查，此次宣传活动受到广大群众的欢迎和好评，宣传效果显著，同时，也为该行将金融知识宣传常态化提供了依据。</w:t>
      </w:r>
      <w:r>
        <w:rPr>
          <w:lang w:eastAsia="zh-CN"/>
        </w:rPr>
        <w:br/>
      </w:r>
      <w:r>
        <w:rPr>
          <w:lang w:eastAsia="zh-CN"/>
        </w:rPr>
        <w:t xml:space="preserve">    金融知识普及总结 篇16 </w:t>
      </w:r>
      <w:r>
        <w:rPr>
          <w:lang w:eastAsia="zh-CN"/>
        </w:rPr>
        <w:br/>
      </w:r>
      <w:r>
        <w:rPr>
          <w:lang w:eastAsia="zh-CN"/>
        </w:rPr>
        <w:t>　　根据农总行及省银行业协会的部署和要求，农行云南分行在6月至8月开展了为期三月的“普及金融知识万里行”宣传活动。全辖80%以上网点参与其中，累计开展各类宣传活动3779次，参与员工3425人，受众客户量累计18.4万人，累计发放宣传资料20.2万份，媒体报道量54次。</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https://d.book118.com/987062113061006050</w:t>
        </w:r>
      </w:hyperlink>
    </w:p>
    <w:p w:rsidR="001B1F19">
      <w:pPr>
        <w:rPr>
          <w:rFonts w:hint="eastAsia"/>
          <w:lang w:eastAsia="zh-CN"/>
        </w:rPr>
      </w:pPr>
    </w:p>
    <w:sectPr>
      <w:type w:val="nextPage"/>
      <w:pgSz w:w="11906" w:h="16838"/>
      <w:pgMar w:top="1440" w:right="1800" w:bottom="1440" w:left="1800" w:header="851" w:footer="992" w:gutter="0"/>
      <w:pgNumType w:start="2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987062113061006050"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30</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