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2024年小学毕业演讲稿（31篇）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2024年小学毕业演讲稿（通用31篇）</w:t>
      </w:r>
      <w:r>
        <w:rPr>
          <w:lang w:eastAsia="zh-CN"/>
        </w:rPr>
        <w:br/>
      </w:r>
      <w:r>
        <w:rPr>
          <w:lang w:eastAsia="zh-CN"/>
        </w:rPr>
        <w:t xml:space="preserve">    2024年小学毕业演讲稿 篇1 </w:t>
      </w:r>
      <w:r>
        <w:rPr>
          <w:lang w:eastAsia="zh-CN"/>
        </w:rPr>
        <w:br/>
      </w:r>
      <w:r>
        <w:rPr>
          <w:lang w:eastAsia="zh-CN"/>
        </w:rPr>
        <w:t>　　敬爱的老师，同学们：</w:t>
      </w:r>
      <w:r>
        <w:rPr>
          <w:lang w:eastAsia="zh-CN"/>
        </w:rPr>
        <w:br/>
      </w:r>
      <w:r>
        <w:rPr>
          <w:lang w:eastAsia="zh-CN"/>
        </w:rPr>
        <w:t>　　大家好!</w:t>
      </w:r>
      <w:r>
        <w:rPr>
          <w:lang w:eastAsia="zh-CN"/>
        </w:rPr>
        <w:br/>
      </w:r>
      <w:r>
        <w:rPr>
          <w:lang w:eastAsia="zh-CN"/>
        </w:rPr>
        <w:t>　　今天，是我们在这里度过的最后一个“六一”儿童节，在这里首先送上我们深深的祝福：祝老师们身体健康，祝母校永远青春，朝气蓬勃。</w:t>
      </w:r>
      <w:r>
        <w:rPr>
          <w:lang w:eastAsia="zh-CN"/>
        </w:rPr>
        <w:br/>
      </w:r>
      <w:r>
        <w:rPr>
          <w:lang w:eastAsia="zh-CN"/>
        </w:rPr>
        <w:t>　　六年的小学生活记录着我们多少酸甜苦辣。那争创先进班级的日日夜夜;那课堂上回答问题的争先恐后;那运动会上快乐而激烈的竞争;那飒爽的英姿，矫健的身影;那因失败而懊恼的神情;还有那紧张的备考、复习。这一切让人难以忘怀;这一切都倾注着老师的心血。小学，六年的小学，就像一个七彩的月光宝盒，收藏着我们燃烧的激情和纯洁的友谊，收藏着我们渴求知识和追求理想的坚强。我想，多年以后，我们再次开启它的时候，一定会更加珍视其中的点点滴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感谢你，敬爱的老师!你不仅传授我们知识，还教会我们做人的道理，你不仅是我们的老师还是我们的知心朋友。是您为我们插上理想的翅膀，失败时，是您谆谆教导，亲切的安慰;在哪里跌倒就在哪里爬起来。充满信心的鼓励，让我们重新燃起了信心和希望。我们淘气、调皮让您伤心欲绝，那是恨铁不成钢，那是一个父母对待孩子那种炽爱的心呐!今天，我们就要毕业，就要离开您，我们多么希望能再次听到您的教导，听到您的批评和鼓励!</w:t>
      </w:r>
      <w:r>
        <w:rPr>
          <w:lang w:eastAsia="zh-CN"/>
        </w:rPr>
        <w:br/>
      </w:r>
      <w:r>
        <w:rPr>
          <w:lang w:eastAsia="zh-CN"/>
        </w:rPr>
        <w:t>　　感谢你，可亲的同学!相知相爱的学友，我们共同品尝了属于我们的苦涩、伤心，品尝了属于我们的快乐和追求。六年来，我们一起欢笑，一起哭泣，互相帮助，互相鼓励。校运会上大家齐心协力，共同拼搏的情景。下雨了，我没伞，您送我回家的情景，我没笔，没本子，您默默的把笔和本子递到我手里的情景;课堂上热烈的讨论，课后互相打闹取笑的情景……这一切都历历在目。我们有缘相聚在这里，要感谢我们的母校。不久我们就告别我们的母校了，让我们互道一声：“同学，珍重!在新的学习岗位上努力学习，不要辜负老师和父母的期望。”</w:t>
      </w:r>
      <w:r>
        <w:rPr>
          <w:lang w:eastAsia="zh-CN"/>
        </w:rPr>
        <w:br/>
      </w:r>
      <w:r>
        <w:rPr>
          <w:lang w:eastAsia="zh-CN"/>
        </w:rPr>
        <w:t>　　感谢您，母校!是您给我们提供了锻炼的舞台，施展的空间，让我们不断成长，不断进步。你像一位温情的母亲，用甜美的乳汁哺育我们，使我们茁壮成长。在这里我们受到严格的教育，在这里我们养成了奋发努力，团结友爱的好风气。在你的怀抱里我们获得了知识的琼浆，智慧的力量，做人的道理……光阴似箭，日月如梭。转眼间我们就要小学毕业了，多么想驻足在这里再看一看你美丽的容貌，听一听您的欢声笑语，可是雏鹰总要离开母亲的怀抱，飞向更广阔的天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在我们度过的最后一个“六一”文艺表演会上，在即将离开母校的时刻，让我们捧出一颗感恩的心，感谢我们的母校，感谢我们敬爱的老师，可亲的同学!</w:t>
      </w:r>
      <w:r>
        <w:rPr>
          <w:lang w:eastAsia="zh-CN"/>
        </w:rPr>
        <w:br/>
      </w:r>
      <w:r>
        <w:rPr>
          <w:lang w:eastAsia="zh-CN"/>
        </w:rPr>
        <w:t>　　谢谢大家!</w:t>
      </w:r>
      <w:r>
        <w:rPr>
          <w:lang w:eastAsia="zh-CN"/>
        </w:rPr>
        <w:br/>
      </w:r>
      <w:r>
        <w:rPr>
          <w:lang w:eastAsia="zh-CN"/>
        </w:rPr>
        <w:t xml:space="preserve">    2024年小学毕业演讲稿 篇2 </w:t>
      </w:r>
      <w:r>
        <w:rPr>
          <w:lang w:eastAsia="zh-CN"/>
        </w:rPr>
        <w:br/>
      </w:r>
      <w:r>
        <w:rPr>
          <w:lang w:eastAsia="zh-CN"/>
        </w:rPr>
        <w:t>　　敬爱的老师、亲爱的同学们：</w:t>
      </w:r>
      <w:r>
        <w:rPr>
          <w:lang w:eastAsia="zh-CN"/>
        </w:rPr>
        <w:br/>
      </w:r>
      <w:r>
        <w:rPr>
          <w:lang w:eastAsia="zh-CN"/>
        </w:rPr>
        <w:t>　　你们好!</w:t>
      </w:r>
      <w:r>
        <w:rPr>
          <w:lang w:eastAsia="zh-CN"/>
        </w:rPr>
        <w:br/>
      </w:r>
      <w:r>
        <w:rPr>
          <w:lang w:eastAsia="zh-CN"/>
        </w:rPr>
        <w:t>　　光阴似箭，日月如梭。六年的小学生涯就这样过去了。这六年来，我们的进步是巨大的。我们每个人从一个无知、胆小的儿童成长为一个知识丰富、勇敢的十三岁的少年，我们的成长记录袋里放满了各类的奖状和作品。</w:t>
      </w:r>
      <w:r>
        <w:rPr>
          <w:lang w:eastAsia="zh-CN"/>
        </w:rPr>
        <w:br/>
      </w:r>
      <w:r>
        <w:rPr>
          <w:lang w:eastAsia="zh-CN"/>
        </w:rPr>
        <w:t>　　我们很舍不得老师和这个可爱的校园。老师，是您教我们怎样读书，怎样做人。你们教书育人，把人类丰富的知识交给了我们。是这个可爱的校园，记载着我们的生活，我们的故事。此时此刻，我耳边又回响着充满墨香的书声，快乐童真的歌声，尽情嬉闹的笑声;眼前浮现出引人入胜的课堂，有趣开心的郊游，你追我赶的赛场……在这里，我要向你们说声“谢谢。”</w:t>
      </w:r>
      <w:r>
        <w:rPr>
          <w:lang w:eastAsia="zh-CN"/>
        </w:rPr>
        <w:br/>
      </w:r>
      <w:r>
        <w:rPr>
          <w:lang w:eastAsia="zh-CN"/>
        </w:rPr>
        <w:t>　　不久，同学们要踏上新的学习征途，追求自己的理想;要告别多彩的童年，进入多梦的少年时代。</w:t>
      </w:r>
      <w:r>
        <w:rPr>
          <w:lang w:eastAsia="zh-CN"/>
        </w:rPr>
        <w:br/>
      </w:r>
      <w:r>
        <w:rPr>
          <w:lang w:eastAsia="zh-CN"/>
        </w:rPr>
        <w:t>　　老师，你们的教诲将永远铭刻在我们的心上;同学们，让我们的友谊天长地久。</w:t>
      </w:r>
      <w:r>
        <w:rPr>
          <w:lang w:eastAsia="zh-CN"/>
        </w:rPr>
        <w:br/>
      </w:r>
      <w:r>
        <w:rPr>
          <w:lang w:eastAsia="zh-CN"/>
        </w:rPr>
        <w:t>　　我的演讲完毕，谢谢大家!</w:t>
      </w:r>
      <w:r>
        <w:rPr>
          <w:lang w:eastAsia="zh-CN"/>
        </w:rPr>
        <w:br/>
      </w:r>
      <w:r>
        <w:rPr>
          <w:lang w:eastAsia="zh-CN"/>
        </w:rPr>
        <w:t xml:space="preserve">    2024年小学毕业演讲稿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敬爱的老师，亲爱的同学们：</w:t>
      </w:r>
      <w:r>
        <w:rPr>
          <w:lang w:eastAsia="zh-CN"/>
        </w:rPr>
        <w:br/>
      </w:r>
      <w:r>
        <w:rPr>
          <w:lang w:eastAsia="zh-CN"/>
        </w:rPr>
        <w:t>　　大家好：</w:t>
      </w:r>
      <w:r>
        <w:rPr>
          <w:lang w:eastAsia="zh-CN"/>
        </w:rPr>
        <w:br/>
      </w:r>
      <w:r>
        <w:rPr>
          <w:lang w:eastAsia="zh-CN"/>
        </w:rPr>
        <w:t>　　岁月匆匆，花开花落。小学六年的学习生活仅仅剩了55天。回首往事，六年的小学生涯历历在目，母校的一草一木，一砖一瓦，都是那样熟悉，那样亲切。</w:t>
      </w:r>
      <w:r>
        <w:rPr>
          <w:lang w:eastAsia="zh-CN"/>
        </w:rPr>
        <w:br/>
      </w:r>
      <w:r>
        <w:rPr>
          <w:lang w:eastAsia="zh-CN"/>
        </w:rPr>
        <w:t>　　忘不了，美丽的校园!你像一位温和而又淳朴的母亲，你用你那甜美的乳汁哺育着我们，使我们茁壮成长，在这里我们受到了严格的教育;在这里，我们养成了良好的学习习惯，我们在您温暖的怀抱中，吸取了足够的营养，来为以后做了一个完美的铺垫。</w:t>
      </w:r>
      <w:r>
        <w:rPr>
          <w:lang w:eastAsia="zh-CN"/>
        </w:rPr>
        <w:br/>
      </w:r>
      <w:r>
        <w:rPr>
          <w:lang w:eastAsia="zh-CN"/>
        </w:rPr>
        <w:t>　　忘不了，敬爱的老师，忘不了您那谆谆教诲，从点、横、撇、捺、到加、减、乘、除，都是您，费尽心思，把我们从不懂事时的小孩子，到懂了很多道理的大孩子时，我们发现你的头发正在一点一点变白，身体一点比一点弱，当我们看见您心脏病复发的时候，看到您胃病发作的时候，看到您挺着疼痛为我们上课的时候，我们的心如刀绞，大明湖您对那些不听话的学生发火的时候，我们知道，那是你对他们好&amp;&amp;总之，老师做的这一切都是为了什么，不都是为了让我们考上一所好的中学，都想让我们长大成才吗?让我们向敬爱的老师表示最崇高的敬意和最衷心的感谢吧!</w:t>
      </w:r>
      <w:r>
        <w:rPr>
          <w:lang w:eastAsia="zh-CN"/>
        </w:rPr>
        <w:br/>
      </w:r>
      <w:r>
        <w:rPr>
          <w:lang w:eastAsia="zh-CN"/>
        </w:rPr>
        <w:t>　　忘不了，亲爱的同学们!忘不了我们朝夕相处的那些美好时光，忘不了我们结下的深情厚意。六年了，转眼就快要到了分手的那一刹那了，心中怎能平静下来呢?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对母校的回忆是美好的，对母校的激情是无限的，让我们好好珍惜在小学的时光吧，我相信，20__年后，我们一定会相聚。</w:t>
      </w:r>
      <w:r>
        <w:rPr>
          <w:lang w:eastAsia="zh-CN"/>
        </w:rPr>
        <w:br/>
      </w:r>
      <w:r>
        <w:rPr>
          <w:lang w:eastAsia="zh-CN"/>
        </w:rPr>
        <w:t xml:space="preserve">    2024年小学毕业演讲稿 篇4 </w:t>
      </w:r>
      <w:r>
        <w:rPr>
          <w:lang w:eastAsia="zh-CN"/>
        </w:rPr>
        <w:br/>
      </w:r>
      <w:r>
        <w:rPr>
          <w:lang w:eastAsia="zh-CN"/>
        </w:rPr>
        <w:t>　　全体毕业生，各位校领导、叔叔阿姨：</w:t>
      </w:r>
      <w:r>
        <w:rPr>
          <w:lang w:eastAsia="zh-CN"/>
        </w:rPr>
        <w:br/>
      </w:r>
      <w:r>
        <w:rPr>
          <w:lang w:eastAsia="zh-CN"/>
        </w:rPr>
        <w:t>　　大家早上好!</w:t>
      </w:r>
      <w:r>
        <w:rPr>
          <w:lang w:eastAsia="zh-CN"/>
        </w:rPr>
        <w:br/>
      </w:r>
      <w:r>
        <w:rPr>
          <w:lang w:eastAsia="zh-CN"/>
        </w:rPr>
        <w:t>　　从我们背起书包开心的踏进校门时，我们就是家里的好孩子，校里的好学生!回忆起这六年，能让我们在知识的海洋尽情的遨游，最功不可没的还是老师们。</w:t>
      </w:r>
      <w:r>
        <w:rPr>
          <w:lang w:eastAsia="zh-CN"/>
        </w:rPr>
        <w:br/>
      </w:r>
      <w:r>
        <w:rPr>
          <w:lang w:eastAsia="zh-CN"/>
        </w:rPr>
        <w:t>　　老师，您像甘甜的雨露滋润着我们，您像大地上的一朵鲜花为我们增添光彩，您是我们走向成功路上的里程碑。今天我，终于站在这年轻的战场，请你给我一束爱的光芒!老师，您辛苦了!</w:t>
      </w:r>
      <w:r>
        <w:rPr>
          <w:lang w:eastAsia="zh-CN"/>
        </w:rPr>
        <w:br/>
      </w:r>
      <w:r>
        <w:rPr>
          <w:lang w:eastAsia="zh-CN"/>
        </w:rPr>
        <w:t>　　同学，谢谢你陪伴了我六个春秋，如果不是你们在我低落时安慰我，如果不是你们在我受挫时鼓励我，我怎么能在小学可以取到这么好的成就!今天我，将要走向这胜利的远方，我要把这世界全部点亮!</w:t>
      </w:r>
      <w:r>
        <w:rPr>
          <w:lang w:eastAsia="zh-CN"/>
        </w:rPr>
        <w:br/>
      </w:r>
      <w:r>
        <w:rPr>
          <w:lang w:eastAsia="zh-CN"/>
        </w:rPr>
        <w:t>　　爸爸妈妈。是你们给了我机会，让我懂得什么叫亲情、友情，更让我懂得什么叫感恩父母!我们已经站在这年轻的战场，奔往胜利的远方!谢谢你们养育我们十几年，以前的我们是多么天真任性，现在的我们已经长大了，是个懂事的大孩子了!我们一定不会再让你们操心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在中学的路上，我们会遇到更多的不顺利，但是我们要勇于去面对，不要忘了我，朋友!今天我，终于站在这年轻的战场，请你为我，骄傲鼓掌!让我们为小学画上一个完美的句号，为中学点上一个漂亮的开场!</w:t>
      </w:r>
      <w:r>
        <w:rPr>
          <w:lang w:eastAsia="zh-CN"/>
        </w:rPr>
        <w:br/>
      </w:r>
      <w:r>
        <w:rPr>
          <w:lang w:eastAsia="zh-CN"/>
        </w:rPr>
        <w:t>　　谢谢大家!</w:t>
      </w:r>
      <w:r>
        <w:rPr>
          <w:lang w:eastAsia="zh-CN"/>
        </w:rPr>
        <w:br/>
      </w:r>
      <w:r>
        <w:rPr>
          <w:lang w:eastAsia="zh-CN"/>
        </w:rPr>
        <w:t xml:space="preserve">    2024年小学毕业演讲稿 篇5 </w:t>
      </w:r>
      <w:r>
        <w:rPr>
          <w:lang w:eastAsia="zh-CN"/>
        </w:rPr>
        <w:br/>
      </w:r>
      <w:r>
        <w:rPr>
          <w:lang w:eastAsia="zh-CN"/>
        </w:rPr>
        <w:t>　　至我最爱的六年四班的同学们：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青春是一曲流年，我的世界只剩下昨天，弹指一挥间，六个春夏秋冬都已经从我的身边溜走，感谢这六年来陪伴在我身边的你们，是你们在我落泪的时候陪伴在我身边的，虽然我们经常会出现一些小分歧，有时候甚至好几天，好几个月都不说一句话，现在的我们已经从幼稚走向成熟，我们学会了不拘小节，离别，总是有一些悲伤和凄美，不过不洗伤心，因为离别是为了下一次重逢，我们会在地球的每一个角落遇见你们，也许不会，但我坚信，我们一定还会有重逢的机会，就像陈哲凯同学说的，六年四班永远不会散！我们待在学校的日子屈指可数，我们不是应该好好珍惜吗？我们刚刚入学的时候，老师牵着我们稚嫩的双手，走进这个陌生的建筑，陌生的学校，陌生的教室，身边一切的一切都是那么陌生，老师在讲台上做着自我介绍，我们在下面认真的听着……往事历历在目，徐老师，你当了我们六年的老师了，您是美的耕耘者，美的耕种者，是您用美的阳光普照，用美的雨露滋润，我们的心田才绿草如茵，繁花似锦，70多亿人的地球，茫茫人海中的遇见是多么渺茫，我们偏偏被分在六年四班，我们为什么要和这些从未谋面的人相遇呢？对，这就是缘分，我们被分到一个班，是缘分，我们相识，是缘分，我们认识我们的老师，是缘分……毕业了，多么想留住那些温暖的日子，多么想像以前那样，说那些不好听的话，现在想想，以后，可能就听不到这样的话了吧，在对我们发一次脾气吧，在和我们一起嬉戏吧，在和我们上最后一节语文课吧！我希望，毕业后的最后一节语文课，老师让默写的不是古诗文，而是全班同学的名字。毕业那天，我们要微笑着滚蛋！伤心了，就抬头看看天空，因为他会包含你所有的悲伤。</w:t>
      </w:r>
      <w:r>
        <w:rPr>
          <w:lang w:eastAsia="zh-CN"/>
        </w:rPr>
        <w:br/>
      </w:r>
      <w:r>
        <w:rPr>
          <w:lang w:eastAsia="zh-CN"/>
        </w:rPr>
        <w:t xml:space="preserve">    2024年小学毕业演讲稿 篇6 </w:t>
      </w:r>
      <w:r>
        <w:rPr>
          <w:lang w:eastAsia="zh-CN"/>
        </w:rPr>
        <w:br/>
      </w:r>
      <w:r>
        <w:rPr>
          <w:lang w:eastAsia="zh-CN"/>
        </w:rPr>
        <w:t>　　尊敬的校领导、敬爱的老师、亲爱的同学们：</w:t>
      </w:r>
      <w:r>
        <w:rPr>
          <w:lang w:eastAsia="zh-CN"/>
        </w:rPr>
        <w:br/>
      </w:r>
      <w:r>
        <w:rPr>
          <w:lang w:eastAsia="zh-CN"/>
        </w:rPr>
        <w:t>　　你们好！</w:t>
      </w:r>
      <w:r>
        <w:rPr>
          <w:lang w:eastAsia="zh-CN"/>
        </w:rPr>
        <w:br/>
      </w:r>
      <w:r>
        <w:rPr>
          <w:lang w:eastAsia="zh-CN"/>
        </w:rPr>
        <w:t>　　又是一个金色的六月，伴着和煦的暖风，满载着六年的收获，今天在这里我们就要告别辛勤培育我们的老师，即将离开生活学习了六年的校园，结束小学的学习生活，踏上中学那新的学习征程。看着我们胸前的红领巾，看着毕业照片上同学们幸福的笑脸，我们和我们的家长都深深地感谢慈光小学——这所哺育我们成长的摇篮；深深地感谢老师——各位辛勤的园丁，是你们用知识的甘露浇灌了我们这些幼苗的心田。</w:t>
      </w:r>
      <w:r>
        <w:rPr>
          <w:lang w:eastAsia="zh-CN"/>
        </w:rPr>
        <w:br/>
      </w:r>
      <w:r>
        <w:rPr>
          <w:lang w:eastAsia="zh-CN"/>
        </w:rPr>
        <w:t>　　六年的岁月，既漫长又短暂；六年与老师朝夕相处的学习生活，一幕幕犹如在眼前。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最难忘，黑板前，老师那洪亮的讲课声和那熟悉的动作表情；最难忘，放学后的教室里，老师为同学们补课，那永不疲倦的目光和身影；最难忘，班会上师生们自娱自乐，欢歌笑语回荡在教室的上空。教师是辛勤的园丁，既教书又育人。六年来，老师不仅教会了我们书本上的知识，更重要的是，老师用自己对教育事业的忠诚和那种执着的敬业精神，教会了我们如何去做人。</w:t>
      </w:r>
      <w:r>
        <w:rPr>
          <w:lang w:eastAsia="zh-CN"/>
        </w:rPr>
        <w:br/>
      </w:r>
      <w:r>
        <w:rPr>
          <w:lang w:eastAsia="zh-CN"/>
        </w:rPr>
        <w:t>　　今天的毕业典礼后，我们就要告别母校。</w:t>
      </w:r>
      <w:r>
        <w:rPr>
          <w:lang w:eastAsia="zh-CN"/>
        </w:rPr>
        <w:br/>
      </w:r>
      <w:r>
        <w:rPr>
          <w:lang w:eastAsia="zh-CN"/>
        </w:rPr>
        <w:t>　　今后，无论我们走到哪里，无论我们在干什么，都不会忘记母校、老师多年来对我们的培养和教育，我们一定不会辜负母校的期望，努力学习，掌握更多的知识和本领，将来走上工作岗位，成为一名对国家，对人民有用的人才。</w:t>
      </w:r>
      <w:r>
        <w:rPr>
          <w:lang w:eastAsia="zh-CN"/>
        </w:rPr>
        <w:br/>
      </w:r>
      <w:r>
        <w:rPr>
          <w:lang w:eastAsia="zh-CN"/>
        </w:rPr>
        <w:t>　　最后祝慈光学校越办越好，祝老师们工作顺利，身体健康，祝同学们学习步步高，快乐生活每一天。</w:t>
      </w:r>
      <w:r>
        <w:rPr>
          <w:lang w:eastAsia="zh-CN"/>
        </w:rPr>
        <w:br/>
      </w:r>
      <w:r>
        <w:rPr>
          <w:lang w:eastAsia="zh-CN"/>
        </w:rPr>
        <w:t xml:space="preserve">    2024年小学毕业演讲稿 篇7 </w:t>
      </w:r>
      <w:r>
        <w:rPr>
          <w:lang w:eastAsia="zh-CN"/>
        </w:rPr>
        <w:br/>
      </w:r>
      <w:r>
        <w:rPr>
          <w:lang w:eastAsia="zh-CN"/>
        </w:rPr>
        <w:t>　　各位老师，各位同学：</w:t>
      </w:r>
      <w:r>
        <w:rPr>
          <w:lang w:eastAsia="zh-CN"/>
        </w:rPr>
        <w:br/>
      </w:r>
      <w:r>
        <w:rPr>
          <w:lang w:eastAsia="zh-CN"/>
        </w:rPr>
        <w:t>　　大家好!我演讲的题目是《小学生活，我们共同走过》。</w:t>
      </w:r>
      <w:r>
        <w:rPr>
          <w:lang w:eastAsia="zh-CN"/>
        </w:rPr>
        <w:br/>
      </w:r>
      <w:r>
        <w:rPr>
          <w:lang w:eastAsia="zh-CN"/>
        </w:rPr>
        <w:t>　　今天，我在这里，向我们的母校道别，向母校的老师们道别，向朝夕相处的同窗们道别，也向这段不能忘怀的岁月道别!</w:t>
      </w:r>
      <w:r>
        <w:rPr>
          <w:lang w:eastAsia="zh-CN"/>
        </w:rPr>
        <w:br/>
      </w:r>
      <w:r>
        <w:rPr>
          <w:lang w:eastAsia="zh-CN"/>
        </w:rPr>
        <w:t>　　这六年的路，我们走的辛苦而快乐，六年的生活，我们过的充实而美丽，我们流过眼泪，却伴着欢笑，我们踏着荆棘，却嗅得万里花香。六年的岁月，几千个日日夜夜，听起来似乎是那么的漫长，而当我们今天面对离别，又觉得它是那么的短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老师曾经说的一句话：宝剑锋自磨砺出，梅花香自苦寒来。我们今天的成果都是老师一手培育出来的，几千个日日夜夜，老师不断的为我们操劳，用辛勤的汗水、无私的奉献、无数夜的伏案耕耘，给了我们一个清醒的头脑和一双洞察的眼睛。马上，我们就要毕业了，让我们对所有教过我们的老师道一声：老师，您辛苦了!</w:t>
      </w:r>
      <w:r>
        <w:rPr>
          <w:lang w:eastAsia="zh-CN"/>
        </w:rPr>
        <w:br/>
      </w:r>
      <w:r>
        <w:rPr>
          <w:lang w:eastAsia="zh-CN"/>
        </w:rPr>
        <w:t>　　老师的关怀，同学的友谊，六年里所有的酸甜苦辣都凝聚成今日的成果，我们的小学生活也即将画上一个圆满的句号。同学们，让我们在毕业之前牢记老师对我们所有学生的殷切期望，现在的我们，站在时间的交汇点上，回望过去，远眺未来，毕业是各奔东西甚至天各一方的分别，毕业是执手相握心心相印的经典时刻，毕业是一切都并非结束的郑重开始，毕业是一切都没有飘散的深沉时刻。</w:t>
      </w:r>
      <w:r>
        <w:rPr>
          <w:lang w:eastAsia="zh-CN"/>
        </w:rPr>
        <w:br/>
      </w:r>
      <w:r>
        <w:rPr>
          <w:lang w:eastAsia="zh-CN"/>
        </w:rPr>
        <w:t>　　同学们，请在我们互相挥手告别的时候带上其他同学最美好的祝福，在这个临别之际，让我们立下誓言：今天，我们以母校为荣;明天，母校将会以我们&amp;&amp;祖国的栋梁，为荣!同学们，请别忘记了，小学生活，我们共同走过!</w:t>
      </w:r>
      <w:r>
        <w:rPr>
          <w:lang w:eastAsia="zh-CN"/>
        </w:rPr>
        <w:br/>
      </w:r>
      <w:r>
        <w:rPr>
          <w:lang w:eastAsia="zh-CN"/>
        </w:rPr>
        <w:t>　　我的演讲到此结束，谢谢大家。</w:t>
      </w:r>
      <w:r>
        <w:rPr>
          <w:lang w:eastAsia="zh-CN"/>
        </w:rPr>
        <w:br/>
      </w:r>
      <w:r>
        <w:rPr>
          <w:lang w:eastAsia="zh-CN"/>
        </w:rPr>
        <w:t xml:space="preserve">    2024年小学毕业演讲稿 篇8 </w:t>
      </w:r>
      <w:r>
        <w:rPr>
          <w:lang w:eastAsia="zh-CN"/>
        </w:rPr>
        <w:br/>
      </w:r>
      <w:r>
        <w:rPr>
          <w:lang w:eastAsia="zh-CN"/>
        </w:rPr>
        <w:t>　　尊敬的老师、亲爱的同学们：</w:t>
      </w:r>
      <w:r>
        <w:rPr>
          <w:lang w:eastAsia="zh-CN"/>
        </w:rPr>
        <w:br/>
      </w:r>
      <w:r>
        <w:rPr>
          <w:lang w:eastAsia="zh-CN"/>
        </w:rPr>
        <w:t>　　下午好!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转眼间小学六年的生涯过去了,我们都要踏入中学的大门进入一个新的环境。同学们一起团聚,享受着师生之间的深情.回忆我们小学生活里的酸甜苦辣,回忆我们曾经一起在各项比赛中团结获胜的喜悦心情,我们曾经在一起欢乐,一起学习,一起戏耍.这一切使我们的心牢牢的系在一起,即便明日的我们各奔西东,很难再相聚集,但我坚信我们的心永远在一起,因为我们曾经是小学的同学,是儿时的伙伴,当我们遇到困难的时候,我们一定要互相想起,互相帮助,因为我们是潼川小学的同学."兢兢业业育桃李</w:t>
      </w:r>
      <w:r>
        <w:rPr>
          <w:lang w:eastAsia="zh-CN"/>
        </w:rPr>
        <w:t xml:space="preserve"> 勤勤恳恳作园丁'亲爱的老师我们马上就要和您分开了,你知道我们此时此刻的心情吗?我们多想在小学多待几年,可我们还有很多路要走.再见了亲爱的老师。您的学生即将离开您，离开我们亲爱的小学，开始我们全新的中学生活，进入一个全新的学习阶段。</w:t>
      </w:r>
      <w:r>
        <w:rPr>
          <w:lang w:eastAsia="zh-CN"/>
        </w:rPr>
        <w:br/>
      </w:r>
      <w:r>
        <w:rPr>
          <w:lang w:eastAsia="zh-CN"/>
        </w:rPr>
        <w:t>　　小学六年的时光过得总是那么快，是三小让我们过得既快活又有意义。在此同时，我们还必须感谢辛勤的园丁----各位无私奉献的老师们，每天都在为我们而操劳，让我们每一位同学都向老师们表示感谢和敬意!</w:t>
      </w:r>
      <w:r>
        <w:rPr>
          <w:lang w:eastAsia="zh-CN"/>
        </w:rPr>
        <w:br/>
      </w:r>
      <w:r>
        <w:rPr>
          <w:lang w:eastAsia="zh-CN"/>
        </w:rPr>
        <w:t>　　即将离开我待了六年养我,育我的小学!!心头点点滴滴都是感谢!!回忆一切快乐与泪水的时光.我感慨万千，尤其是书!书啊书，是你给了丰富的知识，是你给了我合格的文凭，是你改变我的命运和前途，也是你让我走上了人生新的一级台阶。让我知道在知识的海洋中吸取知识的同时,让我更加懂得:知识是无穷无尽的!记得每一次获奖都感慨万千~~~感谢老师,感谢精心培育我的小学!!我觉得书是我最好的老师和朋友，它充实着我的生活，拓宽着我的视野，丰富着我的知识，提高着我的才华。困难时，它给我以提醒和帮助;顺利时，它给我加油和鼓掌，是它伴随着我一步步走向成功。</w:t>
      </w:r>
      <w:r>
        <w:rPr>
          <w:lang w:eastAsia="zh-CN"/>
        </w:rPr>
        <w:br/>
      </w:r>
      <w:r>
        <w:rPr>
          <w:lang w:eastAsia="zh-CN"/>
        </w:rPr>
        <w:t>　　上了初中我们更要努力: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经历了一次次测试的紧张和忙碌，我想我此刻的心情纵然喜悦，也掩不住回忆与留恋。这六年的路，我们走的辛苦而快乐，六年的生活，我们过的充实而美丽，我们流过眼泪，却伴着欢笑，我们踏着荆棘，却嗅得万里花香。六年的岁月，2190个日日夜夜，听起来似乎是那么的漫长，而当我们面对离别，又觉得它是那么的短暂。</w:t>
      </w:r>
      <w:r>
        <w:rPr>
          <w:lang w:eastAsia="zh-CN"/>
        </w:rPr>
        <w:br/>
      </w:r>
      <w:r>
        <w:rPr>
          <w:lang w:eastAsia="zh-CN"/>
        </w:rPr>
        <w:t>　　六年的时光，弹指一挥间，但很多记忆将成为我们生命中最为珍重的收藏：葳蕤的梧桐树，宽阔的操场，如画的长廊，明亮的教室...... 我们一定还记得刚入校时你我所立的雄心壮志，一定还记得在教室、图书馆和实验室中你我孜孜不倦学习、研究的身影，一定还记得老师的谆谆教诲和习题获得突破时你我那种发自内心的喜悦，一定还记得在运动场上你我生龙活虎的锻炼场景..... 太多太多的情景值得我们去回忆。三小六年，我们更进一步学会了分析与思考，学会了丰富与凝练，学会了合作与竞争，学会了继承与创新，也进一步学会了如何不断超越、突破自己的极限而成长。如今我们就快要毕业了，所有这些温暖的记忆都将铭刻在我们内心深处，那是我们生命中最难忘的日子。</w:t>
      </w:r>
      <w:r>
        <w:rPr>
          <w:lang w:eastAsia="zh-CN"/>
        </w:rPr>
        <w:br/>
      </w:r>
      <w:r>
        <w:rPr>
          <w:lang w:eastAsia="zh-CN"/>
        </w:rPr>
        <w:t>　　喜欢好友常说的一句话：“我们都是只有一只翅膀的天使，只有互相拥抱才能飞翔。” 六年的同窗友谊，让我们学会了彼此相信并依赖。六年的生活，我们都有过低谷，但我们相互扶持、鼓励，朋友温馨的笑容、班级温暖的气氛，让我们都走了过来，让我们学会去爱、去坚持、去相信“阳光总在风雨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喜欢老师常说的一句话：“宝剑锋自磨砺出，梅花香自苦寒来”。六年级，被淹没在题海中的我们却突然清醒地发现，我们对毕业的印象，不再是堆叠如山的试卷、做不完的习题，而是对学习，这个令我们心动、也抚育我们成长的知识殿堂的感激和热爱，是双眼触及“三小”这个熟悉名字时的强烈感应。回望四年来学习中的每个镜头，我们都经历了一个日积月累的过程</w:t>
      </w:r>
      <w:r>
        <w:rPr>
          <w:lang w:eastAsia="zh-CN"/>
        </w:rPr>
        <w:br/>
      </w:r>
      <w:r>
        <w:rPr>
          <w:lang w:eastAsia="zh-CN"/>
        </w:rPr>
        <w:t>　　，是知识的，也是情感的。老师们在课堂上或滔滔不绝，或循循善诱，或旁征博引的风格，为我们展现了知识的无限魅力。在这里，我们看到了世界的过去、现在和未来，看到了祖国的生命和血脉，更看到了无数的机遇和挑战。老师，您用您辛勤的汗水、无私的奉献、无数夜的伏案耕耘，给了我们一个清醒的头脑、一双洞察的'眼睛和一颗热忱的心灵，把“自信自强”的校训融进了我们的血脉、我们的生命。再华丽的辞藻也无法表达我们对您——既是老师、有是朋友、更是亲人的尊敬和爱戴。学生即将远行，请允许我们深情地道一声：“老师，您辛苦了!”</w:t>
      </w:r>
      <w:r>
        <w:rPr>
          <w:lang w:eastAsia="zh-CN"/>
        </w:rPr>
        <w:br/>
      </w:r>
      <w:r>
        <w:rPr>
          <w:lang w:eastAsia="zh-CN"/>
        </w:rPr>
        <w:t>　　是的，老师的关怀，同学的友谊，六年里所有的酸甜苦辣都凝聚成今日的成果，我们的小学生活也即将画上一个圆满的句号，这句号也将是我们迈向更高层次追求的号角。我们的小学，我们的祖国，我们的时代，都是指引我们脚步和方向的恢弘力量。同学们，让我们牢记小学领导、老师们对我们所有毕业生的殷切期望;让我们牢记小学“自信自强”的校训;让我们牢记小学的办学目标，带着在这个美丽的校园里耕耘六年的收获奔赴八方，在未来的学习生活中书写新的华彩篇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现在的我们，站在时间的交汇点上，回望过去，远眺未来，原来，毕业是伤情而张扬的告别，让今宵的月色格外亲切，让明朝的阳光别样热烈。毕业是一种去意回徨的境界，是行色匆匆的回眸一瞥，所有缤纷灿烂的往昔时光，都被点击成生动传神的细节，曾经有过的光荣梦想，曾经有过的深沉激越，正召唤着我们重新聆听爱的声音。毕业是一首久唱不衰的老歌，是散场之后的余音绕耳，所有甜美或者苦涩的故事，定格为热泪盈眶的欣悦，依然真诚直率的目光</w:t>
      </w:r>
      <w:r>
        <w:rPr>
          <w:lang w:eastAsia="zh-CN"/>
        </w:rPr>
        <w:t xml:space="preserve"> ，依然奔流激荡的热血，正牵引着我们再一次传唱，传唱那飘逝的日月春秋。毕业是各奔东西甚至天各一方的分别，毕业是执手相握心心相印的经典时刻，低眉处无奈流年似水，扬帆行有志风华如火，毕业是一切都并非结束的郑重开始，毕业是一切都没有飘散的深沉铭刻。</w:t>
      </w:r>
      <w:r>
        <w:rPr>
          <w:lang w:eastAsia="zh-CN"/>
        </w:rPr>
        <w:br/>
      </w:r>
      <w:r>
        <w:rPr>
          <w:lang w:eastAsia="zh-CN"/>
        </w:rPr>
        <w:t>　　“乘风破浪会有时，直挂云帆济沧海。”让时间作证，承载着三小领导、老师们的殷切期望和深情嘱托，我们一定会做拥有智慧并富有激情的人，做胸怀大志并脚踏实地的人，做德才兼备并勇于创新的人，做富有责任并敢挑重担的人!</w:t>
      </w:r>
      <w:r>
        <w:rPr>
          <w:lang w:eastAsia="zh-CN"/>
        </w:rPr>
        <w:br/>
      </w:r>
      <w:r>
        <w:rPr>
          <w:lang w:eastAsia="zh-CN"/>
        </w:rPr>
        <w:t>　　同学们，临别之际，让我们立下誓言：今天，我们以作为三小的毕业生为荣;明天，三小将会以我们——祖国的栋梁，为荣!</w:t>
      </w:r>
      <w:r>
        <w:rPr>
          <w:lang w:eastAsia="zh-CN"/>
        </w:rPr>
        <w:br/>
      </w:r>
      <w:r>
        <w:rPr>
          <w:lang w:eastAsia="zh-CN"/>
        </w:rPr>
        <w:t xml:space="preserve">    2024年小学毕业演讲稿 篇9 </w:t>
      </w:r>
      <w:r>
        <w:rPr>
          <w:lang w:eastAsia="zh-CN"/>
        </w:rPr>
        <w:br/>
      </w:r>
      <w:r>
        <w:rPr>
          <w:lang w:eastAsia="zh-CN"/>
        </w:rPr>
        <w:t>　　可以说今天是一个令人难忘的日子，也是一个令人百感焦急的日子.今天在座的同学们经过自己6年的努力圆满的完成了小学任务，即将告别如梦般的金色童年，并从这里开始起步，跨入旅途中一段新的路程.在此，我向你们表示衷心的祝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座的很多同学都是在这里度过了六年愉快的小学生活，即使是中途转学来的，我相信也跟这所学校建立了深厚的感情。校园的一草一木将深深印在同学们的脑海中，师生的音容笑貌也将成为同学们永远抹不去的记忆。</w:t>
      </w:r>
      <w:r>
        <w:rPr>
          <w:lang w:eastAsia="zh-CN"/>
        </w:rPr>
        <w:br/>
      </w:r>
      <w:r>
        <w:rPr>
          <w:lang w:eastAsia="zh-CN"/>
        </w:rPr>
        <w:t>　　短短的六年，你们告别了天真，走向了沉稳；脱去了童年的稚气，获得了自信；抛弃了依赖，学会了选择，懂得了自尊、自立、自强。生活往事，历历在目，令人回味？？老师与你们已建成良好师生关系、朋友关系！但今天，你们将要告别学校，要到一所新的学校、一个新的环境、一个陌生的人群中去，老师真诚希望大家在新的学校里开拓自己新的局面，用一颗永不言败的自信心谱写自己精彩的学习人生，用你们的聪明才智编织你们的美好未来！去实现你们的远大理想！构建你们的宏伟目标！</w:t>
      </w:r>
      <w:r>
        <w:rPr>
          <w:lang w:eastAsia="zh-CN"/>
        </w:rPr>
        <w:br/>
      </w:r>
      <w:r>
        <w:rPr>
          <w:lang w:eastAsia="zh-CN"/>
        </w:rPr>
        <w:t>　　可以说在这间小小的教室里，洒下了同学们多少欢笑，又铭刻了同学们多少豪迈的誓言。蓦然回首，那已经过去的一切就好像发生在昨天，每一位老师都不会忘记：你们经过自己的课余学习在舞台上展示艺术才华的身影；忘不了你们用自己的勤奋来回报给老师们的累累硕果：更忘不了的是你们取得成绩后不骄傲、继续进取的行动！几年来在这片土地上，在学校领导的百般关爱和老师们的精心培育下，你们已经成长为一名朝气蓬勃的少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这里不仅是你们成长的摇篮，同时也是我们老师播种希望、辛勤耕耘的园地，更是我们施展自己教育教学才华的大舞台。一切的一切，多么令人难忘；此情此景，多么令人回味无穷。记住学校吧！因为你们在这里放飞了理想，播种了希望。记住每一位老师吧！因为他们将永远是你们的朋友，他们永远拥有关注你们成长成材的热切的目光！未来的生活中，将充满坎坷和许多挑战，人的一生就是在爬山。</w:t>
      </w:r>
      <w:r>
        <w:rPr>
          <w:lang w:eastAsia="zh-CN"/>
        </w:rPr>
        <w:br/>
      </w:r>
      <w:r>
        <w:rPr>
          <w:lang w:eastAsia="zh-CN"/>
        </w:rPr>
        <w:t>　　这山路是漫长的，是崎岖的，当然，这一路上也随处可见美丽的风景，但最迷人的风光在最顶峰！所以要一直向前走，不要让藤蔓缠绕住你追求的脚步，也不要让沿途的景色迷惑了双眼，要用智慧用毅力用勇气，来征服一路艰险，攀上峰顶去领略那神奇秀丽的风老师爱你们！无论岁月如何变幻，你们将永远铭刻在老师的心间。请同学们把握好每一天！希望你们常回家看看，老师欢迎你们，学校欢迎你们！</w:t>
      </w:r>
      <w:r>
        <w:rPr>
          <w:lang w:eastAsia="zh-CN"/>
        </w:rPr>
        <w:br/>
      </w:r>
      <w:r>
        <w:rPr>
          <w:lang w:eastAsia="zh-CN"/>
        </w:rPr>
        <w:t>　　最后，祝福你们“前程似锦”，为学校添彩增光！同时祝福你们永远快乐！学习进步！</w:t>
      </w:r>
      <w:r>
        <w:rPr>
          <w:lang w:eastAsia="zh-CN"/>
        </w:rPr>
        <w:br/>
      </w:r>
      <w:r>
        <w:rPr>
          <w:lang w:eastAsia="zh-CN"/>
        </w:rPr>
        <w:t>　　“顶天立地做人，脚踏实地做事”。</w:t>
      </w:r>
      <w:r>
        <w:rPr>
          <w:lang w:eastAsia="zh-CN"/>
        </w:rPr>
        <w:br/>
      </w:r>
      <w:r>
        <w:rPr>
          <w:lang w:eastAsia="zh-CN"/>
        </w:rPr>
        <w:t>　　谢谢大家！</w:t>
      </w:r>
      <w:r>
        <w:rPr>
          <w:lang w:eastAsia="zh-CN"/>
        </w:rPr>
        <w:br/>
      </w:r>
      <w:r>
        <w:rPr>
          <w:lang w:eastAsia="zh-CN"/>
        </w:rPr>
        <w:t xml:space="preserve">    2024年小学毕业演讲稿 篇10 </w:t>
      </w:r>
      <w:r>
        <w:rPr>
          <w:lang w:eastAsia="zh-CN"/>
        </w:rPr>
        <w:br/>
      </w:r>
      <w:r>
        <w:rPr>
          <w:lang w:eastAsia="zh-CN"/>
        </w:rPr>
        <w:t>　　尊敬的老师、亲爱的同学们：</w:t>
      </w:r>
      <w:r>
        <w:rPr>
          <w:lang w:eastAsia="zh-CN"/>
        </w:rPr>
        <w:br/>
      </w:r>
      <w:r>
        <w:rPr>
          <w:lang w:eastAsia="zh-CN"/>
        </w:rPr>
        <w:t>　　大家上午好！</w:t>
      </w:r>
      <w:r>
        <w:rPr>
          <w:lang w:eastAsia="zh-CN"/>
        </w:rPr>
        <w:br/>
      </w:r>
      <w:r>
        <w:rPr>
          <w:lang w:eastAsia="zh-CN"/>
        </w:rPr>
        <w:t>　　时光如白驹过隙，转眼间我们登上了学校的顶楼，进入了六年级的班。可如今我们要走出母校，进入陌生的初中，回顾往事，发现匆匆的那些年我们是这样度过的。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匆匆那年，我们才上小学。当初，还只会算“5+5”的我们就踏入母校，面对一张张陌生的面孔，羞涩、惧怕便包住了我们，可老师的引导让我们变的外向。还记得那幼稚的“老鹰捉小鸡”，还曾是我们最喜欢的游戏。有时因胜利而快乐，开怀大笑，有时因失败而气恼，皱眉跺脚。不知不觉中，我们上完了一二年级，迈上了几个阶梯，翻开了新的一页，达到了懵懂的中年级。</w:t>
      </w:r>
      <w:r>
        <w:rPr>
          <w:lang w:eastAsia="zh-CN"/>
        </w:rPr>
        <w:br/>
      </w:r>
      <w:r>
        <w:rPr>
          <w:lang w:eastAsia="zh-CN"/>
        </w:rPr>
        <w:t>　　匆匆那些年，我们带着“111_123”知识的我们上了中年级，却不知又多了一门课——英语。心情便从高原直降深谷，原因也不用说。那一个个强硬的单词，死板的句子，都曾是我们的公敌，我们便“同仇敌忾”，一齐奋斗，要打败这头“拦路虎”。功夫不负有心人啊！最终，我们果真战胜了它。原来在考试上抓掉了一大把头发的我们，已自信满满地填完答卷。还有考好后的欣喜，也不言而喻。在这快乐之余，我们不得不再在年龄上加上2岁了，校门外的大树不得再在树干间加上2个年轮。</w:t>
      </w:r>
      <w:r>
        <w:rPr>
          <w:lang w:eastAsia="zh-CN"/>
        </w:rPr>
        <w:br/>
      </w:r>
      <w:r>
        <w:rPr>
          <w:lang w:eastAsia="zh-CN"/>
        </w:rPr>
        <w:t>　　匆匆那些年，我们背着“鸡兔同笼”的困扰爬山了顶层。高年级的压力开始让我们喘不过气来，但渐渐地我们也适应了。这是适应的一年。另一年，我们开始努力拼搏，只为在小学终拿到好成绩。时间此时不可用“消磨”来表达，甚至“飞逝”也形容不了它的快了——我们要分别了，因为要上初中了。而那时光，成绩已不在重要了，只剩下那最后几点的情谊成了首要，我们互相给同学录，每个同学抽屉里都是各种各样的同学录……</w:t>
      </w:r>
      <w:r>
        <w:rPr>
          <w:lang w:eastAsia="zh-CN"/>
        </w:rPr>
        <w:br/>
      </w:r>
      <w:r>
        <w:rPr>
          <w:lang w:eastAsia="zh-CN"/>
        </w:rPr>
        <w:t>　　又过了几天，便是如今……</w:t>
      </w:r>
      <w:r>
        <w:rPr>
          <w:lang w:eastAsia="zh-CN"/>
        </w:rPr>
        <w:br/>
      </w:r>
      <w:r>
        <w:rPr>
          <w:lang w:eastAsia="zh-CN"/>
        </w:rPr>
        <w:t>　　再见了，亲爱的同学们！我们的小学生活因你而有趣，我们的童年因你而精彩！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再见了，敬爱老师们！我们的人生道路因你们而光明，我们的弊端因你们而更改！</w:t>
      </w:r>
      <w:r>
        <w:rPr>
          <w:lang w:eastAsia="zh-CN"/>
        </w:rPr>
        <w:br/>
      </w:r>
      <w:r>
        <w:rPr>
          <w:lang w:eastAsia="zh-CN"/>
        </w:rPr>
        <w:t>　　再见了，永远的母校！我的各种成绩由你而带来，我的快乐童年因你而存在！</w:t>
      </w:r>
      <w:r>
        <w:rPr>
          <w:lang w:eastAsia="zh-CN"/>
        </w:rPr>
        <w:br/>
      </w:r>
      <w:r>
        <w:rPr>
          <w:lang w:eastAsia="zh-CN"/>
        </w:rPr>
        <w:t>　　再见了！在场的各位，此别并非永别，希望你们莫过于伤感。只有分别，才有开端，况且，伤感只能让人伤感，开始，却能让人扬帆。过去值得难忘，那就把它定格在那一页，不要让开心变为苦涩，不要把难忘变为伤感。</w:t>
      </w:r>
      <w:r>
        <w:rPr>
          <w:lang w:eastAsia="zh-CN"/>
        </w:rPr>
        <w:br/>
      </w:r>
      <w:r>
        <w:rPr>
          <w:lang w:eastAsia="zh-CN"/>
        </w:rPr>
        <w:t>　　再见了……</w:t>
      </w:r>
      <w:r>
        <w:rPr>
          <w:lang w:eastAsia="zh-CN"/>
        </w:rPr>
        <w:br/>
      </w:r>
      <w:r>
        <w:rPr>
          <w:lang w:eastAsia="zh-CN"/>
        </w:rPr>
        <w:t xml:space="preserve">    2024年小学毕业演讲稿 篇11 </w:t>
      </w:r>
      <w:r>
        <w:rPr>
          <w:lang w:eastAsia="zh-CN"/>
        </w:rPr>
        <w:br/>
      </w:r>
      <w:r>
        <w:rPr>
          <w:lang w:eastAsia="zh-CN"/>
        </w:rPr>
        <w:t>　　敬爱的老师们，亲爱的同学们：</w:t>
      </w:r>
      <w:r>
        <w:rPr>
          <w:lang w:eastAsia="zh-CN"/>
        </w:rPr>
        <w:br/>
      </w:r>
      <w:r>
        <w:rPr>
          <w:lang w:eastAsia="zh-CN"/>
        </w:rPr>
        <w:t>　　再过几天就是分别的时候。日子在时间的海洋里是那么渺小，消逝的那么快。在这六年的学习中快乐伤心我们共同度过，胜利失败我们共同承担。在这些年的学习生活中我们之间产生了友谊。</w:t>
      </w:r>
      <w:r>
        <w:rPr>
          <w:lang w:eastAsia="zh-CN"/>
        </w:rPr>
        <w:br/>
      </w:r>
      <w:r>
        <w:rPr>
          <w:lang w:eastAsia="zh-CN"/>
        </w:rPr>
        <w:t>　　六年的岁月如潺潺流水般不知不觉地流去，如流星般在天际中划翔，如秋季的燕子往南方飞去。这六年，感概万千，比品一杯浓浓的咖啡，比赏一颗梅树，比眺望一望无际的大海，还要感慨不已。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记得，六年前入学的第一天，爸爸妈妈将我送到学校，我哭着闹着，硬说不去，是老师温柔地拉着我的手，一边抚摸着我一边俯下身，与我一起走回教室，还安顿我坐在一个最好的位置。不久，下课了，老师拉着我的小手在大榕树下与同学们一起嬉戏玩耍。从那以后，我对这棵大榕树有了一种油然而生的喜爱。放学了，又是老师拉着我的小手，与还是陌生的同学一起再次在大榕树下玩游戏，做作业。渐渐地，我与同学门们产生了一种浓厚的友情。有时侯，放学了，爸爸妈妈还没来接我，老师用手轻轻地擦去我眼角的泪水，陪着我坐在教室里给我讲故事。当爸爸妈妈来接我时，我总会一步三回头地望着老师，她那慈祥的脸庞、和蔼的微笑、轻轻的招手，这一幕幕永远定格在我的脑海之中。小学生毕业发言稿</w:t>
      </w:r>
      <w:r>
        <w:rPr>
          <w:lang w:eastAsia="zh-CN"/>
        </w:rPr>
        <w:br/>
      </w:r>
      <w:r>
        <w:rPr>
          <w:lang w:eastAsia="zh-CN"/>
        </w:rPr>
        <w:t>　　我更记得，六年级时我们班做纪念册。同学们的纪念册中记录着六年来所发生的趣事。我们互相借阅，分享这些趣事。那时候，我感觉到一种班集体的温暖。我们依依相处了六年，发生的事情用笔都写不完。往事犹如珍珠一般流光溢彩，永远印刻在我们的脑海之中，永远不会隐退……。</w:t>
      </w:r>
      <w:r>
        <w:rPr>
          <w:lang w:eastAsia="zh-CN"/>
        </w:rPr>
        <w:br/>
      </w:r>
      <w:r>
        <w:rPr>
          <w:lang w:eastAsia="zh-CN"/>
        </w:rPr>
        <w:t>　　五彩的塑胶跑道上，阳光投下班驳的影子，同学们正在玩耍着，那欢快的笑声，阵阵朗朗的读书声，像诗，像歌谣……声声入耳。六年的时光已经走到了尽头，但是，那棵大榕树仍然是那么郁葱，仍然挂满了欢乐。</w:t>
      </w:r>
      <w:r>
        <w:rPr>
          <w:lang w:eastAsia="zh-CN"/>
        </w:rPr>
        <w:br/>
      </w:r>
      <w:r>
        <w:rPr>
          <w:lang w:eastAsia="zh-CN"/>
        </w:rPr>
        <w:t>　　再见，敬爱的母校！再见，敬爱的老师！再见，亲爱的同学们！是你们让我学到了知识，教会了我做人。母校在我们的心里播下了友谊的种子，这些种子永远开放在我们的心田。我希望把母校编写成一曲动听的歌谣来伴随我们一生的风雨路；把老师誉为一支永放光芒的蜡烛，照亮我们的前方；把同学之谊架成一座永远的桥梁，让我们的心永远连在一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同学们的每一次欢笑，每一颗泪水都已成为我们心中的珍宝。记忆是温柔的，美好的，但也是残酷的。但是请同学们不要忘记我们在一起的时光。</w:t>
      </w:r>
      <w:r>
        <w:rPr>
          <w:lang w:eastAsia="zh-CN"/>
        </w:rPr>
        <w:br/>
      </w:r>
      <w:r>
        <w:rPr>
          <w:lang w:eastAsia="zh-CN"/>
        </w:rPr>
        <w:t xml:space="preserve">    2024年小学毕业演讲稿 篇12 </w:t>
      </w:r>
      <w:r>
        <w:rPr>
          <w:lang w:eastAsia="zh-CN"/>
        </w:rPr>
        <w:br/>
      </w:r>
      <w:r>
        <w:rPr>
          <w:lang w:eastAsia="zh-CN"/>
        </w:rPr>
        <w:t>　　尊敬的老师，亲爱的同学：</w:t>
      </w:r>
      <w:r>
        <w:rPr>
          <w:lang w:eastAsia="zh-CN"/>
        </w:rPr>
        <w:br/>
      </w:r>
      <w:r>
        <w:rPr>
          <w:lang w:eastAsia="zh-CN"/>
        </w:rPr>
        <w:t>　　大家好！</w:t>
      </w:r>
      <w:r>
        <w:rPr>
          <w:lang w:eastAsia="zh-CN"/>
        </w:rPr>
        <w:br/>
      </w:r>
      <w:r>
        <w:rPr>
          <w:lang w:eastAsia="zh-CN"/>
        </w:rPr>
        <w:t>　　今天阳光明媚，校园显得异常的美丽。看看校园的地上，似乎已经印上了我们的足迹，我们的心中涌动着，对学校的无限依恋，因为，在今天，我们即将告别母校，去奋战新的人生道路！</w:t>
      </w:r>
      <w:r>
        <w:rPr>
          <w:lang w:eastAsia="zh-CN"/>
        </w:rPr>
        <w:br/>
      </w:r>
      <w:r>
        <w:rPr>
          <w:lang w:eastAsia="zh-CN"/>
        </w:rPr>
        <w:t>　　这六年的路，我们走的辛苦而快乐，六年的生活，我们过的充实而美丽，我们流过眼泪，却伴着欢笑，我们踏着坎坷，却嗅得成功之花的香味。六年的岁月，2190个日日夜夜，听起来似乎是那么的漫长，而当我们今天面对离别，又觉得它是那么的短暂。六年的时光，弹指一挥间，但很多记忆将成为我们生命中最为珍重的收藏：茂密的梧桐树，热闹的书市，快乐的春游……我们一定还记得刚入校时你我所立的雄心壮志；一定还记得在教室你我孜孜不倦学习身影；一定还记得回荡在我们耳畔“走过路过不要错过”的热闹书市；一定还记得萦绕在林州太行山上的欢笑……太多太多的情景值得我们去回忆。小学六年的学习生活让我们更进一步学会了分析与思考，学会了丰富与凝练，学会了合作与竞争，学会了继承与创新，也进一步学会了如何不断超越、突破自己的极限而成长。如今我们就要毕业了，所有这些温暖的记忆都将铭刻在我们内心深处，那是我们生命中最难忘的日子。</w:t>
      </w:r>
      <w:r>
        <w:rPr>
          <w:lang w:eastAsia="zh-CN"/>
        </w:rPr>
        <w:br/>
      </w:r>
    </w:p>
    <w:p w:rsidR="001B1F19" w14:textId="27C3F48A">
      <w:pPr>
        <w:rPr>
          <w:rFonts w:hint="eastAsia"/>
          <w:lang w:eastAsia="zh-CN"/>
        </w:rPr>
      </w:pPr>
      <w:r>
        <w:rPr>
          <w:lang w:eastAsia="zh-CN"/>
        </w:rPr>
        <w:t>　　我十分欣赏老师告诉我们一句诗：“宝剑锋从磨砺出，梅花香自苦寒来。”当我升入六年级时，考试的战鼓在我心中</w:t>
      </w:r>
      <w:r>
        <w:rPr>
          <w:lang w:eastAsia="zh-CN"/>
        </w:rPr>
        <w:br/>
      </w:r>
      <w:r>
        <w:rPr>
          <w:lang w:eastAsia="zh-CN"/>
        </w:rPr>
        <w:t xml:space="preserve">    2024年小学毕业演讲稿 篇13 </w:t>
      </w:r>
      <w:r>
        <w:rPr>
          <w:lang w:eastAsia="zh-CN"/>
        </w:rPr>
        <w:br/>
      </w:r>
      <w:r>
        <w:rPr>
          <w:lang w:eastAsia="zh-CN"/>
        </w:rPr>
        <w:t>　　敬爱的老师、亲爱的同学们：</w:t>
      </w:r>
      <w:r>
        <w:rPr>
          <w:lang w:eastAsia="zh-CN"/>
        </w:rPr>
        <w:br/>
      </w:r>
      <w:r>
        <w:rPr>
          <w:lang w:eastAsia="zh-CN"/>
        </w:rPr>
        <w:t>　　今天是特别的一天，但也值得纪念的一天。六年的小学生活，不久之后，我们将要离开进步在小学，离开我们的母校，我们开始新的初中生活，进入一个新阶段的学习。</w:t>
      </w:r>
      <w:r>
        <w:rPr>
          <w:lang w:eastAsia="zh-CN"/>
        </w:rPr>
        <w:br/>
      </w:r>
      <w:r>
        <w:rPr>
          <w:lang w:eastAsia="zh-CN"/>
        </w:rPr>
        <w:t>　　首先，我祝贺大家圆满完成六年小学的学习任务，祝贺大家从一个新的起点开始新的征程！六年的小学时光总是过得那么快，进步小学让我们过得既开心和有意义的。经历了紧张而忙碌的考试，我想我此刻的心情和在座的各位应该是相同的，甚至是喜悦，但也掩盖不了回忆和怀念。这六年年的道路上，我走得辛苦而快乐，这六年的生活，我过得充实而美丽，我流过眼泪，却伴随着笑声。与此同时，我们也必须感谢老师和同学。当我们人生和学习道路上迷茫时，是老师为我们照亮前面的路，当我们遭受挫折和委屈流泪，是同学鼓励我们。六年的小学生活，正是因为有你们才丰富多彩的。离开自己的母校，这意味着我们将进入一个完全不同的生活。在这一刻，我才发现校园里一切都显得那么朴实、典雅和非常丰富的使命感，让人难以不动情。</w:t>
      </w:r>
      <w:r>
        <w:rPr>
          <w:lang w:eastAsia="zh-CN"/>
        </w:rPr>
        <w:br/>
      </w:r>
      <w:r>
        <w:rPr>
          <w:lang w:eastAsia="zh-CN"/>
        </w:rPr>
        <w:t>　　光阴似箭，日月如梭，六年的时光终是走到了尽头，让我们永驻这珍贵的童年，锁住这美好的情感，珍藏这永久的记忆吧！</w:t>
      </w:r>
      <w:r>
        <w:rPr>
          <w:lang w:eastAsia="zh-CN"/>
        </w:rPr>
        <w:br/>
      </w:r>
      <w:r>
        <w:rPr>
          <w:lang w:eastAsia="zh-CN"/>
        </w:rPr>
        <w:t xml:space="preserve">    2024年小学毕业演讲稿 篇14 </w:t>
      </w:r>
      <w:r>
        <w:rPr>
          <w:lang w:eastAsia="zh-CN"/>
        </w:rPr>
        <w:br/>
      </w:r>
      <w:r>
        <w:rPr>
          <w:lang w:eastAsia="zh-CN"/>
        </w:rPr>
        <w:t>　　尊敬的各位老师，亲爱的同学们：</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https://d.book118.com/988020054111006033</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8020054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