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一年级班主任工作总结（20篇）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w:t>
      </w:r>
      <w:r>
        <w:rPr>
          <w:lang w:eastAsia="zh-CN"/>
        </w:rPr>
        <w:br/>
      </w:r>
      <w:r>
        <w:rPr>
          <w:lang w:eastAsia="zh-CN"/>
        </w:rPr>
        <w:t>　　一年级班主任工作总结 1</w:t>
      </w:r>
      <w:r>
        <w:rPr>
          <w:lang w:eastAsia="zh-CN"/>
        </w:rPr>
        <w:br/>
      </w:r>
      <w:r>
        <w:rPr>
          <w:lang w:eastAsia="zh-CN"/>
        </w:rPr>
        <w:t xml:space="preserve"> 　　弹指一挥间，一个月已过去，这一个月我的工作充实而忙碌。 </w:t>
      </w:r>
      <w:r>
        <w:rPr>
          <w:lang w:eastAsia="zh-CN"/>
        </w:rPr>
        <w:br/>
      </w:r>
      <w:r>
        <w:rPr>
          <w:lang w:eastAsia="zh-CN"/>
        </w:rPr>
        <w:t xml:space="preserve"> 　　现将前期工作总结如下： </w:t>
      </w:r>
      <w:r>
        <w:rPr>
          <w:lang w:eastAsia="zh-CN"/>
        </w:rPr>
        <w:br/>
      </w:r>
      <w:r>
        <w:rPr>
          <w:lang w:eastAsia="zh-CN"/>
        </w:rPr>
        <w:t xml:space="preserve"> 　　1、开学初，召开了一年级（4）班新生家长会。会上向家长提出了关于学生习惯养成的一些做法及建议，主要强调了阅读的重要性，倡导开展亲子阅读和每天坚持读书半小时，并为家长推荐了一年级上学期学生课外阅读书目，为课题《小学生读书方法指导的实验研究》的研究做铺垫。同时，创建了一年级（4）班家长QQ群，便于家校交流。 </w:t>
      </w:r>
      <w:r>
        <w:rPr>
          <w:lang w:eastAsia="zh-CN"/>
        </w:rPr>
        <w:br/>
      </w:r>
      <w:r>
        <w:rPr>
          <w:lang w:eastAsia="zh-CN"/>
        </w:rPr>
        <w:t xml:space="preserve"> 　　2、开展了班级文化建设。为使学生能有一个美观温馨的学习环境，我在教室墙壁上开辟了“家长寄语”、“比一比，谁最棒”等板块，并鼓励学生将心爱的绿色植物带入校园，为教室添一抹新绿。建立了班级图书角——“智慧加油站”，在班内开展“献一本看百本”活动，号召每个学生为班级图书角捐一两本书，为学生营造了良好的读书氛围。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3、加强课外阅读检查。我充分利用早读、下午上课前的时间让学生诵读《日有所诵》，或给学生讲故事。为确保学生的读书时间，我还把课外阅读作为家庭作业来布置，让家长做好阅读内容及量的记录，使阅读延伸到家庭，保证了学生有充足的阅读时间</w:t>
      </w:r>
      <w:r>
        <w:rPr>
          <w:lang w:eastAsia="zh-CN"/>
        </w:rPr>
        <w:t>。</w:t>
      </w:r>
      <w:r>
        <w:rPr>
          <w:lang w:eastAsia="zh-CN"/>
        </w:rPr>
        <w:t xml:space="preserve"> </w:t>
      </w:r>
      <w:r>
        <w:rPr>
          <w:lang w:eastAsia="zh-CN"/>
        </w:rPr>
        <w:br/>
      </w:r>
      <w:r>
        <w:rPr>
          <w:lang w:eastAsia="zh-CN"/>
        </w:rPr>
        <w:t xml:space="preserve"> 　　4、采用各种形式激发学生阅读兴趣。图书角刚建立时，大部分学生还没有养成阅读的'习惯，我就及时表扬那些主动阅读的学生，并以小红花进行奖励。榜样的力量是无穷，慢慢地其他学生也都效仿，每天早上和下午来校后，大部分学生能主动阅读了。我还在班上开展了“读书之星”和“书香家庭”的评比，这项评比有效地激发了学生的读书兴趣。 </w:t>
      </w:r>
      <w:r>
        <w:rPr>
          <w:lang w:eastAsia="zh-CN"/>
        </w:rPr>
        <w:br/>
      </w:r>
      <w:r>
        <w:rPr>
          <w:lang w:eastAsia="zh-CN"/>
        </w:rPr>
        <w:t xml:space="preserve"> 　　5、通过QQ群交流平台，开展了阅读感悟交流活动。其中，有8篇心得已经上传至工作室博客。 </w:t>
      </w:r>
      <w:r>
        <w:rPr>
          <w:lang w:eastAsia="zh-CN"/>
        </w:rPr>
        <w:br/>
      </w:r>
      <w:r>
        <w:rPr>
          <w:lang w:eastAsia="zh-CN"/>
        </w:rPr>
        <w:t xml:space="preserve"> 　　6、个人收获。教师节来临之际，获渭城区优秀教师荣誉称号。 </w:t>
      </w:r>
      <w:r>
        <w:rPr>
          <w:lang w:eastAsia="zh-CN"/>
        </w:rPr>
        <w:br/>
      </w:r>
      <w:r>
        <w:rPr>
          <w:lang w:eastAsia="zh-CN"/>
        </w:rPr>
        <w:t xml:space="preserve"> 　　目前，本班学生都能坚持课外阅读，下一步，我将重点探究阅读的方法，指导学生更加有效地进行课外阅读。 </w:t>
      </w:r>
      <w:r>
        <w:rPr>
          <w:lang w:eastAsia="zh-CN"/>
        </w:rPr>
        <w:br/>
      </w:r>
      <w:r>
        <w:rPr>
          <w:lang w:eastAsia="zh-CN"/>
        </w:rPr>
        <w:t>　　一年级班主任工作总结 2</w:t>
      </w:r>
      <w:r>
        <w:rPr>
          <w:lang w:eastAsia="zh-CN"/>
        </w:rPr>
        <w:br/>
      </w:r>
      <w:r>
        <w:rPr>
          <w:lang w:eastAsia="zh-CN"/>
        </w:rPr>
        <w:t xml:space="preserve"> 　　本学期我所担任的是一年级的班主任工作、我面对这些年龄小，刚入学的7、8岁的孩子，工作更加繁重、我觉得，任何一位班主任都希望胜任这项工作并把自己从繁重中尽量解脱出来，那么，如何开展小学班主任工作就至关重要、下面我谈谈自己的体会： </w:t>
      </w:r>
      <w:r>
        <w:rPr>
          <w:lang w:eastAsia="zh-CN"/>
        </w:rPr>
        <w:br/>
      </w:r>
      <w:r>
        <w:rPr>
          <w:lang w:eastAsia="zh-CN"/>
        </w:rPr>
        <w:t xml:space="preserve"> 　　一、加强常规教育，培养学生的自觉性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我结合制定的工作计划，利用晨会、班会等时间，对学生进行规范化教育，使他们明白该做哪些事情，不该做哪些事情、例如：有的学生不习惯学校的一日生活，更不知道学生一日生活常规的基本要求、因此，在课间活动时，常常会出现只顾自己，不顾别人等情况、这样直接影响了课间活动秩序，影响了同学之间的团结，使课间活动玩得不愉快，最后还会影响上课的情绪、良好的常规是进行正常的学习和生活的保障，一个学生调皮捣蛋、不合常规的举动往往会使一堂好课留下遗憾，使整个集体活动宣告失败，甚至使全班努力争取的荣誉付诸东流，直接影响到班集体的利益、因此，要扎实有效地加强一个学生的常规训练、训练的内容包括《小学生守则》和《小学生日常行为规范》要求的常规、课堂常规、集会和出操常规、卫生常规、劳动常规、参观常规以及路队常规等等诸多方面、训练可以通过集体或个人、单项强化或全面优化相结合的方式进行(根据具体情况选择)，务必使每个学生具有“服从集体，服从命令”的思想，具有自我约束力，形成习惯，保证整个班集体随时表现出“活而不乱，严而不死”的良好班风班貌</w:t>
      </w:r>
      <w:r>
        <w:rPr>
          <w:lang w:eastAsia="zh-CN"/>
        </w:rPr>
        <w:t>、</w:t>
      </w:r>
      <w:r>
        <w:rPr>
          <w:lang w:eastAsia="zh-CN"/>
        </w:rPr>
        <w:t xml:space="preserve"> </w:t>
      </w:r>
      <w:r>
        <w:rPr>
          <w:lang w:eastAsia="zh-CN"/>
        </w:rPr>
        <w:br/>
      </w:r>
      <w:r>
        <w:rPr>
          <w:lang w:eastAsia="zh-CN"/>
        </w:rPr>
        <w:t xml:space="preserve"> 　　二、干部队伍的组建和培养 </w:t>
      </w:r>
      <w:r>
        <w:rPr>
          <w:lang w:eastAsia="zh-CN"/>
        </w:rPr>
        <w:br/>
      </w:r>
      <w:r>
        <w:rPr>
          <w:lang w:eastAsia="zh-CN"/>
        </w:rPr>
        <w:t xml:space="preserve"> 　　一个班的`集体面貌如何，很大程度上是由小干部决定的、小干部对班集体有着“以点带面”和“以面带面”的作用，我称他们是“班主任的左右手”、所以唯有慎重地选拔和培养干部队伍，班主任工作才能逐渐从繁重走向简单与轻松。 </w:t>
      </w:r>
      <w:r>
        <w:rPr>
          <w:lang w:eastAsia="zh-CN"/>
        </w:rPr>
        <w:br/>
      </w:r>
      <w:r>
        <w:rPr>
          <w:lang w:eastAsia="zh-CN"/>
        </w:rPr>
        <w:t xml:space="preserve"> 　　当选的干部应具有较强的号召力和自我管理能力、干部队伍的组建不能仅仅作为一种形式存在，班主任必须精心培养： </w:t>
      </w:r>
      <w:r>
        <w:rPr>
          <w:lang w:eastAsia="zh-CN"/>
        </w:rPr>
        <w:br/>
      </w:r>
      <w:r>
        <w:rPr>
          <w:lang w:eastAsia="zh-CN"/>
        </w:rPr>
        <w:t xml:space="preserve"> 　　其一，要大力表扬干部优点，宣传他们的先进事迹，帮助小干部树立威信；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其二，在鼓励干部大胆工作，指点他们工作方法的同时，要更严格要求干部个人在知识、能力上取得更大进步，在纪律上以身作则，力求从各方面给全班起到模范带头作用，亦即“以点带面”； </w:t>
      </w:r>
      <w:r>
        <w:rPr>
          <w:lang w:eastAsia="zh-CN"/>
        </w:rPr>
        <w:br/>
      </w:r>
      <w:r>
        <w:rPr>
          <w:lang w:eastAsia="zh-CN"/>
        </w:rPr>
        <w:t xml:space="preserve"> 　　其三，培养干部团结协作的精神，要能够通过干部这个小集体建立正确、健全的舆论，带动整个班集体开展批评与自我批评，形成集体的组织性、纪律性和进取心，亦即“以面带面”。 </w:t>
      </w:r>
      <w:r>
        <w:rPr>
          <w:lang w:eastAsia="zh-CN"/>
        </w:rPr>
        <w:br/>
      </w:r>
      <w:r>
        <w:rPr>
          <w:lang w:eastAsia="zh-CN"/>
        </w:rPr>
        <w:t xml:space="preserve"> 　　三、树立榜样，奋发向上 </w:t>
      </w:r>
      <w:r>
        <w:rPr>
          <w:lang w:eastAsia="zh-CN"/>
        </w:rPr>
        <w:br/>
      </w:r>
      <w:r>
        <w:rPr>
          <w:lang w:eastAsia="zh-CN"/>
        </w:rPr>
        <w:t xml:space="preserve"> 　　丰富多彩的班队活动是陶冶学生情操的好场所，是发展学生智力，发挥学生特长的好时机；同时又可以使学生增长知识，开拓视野，锻炼意志，建立起良好的师生关系，使他们的思想受到潜移默化的教育、这学期，我在上课时，看到哪位学生比较认真就得到五角星，平时哪个学生作业认真就得到一个五角星，调动了他们学习的积极性、小小的五角星使他们学有榜样、干有方向，激励他们奋发向上。 </w:t>
      </w:r>
      <w:r>
        <w:rPr>
          <w:lang w:eastAsia="zh-CN"/>
        </w:rPr>
        <w:br/>
      </w:r>
      <w:r>
        <w:rPr>
          <w:lang w:eastAsia="zh-CN"/>
        </w:rPr>
        <w:t xml:space="preserve"> 　　从学生进校到现在这一学期里，学生从什么都不懂，到现在会认字，会表达，能与老师、同学进行交流，生活基本能自理，我觉得这个变化太大了。这一学期下来，学生基本上能适应学校的生活了，能较好地适应学校的各种常规，并能自觉遵守学校的各项规章制度。 </w:t>
      </w:r>
      <w:r>
        <w:rPr>
          <w:lang w:eastAsia="zh-CN"/>
        </w:rPr>
        <w:br/>
      </w:r>
      <w:r>
        <w:rPr>
          <w:lang w:eastAsia="zh-CN"/>
        </w:rPr>
        <w:t xml:space="preserve"> 　　总而言之，班主任工作是一门科学，需要不断探索，在今后的工作中我将不断努力，尽心尽责做好这一项工作。 </w:t>
      </w:r>
      <w:r>
        <w:rPr>
          <w:lang w:eastAsia="zh-CN"/>
        </w:rPr>
        <w:br/>
      </w:r>
      <w:r>
        <w:rPr>
          <w:lang w:eastAsia="zh-CN"/>
        </w:rPr>
        <w:t>　　一年级班主任工作总结 3</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20xx年无疑是特殊的一年，也是值得记忆的一年。这一年，一年级四班的孩子们踏进了西大街小学，我也来到了西大街。面对一张张天真无邪的笑脸，我经常提醒自己：我和孩子们都是初来乍到，都有一个适应的过程，所以一定要耐心、再耐心……转眼间一学期即将结束了，看到一班学生的成长和变化，内心还是有许多欣慰和感慨，下面谈一谈自己做法和不足。 </w:t>
      </w:r>
      <w:r>
        <w:rPr>
          <w:lang w:eastAsia="zh-CN"/>
        </w:rPr>
        <w:br/>
      </w:r>
      <w:r>
        <w:rPr>
          <w:lang w:eastAsia="zh-CN"/>
        </w:rPr>
        <w:t xml:space="preserve"> 　　一、以身示范，培养集体意识。 </w:t>
      </w:r>
      <w:r>
        <w:rPr>
          <w:lang w:eastAsia="zh-CN"/>
        </w:rPr>
        <w:br/>
      </w:r>
      <w:r>
        <w:rPr>
          <w:lang w:eastAsia="zh-CN"/>
        </w:rPr>
        <w:t xml:space="preserve"> 　　班集体是培养学生个性的沃土，有了这块沃土，学生的个性才能百花争艳。然而一年级的孩子没有集体意识这个概念，就需要老师以身示范培养集体意识。认真组织好每一项集体活动，最能培养学生的集体意识，增强班级凝聚力和集体荣誉感。一学期来，我带领学生积极参加学校的各项活动，认真做好安排、示范、指导、督促和反复练习等每个环节；坚持每天早晨提前作息时间10分钟左右到教室，从晨读开始抓好学习习惯；放学后协助并指导学生做好教室卫生；我进教室的第一件事就是把桌子摆整齐，纸屑垃圾我会弯腰捡起，久而久之孩子们也已经养成摆放桌椅，垃圾主动捡起的习惯。通过这些，让学生们从日常行动中逐步养成认真学习、遵守纪律、热爱劳动的习惯，培养关心集体、为集体争光的意识。 </w:t>
      </w:r>
      <w:r>
        <w:rPr>
          <w:lang w:eastAsia="zh-CN"/>
        </w:rPr>
        <w:br/>
      </w:r>
      <w:r>
        <w:rPr>
          <w:lang w:eastAsia="zh-CN"/>
        </w:rPr>
        <w:t xml:space="preserve"> 　　二、及时家访、用心沟通。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我关心爱护班里的每一个学生，对一些表现不太好的孩子，更是倾注更多的爱和心血，我经常注重观察他们的行为，抓住闪点进行表扬鼓励，当他们遇到困难的时候，总是耐心进行帮助。一但发现他们在学习上、身体上、思想上有什么特殊情况，及时主动与家长电话沟通或利用接送时间面谈，向他们了解情况，耐心地做好他们的工作，取得家长的理解和配合。即使这样也不一定能让每位家长都满意，因为一年级的家长总是格外的焦虑，格外的关注自己孩子，10月份有一次在微信家长群中，因沟通出了点问题，有2位家长对班级的某项工作表达出了一些不太理解的言论，翟老师和我及时进行了家访，当面与孩子父母沟通交流，圆满地解决了问题。虽然家访的过程比较的坎坷，但是想到家中心中和我心中的心结已经解开了，瞬间感受到生活不只是琐碎于苟且，更有诗和远方</w:t>
      </w:r>
      <w:r>
        <w:rPr>
          <w:lang w:eastAsia="zh-CN"/>
        </w:rPr>
        <w:t>。</w:t>
      </w:r>
      <w:r>
        <w:rPr>
          <w:lang w:eastAsia="zh-CN"/>
        </w:rPr>
        <w:t xml:space="preserve"> </w:t>
      </w:r>
      <w:r>
        <w:rPr>
          <w:lang w:eastAsia="zh-CN"/>
        </w:rPr>
        <w:br/>
      </w:r>
      <w:r>
        <w:rPr>
          <w:lang w:eastAsia="zh-CN"/>
        </w:rPr>
        <w:t xml:space="preserve"> 　　三、抓好细节，养成良好习惯。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一年级学生的特点就是好动、好玩，如何让孩子们适应小学生活，良好的习惯是基础。我从了解每个孩子开始，从站队、握笔、坐姿、写字等每个日常习惯抓起，从讲文明讲礼貌讲卫生等每个细节抓起，手把手地教，耐心反复纠正错误，让他们先适应。迎面接力赛训练中梁文迪将摔倒的李晨宇扶起来时我给他竖起了大拇指，丢三落四的王明轩因为没带笔袋而无所适从时，坐在最后排的马一博给他送来了铅笔，我让孩子们给他掌声，还给他发了“爱心小天使”的表扬信。堆完雪人后杨霄同学主动将留在操场的工具和垃圾整理好，我在活动总结时给他一个大大的拥抱。抓住每一个有爱的瞬间，捕捉每一个温馨的镜头，使他们从一开始的无序、懵懂、无所适从，到如今从到校到早读，从上课听讲到放学排队，以及集体活动、课间休息、值日卫生等都已经形成了常规，看到孩子们的进步深深体会到自己可以把一地的鸡毛扎成漂亮的鸡毛掸子</w:t>
      </w:r>
      <w:r>
        <w:rPr>
          <w:lang w:eastAsia="zh-CN"/>
        </w:rPr>
        <w:t>。</w:t>
      </w:r>
      <w:r>
        <w:rPr>
          <w:lang w:eastAsia="zh-CN"/>
        </w:rPr>
        <w:t xml:space="preserve"> </w:t>
      </w:r>
      <w:r>
        <w:rPr>
          <w:lang w:eastAsia="zh-CN"/>
        </w:rPr>
        <w:br/>
      </w:r>
      <w:r>
        <w:rPr>
          <w:lang w:eastAsia="zh-CN"/>
        </w:rPr>
        <w:t xml:space="preserve"> 　　回顾一学期的教育教学，自己付出了努力，孩子们也都取得了一定进步，但认真反思自己还存在以下不足： </w:t>
      </w:r>
      <w:r>
        <w:rPr>
          <w:lang w:eastAsia="zh-CN"/>
        </w:rPr>
        <w:br/>
      </w:r>
      <w:r>
        <w:rPr>
          <w:lang w:eastAsia="zh-CN"/>
        </w:rPr>
        <w:t xml:space="preserve"> 　　一、做事总是比较急躁和缺乏宽容心。 </w:t>
      </w:r>
      <w:r>
        <w:rPr>
          <w:lang w:eastAsia="zh-CN"/>
        </w:rPr>
        <w:br/>
      </w:r>
      <w:r>
        <w:rPr>
          <w:lang w:eastAsia="zh-CN"/>
        </w:rPr>
        <w:t xml:space="preserve"> 　　事事都想很快有成效，想对孩子的要求一说，他们就马上能实施，但自己就没有对孩子的宽容，没有想到要求发下后自己都没能够一下子就完成到，何况是这些刚从幼儿园出来的小不点呢！这是我自己要好好克服的问题。我要明确我面对的`是活生生的生命，他们都有自己的思想，都有自己的习惯，想一下子改变他们已有的不良行为，必定要通过他们自己不断的思想斗争，内化成自己的思想，然后改变自己的行为，这必须要有一个比较长的时间，因此我更要有宽容之心，更要有改变他们的持久之心。 </w:t>
      </w:r>
      <w:r>
        <w:rPr>
          <w:lang w:eastAsia="zh-CN"/>
        </w:rPr>
        <w:br/>
      </w:r>
      <w:r>
        <w:rPr>
          <w:lang w:eastAsia="zh-CN"/>
        </w:rPr>
        <w:t xml:space="preserve"> 　　二、不能做一个时时处处学习的老师 </w:t>
      </w:r>
      <w:r>
        <w:rPr>
          <w:lang w:eastAsia="zh-CN"/>
        </w:rPr>
        <w:br/>
      </w:r>
      <w:r>
        <w:rPr>
          <w:lang w:eastAsia="zh-CN"/>
        </w:rPr>
        <w:t xml:space="preserve"> 　　在工作中，我深知学习的重要性，特别是我这个刚转行的语文老师，但总是将学习这件事停留在思考和犹豫中，不能付诸于行动。总是奔波于学生和家庭中，碎碎念的给自己找理由借口明天再学习吧。学海无涯，学无止境只有不断充电，才能维持教学的青春和活力，做一个学习型的老师，提高自己的工作能力和业务素养。 </w:t>
      </w:r>
      <w:r>
        <w:rPr>
          <w:lang w:eastAsia="zh-CN"/>
        </w:rPr>
        <w:br/>
      </w:r>
      <w:r>
        <w:rPr>
          <w:lang w:eastAsia="zh-CN"/>
        </w:rPr>
        <w:t xml:space="preserve"> 　　今后，我将继续加强学习，不断反思总结，改正缺点和不足，在实践中探索总结行之有效的方法和经验，使班级管理工作和教学工作的水平跃上新台阶。 </w:t>
      </w:r>
      <w:r>
        <w:rPr>
          <w:lang w:eastAsia="zh-CN"/>
        </w:rPr>
        <w:br/>
      </w:r>
      <w:r>
        <w:rPr>
          <w:lang w:eastAsia="zh-CN"/>
        </w:rPr>
        <w:t>　　一年级班主任工作总结 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小学班主任特别是一年级的班主任，是一个复合性角色。我认为班主任工作是一项既艰巨而又辛苦的工作。说其艰巨，是指学生的成长，发展以至能否成为合格人才，班主任起着关键性的作用，说其辛苦，是指每天除了对学生的学习负责以外，还要关心他们的身体、纪律、卫生、安全以及心理健康等情况。尽管这样，下面我就谈几点做法和体会： </w:t>
      </w:r>
      <w:r>
        <w:rPr>
          <w:lang w:eastAsia="zh-CN"/>
        </w:rPr>
        <w:br/>
      </w:r>
      <w:r>
        <w:rPr>
          <w:lang w:eastAsia="zh-CN"/>
        </w:rPr>
        <w:t xml:space="preserve"> 　　一、班级常规管理，常抓不懈 </w:t>
      </w:r>
      <w:r>
        <w:rPr>
          <w:lang w:eastAsia="zh-CN"/>
        </w:rPr>
        <w:br/>
      </w:r>
      <w:r>
        <w:rPr>
          <w:lang w:eastAsia="zh-CN"/>
        </w:rPr>
        <w:t xml:space="preserve"> 　　学生良好的行为习惯的养成不是一节课、一两天说说就行的，它必须贯穿在整个管理过程中。于是我制定出详细的班规，要求学生对照执行，使学生做到有规可循，有章可依。由于低年级学生自觉性和自控力都比较差，避免不了会出现这样或那样的错误，因此这就需要班主任做耐心细致的思想工作、不能操之过急。于是，我经常利用班会对学生中出现的问题进行及时教育，给他们讲明道理及危害性，从而使学生做到自觉遵守纪律。 </w:t>
      </w:r>
      <w:r>
        <w:rPr>
          <w:lang w:eastAsia="zh-CN"/>
        </w:rPr>
        <w:br/>
      </w:r>
      <w:r>
        <w:rPr>
          <w:lang w:eastAsia="zh-CN"/>
        </w:rPr>
        <w:t xml:space="preserve"> 　　二、安全教育，常抓不懈 </w:t>
      </w:r>
      <w:r>
        <w:rPr>
          <w:lang w:eastAsia="zh-CN"/>
        </w:rPr>
        <w:br/>
      </w:r>
      <w:r>
        <w:rPr>
          <w:lang w:eastAsia="zh-CN"/>
        </w:rPr>
        <w:t xml:space="preserve"> 　　在这一学期中，我充分利用晨会时间对学生进行安全教育，做到安全教育经常化。并在上课期间结合有关学科知识，开展安全教育主题班会，向学生宣传必要的安全常识，提高学生的安全防范意识。 并实行班级安全监督制度，安全监督员负责监督本班学生的日常行为，并鼓励同学间互相监督，做到安全监督处处化，规范学生的日常行为，提高学生自我约束的自觉性和主动性，防范安全事故的发生。 坚持做好晨检工作。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三、卫生保洁方面，常抓不懈 </w:t>
      </w:r>
      <w:r>
        <w:rPr>
          <w:lang w:eastAsia="zh-CN"/>
        </w:rPr>
        <w:br/>
      </w:r>
      <w:r>
        <w:rPr>
          <w:lang w:eastAsia="zh-CN"/>
        </w:rPr>
        <w:t xml:space="preserve"> 　　1、个人卫生:要求衣着整洁，做好"三勤"，桌箱勤清，物品勤摆。 </w:t>
      </w:r>
      <w:r>
        <w:rPr>
          <w:lang w:eastAsia="zh-CN"/>
        </w:rPr>
        <w:br/>
      </w:r>
      <w:r>
        <w:rPr>
          <w:lang w:eastAsia="zh-CN"/>
        </w:rPr>
        <w:t xml:space="preserve"> 　　2、班级卫生:每天中，晚分派值日生清扫，设立卫生监督岗，进行检查与监督。对于主动，及时打扫卫生的同学或小组，进行奖励.同时利用花草美化环境，并进行爱护环境和花草的教育。 </w:t>
      </w:r>
      <w:r>
        <w:rPr>
          <w:lang w:eastAsia="zh-CN"/>
        </w:rPr>
        <w:br/>
      </w:r>
      <w:r>
        <w:rPr>
          <w:lang w:eastAsia="zh-CN"/>
        </w:rPr>
        <w:t xml:space="preserve"> 　　四、垃圾分一分，环境美十分 </w:t>
      </w:r>
      <w:r>
        <w:rPr>
          <w:lang w:eastAsia="zh-CN"/>
        </w:rPr>
        <w:br/>
      </w:r>
      <w:r>
        <w:rPr>
          <w:lang w:eastAsia="zh-CN"/>
        </w:rPr>
        <w:t xml:space="preserve"> 　　“垃圾分类，举手之劳，功在当代，利在千秋”良好习惯的养成需要一个漫长的过程，光靠纸上谈兵恐怕很难见效，所以我班根据学校要求开展各类垃圾分类实践活动。如将活动延伸至家庭，调查自家生活垃圾构成情况，并作合理分类；并通过班会课，阐明垃圾对社会生活造成的严重危害，宣传垃圾分类的重要意义，呼吁学生的积极参与。同时教会学生垃圾分类的知识，使学生进行垃圾分类逐渐成为自觉和习惯性行为。 </w:t>
      </w:r>
      <w:r>
        <w:rPr>
          <w:lang w:eastAsia="zh-CN"/>
        </w:rPr>
        <w:br/>
      </w:r>
      <w:r>
        <w:rPr>
          <w:lang w:eastAsia="zh-CN"/>
        </w:rPr>
        <w:t xml:space="preserve"> 　　五、社会主义核心价值观教育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自开展社会主义核心价值观进校园活动以来，我班积极行动，制订了实施方案。针对社会主义核心价值观内容宽泛、不易理解的特点，通过学生平时的行为和小故事，向学生渗透核心价值观的思路，将社会主义核心价值观与行为习惯培养结合起来，努力培养学生积极的'人生态度、健康的心理情感、高尚的道德品质。让学生在潜移默化中深刻理解社会主义核心价值观，并付之于行动。课前一吟，熟读成诵。倡导见缝插针的诵读方法，充分利用每节课前一分钟时间，诵读社会主义核心价值观，现在孩子们已经能开口即能背，熟记于心</w:t>
      </w:r>
      <w:r>
        <w:rPr>
          <w:lang w:eastAsia="zh-CN"/>
        </w:rPr>
        <w:t>。</w:t>
      </w:r>
      <w:r>
        <w:rPr>
          <w:lang w:eastAsia="zh-CN"/>
        </w:rPr>
        <w:t xml:space="preserve"> </w:t>
      </w:r>
      <w:r>
        <w:rPr>
          <w:lang w:eastAsia="zh-CN"/>
        </w:rPr>
        <w:br/>
      </w:r>
      <w:r>
        <w:rPr>
          <w:lang w:eastAsia="zh-CN"/>
        </w:rPr>
        <w:t xml:space="preserve"> 　　六、存在着不足 </w:t>
      </w:r>
      <w:r>
        <w:rPr>
          <w:lang w:eastAsia="zh-CN"/>
        </w:rPr>
        <w:br/>
      </w:r>
      <w:r>
        <w:rPr>
          <w:lang w:eastAsia="zh-CN"/>
        </w:rPr>
        <w:t xml:space="preserve"> 　　1、缺少观察。总不能在事情发生之前，对学生进行及时的教育，从而防止事情发生，我处理事情总是跟在学生的身后。 </w:t>
      </w:r>
      <w:r>
        <w:rPr>
          <w:lang w:eastAsia="zh-CN"/>
        </w:rPr>
        <w:br/>
      </w:r>
      <w:r>
        <w:rPr>
          <w:lang w:eastAsia="zh-CN"/>
        </w:rPr>
        <w:t xml:space="preserve"> 　　2、做事要贵在坚持。自己做事总是比较冲动，事事都想很快有成效，想对孩子的要求一说，他们就马上能实施，但自己就没有对孩子的宽容，没有想到要求发下后自己都没能够一下子就完成到，何况是这些刚从一年级上来的小不点呢！所以自己就松懈下来，没有好好坚持到底，这是我自己要好好克服的问题。我要明确我面对的是活生生的生命，他们都有自己的思想，都有自己的习惯，想一下子改变他们已有的不良行为，必定要通过他们自己不断的思想斗争，内化成自己的思想，然后改变自己的行为，这必须要有一个比较长的时间，因此我更要有宽容之心，更要有改变他们的持久之心。 </w:t>
      </w:r>
      <w:r>
        <w:rPr>
          <w:lang w:eastAsia="zh-CN"/>
        </w:rPr>
        <w:br/>
      </w:r>
      <w:r>
        <w:rPr>
          <w:lang w:eastAsia="zh-CN"/>
        </w:rPr>
        <w:t xml:space="preserve"> 　　总之，班主任工作是一项繁杂而艰巨的工作，任重而道远，我将继续在今后的工作中勤观察、多思考，不断实践总结，争取把班主任工作干得更出色。 </w:t>
      </w:r>
      <w:r>
        <w:rPr>
          <w:lang w:eastAsia="zh-CN"/>
        </w:rPr>
        <w:br/>
      </w:r>
      <w:r>
        <w:rPr>
          <w:lang w:eastAsia="zh-CN"/>
        </w:rPr>
        <w:t>　　一年级班主任工作总结 5</w:t>
      </w:r>
      <w:r>
        <w:rPr>
          <w:lang w:eastAsia="zh-CN"/>
        </w:rPr>
        <w:br/>
      </w:r>
      <w:r>
        <w:rPr>
          <w:lang w:eastAsia="zh-CN"/>
        </w:rPr>
        <w:t xml:space="preserve"> 　　阳光灿烂的九月。我与我的60个小精灵相逢——握手——拥抱。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刚刚成为小学生的小不点儿对学校的一切既感到好奇又感到陌生。小鹏小朋友每天哭着来上学，打了铃还站在门口默默地流眼泪；小婷小朋友一打下课铃就背着书包要回家；小伟小朋友一边上课一边咬手指头…</w:t>
      </w:r>
      <w:r>
        <w:rPr>
          <w:lang w:eastAsia="zh-CN"/>
        </w:rPr>
        <w:t>…</w:t>
      </w:r>
      <w:r>
        <w:rPr>
          <w:lang w:eastAsia="zh-CN"/>
        </w:rPr>
        <w:t xml:space="preserve"> </w:t>
      </w:r>
      <w:r>
        <w:rPr>
          <w:lang w:eastAsia="zh-CN"/>
        </w:rPr>
        <w:br/>
      </w:r>
      <w:r>
        <w:rPr>
          <w:lang w:eastAsia="zh-CN"/>
        </w:rPr>
        <w:t xml:space="preserve"> 　　为了让他们尽快地适应学校生活，我开始了“婆婆妈妈”的“啰啰嗦嗦”：一打上课铃就站在教室门口示意大家该安静了；一打下课铃就赶到教室通知小朋友上厕所；每天早晨看着孩子们进教室；课间时时叮嘱：做有“意义”的游戏，不要追跑，避免受伤；要把桌子摆整齐，应该站在第一排单眯着一只眼睛看看是不是歪了；站如松、坐如钟、行如风…… </w:t>
      </w:r>
      <w:r>
        <w:rPr>
          <w:lang w:eastAsia="zh-CN"/>
        </w:rPr>
        <w:br/>
      </w:r>
      <w:r>
        <w:rPr>
          <w:lang w:eastAsia="zh-CN"/>
        </w:rPr>
        <w:t xml:space="preserve"> 　　每天，把表现优秀和有进步的孩子的名字写在黑板上，带着大家大声念；每周五，给一周以来最棒的孩子发“表扬信”，让他们的爸爸妈妈也一起分享他们成长的快乐。孩子们是多么尽情地享受这令人骄傲的一刻呀，他们开始互相较劲儿，一天比一天有进步，一个比一个进步大！ </w:t>
      </w:r>
      <w:r>
        <w:rPr>
          <w:lang w:eastAsia="zh-CN"/>
        </w:rPr>
        <w:br/>
      </w:r>
      <w:r>
        <w:rPr>
          <w:lang w:eastAsia="zh-CN"/>
        </w:rPr>
        <w:t xml:space="preserve"> 　　两个月下来，嗓子彻底哑了。好在令我感到安慰的是：上课铃响了，教室里静了；黑板每天都用清水擦得干干净净；他们终于学会按要求写完作业并按时上交了…… </w:t>
      </w:r>
      <w:r>
        <w:rPr>
          <w:lang w:eastAsia="zh-CN"/>
        </w:rPr>
        <w:br/>
      </w:r>
      <w:r>
        <w:rPr>
          <w:lang w:eastAsia="zh-CN"/>
        </w:rPr>
        <w:t xml:space="preserve"> 　　一、良好习惯的养成，是一个人完整品德结构的核心。 </w:t>
      </w:r>
      <w:r>
        <w:rPr>
          <w:lang w:eastAsia="zh-CN"/>
        </w:rPr>
        <w:br/>
      </w:r>
      <w:r>
        <w:rPr>
          <w:lang w:eastAsia="zh-CN"/>
        </w:rPr>
        <w:t xml:space="preserve"> 　　对于一年级班主任来说，培养学生良好的行为习惯是工作的重点。初入校门的小朋友，自控能力差，习惯形成的反复性强，班主任要不厌其烦地常常提醒、及时纠正、天天表扬，同时，注意充分挖掘和利用家庭教育资源，家校携手，更有成效。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为了让孩子们尽快地适应学校生活，我还常常带他们做课间游戏：“找朋友”、“开火车”、“狼来了”……尽量让孩子感觉到：小学生活不是大哥哥大姐姐们形容得那么可怕：“好多好多的作业，好凶好凶的老师！</w:t>
      </w:r>
      <w:r>
        <w:rPr>
          <w:lang w:eastAsia="zh-CN"/>
        </w:rPr>
        <w:t>”</w:t>
      </w:r>
      <w:r>
        <w:rPr>
          <w:lang w:eastAsia="zh-CN"/>
        </w:rPr>
        <w:t xml:space="preserve"> </w:t>
      </w:r>
      <w:r>
        <w:rPr>
          <w:lang w:eastAsia="zh-CN"/>
        </w:rPr>
        <w:br/>
      </w:r>
      <w:r>
        <w:rPr>
          <w:lang w:eastAsia="zh-CN"/>
        </w:rPr>
        <w:t xml:space="preserve"> 　　二、幼儿园的生活以游戏为主。 </w:t>
      </w:r>
      <w:r>
        <w:rPr>
          <w:lang w:eastAsia="zh-CN"/>
        </w:rPr>
        <w:br/>
      </w:r>
      <w:r>
        <w:rPr>
          <w:lang w:eastAsia="zh-CN"/>
        </w:rPr>
        <w:t xml:space="preserve"> 　　很多孩子一进入小学，作业任务和学习压力让他们感到很不适应，从而产生厌学情绪，表现为不能完成作业、上课注意力不集中、和同学不能友好相处等。班主任要关注孩子们的情绪反应，尤其在开学初期，做好“幼升小”的过渡工作，多组织游戏活动，让孩子们从中感受小学生活的乐趣。 </w:t>
      </w:r>
      <w:r>
        <w:rPr>
          <w:lang w:eastAsia="zh-CN"/>
        </w:rPr>
        <w:br/>
      </w:r>
      <w:r>
        <w:rPr>
          <w:lang w:eastAsia="zh-CN"/>
        </w:rPr>
        <w:t xml:space="preserve"> 　　我和孩子们一起把教室布置得漂漂亮亮，请看看我们的“家”： </w:t>
      </w:r>
      <w:r>
        <w:rPr>
          <w:lang w:eastAsia="zh-CN"/>
        </w:rPr>
        <w:br/>
      </w:r>
      <w:r>
        <w:rPr>
          <w:lang w:eastAsia="zh-CN"/>
        </w:rPr>
        <w:t xml:space="preserve"> 　　那朵最灿烂的“向日葵”，是我们班级的“全家福”和同学们的生活照，大家轮换着把自己的精彩瞬间与人分享；“我们的作品”中，有同学们美丽的画儿，也有我们工整漂亮的作业；“读读背背”中有古诗、生词、科普知识……常常更新，瞧那上面的带图片的“生词卡”，都是孩子们亲手制作的呢！“我们的故事”当然就是孩子们的故事，把他们精彩的课堂发言、平日的趣事和有意义的事儿写下来，孩子们可喜欢读啦！“我服务，我快乐”是卫生值日登记表，哪个组把教室打扫得干净，就可以得到一朵鲜艳的红花；“光荣台”不必多介绍，自然是贴奖状的地方！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教室的一角是贮物柜，里面整齐地摆放着作业本和教学用具。柜子上，还摆着一盆绿色植物，让我们的教室永远春天般绿意盎然；那个挂在墙上红色的小本子，记下了班级的`好人好事，让每一个关心集体关心他人的孩子都得到大家的赞扬和感谢</w:t>
      </w:r>
      <w:r>
        <w:rPr>
          <w:lang w:eastAsia="zh-CN"/>
        </w:rPr>
        <w:t>！</w:t>
      </w:r>
      <w:r>
        <w:rPr>
          <w:lang w:eastAsia="zh-CN"/>
        </w:rPr>
        <w:t xml:space="preserve"> </w:t>
      </w:r>
      <w:r>
        <w:rPr>
          <w:lang w:eastAsia="zh-CN"/>
        </w:rPr>
        <w:br/>
      </w:r>
      <w:r>
        <w:rPr>
          <w:lang w:eastAsia="zh-CN"/>
        </w:rPr>
        <w:t xml:space="preserve"> 　　渐渐地，我们教室的“内容”丰富起来；我的工具盒里不知什么时候也多了几个印章，小朋友们说这样给大家评奖盖章时，多几种“款式”；多了跳绳、皮筋，孩子们把“自己的”都拿出来与大家分享，他们把这个班当作了自己另一个家！ </w:t>
      </w:r>
      <w:r>
        <w:rPr>
          <w:lang w:eastAsia="zh-CN"/>
        </w:rPr>
        <w:br/>
      </w:r>
      <w:r>
        <w:rPr>
          <w:lang w:eastAsia="zh-CN"/>
        </w:rPr>
        <w:t xml:space="preserve"> 　　三、要让孩子们热爱学习。 </w:t>
      </w:r>
      <w:r>
        <w:rPr>
          <w:lang w:eastAsia="zh-CN"/>
        </w:rPr>
        <w:br/>
      </w:r>
      <w:r>
        <w:rPr>
          <w:lang w:eastAsia="zh-CN"/>
        </w:rPr>
        <w:t xml:space="preserve"> 　　首先要让他们感受到：学校、教室令他们喜欢，有归属感。教室的环境布置实在是班主任工作中不可忽视的一个环节哦！教室布置应遵循几点原则：孩子们的作品比老师的多；孩子们付出的劳动比老师付出的多；关注孩子们内心的需要。另外，多一些“我们牌”的共有财产可以增强班级凝聚力。 </w:t>
      </w:r>
      <w:r>
        <w:rPr>
          <w:lang w:eastAsia="zh-CN"/>
        </w:rPr>
        <w:br/>
      </w:r>
      <w:r>
        <w:rPr>
          <w:lang w:eastAsia="zh-CN"/>
        </w:rPr>
        <w:t xml:space="preserve"> 　　“好雨知时节，当春乃发生。随风潜入夜，润物细无声。”我一直很喜欢这两句诗，也一直坚定地认为：教育就如和风细雨，丝丝缕缕，悄入人心。 </w:t>
      </w:r>
      <w:r>
        <w:rPr>
          <w:lang w:eastAsia="zh-CN"/>
        </w:rPr>
        <w:br/>
      </w:r>
      <w:r>
        <w:rPr>
          <w:lang w:eastAsia="zh-CN"/>
        </w:rPr>
        <w:t>　　一年级班主任工作总结 6</w:t>
      </w:r>
      <w:r>
        <w:rPr>
          <w:lang w:eastAsia="zh-CN"/>
        </w:rPr>
        <w:br/>
      </w:r>
      <w:r>
        <w:rPr>
          <w:lang w:eastAsia="zh-CN"/>
        </w:rPr>
        <w:t xml:space="preserve"> 　　班主任要用个人的魅力征服学生，要用自己的热情和朝气去感染学生，无论是服装还是言谈，都会对学生产生很大的影响。班主任工作是很有挑战性的工作，每一个学生都是一个世界，要想成为每一个学生的朋友，要想得到每一个学生的信任，需要付出很多的心血。但是，这一切都很值得，因为，你得到的将是一个美丽的世界！工作着是美丽的！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紧张的期中考试已经结束，回顾总结这次考试的工作得失，感受颇多，教训更多。从开学到现在，我坚持抓好常规不放松，注重培养学生的自主管理能力，勇于探索班级管理的新模式。现将几点小结如下</w:t>
      </w:r>
      <w:r>
        <w:rPr>
          <w:lang w:eastAsia="zh-CN"/>
        </w:rPr>
        <w:t>：</w:t>
      </w:r>
      <w:r>
        <w:rPr>
          <w:lang w:eastAsia="zh-CN"/>
        </w:rPr>
        <w:t xml:space="preserve"> </w:t>
      </w:r>
      <w:r>
        <w:rPr>
          <w:lang w:eastAsia="zh-CN"/>
        </w:rPr>
        <w:br/>
      </w:r>
      <w:r>
        <w:rPr>
          <w:lang w:eastAsia="zh-CN"/>
        </w:rPr>
        <w:t xml:space="preserve"> 　　一、利用班会组织学生学习 </w:t>
      </w:r>
      <w:r>
        <w:rPr>
          <w:lang w:eastAsia="zh-CN"/>
        </w:rPr>
        <w:br/>
      </w:r>
      <w:r>
        <w:rPr>
          <w:lang w:eastAsia="zh-CN"/>
        </w:rPr>
        <w:t xml:space="preserve"> 　　《小学生守则》《小学生日常行为规范》对学生进行美育教育，让学生不讲脏话，尊敬长辈，不打架，不旷课，不迟到，坚持到校，不乱吃零食，做一个讲文明讲礼貌的好学生。 </w:t>
      </w:r>
      <w:r>
        <w:rPr>
          <w:lang w:eastAsia="zh-CN"/>
        </w:rPr>
        <w:br/>
      </w:r>
      <w:r>
        <w:rPr>
          <w:lang w:eastAsia="zh-CN"/>
        </w:rPr>
        <w:t xml:space="preserve"> 　　二、思想教育方面 </w:t>
      </w:r>
      <w:r>
        <w:rPr>
          <w:lang w:eastAsia="zh-CN"/>
        </w:rPr>
        <w:br/>
      </w:r>
      <w:r>
        <w:rPr>
          <w:lang w:eastAsia="zh-CN"/>
        </w:rPr>
        <w:t xml:space="preserve"> 　　着重诱导，做学困生的思想工作，使他们团结一致，互相帮助，解决了学生厌学，不按时交阅作业，懒惰成性的问题，教育学生勤学苦练。 </w:t>
      </w:r>
      <w:r>
        <w:rPr>
          <w:lang w:eastAsia="zh-CN"/>
        </w:rPr>
        <w:br/>
      </w:r>
      <w:r>
        <w:rPr>
          <w:lang w:eastAsia="zh-CN"/>
        </w:rPr>
        <w:t xml:space="preserve"> 　　三、建立和谐、平等的师生关系 </w:t>
      </w:r>
      <w:r>
        <w:rPr>
          <w:lang w:eastAsia="zh-CN"/>
        </w:rPr>
        <w:br/>
      </w:r>
      <w:r>
        <w:rPr>
          <w:lang w:eastAsia="zh-CN"/>
        </w:rPr>
        <w:t xml:space="preserve"> 　　在教学中的因材施教、分层教学，管理中的模糊评价等，都是和谐思想的体现。人际关系和谐的基础是平等。班级内部人际关系的平等首先体现在师生关系上。平等主要是指师生在人格上彼此尊重，思想上互相交流。班主任在提倡集体成员平等相处的十分，要特别关注“后进生”，班主任应该帮助他们发现并发长自己独特的禀赋与才能，树立自信与自尊，从而形成真正的平等意识。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为学生搭建一个展示自己才能的平台一个学生就是一个世界。在这个世界里，自有他的丰富内涵。有的细腻，有的粗犷；有的内向，有的内敛；有的亲近，有的疏远，不一而足。实现自我需要中最高层次。作为班主任要为学生搭建一个展示才能的平台，让每个学生都能在班级里得到发展，形成自己的特色，这样才能使学生实现个性化发长。在这个队伍中应扮演“守夜人”的角色，而应积极充当服务者的角色，努力为学生发挥个性特长创造更多的条件</w:t>
      </w:r>
      <w:r>
        <w:rPr>
          <w:lang w:eastAsia="zh-CN"/>
        </w:rPr>
        <w:t>。</w:t>
      </w:r>
      <w:r>
        <w:rPr>
          <w:lang w:eastAsia="zh-CN"/>
        </w:rPr>
        <w:t xml:space="preserve"> </w:t>
      </w:r>
      <w:r>
        <w:rPr>
          <w:lang w:eastAsia="zh-CN"/>
        </w:rPr>
        <w:br/>
      </w:r>
      <w:r>
        <w:rPr>
          <w:lang w:eastAsia="zh-CN"/>
        </w:rPr>
        <w:t xml:space="preserve"> 　　四、创建合理规范的班级管理机制 </w:t>
      </w:r>
      <w:r>
        <w:rPr>
          <w:lang w:eastAsia="zh-CN"/>
        </w:rPr>
        <w:br/>
      </w:r>
      <w:r>
        <w:rPr>
          <w:lang w:eastAsia="zh-CN"/>
        </w:rPr>
        <w:t xml:space="preserve"> 　　我们常说，一个好的机制可以将坏人变成好人，而一个不好的机制也可能将好人变成坏人。因此，班主任要努力探索，建立适合自己班级的管理制度，如请假制度、卫生制度、奖惩制度等，使班级管理有章可寻，形成规范管理，并且经过反复抓，抓反复，使这些制度逐渐变成学生的自觉行为。在管理中不能对学生硬卡严压，不要将制度去束缚人，要用制度去调动人的积极性，使学生能主动参与班级管理，互相平等的交流。 </w:t>
      </w:r>
      <w:r>
        <w:rPr>
          <w:lang w:eastAsia="zh-CN"/>
        </w:rPr>
        <w:br/>
      </w:r>
      <w:r>
        <w:rPr>
          <w:lang w:eastAsia="zh-CN"/>
        </w:rPr>
        <w:t xml:space="preserve"> 　　五、适时的对学生进行防火、放电、防摔等安全教育，使学生的学习和生活得到了保证 </w:t>
      </w:r>
      <w:r>
        <w:rPr>
          <w:lang w:eastAsia="zh-CN"/>
        </w:rPr>
        <w:br/>
      </w:r>
      <w:r>
        <w:rPr>
          <w:lang w:eastAsia="zh-CN"/>
        </w:rPr>
        <w:t xml:space="preserve"> 　　因此，我认为要建设优秀的班集体，班主任必须努力提高个人素质，拓宽管理思路，用先进的教育理念不断提高思想水平、管理能力、工作作风、道德修养，才能带领班级不断取得新的发展。 </w:t>
      </w:r>
      <w:r>
        <w:rPr>
          <w:lang w:eastAsia="zh-CN"/>
        </w:rPr>
        <w:br/>
      </w:r>
      <w:r>
        <w:rPr>
          <w:lang w:eastAsia="zh-CN"/>
        </w:rPr>
        <w:t xml:space="preserve"> 　　当然，我的班级依然存在很多的问题，如：学生学习习惯还不是很好，文明礼仪做的还不到位，各门功课发展不均衡等。我将继续努力采取恰当的措施，改变现有的班级不足之处班主任工作是一项十分平凡甚至十分繁琐的工作，我担任学校班主任工作已经十多年了。随着工作时间的推移，我越来越体会到良好的班风班级，个人的.良好习惯对班级管理来说是多么的重要。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班风的好坏对一个班集体的影响是至关重要的，班主任必须高度重视。班主任要做有心人，要动脑筋，身体力行去培养良好的班风，尤其是在接一个新的班级的时候，要思考建立怎样的班风并运筹和设计如何起步，如何一个环节一个环节地抓下去。假如忽视这方面的工作，待班级内某些不正的风气得以形成，再去纠正它、改变它，再去重塑新的风气，就会相当困难或事倍功半。使学生充分认识到一些好习惯的重要性，让学生明确哪些事该做，哪些事不该做，在明辨是非的同时，不断增强自制能力。并结合班级的实际制定各种有针对性的班级规章制度，班级规范不仅对学生的品德和行为具有指导作用而且有约束作用，能使学生在对它认识的基础上产生从众行为。如课堂学习、作业、期中考试的要求等有关纪律，约定俗成而为大家一致遵循的不成文的准则。比如早晨进到教室，第一件事是做好课前准备，然后进行早读；学具的摆放要有规矩，桌面摆上课用的书本按要求摆放整齐，左上角是文具盒，右边是课本。规章制度制定起来容易，但关键在于执行。为了保证一系列规章制度的实效性和持久性，使学生养成一个良好的习惯，在带班的一开始，我每天都要对班里遵守和落实的情况进行反馈。虽然刚开始的时候班主任要投入很大的精力和时间，但班级的好风气、学生的好习惯一旦养成，则会起到事半功倍的效果。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任何一个群体中都有相对先进、后进的区分，要在群体中形成一种共同的习惯、风气，总是一个由点到面、由少数到多数、由压力变动力、由不自然到习惯的过程。在这个过程中，要注意发挥榜样的作用，班主任要在本班发现各层次、各方面好的榜样，并通过学榜样产生“新榜样”。如学生在学校、班集体中有出色的表现，取得了优异的成绩，我在班里一定会大张旗鼓地表扬，表扬他个人积极努力的精神，表扬他为学校、为班集体争光的精神，倡导同学们向他学习</w:t>
      </w:r>
      <w:r>
        <w:rPr>
          <w:lang w:eastAsia="zh-CN"/>
        </w:rPr>
        <w:t>。</w:t>
      </w:r>
      <w:r>
        <w:rPr>
          <w:lang w:eastAsia="zh-CN"/>
        </w:rPr>
        <w:t xml:space="preserve"> </w:t>
      </w:r>
      <w:r>
        <w:rPr>
          <w:lang w:eastAsia="zh-CN"/>
        </w:rPr>
        <w:br/>
      </w:r>
      <w:r>
        <w:rPr>
          <w:lang w:eastAsia="zh-CN"/>
        </w:rPr>
        <w:t xml:space="preserve"> 　　班主任老师与学生朝夕相处，学生自然地视班主任老师为学习的楷模，老师的一言一行都有着直接的或间接的教育意义。所以平时我特别注意自己的行为表现，特别是在日常生活中尽最大的努力给学生做出表率，要求学生做到的我首先要做到，以教师的示范带学生的规范。例如课间随手捡起地上的废纸，顺手排好桌椅，早晨上课前我就会擦桌子、摆桌椅、扫地、擦地、擦黑班，时间久了，学生自觉地与我共同参与来完成劳动任务。 </w:t>
      </w:r>
      <w:r>
        <w:rPr>
          <w:lang w:eastAsia="zh-CN"/>
        </w:rPr>
        <w:br/>
      </w:r>
      <w:r>
        <w:rPr>
          <w:lang w:eastAsia="zh-CN"/>
        </w:rPr>
        <w:t xml:space="preserve"> 　　良好班风不是一朝一夕就可以形成的，必须始终抓紧经常性的教育和训练，不可一日松懈。同时班风教育还有些容易获得更大成效的时机，例如新学期开始，我引导学生懂得个人与集体的密切关系，使他们为集体而努力，为集体的成绩进步而欢喜，为集体的困难、挫折而焦虑，培养他们“心中有集体，心中有他人”的集体主义思想。 </w:t>
      </w:r>
      <w:r>
        <w:rPr>
          <w:lang w:eastAsia="zh-CN"/>
        </w:rPr>
        <w:br/>
      </w:r>
      <w:r>
        <w:rPr>
          <w:lang w:eastAsia="zh-CN"/>
        </w:rPr>
        <w:t xml:space="preserve"> 　　最后我还要强调一点，这次期中考试的结果不能令人满意，总名次在下滑，但我会在今后多总结，多思考，不做语言上的巨人，行动上的矮子。要胜不骄，败不馁。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总的来说，我深深的体会到班主任工作是一门艺术、是一门很深的学问。我决心通过努力，力争把班级建设成为一个“学风浓厚，富有朝气，团结进取”的优秀班集体</w:t>
      </w:r>
      <w:r>
        <w:rPr>
          <w:lang w:eastAsia="zh-CN"/>
        </w:rPr>
        <w:t>。</w:t>
      </w:r>
      <w:r>
        <w:rPr>
          <w:lang w:eastAsia="zh-CN"/>
        </w:rPr>
        <w:t xml:space="preserve"> </w:t>
      </w:r>
      <w:r>
        <w:rPr>
          <w:lang w:eastAsia="zh-CN"/>
        </w:rPr>
        <w:br/>
      </w:r>
      <w:r>
        <w:rPr>
          <w:lang w:eastAsia="zh-CN"/>
        </w:rPr>
        <w:t>　　一年级班主任工作总结 7</w:t>
      </w:r>
      <w:r>
        <w:rPr>
          <w:lang w:eastAsia="zh-CN"/>
        </w:rPr>
        <w:br/>
      </w:r>
      <w:r>
        <w:rPr>
          <w:lang w:eastAsia="zh-CN"/>
        </w:rPr>
        <w:t xml:space="preserve"> 　　素质教育要求我们要面向全体学生，使学生的思想道德、文化科学、劳动技能、身体心理素质得到全面和谐地发展，个性特长得到充分的培育。这是一项长期的、具有划时代意义的改革。学校教育是我国主要的教学形式，班级授课制是学校教育的基本形式。因此，作为班集体灵魂的班主任应该充分认识到自己所承担的历史重任。 </w:t>
      </w:r>
      <w:r>
        <w:rPr>
          <w:lang w:eastAsia="zh-CN"/>
        </w:rPr>
        <w:br/>
      </w:r>
      <w:r>
        <w:rPr>
          <w:lang w:eastAsia="zh-CN"/>
        </w:rPr>
        <w:t xml:space="preserve"> 　　小学班主任工作更加繁重。我相信，任何一位班主任都希望胜任这项工作并把自己从繁重中尽量解脱出来，下面我谈谈自己这学期来工作的体会。 </w:t>
      </w:r>
      <w:r>
        <w:rPr>
          <w:lang w:eastAsia="zh-CN"/>
        </w:rPr>
        <w:br/>
      </w:r>
      <w:r>
        <w:rPr>
          <w:lang w:eastAsia="zh-CN"/>
        </w:rPr>
        <w:t xml:space="preserve"> 　　一、亲近学生，研究学生；展现自我，树立威望。 </w:t>
      </w:r>
      <w:r>
        <w:rPr>
          <w:lang w:eastAsia="zh-CN"/>
        </w:rPr>
        <w:br/>
      </w:r>
      <w:r>
        <w:rPr>
          <w:lang w:eastAsia="zh-CN"/>
        </w:rPr>
        <w:t xml:space="preserve"> 　　谁爱孩子，孩子就会爱他，只有用爱才能教育孩子。班主任要善于接近孩子，体贴和关心学生，和他们进行亲密的思想交流，让他们真正感受到老师对他的亲近和爱。这是班主任顺利开展一切工作的基础。 研究学生是教育取得成功的必要条件，最好的途径是通过活动观察。 </w:t>
      </w:r>
      <w:r>
        <w:rPr>
          <w:lang w:eastAsia="zh-CN"/>
        </w:rPr>
        <w:br/>
      </w:r>
      <w:r>
        <w:rPr>
          <w:lang w:eastAsia="zh-CN"/>
        </w:rPr>
        <w:t xml:space="preserve"> 　　了解全班主要的优缺点并分析其原因所在，要研究学生的个性特征(包括能力、气质、性格、爱好等)，了解个人的生活环境，掌握哪些是积极分子，哪些是特别需要注意的学生等等。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在亲近与研究学生的过程中，我们班主任要努力展现自身广博的文化与高尚的道德情操，使学生对你既亲近又崇拜，既认定你是值得信赖的老师，又把你当作好朋友，树立起班主任崇高的威望。那么，你的教育可能取得事半功倍的效果</w:t>
      </w:r>
      <w:r>
        <w:rPr>
          <w:lang w:eastAsia="zh-CN"/>
        </w:rPr>
        <w:t>。</w:t>
      </w:r>
      <w:r>
        <w:rPr>
          <w:lang w:eastAsia="zh-CN"/>
        </w:rPr>
        <w:t xml:space="preserve"> </w:t>
      </w:r>
      <w:r>
        <w:rPr>
          <w:lang w:eastAsia="zh-CN"/>
        </w:rPr>
        <w:br/>
      </w:r>
      <w:r>
        <w:rPr>
          <w:lang w:eastAsia="zh-CN"/>
        </w:rPr>
        <w:t xml:space="preserve"> 　　二、干部队伍的组建和培养。 </w:t>
      </w:r>
      <w:r>
        <w:rPr>
          <w:lang w:eastAsia="zh-CN"/>
        </w:rPr>
        <w:br/>
      </w:r>
      <w:r>
        <w:rPr>
          <w:lang w:eastAsia="zh-CN"/>
        </w:rPr>
        <w:t xml:space="preserve"> 　　一个班的集体面貌如何，很大程度上是由小干部决定的。小干部对班集体有着以点带面和以面带面的作用， 他们是班主任的左右手。所以唯有慎重地选拔和培养干部队伍，班主任工作才能逐渐从繁重走向简单与轻松。 </w:t>
      </w:r>
      <w:r>
        <w:rPr>
          <w:lang w:eastAsia="zh-CN"/>
        </w:rPr>
        <w:br/>
      </w:r>
      <w:r>
        <w:rPr>
          <w:lang w:eastAsia="zh-CN"/>
        </w:rPr>
        <w:t xml:space="preserve"> 　　当选的干部应具有较强的号召力和自我管理能力。干部队伍的组建不能仅仅作为一种形式存在，班主任必须精心培养： </w:t>
      </w:r>
      <w:r>
        <w:rPr>
          <w:lang w:eastAsia="zh-CN"/>
        </w:rPr>
        <w:br/>
      </w:r>
      <w:r>
        <w:rPr>
          <w:lang w:eastAsia="zh-CN"/>
        </w:rPr>
        <w:t xml:space="preserve"> 　　其一，要大力表扬干部优点，宣传他们的先进事迹，帮助小干部树立威信； </w:t>
      </w:r>
      <w:r>
        <w:rPr>
          <w:lang w:eastAsia="zh-CN"/>
        </w:rPr>
        <w:br/>
      </w:r>
      <w:r>
        <w:rPr>
          <w:lang w:eastAsia="zh-CN"/>
        </w:rPr>
        <w:t xml:space="preserve"> 　　其二，在鼓励干部大胆工作，指点他们工作方法的同时，要更严格要求干部个人在知识、能力上取得更大进步，在纪律上以身作则，力求从各方面给全班起到模范带头作用。 </w:t>
      </w:r>
      <w:r>
        <w:rPr>
          <w:lang w:eastAsia="zh-CN"/>
        </w:rPr>
        <w:br/>
      </w:r>
      <w:r>
        <w:rPr>
          <w:lang w:eastAsia="zh-CN"/>
        </w:rPr>
        <w:t xml:space="preserve"> 　　其三，培养干部团结协作的精神，要能够通过干部这个小集体建立正确、健全的舆论，带动整个班集体开展批评与自我批评，形成集体的组织性、纪律性和进取心，亦即以面带面。 </w:t>
      </w:r>
      <w:r>
        <w:rPr>
          <w:lang w:eastAsia="zh-CN"/>
        </w:rPr>
        <w:br/>
      </w:r>
      <w:r>
        <w:rPr>
          <w:lang w:eastAsia="zh-CN"/>
        </w:rPr>
        <w:t xml:space="preserve"> 　　三、以强化常规训练带动教育教学工作。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良好的常规是进行正常的学习和生活的保障，一个学生调皮捣蛋、不合常规的举动往往会使一堂好课留下遗憾，使整个集体活动宣告失败，甚至使全班努力争取的荣誉付诸东流，直接影响到班集体的`利益。因此，要扎实有效地加强每一个学生的常规训练。训练的内容包括《小学生守则》和《小学生日常行为规范》要求的常规、课堂常规</w:t>
      </w:r>
      <w:r>
        <w:rPr>
          <w:lang w:eastAsia="zh-CN"/>
        </w:rPr>
        <w:t>、</w:t>
      </w:r>
      <w:r>
        <w:rPr>
          <w:lang w:eastAsia="zh-CN"/>
        </w:rPr>
        <w:t xml:space="preserve"> 和出操常规、卫生常规、劳动常规、</w:t>
      </w:r>
      <w:r>
        <w:rPr>
          <w:lang w:eastAsia="zh-CN"/>
        </w:rPr>
        <w:t xml:space="preserve"> 等等诸多方面。并且这学期我还根据学生的特点，结合学校四项竞赛</w:t>
      </w:r>
      <w:r>
        <w:rPr>
          <w:lang w:eastAsia="zh-CN"/>
        </w:rPr>
        <w:t xml:space="preserve"> ，</w:t>
      </w:r>
      <w:r>
        <w:rPr>
          <w:lang w:eastAsia="zh-CN"/>
        </w:rPr>
        <w:t xml:space="preserve"> 强化学生内在。日常行为的训练要通过集体或个人、单项强化或全面优化相结合的方式进行(根据具体情况选择)，务必使每个学生具有服从集体，服从命令的思想，具有自我约束力，形成习惯，保证整个班集体随时表现出活而不乱，严而不死的良好</w:t>
      </w:r>
      <w:r>
        <w:rPr>
          <w:lang w:eastAsia="zh-CN"/>
        </w:rPr>
        <w:t xml:space="preserve"> 班貌。</w:t>
      </w:r>
      <w:r>
        <w:rPr>
          <w:lang w:eastAsia="zh-CN"/>
        </w:rPr>
        <w:t xml:space="preserve"> </w:t>
      </w:r>
      <w:r>
        <w:rPr>
          <w:lang w:eastAsia="zh-CN"/>
        </w:rPr>
        <w:br/>
      </w:r>
      <w:r>
        <w:rPr>
          <w:lang w:eastAsia="zh-CN"/>
        </w:rPr>
        <w:t xml:space="preserve"> 　　四、拟定集体与个人的远、近期目标。 </w:t>
      </w:r>
      <w:r>
        <w:rPr>
          <w:lang w:eastAsia="zh-CN"/>
        </w:rPr>
        <w:br/>
      </w:r>
      <w:r>
        <w:rPr>
          <w:lang w:eastAsia="zh-CN"/>
        </w:rPr>
        <w:t xml:space="preserve"> 　　有目标才有动力。 根据学校工作安排和本班实际情况，拟定全班与小组在知识、能力、情感等方面的远、近期目标，让每一个学生明确我们全班和小组正在努力奋斗的目标是什么，避免盲目、低效地学习和生活，从而增强集体的凝聚力和动力。本学期一开学我就向全班学生提出：通过努力， 在原来的基础上要有所进步， 然后，要引导每一个学生根据自己的具体情况拟定切实的个人远、近期目标，将集体的动力落实到每个学生身上，帮助和鼓励每一个人进步，使每个人都在明显而又易于承受的压力下自觉要求自己。 </w:t>
      </w:r>
      <w:r>
        <w:rPr>
          <w:lang w:eastAsia="zh-CN"/>
        </w:rPr>
        <w:br/>
      </w:r>
      <w:r>
        <w:rPr>
          <w:lang w:eastAsia="zh-CN"/>
        </w:rPr>
        <w:t>　　一年级班主任工作总结 8</w:t>
      </w:r>
      <w:r>
        <w:rPr>
          <w:lang w:eastAsia="zh-CN"/>
        </w:rPr>
        <w:br/>
      </w:r>
      <w:r>
        <w:rPr>
          <w:lang w:eastAsia="zh-CN"/>
        </w:rPr>
        <w:t xml:space="preserve"> 　　一、班级基本情况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本期我班共有学生53人，其中男生28人，女生25人。本学期我把学生良好行为习惯的养成以及建设良好的班集体作为主要目标，培养良好的学习风气；逐步形成积极进取，勇于拼搏的良好班风</w:t>
      </w:r>
      <w:r>
        <w:rPr>
          <w:lang w:eastAsia="zh-CN"/>
        </w:rPr>
        <w:t>。</w:t>
      </w:r>
      <w:r>
        <w:rPr>
          <w:lang w:eastAsia="zh-CN"/>
        </w:rPr>
        <w:t xml:space="preserve"> </w:t>
      </w:r>
      <w:r>
        <w:rPr>
          <w:lang w:eastAsia="zh-CN"/>
        </w:rPr>
        <w:br/>
      </w:r>
      <w:r>
        <w:rPr>
          <w:lang w:eastAsia="zh-CN"/>
        </w:rPr>
        <w:t xml:space="preserve"> 　　二、指导思想 </w:t>
      </w:r>
      <w:r>
        <w:rPr>
          <w:lang w:eastAsia="zh-CN"/>
        </w:rPr>
        <w:br/>
      </w:r>
      <w:r>
        <w:rPr>
          <w:lang w:eastAsia="zh-CN"/>
        </w:rPr>
        <w:t xml:space="preserve"> 　　以学校的总的工作计划为指导，本着对学生负责，为了学生的一切，努力做好本学期的班级工作。 </w:t>
      </w:r>
      <w:r>
        <w:rPr>
          <w:lang w:eastAsia="zh-CN"/>
        </w:rPr>
        <w:br/>
      </w:r>
      <w:r>
        <w:rPr>
          <w:lang w:eastAsia="zh-CN"/>
        </w:rPr>
        <w:t xml:space="preserve"> 　　三、工作措施 </w:t>
      </w:r>
      <w:r>
        <w:rPr>
          <w:lang w:eastAsia="zh-CN"/>
        </w:rPr>
        <w:br/>
      </w:r>
      <w:r>
        <w:rPr>
          <w:lang w:eastAsia="zh-CN"/>
        </w:rPr>
        <w:t xml:space="preserve"> 　　（一）德育工作 </w:t>
      </w:r>
      <w:r>
        <w:rPr>
          <w:lang w:eastAsia="zh-CN"/>
        </w:rPr>
        <w:br/>
      </w:r>
      <w:r>
        <w:rPr>
          <w:lang w:eastAsia="zh-CN"/>
        </w:rPr>
        <w:t xml:space="preserve"> 　　１.以《小学生守则》为中心，以《小学生日常行为规范》为准则，不断地对学生进行思想品德教育，使学生在日常生活中养成了良好的思想品质。 </w:t>
      </w:r>
      <w:r>
        <w:rPr>
          <w:lang w:eastAsia="zh-CN"/>
        </w:rPr>
        <w:br/>
      </w:r>
      <w:r>
        <w:rPr>
          <w:lang w:eastAsia="zh-CN"/>
        </w:rPr>
        <w:t xml:space="preserve"> 　　２.对学生加强团结友爱教育，使同学之间能够互相关心、互相帮助，主动帮助有困难的同学，使之获得良好班风的形成的巩固，建立了一个温暖的班集体。 </w:t>
      </w:r>
      <w:r>
        <w:rPr>
          <w:lang w:eastAsia="zh-CN"/>
        </w:rPr>
        <w:br/>
      </w:r>
      <w:r>
        <w:rPr>
          <w:lang w:eastAsia="zh-CN"/>
        </w:rPr>
        <w:t xml:space="preserve"> 　　（二）教学工作 </w:t>
      </w:r>
      <w:r>
        <w:rPr>
          <w:lang w:eastAsia="zh-CN"/>
        </w:rPr>
        <w:br/>
      </w:r>
      <w:r>
        <w:rPr>
          <w:lang w:eastAsia="zh-CN"/>
        </w:rPr>
        <w:t xml:space="preserve"> 　　１.班主任与各科科任教师密切配合，努力加强对学生的基础知识、基本技能的训练。积极向成绩突出的教师学习，探讨教育教学方法，让学生在轻松中获得知识，达到了教学目的。 </w:t>
      </w:r>
      <w:r>
        <w:rPr>
          <w:lang w:eastAsia="zh-CN"/>
        </w:rPr>
        <w:br/>
      </w:r>
      <w:r>
        <w:rPr>
          <w:lang w:eastAsia="zh-CN"/>
        </w:rPr>
        <w:t xml:space="preserve"> 　　２.在教学中进一步对学生进行提示教学、引导教学，培养学生的自学能力，并引导学生在日常生活中进行观察思考，提高学生的说话能力。 </w:t>
      </w:r>
      <w:r>
        <w:rPr>
          <w:lang w:eastAsia="zh-CN"/>
        </w:rPr>
        <w:br/>
      </w:r>
      <w:r>
        <w:rPr>
          <w:lang w:eastAsia="zh-CN"/>
        </w:rPr>
        <w:t xml:space="preserve"> 　　３.鼓励学生勤奋学习，充分发挥学生的创新精神，善于思考的习惯，有一个良好的学习氛围。 </w:t>
      </w:r>
      <w:r>
        <w:rPr>
          <w:lang w:eastAsia="zh-CN"/>
        </w:rPr>
        <w:br/>
      </w:r>
      <w:r>
        <w:rPr>
          <w:lang w:eastAsia="zh-CN"/>
        </w:rPr>
        <w:t xml:space="preserve"> 　　（三）各项活动与卫生工作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１.教育学生认真做好课间操和眼保健操，加强体育锻炼，增强学生体质，使学生得到了健康发展。 </w:t>
      </w:r>
      <w:r>
        <w:rPr>
          <w:lang w:eastAsia="zh-CN"/>
        </w:rPr>
        <w:br/>
      </w:r>
      <w:r>
        <w:rPr>
          <w:lang w:eastAsia="zh-CN"/>
        </w:rPr>
        <w:t xml:space="preserve"> 　　２.能认真上好体育课和活动课，使学生有趣的'活动中锻炼身体，发展了思维能力。 </w:t>
      </w:r>
      <w:r>
        <w:rPr>
          <w:lang w:eastAsia="zh-CN"/>
        </w:rPr>
        <w:br/>
      </w:r>
      <w:r>
        <w:rPr>
          <w:lang w:eastAsia="zh-CN"/>
        </w:rPr>
        <w:t xml:space="preserve"> 　　３.做好卫生工作，为了学生创造了一个良好的学习环境。 </w:t>
      </w:r>
      <w:r>
        <w:rPr>
          <w:lang w:eastAsia="zh-CN"/>
        </w:rPr>
        <w:br/>
      </w:r>
      <w:r>
        <w:rPr>
          <w:lang w:eastAsia="zh-CN"/>
        </w:rPr>
        <w:t xml:space="preserve"> 　　①学生做到服装整洁，勤洗澡，勤洗头，讲究个人卫生。 </w:t>
      </w:r>
      <w:r>
        <w:rPr>
          <w:lang w:eastAsia="zh-CN"/>
        </w:rPr>
        <w:br/>
      </w:r>
      <w:r>
        <w:rPr>
          <w:lang w:eastAsia="zh-CN"/>
        </w:rPr>
        <w:t xml:space="preserve"> 　　②教室每天打扫一次，做到先洒水后扫地，保持窗明洁净，摆放整齐，室内美观大方。 </w:t>
      </w:r>
      <w:r>
        <w:rPr>
          <w:lang w:eastAsia="zh-CN"/>
        </w:rPr>
        <w:br/>
      </w:r>
      <w:r>
        <w:rPr>
          <w:lang w:eastAsia="zh-CN"/>
        </w:rPr>
        <w:t xml:space="preserve"> 　　（四）安全教育工作 </w:t>
      </w:r>
      <w:r>
        <w:rPr>
          <w:lang w:eastAsia="zh-CN"/>
        </w:rPr>
        <w:br/>
      </w:r>
      <w:r>
        <w:rPr>
          <w:lang w:eastAsia="zh-CN"/>
        </w:rPr>
        <w:t xml:space="preserve"> 　　１.通过教育，使学生懂得爱惜生命，远离毒品，增强了安全意识。 </w:t>
      </w:r>
      <w:r>
        <w:rPr>
          <w:lang w:eastAsia="zh-CN"/>
        </w:rPr>
        <w:br/>
      </w:r>
      <w:r>
        <w:rPr>
          <w:lang w:eastAsia="zh-CN"/>
        </w:rPr>
        <w:t xml:space="preserve"> 　　２.每天提醒学生注意安全，不追跑打闹，不做有危险的游戏，过马路时注意车辆，熟知交通规则。教育学生必须牢记夏天不得私自下河洗澡，本学期无一起意外事故发生。 </w:t>
      </w:r>
      <w:r>
        <w:rPr>
          <w:lang w:eastAsia="zh-CN"/>
        </w:rPr>
        <w:br/>
      </w:r>
      <w:r>
        <w:rPr>
          <w:lang w:eastAsia="zh-CN"/>
        </w:rPr>
        <w:t xml:space="preserve"> 　　（五）家访工作 </w:t>
      </w:r>
      <w:r>
        <w:rPr>
          <w:lang w:eastAsia="zh-CN"/>
        </w:rPr>
        <w:br/>
      </w:r>
      <w:r>
        <w:rPr>
          <w:lang w:eastAsia="zh-CN"/>
        </w:rPr>
        <w:t xml:space="preserve"> 　　１.积极与家长密切配合，从而使学生在德、智、体、美、劳等方面得到全面发展，提高学生的素质。 </w:t>
      </w:r>
      <w:r>
        <w:rPr>
          <w:lang w:eastAsia="zh-CN"/>
        </w:rPr>
        <w:br/>
      </w:r>
      <w:r>
        <w:rPr>
          <w:lang w:eastAsia="zh-CN"/>
        </w:rPr>
        <w:t xml:space="preserve"> 　　２.本学期对本班学生每生做到家访一次，有特殊情况的多次，直到解决问题为止，与家长共同管理好学生。 </w:t>
      </w:r>
      <w:r>
        <w:rPr>
          <w:lang w:eastAsia="zh-CN"/>
        </w:rPr>
        <w:br/>
      </w:r>
      <w:r>
        <w:rPr>
          <w:lang w:eastAsia="zh-CN"/>
        </w:rPr>
        <w:t xml:space="preserve"> 　　（六）后进生的转化工作和帮教工作 </w:t>
      </w:r>
      <w:r>
        <w:rPr>
          <w:lang w:eastAsia="zh-CN"/>
        </w:rPr>
        <w:br/>
      </w:r>
      <w:r>
        <w:rPr>
          <w:lang w:eastAsia="zh-CN"/>
        </w:rPr>
        <w:t xml:space="preserve"> 　　通过家访，争取家长与社会的支持，使部分后进生得到转化。 </w:t>
      </w:r>
      <w:r>
        <w:rPr>
          <w:lang w:eastAsia="zh-CN"/>
        </w:rPr>
        <w:br/>
      </w:r>
      <w:r>
        <w:rPr>
          <w:lang w:eastAsia="zh-CN"/>
        </w:rPr>
        <w:t xml:space="preserve"> 　　１.认真找出后进生的原因； </w:t>
      </w:r>
      <w:r>
        <w:rPr>
          <w:lang w:eastAsia="zh-CN"/>
        </w:rPr>
        <w:br/>
      </w:r>
    </w:p>
    <w:p w:rsidR="001B1F19" w14:textId="27C3F48A">
      <w:pPr>
        <w:rPr>
          <w:rFonts w:hint="eastAsia"/>
          <w:lang w:eastAsia="zh-CN"/>
        </w:rPr>
      </w:pPr>
      <w:r>
        <w:rPr>
          <w:lang w:eastAsia="zh-CN"/>
        </w:rPr>
        <w:t xml:space="preserve"> 　　２.积极寻求转化后进生的方法； </w:t>
      </w:r>
      <w:r>
        <w:rPr>
          <w:lang w:eastAsia="zh-CN"/>
        </w:rPr>
        <w:br/>
      </w:r>
      <w:r>
        <w:rPr>
          <w:lang w:eastAsia="zh-CN"/>
        </w:rPr>
        <w:t xml:space="preserve"> 　　３.做到爱护学生，对双差生在教育的同时，渗透关心，使他们感受到本班的班集体是一个温暖的集体。 </w:t>
      </w:r>
      <w:r>
        <w:rPr>
          <w:lang w:eastAsia="zh-CN"/>
        </w:rPr>
        <w:br/>
      </w:r>
      <w:r>
        <w:rPr>
          <w:lang w:eastAsia="zh-CN"/>
        </w:rPr>
        <w:t xml:space="preserve"> 　　四、取得的成绩 </w:t>
      </w:r>
      <w:r>
        <w:rPr>
          <w:lang w:eastAsia="zh-CN"/>
        </w:rPr>
        <w:br/>
      </w:r>
      <w:r>
        <w:rPr>
          <w:lang w:eastAsia="zh-CN"/>
        </w:rPr>
        <w:t xml:space="preserve"> 　　在科任教师和全体学生的共同努力下，学生学习气氛较浓厚，学习成绩得到了提高。 </w:t>
      </w:r>
      <w:r>
        <w:rPr>
          <w:lang w:eastAsia="zh-CN"/>
        </w:rPr>
        <w:br/>
      </w:r>
      <w:r>
        <w:rPr>
          <w:lang w:eastAsia="zh-CN"/>
        </w:rPr>
        <w:t xml:space="preserve"> 　　五、存在的不足和今后的努力方向 </w:t>
      </w:r>
      <w:r>
        <w:rPr>
          <w:lang w:eastAsia="zh-CN"/>
        </w:rPr>
        <w:br/>
      </w:r>
      <w:r>
        <w:rPr>
          <w:lang w:eastAsia="zh-CN"/>
        </w:rPr>
        <w:t xml:space="preserve"> 　　虽然取得了很大的成绩，但也存在许多不足，如：学生有迟到、有不按时完成作业等现象，有个别学生由于各种原因成绩还很差，没有得到很好的转化，学习的习惯不太好等不良习惯。 </w:t>
      </w:r>
      <w:r>
        <w:rPr>
          <w:lang w:eastAsia="zh-CN"/>
        </w:rPr>
        <w:br/>
      </w:r>
      <w:r>
        <w:rPr>
          <w:lang w:eastAsia="zh-CN"/>
        </w:rPr>
        <w:t xml:space="preserve"> 　　今后我要努力做到： </w:t>
      </w:r>
      <w:r>
        <w:rPr>
          <w:lang w:eastAsia="zh-CN"/>
        </w:rPr>
        <w:br/>
      </w:r>
      <w:r>
        <w:rPr>
          <w:lang w:eastAsia="zh-CN"/>
        </w:rPr>
        <w:t xml:space="preserve"> 　　1.努力改进教育方法，探索较好的育人方式，使全班学生的整体成绩得到提高。 </w:t>
      </w:r>
      <w:r>
        <w:rPr>
          <w:lang w:eastAsia="zh-CN"/>
        </w:rPr>
        <w:br/>
      </w:r>
      <w:r>
        <w:rPr>
          <w:lang w:eastAsia="zh-CN"/>
        </w:rPr>
        <w:t xml:space="preserve"> 　　2.总结经验，认真学习，加强自身素质的培养。 </w:t>
      </w:r>
      <w:r>
        <w:rPr>
          <w:lang w:eastAsia="zh-CN"/>
        </w:rPr>
        <w:br/>
      </w:r>
      <w:r>
        <w:rPr>
          <w:lang w:eastAsia="zh-CN"/>
        </w:rPr>
        <w:t xml:space="preserve"> 　　3.大力开展丰富多彩的活动，激发学生的学习兴趣，发展学生的个性。 </w:t>
      </w:r>
      <w:r>
        <w:rPr>
          <w:lang w:eastAsia="zh-CN"/>
        </w:rPr>
        <w:br/>
      </w:r>
      <w:r>
        <w:rPr>
          <w:lang w:eastAsia="zh-CN"/>
        </w:rPr>
        <w:t>　　一年级班主任工作总结 9</w:t>
      </w:r>
      <w:r>
        <w:rPr>
          <w:lang w:eastAsia="zh-CN"/>
        </w:rPr>
        <w:br/>
      </w:r>
      <w:r>
        <w:rPr>
          <w:lang w:eastAsia="zh-CN"/>
        </w:rPr>
        <w:t xml:space="preserve"> 　　我担任一年级（x）班的班主任工作。我班共有xx名学生，其中男生xx人，女生xx人。我按照制订的班主任工作计划去执行，并且较好地完成了学校布置的各项工作任务。学期结束了，我把主要的工作总结如下： </w:t>
      </w:r>
      <w:r>
        <w:rPr>
          <w:lang w:eastAsia="zh-CN"/>
        </w:rPr>
        <w:br/>
      </w:r>
      <w:r>
        <w:rPr>
          <w:lang w:eastAsia="zh-CN"/>
        </w:rPr>
        <w:t xml:space="preserve"> 　　一、常规工作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https://d.book118.com/988044066014006041</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8044066014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