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初中体育教学计划（31篇）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初中体育教学计划（通用31篇）</w:t>
      </w:r>
      <w:r>
        <w:rPr>
          <w:lang w:eastAsia="zh-CN"/>
        </w:rPr>
        <w:br/>
      </w:r>
      <w:r>
        <w:rPr>
          <w:lang w:eastAsia="zh-CN"/>
        </w:rPr>
        <w:t xml:space="preserve">    初中体育教学计划 篇1 </w:t>
      </w:r>
      <w:r>
        <w:rPr>
          <w:lang w:eastAsia="zh-CN"/>
        </w:rPr>
        <w:br/>
      </w:r>
      <w:r>
        <w:rPr>
          <w:lang w:eastAsia="zh-CN"/>
        </w:rPr>
        <w:t>　　一、基本情况</w:t>
      </w:r>
      <w:r>
        <w:rPr>
          <w:lang w:eastAsia="zh-CN"/>
        </w:rPr>
        <w:br/>
      </w:r>
      <w:r>
        <w:rPr>
          <w:lang w:eastAsia="zh-CN"/>
        </w:rPr>
        <w:t>　　1、学生情况初三年级共十个班，我带四到十班每班约五十人左右，以男生居多，大多数学生身体健康，无运动技能障碍。身体素质和基本技能在原来的基础上都有所提高。</w:t>
      </w:r>
      <w:r>
        <w:rPr>
          <w:lang w:eastAsia="zh-CN"/>
        </w:rPr>
        <w:br/>
      </w:r>
      <w:r>
        <w:rPr>
          <w:lang w:eastAsia="zh-CN"/>
        </w:rPr>
        <w:t>　　2、技能情况初三年级学生喜欢跑、跳、投掷、追逐、跳绳、踢毽子等大肌肉活动。但动作则显得僵硬呆板。</w:t>
      </w:r>
      <w:r>
        <w:rPr>
          <w:lang w:eastAsia="zh-CN"/>
        </w:rPr>
        <w:br/>
      </w:r>
      <w:r>
        <w:rPr>
          <w:lang w:eastAsia="zh-CN"/>
        </w:rPr>
        <w:t>　　二、教材分析</w:t>
      </w:r>
      <w:r>
        <w:rPr>
          <w:lang w:eastAsia="zh-CN"/>
        </w:rPr>
        <w:br/>
      </w:r>
      <w:r>
        <w:rPr>
          <w:lang w:eastAsia="zh-CN"/>
        </w:rPr>
        <w:t>　　根据义务教育初中阶段的培养目标《中学体育教学课标》以及本校实际情况，有目的、有计划地进行教育教学工作，传授基本的体育卫生保健知识和体育技能，并在传授中渗入思想道德教育，使每个学生都发展成为德、智、体、美、劳全面发展的好学生。</w:t>
      </w:r>
      <w:r>
        <w:rPr>
          <w:lang w:eastAsia="zh-CN"/>
        </w:rPr>
        <w:br/>
      </w:r>
      <w:r>
        <w:rPr>
          <w:lang w:eastAsia="zh-CN"/>
        </w:rPr>
        <w:t>　　三、教学目的和要求</w:t>
      </w:r>
      <w:r>
        <w:rPr>
          <w:lang w:eastAsia="zh-CN"/>
        </w:rPr>
        <w:br/>
      </w:r>
      <w:r>
        <w:rPr>
          <w:lang w:eastAsia="zh-CN"/>
        </w:rPr>
        <w:t>　　1、使学生认识自己的身体和掌握锻炼身体的知识及方法，学会一些体育卫生保健和安全常识，培养认真锻炼身体的态度。</w:t>
      </w:r>
      <w:r>
        <w:rPr>
          <w:lang w:eastAsia="zh-CN"/>
        </w:rPr>
        <w:br/>
      </w:r>
      <w:r>
        <w:rPr>
          <w:lang w:eastAsia="zh-CN"/>
        </w:rPr>
        <w:t>　　2、学习田径、跳跃、力量、球类等项目的基本技术，掌握简单的运动技能，进一步发展身体素质，提高身体基本活动能力。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3、培养学习各项基本技术的兴趣和积极性，以及勇敢、顽强、胜不骄、败不馁、自觉遵守规则、团结协作等优品质。</w:t>
      </w:r>
      <w:r>
        <w:rPr>
          <w:lang w:eastAsia="zh-CN"/>
        </w:rPr>
        <w:br/>
      </w:r>
      <w:r>
        <w:rPr>
          <w:lang w:eastAsia="zh-CN"/>
        </w:rPr>
        <w:t>　　四、主要工作：</w:t>
      </w:r>
      <w:r>
        <w:rPr>
          <w:lang w:eastAsia="zh-CN"/>
        </w:rPr>
        <w:br/>
      </w:r>
      <w:r>
        <w:rPr>
          <w:lang w:eastAsia="zh-CN"/>
        </w:rPr>
        <w:t>　　1、要认真备课，认真上好每一堂体育课。充分贯彻课改精神，突出学生的主体性，提高课堂效率。</w:t>
      </w:r>
      <w:r>
        <w:rPr>
          <w:lang w:eastAsia="zh-CN"/>
        </w:rPr>
        <w:br/>
      </w:r>
      <w:r>
        <w:rPr>
          <w:lang w:eastAsia="zh-CN"/>
        </w:rPr>
        <w:t>　　2、抓好校运动队（田径队）的建设和训练工作，为这学期学举办和各类比赛做好充分准备。</w:t>
      </w:r>
      <w:r>
        <w:rPr>
          <w:lang w:eastAsia="zh-CN"/>
        </w:rPr>
        <w:br/>
      </w:r>
      <w:r>
        <w:rPr>
          <w:lang w:eastAsia="zh-CN"/>
        </w:rPr>
        <w:t>　　3、开展班级活动。本学期将进行班级间的各项体育比赛，如：跳绳比赛、拔河比赛、各种球赛等。</w:t>
      </w:r>
      <w:r>
        <w:rPr>
          <w:lang w:eastAsia="zh-CN"/>
        </w:rPr>
        <w:br/>
      </w:r>
      <w:r>
        <w:rPr>
          <w:lang w:eastAsia="zh-CN"/>
        </w:rPr>
        <w:t>　　4、参加体育教学的优质课评比。</w:t>
      </w:r>
      <w:r>
        <w:rPr>
          <w:lang w:eastAsia="zh-CN"/>
        </w:rPr>
        <w:br/>
      </w:r>
      <w:r>
        <w:rPr>
          <w:lang w:eastAsia="zh-CN"/>
        </w:rPr>
        <w:t>　　5、教学论文、个案的撰写。</w:t>
      </w:r>
      <w:r>
        <w:rPr>
          <w:lang w:eastAsia="zh-CN"/>
        </w:rPr>
        <w:br/>
      </w:r>
      <w:r>
        <w:rPr>
          <w:lang w:eastAsia="zh-CN"/>
        </w:rPr>
        <w:t>　　具体安排：</w:t>
      </w:r>
      <w:r>
        <w:rPr>
          <w:lang w:eastAsia="zh-CN"/>
        </w:rPr>
        <w:br/>
      </w:r>
      <w:r>
        <w:rPr>
          <w:lang w:eastAsia="zh-CN"/>
        </w:rPr>
        <w:t>　　1、抓好基本素质的提高。（如俯卧撑、蛙跳、推小车等）</w:t>
      </w:r>
      <w:r>
        <w:rPr>
          <w:lang w:eastAsia="zh-CN"/>
        </w:rPr>
        <w:br/>
      </w:r>
      <w:r>
        <w:rPr>
          <w:lang w:eastAsia="zh-CN"/>
        </w:rPr>
        <w:t>　　2、抓好基本技术的练习。（如男生1500米、女生800米、立定跳远、握力）</w:t>
      </w:r>
      <w:r>
        <w:rPr>
          <w:lang w:eastAsia="zh-CN"/>
        </w:rPr>
        <w:br/>
      </w:r>
      <w:r>
        <w:rPr>
          <w:lang w:eastAsia="zh-CN"/>
        </w:rPr>
        <w:t>　　3、结合阳光体育活动，认真抓好每天一小时的体育锻炼。</w:t>
      </w:r>
      <w:r>
        <w:rPr>
          <w:lang w:eastAsia="zh-CN"/>
        </w:rPr>
        <w:br/>
      </w:r>
      <w:r>
        <w:rPr>
          <w:lang w:eastAsia="zh-CN"/>
        </w:rPr>
        <w:t>　　4、不断改进教学方法，激发学生对上体育课的兴趣。根据这一情况我进行分层、分组教学。根据考试成绩将学生分成不同层次的小组。（分四组优、良、中、差）以好的学生帮助老师组织、辅导、督促素质较弱的学生进行练习。素质较弱的学生可消除自卑感和心理压力。更能激发学生的积极性和竞争欲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5、学生练习一段时间进行模拟考试，及时掌握学生的练习情况，同时将成绩通知学生和班主任，让他们做到心中有数，应该着重抓哪一项。</w:t>
      </w:r>
      <w:r>
        <w:rPr>
          <w:lang w:eastAsia="zh-CN"/>
        </w:rPr>
        <w:br/>
      </w:r>
      <w:r>
        <w:rPr>
          <w:lang w:eastAsia="zh-CN"/>
        </w:rPr>
        <w:t>　　6、根据学生不同情况进行专项练习。（握力等）</w:t>
      </w:r>
      <w:r>
        <w:rPr>
          <w:lang w:eastAsia="zh-CN"/>
        </w:rPr>
        <w:br/>
      </w:r>
      <w:r>
        <w:rPr>
          <w:lang w:eastAsia="zh-CN"/>
        </w:rPr>
        <w:t>　　五、教学措施</w:t>
      </w:r>
      <w:r>
        <w:rPr>
          <w:lang w:eastAsia="zh-CN"/>
        </w:rPr>
        <w:br/>
      </w:r>
      <w:r>
        <w:rPr>
          <w:lang w:eastAsia="zh-CN"/>
        </w:rPr>
        <w:t>　　1、教育学生热爱中国共产党，热爱祖国，逐步提高锻炼身体的主动性和关心自身健康的社会责任感。</w:t>
      </w:r>
      <w:r>
        <w:rPr>
          <w:lang w:eastAsia="zh-CN"/>
        </w:rPr>
        <w:br/>
      </w:r>
      <w:r>
        <w:rPr>
          <w:lang w:eastAsia="zh-CN"/>
        </w:rPr>
        <w:t>　　2、运用体育对学生特有的影响，培养学生的美感和文明行为，逐步提高。</w:t>
      </w:r>
      <w:r>
        <w:rPr>
          <w:lang w:eastAsia="zh-CN"/>
        </w:rPr>
        <w:br/>
      </w:r>
      <w:r>
        <w:rPr>
          <w:lang w:eastAsia="zh-CN"/>
        </w:rPr>
        <w:t xml:space="preserve">    初中体育教学计划 篇2 </w:t>
      </w:r>
      <w:r>
        <w:rPr>
          <w:lang w:eastAsia="zh-CN"/>
        </w:rPr>
        <w:br/>
      </w:r>
      <w:r>
        <w:rPr>
          <w:lang w:eastAsia="zh-CN"/>
        </w:rPr>
        <w:t>　　初中体育教师教学工作计划本期我接受了学校交给的体育课的教学任务，新的学期，新的开始，为了搞好本期工作，制定教学工作计划如下：</w:t>
      </w:r>
      <w:r>
        <w:rPr>
          <w:lang w:eastAsia="zh-CN"/>
        </w:rPr>
        <w:br/>
      </w:r>
      <w:r>
        <w:rPr>
          <w:lang w:eastAsia="zh-CN"/>
        </w:rPr>
        <w:t>　　一、指导思想：</w:t>
      </w:r>
      <w:r>
        <w:rPr>
          <w:lang w:eastAsia="zh-CN"/>
        </w:rPr>
        <w:br/>
      </w:r>
      <w:r>
        <w:rPr>
          <w:lang w:eastAsia="zh-CN"/>
        </w:rPr>
        <w:t>　　新学期里，本人将积极接受学校分配给自己的各项教育教学任务，以强烈的事业心和责任感投入工作。遵纪守法，遵守学校的规章制度，工作任劳任怨，及时更新教育观念，实施素质教育，全面提高教育质量，保持严谨的工作态度，工作兢兢业业，一丝不苟。热爱教育、热爱学校，尽职尽责、教书育人，注意培养学生具有良好的思想品德。认真备课上课，不敷衍塞责，不传播有害学生身心健康的思想。</w:t>
      </w:r>
      <w:r>
        <w:rPr>
          <w:lang w:eastAsia="zh-CN"/>
        </w:rPr>
        <w:br/>
      </w:r>
      <w:r>
        <w:rPr>
          <w:lang w:eastAsia="zh-CN"/>
        </w:rPr>
        <w:t>　　二、教学常规：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将积极从提高课堂教学效益的各个侧面探讨提高课堂教学效益的因素。我将积极学习，翻阅有关资料，对教育理论、目标教学、教学方法、学法指导、智力因素和非智力因素等进行再认识，提高用理论来指导实践的能力，积极实行目标教学，根据教材和学情确定每节课的重难点。平时备好课，上好课，向45分钟要质量。坚持周前备课，努力做到备课标、备教材、备学生、备教具，备教法学法。从知识能力两方面精心设计教案，并积极地使用各种电教器材，提高课堂教学效益，坚决杜绝课堂教学的盲目性和随意性。在课堂教学方面我力争课堂解决问题，在教学中抓关键，突重点，排疑点，讲求教法，渗透学法，既教书更育人，使学生的身心得到全面和谐的发展。课堂上语言准确简洁，突出重点，突破难点，精讲多练，充分发挥教师的.主导作用和学生的主体作用，使学生的听、写、读等综合能力都得到提高。</w:t>
      </w:r>
      <w:r>
        <w:rPr>
          <w:lang w:eastAsia="zh-CN"/>
        </w:rPr>
        <w:br/>
      </w:r>
      <w:r>
        <w:rPr>
          <w:lang w:eastAsia="zh-CN"/>
        </w:rPr>
        <w:t>　　三、教研工作：</w:t>
      </w:r>
      <w:r>
        <w:rPr>
          <w:lang w:eastAsia="zh-CN"/>
        </w:rPr>
        <w:br/>
      </w:r>
      <w:r>
        <w:rPr>
          <w:lang w:eastAsia="zh-CN"/>
        </w:rPr>
        <w:t>　　我将积极参加教学研究工作，不断对教法进行探索和研究。进一步完善课题研究，努力探索体育教学系统化，注重学生的兴趣的培养，提高学生的身体素质，为“健康第一”打下坚实的基础，为学生的终生体育打下良好的基矗</w:t>
      </w:r>
      <w:r>
        <w:rPr>
          <w:lang w:eastAsia="zh-CN"/>
        </w:rPr>
        <w:br/>
      </w:r>
      <w:r>
        <w:rPr>
          <w:lang w:eastAsia="zh-CN"/>
        </w:rPr>
        <w:t>　　四、出勤：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工作中我一定要做到不迟到、不早退，按时坐班，平时团结同志。作为一名教师，我一定自觉遵守学校的各项规章制度，以教师八条师德标准严格要求自己，工作严肃认真，一丝不苟，决不应付了事，得过且过，以工作事业为重，把个人私心杂念置之度外，按时完成领导交给的各项任务。</w:t>
      </w:r>
      <w:r>
        <w:rPr>
          <w:lang w:eastAsia="zh-CN"/>
        </w:rPr>
        <w:br/>
      </w:r>
      <w:r>
        <w:rPr>
          <w:lang w:eastAsia="zh-CN"/>
        </w:rPr>
        <w:t>　　五、学期工作目标：</w:t>
      </w:r>
      <w:r>
        <w:rPr>
          <w:lang w:eastAsia="zh-CN"/>
        </w:rPr>
        <w:br/>
      </w:r>
      <w:r>
        <w:rPr>
          <w:lang w:eastAsia="zh-CN"/>
        </w:rPr>
        <w:t>　　通过本期教学，使学生能更好地提高自己的身体素质，为今后继续学习打下良好的基矗使学生在德、智、体各方面全面发展。</w:t>
      </w:r>
      <w:r>
        <w:rPr>
          <w:lang w:eastAsia="zh-CN"/>
        </w:rPr>
        <w:br/>
      </w:r>
      <w:r>
        <w:rPr>
          <w:lang w:eastAsia="zh-CN"/>
        </w:rPr>
        <w:t xml:space="preserve">    初中体育教学计划 篇3 </w:t>
      </w:r>
      <w:r>
        <w:rPr>
          <w:lang w:eastAsia="zh-CN"/>
        </w:rPr>
        <w:br/>
      </w:r>
      <w:r>
        <w:rPr>
          <w:lang w:eastAsia="zh-CN"/>
        </w:rPr>
        <w:t>　　设计思路</w:t>
      </w:r>
      <w:r>
        <w:rPr>
          <w:lang w:eastAsia="zh-CN"/>
        </w:rPr>
        <w:br/>
      </w:r>
      <w:r>
        <w:rPr>
          <w:lang w:eastAsia="zh-CN"/>
        </w:rPr>
        <w:t>　　“好的开始是成功的一半”，一个系统周密的锻炼计划是保证运动成绩提高的重要因素。立定跳远具有很强的体育锻炼价值，又是河北省中考体育项目之一，为了保证学生体育锻炼的科学性，以及提高初三学生的运动成绩，现将水平五运动参与目标“依据科学原理制订并实施个人锻炼计划”这一教学内容提前列入水平四（初三）的年度教学计划中。</w:t>
      </w:r>
      <w:r>
        <w:rPr>
          <w:lang w:eastAsia="zh-CN"/>
        </w:rPr>
        <w:br/>
      </w:r>
      <w:r>
        <w:rPr>
          <w:lang w:eastAsia="zh-CN"/>
        </w:rPr>
        <w:t>　　本节课教师选用立定跳远技术为教材，以提高立定跳远成绩为载体，在教师或同伴的帮助下，学生能够理解制订个人锻炼计划的原理和方法，并能初步制订出适合自己的锻炼计划；通过教师的提示，拓宽思路，把制订个人锻炼计划的理念应用到生活中的方方面面。</w:t>
      </w:r>
      <w:r>
        <w:rPr>
          <w:lang w:eastAsia="zh-CN"/>
        </w:rPr>
        <w:br/>
      </w:r>
      <w:r>
        <w:rPr>
          <w:lang w:eastAsia="zh-CN"/>
        </w:rPr>
        <w:t>　　授课教师：</w:t>
      </w:r>
      <w:r>
        <w:rPr>
          <w:lang w:eastAsia="zh-CN"/>
        </w:rPr>
        <w:br/>
      </w:r>
      <w:r>
        <w:rPr>
          <w:lang w:eastAsia="zh-CN"/>
        </w:rPr>
        <w:t>　　河北省 石家庄外国语学校 时东良</w:t>
      </w:r>
      <w:r>
        <w:rPr>
          <w:lang w:eastAsia="zh-CN"/>
        </w:rPr>
        <w:br/>
      </w:r>
      <w:r>
        <w:rPr>
          <w:lang w:eastAsia="zh-CN"/>
        </w:rPr>
        <w:t>　　指导教师：</w:t>
      </w:r>
      <w:r>
        <w:rPr>
          <w:lang w:eastAsia="zh-CN"/>
        </w:rPr>
        <w:br/>
      </w:r>
      <w:r>
        <w:rPr>
          <w:lang w:eastAsia="zh-CN"/>
        </w:rPr>
        <w:t>　　河北省 石家庄外国语学校 樊江波</w:t>
      </w:r>
      <w:r>
        <w:rPr>
          <w:lang w:eastAsia="zh-CN"/>
        </w:rPr>
        <w:br/>
      </w:r>
      <w:r>
        <w:rPr>
          <w:lang w:eastAsia="zh-CN"/>
        </w:rPr>
        <w:t>　　教学内容：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制订锻炼计划</w:t>
      </w:r>
      <w:r>
        <w:rPr>
          <w:lang w:eastAsia="zh-CN"/>
        </w:rPr>
        <w:br/>
      </w:r>
      <w:r>
        <w:rPr>
          <w:lang w:eastAsia="zh-CN"/>
        </w:rPr>
        <w:t>　　教 材：</w:t>
      </w:r>
      <w:r>
        <w:rPr>
          <w:lang w:eastAsia="zh-CN"/>
        </w:rPr>
        <w:br/>
      </w:r>
      <w:r>
        <w:rPr>
          <w:lang w:eastAsia="zh-CN"/>
        </w:rPr>
        <w:t>　　立定跳远</w:t>
      </w:r>
      <w:r>
        <w:rPr>
          <w:lang w:eastAsia="zh-CN"/>
        </w:rPr>
        <w:br/>
      </w:r>
      <w:r>
        <w:rPr>
          <w:lang w:eastAsia="zh-CN"/>
        </w:rPr>
        <w:t>　　教学对象：</w:t>
      </w:r>
      <w:r>
        <w:rPr>
          <w:lang w:eastAsia="zh-CN"/>
        </w:rPr>
        <w:br/>
      </w:r>
      <w:r>
        <w:rPr>
          <w:lang w:eastAsia="zh-CN"/>
        </w:rPr>
        <w:t>　　水平四 初三年级 人数40</w:t>
      </w:r>
      <w:r>
        <w:rPr>
          <w:lang w:eastAsia="zh-CN"/>
        </w:rPr>
        <w:br/>
      </w:r>
      <w:r>
        <w:rPr>
          <w:lang w:eastAsia="zh-CN"/>
        </w:rPr>
        <w:t>　　器 材：</w:t>
      </w:r>
      <w:r>
        <w:rPr>
          <w:lang w:eastAsia="zh-CN"/>
        </w:rPr>
        <w:br/>
      </w:r>
      <w:r>
        <w:rPr>
          <w:lang w:eastAsia="zh-CN"/>
        </w:rPr>
        <w:t>　　沙衣15件 体操垫10块 板夹3个 图片若干（正误对比、计划表格）</w:t>
      </w:r>
      <w:r>
        <w:rPr>
          <w:lang w:eastAsia="zh-CN"/>
        </w:rPr>
        <w:br/>
      </w:r>
      <w:r>
        <w:rPr>
          <w:lang w:eastAsia="zh-CN"/>
        </w:rPr>
        <w:t>　　立定跳远测试垫子4块</w:t>
      </w:r>
      <w:r>
        <w:rPr>
          <w:lang w:eastAsia="zh-CN"/>
        </w:rPr>
        <w:br/>
      </w:r>
      <w:r>
        <w:rPr>
          <w:lang w:eastAsia="zh-CN"/>
        </w:rPr>
        <w:t>　　教学重点：</w:t>
      </w:r>
      <w:r>
        <w:rPr>
          <w:lang w:eastAsia="zh-CN"/>
        </w:rPr>
        <w:br/>
      </w:r>
      <w:r>
        <w:rPr>
          <w:lang w:eastAsia="zh-CN"/>
        </w:rPr>
        <w:t>　　制订锻炼计划的步骤</w:t>
      </w:r>
      <w:r>
        <w:rPr>
          <w:lang w:eastAsia="zh-CN"/>
        </w:rPr>
        <w:br/>
      </w:r>
      <w:r>
        <w:rPr>
          <w:lang w:eastAsia="zh-CN"/>
        </w:rPr>
        <w:t>　　教学难点：初步诊断影响个人立定跳远成绩的因素</w:t>
      </w:r>
      <w:r>
        <w:rPr>
          <w:lang w:eastAsia="zh-CN"/>
        </w:rPr>
        <w:br/>
      </w:r>
      <w:r>
        <w:rPr>
          <w:lang w:eastAsia="zh-CN"/>
        </w:rPr>
        <w:t>　　教学目标</w:t>
      </w:r>
      <w:r>
        <w:rPr>
          <w:lang w:eastAsia="zh-CN"/>
        </w:rPr>
        <w:br/>
      </w:r>
      <w:r>
        <w:rPr>
          <w:lang w:eastAsia="zh-CN"/>
        </w:rPr>
        <w:t>　　1、90%以上学生能初步理解制订锻炼计划的步骤，知道锻炼计划的基本过程。</w:t>
      </w:r>
      <w:r>
        <w:rPr>
          <w:lang w:eastAsia="zh-CN"/>
        </w:rPr>
        <w:br/>
      </w:r>
      <w:r>
        <w:rPr>
          <w:lang w:eastAsia="zh-CN"/>
        </w:rPr>
        <w:t>　　2、在教师和同伴的帮助下，各组学生能够初步制订出提高立定跳远成绩的锻炼计划。</w:t>
      </w:r>
      <w:r>
        <w:rPr>
          <w:lang w:eastAsia="zh-CN"/>
        </w:rPr>
        <w:br/>
      </w:r>
      <w:r>
        <w:rPr>
          <w:lang w:eastAsia="zh-CN"/>
        </w:rPr>
        <w:t>　　3、发展学生的下肢力量。</w:t>
      </w:r>
      <w:r>
        <w:rPr>
          <w:lang w:eastAsia="zh-CN"/>
        </w:rPr>
        <w:br/>
      </w:r>
      <w:r>
        <w:rPr>
          <w:lang w:eastAsia="zh-CN"/>
        </w:rPr>
        <w:t>　　诊断标准卡片内容</w:t>
      </w:r>
      <w:r>
        <w:rPr>
          <w:lang w:eastAsia="zh-CN"/>
        </w:rPr>
        <w:br/>
      </w:r>
      <w:r>
        <w:rPr>
          <w:lang w:eastAsia="zh-CN"/>
        </w:rPr>
        <w:t>　　1、力量不足标准：动作标准，协调连贯，但成绩不理想。</w:t>
      </w:r>
      <w:r>
        <w:rPr>
          <w:lang w:eastAsia="zh-CN"/>
        </w:rPr>
        <w:br/>
      </w:r>
      <w:r>
        <w:rPr>
          <w:lang w:eastAsia="zh-CN"/>
        </w:rPr>
        <w:t>　　2、起跳之蹬摆配合标准：起跳蹬离地面瞬间踝膝髋三关节充分蹬直，摆臂快速到位。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3、两者兼而有之。</w:t>
      </w:r>
      <w:r>
        <w:rPr>
          <w:lang w:eastAsia="zh-CN"/>
        </w:rPr>
        <w:br/>
      </w:r>
      <w:r>
        <w:rPr>
          <w:lang w:eastAsia="zh-CN"/>
        </w:rPr>
        <w:t>　　A、摆臂速度慢，不充分，影响用力。</w:t>
      </w:r>
      <w:r>
        <w:rPr>
          <w:lang w:eastAsia="zh-CN"/>
        </w:rPr>
        <w:br/>
      </w:r>
      <w:r>
        <w:rPr>
          <w:lang w:eastAsia="zh-CN"/>
        </w:rPr>
        <w:t>　　B、蹬离地面瞬间，踝膝髋三关节没有充分蹬直。</w:t>
      </w:r>
      <w:r>
        <w:rPr>
          <w:lang w:eastAsia="zh-CN"/>
        </w:rPr>
        <w:br/>
      </w:r>
      <w:r>
        <w:rPr>
          <w:lang w:eastAsia="zh-CN"/>
        </w:rPr>
        <w:t>　　C、先蹬地后摆臂，动作极不协调。</w:t>
      </w:r>
      <w:r>
        <w:rPr>
          <w:lang w:eastAsia="zh-CN"/>
        </w:rPr>
        <w:br/>
      </w:r>
      <w:r>
        <w:rPr>
          <w:lang w:eastAsia="zh-CN"/>
        </w:rPr>
        <w:t>　　4、学生锻炼计划样表</w:t>
      </w:r>
      <w:r>
        <w:rPr>
          <w:lang w:eastAsia="zh-CN"/>
        </w:rPr>
        <w:br/>
      </w:r>
      <w:r>
        <w:rPr>
          <w:lang w:eastAsia="zh-CN"/>
        </w:rPr>
        <w:t xml:space="preserve">    初中体育教学计划 篇4 </w:t>
      </w:r>
      <w:r>
        <w:rPr>
          <w:lang w:eastAsia="zh-CN"/>
        </w:rPr>
        <w:br/>
      </w:r>
      <w:r>
        <w:rPr>
          <w:lang w:eastAsia="zh-CN"/>
        </w:rPr>
        <w:t>　　初中体育教学计划（一）</w:t>
      </w:r>
      <w:r>
        <w:rPr>
          <w:lang w:eastAsia="zh-CN"/>
        </w:rPr>
        <w:br/>
      </w:r>
      <w:r>
        <w:rPr>
          <w:lang w:eastAsia="zh-CN"/>
        </w:rPr>
        <w:t>　　一、基本情况：</w:t>
      </w:r>
      <w:r>
        <w:rPr>
          <w:lang w:eastAsia="zh-CN"/>
        </w:rPr>
        <w:br/>
      </w:r>
      <w:r>
        <w:rPr>
          <w:lang w:eastAsia="zh-CN"/>
        </w:rPr>
        <w:t>　　本学期所教的是八年级六个班，每个班人数都在45人左右，男女生人数差不多个半，绝大多数学生身体健康，无运动技能障碍，初中体育教学计划。学生都喜欢运动，但身体协调性差，肥胖等，学习动作不协调。学生身体素质中的硬性指标，如速度、力量、耐力、柔韧等素质较差；灵敏、协调等软性指标明显不足。个体发育不均衡，下肢力量尚可，肩部肌肉群力量较差，在此类教材教学是要多加注意。腰背、腰腹力量有待于大幅度提高，这是体育练习成败的关键。</w:t>
      </w:r>
      <w:r>
        <w:rPr>
          <w:lang w:eastAsia="zh-CN"/>
        </w:rPr>
        <w:br/>
      </w:r>
      <w:r>
        <w:rPr>
          <w:lang w:eastAsia="zh-CN"/>
        </w:rPr>
        <w:t>　　二、教材分析：</w:t>
      </w:r>
      <w:r>
        <w:rPr>
          <w:lang w:eastAsia="zh-CN"/>
        </w:rPr>
        <w:br/>
      </w:r>
      <w:r>
        <w:rPr>
          <w:lang w:eastAsia="zh-CN"/>
        </w:rPr>
        <w:t>　　结合本校实际情况，有目的、有计划地进行体育教学工作，传授基本的体育卫生保健知识和体育技能，培养良好的卫生习惯；掌握科学锻炼身体的基本方法和体育文化知识，在传授中渗透思想道德教育。让每个学生都发展成为德、智、体、美、劳全面发展的好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教材内容有：体育与健康基础知识；田径：跑、跳、投；体操，球类：篮球、足球；身体素质练习。</w:t>
      </w:r>
      <w:r>
        <w:rPr>
          <w:lang w:eastAsia="zh-CN"/>
        </w:rPr>
        <w:br/>
      </w:r>
      <w:r>
        <w:rPr>
          <w:lang w:eastAsia="zh-CN"/>
        </w:rPr>
        <w:t>　　教材的重点：跑中的快速跑；跳跃中的跨越式跳高；体操中的单杠动作；球类中的控球技术；</w:t>
      </w:r>
      <w:r>
        <w:rPr>
          <w:lang w:eastAsia="zh-CN"/>
        </w:rPr>
        <w:br/>
      </w:r>
      <w:r>
        <w:rPr>
          <w:lang w:eastAsia="zh-CN"/>
        </w:rPr>
        <w:t>　　教材的难点：蹲踞式起跑；跳跃中的起跳环节；球类中的人球结合。</w:t>
      </w:r>
      <w:r>
        <w:rPr>
          <w:lang w:eastAsia="zh-CN"/>
        </w:rPr>
        <w:br/>
      </w:r>
      <w:r>
        <w:rPr>
          <w:lang w:eastAsia="zh-CN"/>
        </w:rPr>
        <w:t>　　三、教学目标和要求</w:t>
      </w:r>
      <w:r>
        <w:rPr>
          <w:lang w:eastAsia="zh-CN"/>
        </w:rPr>
        <w:br/>
      </w:r>
      <w:r>
        <w:rPr>
          <w:lang w:eastAsia="zh-CN"/>
        </w:rPr>
        <w:t>　　1、使学生初步认识自己的身体和掌握锻炼身体的简单知识及方法，学会一些体育卫生保健和安全常识，培养认真锻炼身体的态度。熟练掌握眼保健操和新的广播操。</w:t>
      </w:r>
      <w:r>
        <w:rPr>
          <w:lang w:eastAsia="zh-CN"/>
        </w:rPr>
        <w:br/>
      </w:r>
      <w:r>
        <w:rPr>
          <w:lang w:eastAsia="zh-CN"/>
        </w:rPr>
        <w:t>　　2、初步学习田径、体操、球类等项目的基本技术，掌握简单的运动技能，进一步发展学生素质，提高身体基本活动能力。</w:t>
      </w:r>
      <w:r>
        <w:rPr>
          <w:lang w:eastAsia="zh-CN"/>
        </w:rPr>
        <w:br/>
      </w:r>
      <w:r>
        <w:rPr>
          <w:lang w:eastAsia="zh-CN"/>
        </w:rPr>
        <w:t>　　3、“以学生为本，健康第一”是我们的目标，在体育游戏中不断地尝试与体验、练习与思考、互学与互评，感受体育运动的乐趣，体会体育运动的益处，体验到战胜困难、获得进步的成功喜悦。</w:t>
      </w:r>
      <w:r>
        <w:rPr>
          <w:lang w:eastAsia="zh-CN"/>
        </w:rPr>
        <w:br/>
      </w:r>
      <w:r>
        <w:rPr>
          <w:lang w:eastAsia="zh-CN"/>
        </w:rPr>
        <w:t>　　四、教学措施</w:t>
      </w:r>
      <w:r>
        <w:rPr>
          <w:lang w:eastAsia="zh-CN"/>
        </w:rPr>
        <w:br/>
      </w:r>
      <w:r>
        <w:rPr>
          <w:lang w:eastAsia="zh-CN"/>
        </w:rPr>
        <w:t>　　1、适时了解、分析学生的学习信息。</w:t>
      </w:r>
      <w:r>
        <w:rPr>
          <w:lang w:eastAsia="zh-CN"/>
        </w:rPr>
        <w:br/>
      </w:r>
      <w:r>
        <w:rPr>
          <w:lang w:eastAsia="zh-CN"/>
        </w:rPr>
        <w:t>　　2、营造符合学生年龄特征的、有利于学生学习的运动环境。</w:t>
      </w:r>
      <w:r>
        <w:rPr>
          <w:lang w:eastAsia="zh-CN"/>
        </w:rPr>
        <w:br/>
      </w:r>
      <w:r>
        <w:rPr>
          <w:lang w:eastAsia="zh-CN"/>
        </w:rPr>
        <w:t>　　3、根据学生年龄特征，采用兴趣化和多样化的教法和手段，充分发挥游戏、竞赛的能动作用，让学生在自主游戏中练习，充分体现学生的主体地位。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4、根据学生实际，不断变化练习方式，不断激发学生的练习兴趣。</w:t>
      </w:r>
      <w:r>
        <w:rPr>
          <w:lang w:eastAsia="zh-CN"/>
        </w:rPr>
        <w:br/>
      </w:r>
      <w:r>
        <w:rPr>
          <w:lang w:eastAsia="zh-CN"/>
        </w:rPr>
        <w:t>　　5、发展学生个性，培养勇敢、顽强、朝气勃勃和进取向上的精神，启迪思维，培养学生的主动性、创造性。</w:t>
      </w:r>
      <w:r>
        <w:rPr>
          <w:lang w:eastAsia="zh-CN"/>
        </w:rPr>
        <w:br/>
      </w:r>
      <w:r>
        <w:rPr>
          <w:lang w:eastAsia="zh-CN"/>
        </w:rPr>
        <w:t>　　五、学生方面：</w:t>
      </w:r>
      <w:r>
        <w:rPr>
          <w:lang w:eastAsia="zh-CN"/>
        </w:rPr>
        <w:br/>
      </w:r>
      <w:r>
        <w:rPr>
          <w:lang w:eastAsia="zh-CN"/>
        </w:rPr>
        <w:t>　　1、学习目的明确，积极自觉的上好体育课。积极学习掌握必要的体育基本知识技能与科学锻炼身体的方法，逐步养成自觉锻炼的习惯。</w:t>
      </w:r>
      <w:r>
        <w:rPr>
          <w:lang w:eastAsia="zh-CN"/>
        </w:rPr>
        <w:br/>
      </w:r>
      <w:r>
        <w:rPr>
          <w:lang w:eastAsia="zh-CN"/>
        </w:rPr>
        <w:t>　　2、着装要轻便合体，穿轻便运动鞋上课。不得携带与体育课无关的首饰、校牌、手机等。</w:t>
      </w:r>
      <w:r>
        <w:rPr>
          <w:lang w:eastAsia="zh-CN"/>
        </w:rPr>
        <w:br/>
      </w:r>
      <w:r>
        <w:rPr>
          <w:lang w:eastAsia="zh-CN"/>
        </w:rPr>
        <w:t>　　六、德育渗透：</w:t>
      </w:r>
      <w:r>
        <w:rPr>
          <w:lang w:eastAsia="zh-CN"/>
        </w:rPr>
        <w:br/>
      </w:r>
      <w:r>
        <w:rPr>
          <w:lang w:eastAsia="zh-CN"/>
        </w:rPr>
        <w:t>　　体育活动对于发展学生的适应能力具有独特的作用，在体育教学中应特别注意营造友好、和谐的课堂气氛，有意识的融入德育教育，不仅锻炼学生的意志，更重要的是能培养学生的爱国主义和集体主义精神，培养学生服从组织，遵守纪律，诚实、机智、积极进取的心理品质。</w:t>
      </w:r>
      <w:r>
        <w:rPr>
          <w:lang w:eastAsia="zh-CN"/>
        </w:rPr>
        <w:br/>
      </w:r>
      <w:r>
        <w:rPr>
          <w:lang w:eastAsia="zh-CN"/>
        </w:rPr>
        <w:t>　　本学期的德育渗透包括在教学的各个环节中：</w:t>
      </w:r>
      <w:r>
        <w:rPr>
          <w:lang w:eastAsia="zh-CN"/>
        </w:rPr>
        <w:br/>
      </w:r>
      <w:r>
        <w:rPr>
          <w:lang w:eastAsia="zh-CN"/>
        </w:rPr>
        <w:t>　　1、课堂常规：使学生按规办事、做到有规可循。</w:t>
      </w:r>
      <w:r>
        <w:rPr>
          <w:lang w:eastAsia="zh-CN"/>
        </w:rPr>
        <w:br/>
      </w:r>
      <w:r>
        <w:rPr>
          <w:lang w:eastAsia="zh-CN"/>
        </w:rPr>
        <w:t>　　2、组织教学：培养团结友爱、养成遵守纪律的集体观，培养其具有热爱劳动、爱护公物的良好品质。</w:t>
      </w:r>
      <w:r>
        <w:rPr>
          <w:lang w:eastAsia="zh-CN"/>
        </w:rPr>
        <w:br/>
      </w:r>
      <w:r>
        <w:rPr>
          <w:lang w:eastAsia="zh-CN"/>
        </w:rPr>
        <w:t>　　3、结合教材内容安排德育内容。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（1）、基础知识里安排激发学生刻苦锻炼自觉性的内容。培养学生的自尊心、自豪感和社会责任感，工作计划《初中体育教学计划》。</w:t>
      </w:r>
      <w:r>
        <w:rPr>
          <w:lang w:eastAsia="zh-CN"/>
        </w:rPr>
        <w:br/>
      </w:r>
      <w:r>
        <w:rPr>
          <w:lang w:eastAsia="zh-CN"/>
        </w:rPr>
        <w:t>　　（2）、游戏里安排教育学生遵守纪律，公正诚实，积极进取、团结友爱的内容。</w:t>
      </w:r>
      <w:r>
        <w:rPr>
          <w:lang w:eastAsia="zh-CN"/>
        </w:rPr>
        <w:br/>
      </w:r>
      <w:r>
        <w:rPr>
          <w:lang w:eastAsia="zh-CN"/>
        </w:rPr>
        <w:t>　　（3）、田径安排培养学生顽强的毅力和坚韧不拔等意志品质的内容。</w:t>
      </w:r>
      <w:r>
        <w:rPr>
          <w:lang w:eastAsia="zh-CN"/>
        </w:rPr>
        <w:br/>
      </w:r>
      <w:r>
        <w:rPr>
          <w:lang w:eastAsia="zh-CN"/>
        </w:rPr>
        <w:t>　　（4）、球类中安排培养团结协作等集体主义精神的内容。</w:t>
      </w:r>
      <w:r>
        <w:rPr>
          <w:lang w:eastAsia="zh-CN"/>
        </w:rPr>
        <w:br/>
      </w:r>
      <w:r>
        <w:rPr>
          <w:lang w:eastAsia="zh-CN"/>
        </w:rPr>
        <w:t>　　（5）、在体操中安排培养互相帮助的合作意识的内容</w:t>
      </w:r>
      <w:r>
        <w:rPr>
          <w:lang w:eastAsia="zh-CN"/>
        </w:rPr>
        <w:br/>
      </w:r>
      <w:r>
        <w:rPr>
          <w:lang w:eastAsia="zh-CN"/>
        </w:rPr>
        <w:t>　　总之，在教学过程中要激发学生积极参与体育活动的兴趣，建立终身运动的习惯。</w:t>
      </w:r>
      <w:r>
        <w:rPr>
          <w:lang w:eastAsia="zh-CN"/>
        </w:rPr>
        <w:br/>
      </w:r>
      <w:r>
        <w:rPr>
          <w:lang w:eastAsia="zh-CN"/>
        </w:rPr>
        <w:t>　　初中体育教学计划（二）</w:t>
      </w:r>
      <w:r>
        <w:rPr>
          <w:lang w:eastAsia="zh-CN"/>
        </w:rPr>
        <w:br/>
      </w:r>
      <w:r>
        <w:rPr>
          <w:lang w:eastAsia="zh-CN"/>
        </w:rPr>
        <w:t>　　新的一学期开始了，作为工作在第一线的体育教师，己尽快入了角色。为了使教学过程中的体育课开展得有条有理，使学生创新的学习方式有所进展，为此定了本学期的体育教学工作计划如：</w:t>
      </w:r>
      <w:r>
        <w:rPr>
          <w:lang w:eastAsia="zh-CN"/>
        </w:rPr>
        <w:br/>
      </w:r>
      <w:r>
        <w:rPr>
          <w:lang w:eastAsia="zh-CN"/>
        </w:rPr>
        <w:t>　　一、基本情况</w:t>
      </w:r>
      <w:r>
        <w:rPr>
          <w:lang w:eastAsia="zh-CN"/>
        </w:rPr>
        <w:br/>
      </w:r>
      <w:r>
        <w:rPr>
          <w:lang w:eastAsia="zh-CN"/>
        </w:rPr>
        <w:t>　　1、学生情况：七年级二个班，每个班五十名学生。八年级二个班、九年级二个班。每个班四十多名学生，学生都健康，都能从事体育运动锻炼。</w:t>
      </w:r>
      <w:r>
        <w:rPr>
          <w:lang w:eastAsia="zh-CN"/>
        </w:rPr>
        <w:br/>
      </w:r>
      <w:r>
        <w:rPr>
          <w:lang w:eastAsia="zh-CN"/>
        </w:rPr>
        <w:t>　　2、技能情况：七年级、八年级、九年级学生大部分都喜欢跑、跳、投、和球类等体育活动。但是动作的协调性，连贯性，合理性，规律性还有待于逐渐提高</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根据义务教育初中体育阶段，培养的目标。中学体育教材，以及我校体育器材，场地，学生的实际情况。有目的，有计划地进行体育教育教学工作，学习基本的体育理论知识，基本技能和保健知识。在教育教学的过程中，对学生进行思想品德的教育。激发学生积极主动学习的兴趣和爱好。培养学生良好的锻炼身体的习惯。是每一位学生都能成为德、智、体、美、劳全面发展的好学生。</w:t>
      </w:r>
      <w:r>
        <w:rPr>
          <w:lang w:eastAsia="zh-CN"/>
        </w:rPr>
        <w:br/>
      </w:r>
      <w:r>
        <w:rPr>
          <w:lang w:eastAsia="zh-CN"/>
        </w:rPr>
        <w:t>　　三、教学目的和要求</w:t>
      </w:r>
      <w:r>
        <w:rPr>
          <w:lang w:eastAsia="zh-CN"/>
        </w:rPr>
        <w:br/>
      </w:r>
      <w:r>
        <w:rPr>
          <w:lang w:eastAsia="zh-CN"/>
        </w:rPr>
        <w:t>　　1、使学生能够根据自己的身体情况，合理地进行体育锻炼。掌握基本知识和技能，学会一些体育卫生保健知识和安全常识。培养学生认真锻炼身体的态度。</w:t>
      </w:r>
      <w:r>
        <w:rPr>
          <w:lang w:eastAsia="zh-CN"/>
        </w:rPr>
        <w:br/>
      </w:r>
      <w:r>
        <w:rPr>
          <w:lang w:eastAsia="zh-CN"/>
        </w:rPr>
        <w:t>　　2、学习田径、趣味体育、跑、球类等项目的基本技术和基本技巧进一步提高每一位学生的能力。</w:t>
      </w:r>
      <w:r>
        <w:rPr>
          <w:lang w:eastAsia="zh-CN"/>
        </w:rPr>
        <w:br/>
      </w:r>
      <w:r>
        <w:rPr>
          <w:lang w:eastAsia="zh-CN"/>
        </w:rPr>
        <w:t>　　3、充分利用各种体育活动，提高学生锻炼身体的兴趣和积极性。培养顽强，拼搏、自觉遵守运动规则，团结协作等优良品质</w:t>
      </w:r>
      <w:r>
        <w:rPr>
          <w:lang w:eastAsia="zh-CN"/>
        </w:rPr>
        <w:br/>
      </w:r>
      <w:r>
        <w:rPr>
          <w:lang w:eastAsia="zh-CN"/>
        </w:rPr>
        <w:t>　　四、主要工作</w:t>
      </w:r>
      <w:r>
        <w:rPr>
          <w:lang w:eastAsia="zh-CN"/>
        </w:rPr>
        <w:br/>
      </w:r>
      <w:r>
        <w:rPr>
          <w:lang w:eastAsia="zh-CN"/>
        </w:rPr>
        <w:t>　　1、认真备课，上课。突出学生的主体地位。培养学生爱学、乐学的好习惯提高学生学习的质量</w:t>
      </w:r>
      <w:r>
        <w:rPr>
          <w:lang w:eastAsia="zh-CN"/>
        </w:rPr>
        <w:br/>
      </w:r>
      <w:r>
        <w:rPr>
          <w:lang w:eastAsia="zh-CN"/>
        </w:rPr>
        <w:t>　　2、抓好学校篮球队训练工作，为本学期区级中小学生篮球比赛做好准备。</w:t>
      </w:r>
      <w:r>
        <w:rPr>
          <w:lang w:eastAsia="zh-CN"/>
        </w:rPr>
        <w:br/>
      </w:r>
      <w:r>
        <w:rPr>
          <w:lang w:eastAsia="zh-CN"/>
        </w:rPr>
        <w:t>　　3、开展好班级的体育活动，班与班进行，篮球、足球、立定跳远、跳绳、50米等体育项目的比赛</w:t>
      </w:r>
      <w:r>
        <w:rPr>
          <w:lang w:eastAsia="zh-CN"/>
        </w:rPr>
        <w:br/>
      </w:r>
      <w:r>
        <w:rPr>
          <w:lang w:eastAsia="zh-CN"/>
        </w:rPr>
        <w:t>　　4、写课后反思，心得，总结等理论。</w:t>
      </w:r>
      <w:r>
        <w:rPr>
          <w:lang w:eastAsia="zh-CN"/>
        </w:rPr>
        <w:br/>
      </w:r>
      <w:r>
        <w:rPr>
          <w:lang w:eastAsia="zh-CN"/>
        </w:rPr>
        <w:t>　　五、具体安排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1、抓好九年级学生整体身体素质及基本技术的提高。（立定跳远、实心球200米等）。</w:t>
      </w:r>
      <w:r>
        <w:rPr>
          <w:lang w:eastAsia="zh-CN"/>
        </w:rPr>
        <w:br/>
      </w:r>
      <w:r>
        <w:rPr>
          <w:lang w:eastAsia="zh-CN"/>
        </w:rPr>
        <w:t>　　2、充分利用好早操对学生进行耐力训练</w:t>
      </w:r>
      <w:r>
        <w:rPr>
          <w:lang w:eastAsia="zh-CN"/>
        </w:rPr>
        <w:br/>
      </w:r>
      <w:r>
        <w:rPr>
          <w:lang w:eastAsia="zh-CN"/>
        </w:rPr>
        <w:t>　　3、不断改进教育教学方法，激发学生锻炼身体的积极性，培养他们的兴趣，根据学生的实际情况，进行不同层次练习，建立互帮，互学，相互鼓励地共同进步的团体</w:t>
      </w:r>
      <w:r>
        <w:rPr>
          <w:lang w:eastAsia="zh-CN"/>
        </w:rPr>
        <w:br/>
      </w:r>
      <w:r>
        <w:rPr>
          <w:lang w:eastAsia="zh-CN"/>
        </w:rPr>
        <w:t>　　4、对学困生，要有耐心，爱心和关心，交流和谈心。鼓励，大家都来关心的方式。激励他学习。充分激发他向上的欲望</w:t>
      </w:r>
      <w:r>
        <w:rPr>
          <w:lang w:eastAsia="zh-CN"/>
        </w:rPr>
        <w:br/>
      </w:r>
      <w:r>
        <w:rPr>
          <w:lang w:eastAsia="zh-CN"/>
        </w:rPr>
        <w:t>　　5、及时掌握学生学习情况，提出新目标，新要求</w:t>
      </w:r>
      <w:r>
        <w:rPr>
          <w:lang w:eastAsia="zh-CN"/>
        </w:rPr>
        <w:br/>
      </w:r>
      <w:r>
        <w:rPr>
          <w:lang w:eastAsia="zh-CN"/>
        </w:rPr>
        <w:t>　　六、教学措施</w:t>
      </w:r>
      <w:r>
        <w:rPr>
          <w:lang w:eastAsia="zh-CN"/>
        </w:rPr>
        <w:br/>
      </w:r>
      <w:r>
        <w:rPr>
          <w:lang w:eastAsia="zh-CN"/>
        </w:rPr>
        <w:t>　　1、逐步提高学生锻炼身体的主动性，创造性。以及学习兴趣。养成经常参加体育活动的'习惯</w:t>
      </w:r>
      <w:r>
        <w:rPr>
          <w:lang w:eastAsia="zh-CN"/>
        </w:rPr>
        <w:br/>
      </w:r>
      <w:r>
        <w:rPr>
          <w:lang w:eastAsia="zh-CN"/>
        </w:rPr>
        <w:t>　　2、要用体育特有的影响，培养学生的美感。遵守纪律，相互帮助，团结友爱的优良作风</w:t>
      </w:r>
      <w:r>
        <w:rPr>
          <w:lang w:eastAsia="zh-CN"/>
        </w:rPr>
        <w:br/>
      </w:r>
      <w:r>
        <w:rPr>
          <w:lang w:eastAsia="zh-CN"/>
        </w:rPr>
        <w:t>　　3、发展学生优良的个性，培养学生勇敢、顽强、积极进取向上。</w:t>
      </w:r>
      <w:r>
        <w:rPr>
          <w:lang w:eastAsia="zh-CN"/>
        </w:rPr>
        <w:br/>
      </w:r>
      <w:r>
        <w:rPr>
          <w:lang w:eastAsia="zh-CN"/>
        </w:rPr>
        <w:t>　　初中体育教学计划（三）</w:t>
      </w:r>
      <w:r>
        <w:rPr>
          <w:lang w:eastAsia="zh-CN"/>
        </w:rPr>
        <w:br/>
      </w:r>
      <w:r>
        <w:rPr>
          <w:lang w:eastAsia="zh-CN"/>
        </w:rPr>
        <w:t>　　一、基本情况</w:t>
      </w:r>
      <w:r>
        <w:rPr>
          <w:lang w:eastAsia="zh-CN"/>
        </w:rPr>
        <w:br/>
      </w:r>
      <w:r>
        <w:rPr>
          <w:lang w:eastAsia="zh-CN"/>
        </w:rPr>
        <w:t>　　1、学生情况初三年级共十个班，我带四到十班每班约五十人左右，以男生居多，大多数学生身体健康，无运动技能障碍。身体素质和基本技能在原来的基础上都有所提高。</w:t>
      </w:r>
      <w:r>
        <w:rPr>
          <w:lang w:eastAsia="zh-CN"/>
        </w:rPr>
        <w:br/>
      </w:r>
      <w:r>
        <w:rPr>
          <w:lang w:eastAsia="zh-CN"/>
        </w:rPr>
        <w:t>　　2、技能情况初三年级学生喜欢跑、跳、投掷、追逐、跳绳、踢毽子等大肌肉活动。但动作则显得僵硬呆板。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二、教材分析</w:t>
      </w:r>
      <w:r>
        <w:rPr>
          <w:lang w:eastAsia="zh-CN"/>
        </w:rPr>
        <w:br/>
      </w:r>
      <w:r>
        <w:rPr>
          <w:lang w:eastAsia="zh-CN"/>
        </w:rPr>
        <w:t>　　根据义务教育初中阶段的培养目标《中学体育教学课标》以及本校实际情况，有目的、有计划地进行教育教学工作，传授基本的体育卫生保健知识和体育技能，并在传授中渗入思想道德教育，使每个学生都发展成为德、智、体、美、劳全面发展的好学生。</w:t>
      </w:r>
      <w:r>
        <w:rPr>
          <w:lang w:eastAsia="zh-CN"/>
        </w:rPr>
        <w:br/>
      </w:r>
      <w:r>
        <w:rPr>
          <w:lang w:eastAsia="zh-CN"/>
        </w:rPr>
        <w:t>　　三、教学目的和要求</w:t>
      </w:r>
      <w:r>
        <w:rPr>
          <w:lang w:eastAsia="zh-CN"/>
        </w:rPr>
        <w:br/>
      </w:r>
      <w:r>
        <w:rPr>
          <w:lang w:eastAsia="zh-CN"/>
        </w:rPr>
        <w:t>　　1、使学生认识自己的身体和掌握锻炼身体的知识及方法，学会一些体育卫生保健和安全常识，培养认真锻炼身体的态度。</w:t>
      </w:r>
      <w:r>
        <w:rPr>
          <w:lang w:eastAsia="zh-CN"/>
        </w:rPr>
        <w:br/>
      </w:r>
      <w:r>
        <w:rPr>
          <w:lang w:eastAsia="zh-CN"/>
        </w:rPr>
        <w:t>　　2、学习田径、跳跃、力量、球类等项目的基本技术，掌握简单的运动技能，进一步发展身体素质，提高身体基本活动能力。</w:t>
      </w:r>
      <w:r>
        <w:rPr>
          <w:lang w:eastAsia="zh-CN"/>
        </w:rPr>
        <w:br/>
      </w:r>
      <w:r>
        <w:rPr>
          <w:lang w:eastAsia="zh-CN"/>
        </w:rPr>
        <w:t>　　3、培养学习各项基本技术的兴趣和积极性，以及勇敢、顽强、胜不骄、败不馁、自觉遵守规则、团结协作等优品质。</w:t>
      </w:r>
      <w:r>
        <w:rPr>
          <w:lang w:eastAsia="zh-CN"/>
        </w:rPr>
        <w:br/>
      </w:r>
      <w:r>
        <w:rPr>
          <w:lang w:eastAsia="zh-CN"/>
        </w:rPr>
        <w:t>　　四、主要工作：</w:t>
      </w:r>
      <w:r>
        <w:rPr>
          <w:lang w:eastAsia="zh-CN"/>
        </w:rPr>
        <w:br/>
      </w:r>
      <w:r>
        <w:rPr>
          <w:lang w:eastAsia="zh-CN"/>
        </w:rPr>
        <w:t>　　1、要认真备课，认真上好每一堂体育课。充分贯彻课改精神，突出学生的主体性，提高课堂效率。</w:t>
      </w:r>
      <w:r>
        <w:rPr>
          <w:lang w:eastAsia="zh-CN"/>
        </w:rPr>
        <w:br/>
      </w:r>
      <w:r>
        <w:rPr>
          <w:lang w:eastAsia="zh-CN"/>
        </w:rPr>
        <w:t>　　2、抓好校运动队（田径队）的建设和训练工作，为这学期学举办和各类比赛做好充分准备。</w:t>
      </w:r>
      <w:r>
        <w:rPr>
          <w:lang w:eastAsia="zh-CN"/>
        </w:rPr>
        <w:br/>
      </w:r>
      <w:r>
        <w:rPr>
          <w:lang w:eastAsia="zh-CN"/>
        </w:rPr>
        <w:t>　　3、开展班级活动。本学期将进行班级间的各项体育比赛，如：跳绳比赛、拔河比赛、各种球赛等。</w:t>
      </w:r>
      <w:r>
        <w:rPr>
          <w:lang w:eastAsia="zh-CN"/>
        </w:rPr>
        <w:br/>
      </w:r>
      <w:r>
        <w:rPr>
          <w:lang w:eastAsia="zh-CN"/>
        </w:rPr>
        <w:t>　　4、参加体育教学的优质课评比。</w:t>
      </w:r>
      <w:r>
        <w:rPr>
          <w:lang w:eastAsia="zh-CN"/>
        </w:rPr>
        <w:br/>
      </w:r>
      <w:r>
        <w:rPr>
          <w:lang w:eastAsia="zh-CN"/>
        </w:rPr>
        <w:t>　　5、教学论文、个案的撰写。</w:t>
      </w:r>
      <w:r>
        <w:rPr>
          <w:lang w:eastAsia="zh-CN"/>
        </w:rPr>
        <w:br/>
      </w:r>
      <w:r>
        <w:rPr>
          <w:lang w:eastAsia="zh-CN"/>
        </w:rPr>
        <w:t>　　具体安排：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1、抓好基本素质的提高。（如俯卧撑、蛙跳、推小车等）</w:t>
      </w:r>
      <w:r>
        <w:rPr>
          <w:lang w:eastAsia="zh-CN"/>
        </w:rPr>
        <w:br/>
      </w:r>
      <w:r>
        <w:rPr>
          <w:lang w:eastAsia="zh-CN"/>
        </w:rPr>
        <w:t>　　2、抓好基本技术的练习。（如男生1500米、女生800米、立定跳远、握力）</w:t>
      </w:r>
      <w:r>
        <w:rPr>
          <w:lang w:eastAsia="zh-CN"/>
        </w:rPr>
        <w:br/>
      </w:r>
      <w:r>
        <w:rPr>
          <w:lang w:eastAsia="zh-CN"/>
        </w:rPr>
        <w:t>　　3、结合阳光体育活动，认真抓好每天一小时的体育锻炼。</w:t>
      </w:r>
      <w:r>
        <w:rPr>
          <w:lang w:eastAsia="zh-CN"/>
        </w:rPr>
        <w:br/>
      </w:r>
      <w:r>
        <w:rPr>
          <w:lang w:eastAsia="zh-CN"/>
        </w:rPr>
        <w:t>　　4、不断改进教学方法，激发学生对上体育课的兴趣。根据这一情况我进行分层、分组教学。根据考试成绩将学生分成不同层次的小组。（分四组优、良、中、差）以好的学生帮助老师组织、辅导、督促素质较弱的学生进行练习。素质较弱的学生可消除自卑感和心理压力。更能激发学生的积极性和竞争欲望。</w:t>
      </w:r>
      <w:r>
        <w:rPr>
          <w:lang w:eastAsia="zh-CN"/>
        </w:rPr>
        <w:br/>
      </w:r>
      <w:r>
        <w:rPr>
          <w:lang w:eastAsia="zh-CN"/>
        </w:rPr>
        <w:t>　　5、学生练习一段时间进行模拟考试，及时掌握学生的练习情况，同时将成绩通知学生和班主任，让他们做到心中有数，应该着重抓哪一项。</w:t>
      </w:r>
      <w:r>
        <w:rPr>
          <w:lang w:eastAsia="zh-CN"/>
        </w:rPr>
        <w:br/>
      </w:r>
      <w:r>
        <w:rPr>
          <w:lang w:eastAsia="zh-CN"/>
        </w:rPr>
        <w:t>　　6、根据学生不同情况进行专项练习。（握力等）</w:t>
      </w:r>
      <w:r>
        <w:rPr>
          <w:lang w:eastAsia="zh-CN"/>
        </w:rPr>
        <w:br/>
      </w:r>
      <w:r>
        <w:rPr>
          <w:lang w:eastAsia="zh-CN"/>
        </w:rPr>
        <w:t>　　五、教学措施</w:t>
      </w:r>
      <w:r>
        <w:rPr>
          <w:lang w:eastAsia="zh-CN"/>
        </w:rPr>
        <w:br/>
      </w:r>
      <w:r>
        <w:rPr>
          <w:lang w:eastAsia="zh-CN"/>
        </w:rPr>
        <w:t>　　1、教育学生热爱中国共产党，热爱祖国，逐步提高锻炼身体的主动性和关心自身健康的社会责任感。</w:t>
      </w:r>
      <w:r>
        <w:rPr>
          <w:lang w:eastAsia="zh-CN"/>
        </w:rPr>
        <w:br/>
      </w:r>
      <w:r>
        <w:rPr>
          <w:lang w:eastAsia="zh-CN"/>
        </w:rPr>
        <w:t>　　2、运用体育对学生特有的影响，培养学生的美感和文明行为，逐步提高，</w:t>
      </w:r>
      <w:r>
        <w:rPr>
          <w:lang w:eastAsia="zh-CN"/>
        </w:rPr>
        <w:br/>
      </w:r>
      <w:r>
        <w:rPr>
          <w:lang w:eastAsia="zh-CN"/>
        </w:rPr>
        <w:t xml:space="preserve">    初中体育教学计划 篇5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坚持健康第一、以学生发展为本，激发学生的学习兴趣，提高学生自主学习能力，培养学生良好的锻炼习惯为主要目标。使学生在学习的过程中互相合作、共同探究、体验成功的乐趣。</w:t>
      </w:r>
      <w:r>
        <w:rPr>
          <w:lang w:eastAsia="zh-CN"/>
        </w:rPr>
        <w:br/>
      </w:r>
      <w:r>
        <w:rPr>
          <w:lang w:eastAsia="zh-CN"/>
        </w:rPr>
        <w:t>　　二、学习目标</w:t>
      </w:r>
      <w:r>
        <w:rPr>
          <w:lang w:eastAsia="zh-CN"/>
        </w:rPr>
        <w:br/>
      </w:r>
      <w:r>
        <w:rPr>
          <w:lang w:eastAsia="zh-CN"/>
        </w:rPr>
        <w:t>　　1、认知目标：使90％以上学生了解篮球的起源与发展等知识。</w:t>
      </w:r>
      <w:r>
        <w:rPr>
          <w:lang w:eastAsia="zh-CN"/>
        </w:rPr>
        <w:br/>
      </w:r>
      <w:r>
        <w:rPr>
          <w:lang w:eastAsia="zh-CN"/>
        </w:rPr>
        <w:t>　　2、技能目标：使70％以上的学生初步掌握篮球运球的动作。提高动作的协调性，发展学生灵敏、协调、柔韧等身体素质。</w:t>
      </w:r>
      <w:r>
        <w:rPr>
          <w:lang w:eastAsia="zh-CN"/>
        </w:rPr>
        <w:br/>
      </w:r>
      <w:r>
        <w:rPr>
          <w:lang w:eastAsia="zh-CN"/>
        </w:rPr>
        <w:t>　　3、情感目标：通过本课的学习，培养学生的不怕困难、勇敢顽强的品质，使学生体验成功乐趣，激发学生学习兴趣，体现团队协作精神。</w:t>
      </w:r>
      <w:r>
        <w:rPr>
          <w:lang w:eastAsia="zh-CN"/>
        </w:rPr>
        <w:br/>
      </w:r>
      <w:r>
        <w:rPr>
          <w:lang w:eastAsia="zh-CN"/>
        </w:rPr>
        <w:t>　　三、学习内容</w:t>
      </w:r>
      <w:r>
        <w:rPr>
          <w:lang w:eastAsia="zh-CN"/>
        </w:rPr>
        <w:br/>
      </w:r>
      <w:r>
        <w:rPr>
          <w:lang w:eastAsia="zh-CN"/>
        </w:rPr>
        <w:t>　　1、游戏：抱球接力</w:t>
      </w:r>
      <w:r>
        <w:rPr>
          <w:lang w:eastAsia="zh-CN"/>
        </w:rPr>
        <w:br/>
      </w:r>
      <w:r>
        <w:rPr>
          <w:lang w:eastAsia="zh-CN"/>
        </w:rPr>
        <w:t>　　2、篮球运球</w:t>
      </w:r>
      <w:r>
        <w:rPr>
          <w:lang w:eastAsia="zh-CN"/>
        </w:rPr>
        <w:br/>
      </w:r>
      <w:r>
        <w:rPr>
          <w:lang w:eastAsia="zh-CN"/>
        </w:rPr>
        <w:t>　　四、学情调查</w:t>
      </w:r>
      <w:r>
        <w:rPr>
          <w:lang w:eastAsia="zh-CN"/>
        </w:rPr>
        <w:br/>
      </w:r>
      <w:r>
        <w:rPr>
          <w:lang w:eastAsia="zh-CN"/>
        </w:rPr>
        <w:t>　　我校五年级学生对体育运动有良好的参与意识，尤其喜爱上球类项目的课，但有部分女生对球类特别是对抗性较强的篮球运动却羞于出手或是心存顾虑，虽然五年级学生对运球有一定的学习和练习，但运动技能一般，同学之间团结合作，集体荣誉感较强。五年级学生理解力强，对动作的认识有自己的、理解力，掌握较快。因此，我在教学中采用少讲解，多提示，用降低难度、情景教学和音乐教学的手段来激发学生的学习动机。</w:t>
      </w:r>
      <w:r>
        <w:rPr>
          <w:lang w:eastAsia="zh-CN"/>
        </w:rPr>
        <w:br/>
      </w:r>
      <w:r>
        <w:rPr>
          <w:lang w:eastAsia="zh-CN"/>
        </w:rPr>
        <w:t>　　五、教材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篮球运球是《新课标》要求学会的基本动作之一，它是学习较复杂篮球动作的基础，也是提高学生灵敏、速度、协调等素质的基本方法。在课的练习安排上，必须从易到难，循序渐进，即面向全体，又注重个性发展，注意运动安全，并采用“小组互助”学习的组织形式来保证课的目标的实现。</w:t>
      </w:r>
      <w:r>
        <w:rPr>
          <w:lang w:eastAsia="zh-CN"/>
        </w:rPr>
        <w:br/>
      </w:r>
      <w:r>
        <w:rPr>
          <w:lang w:eastAsia="zh-CN"/>
        </w:rPr>
        <w:t>　　六、教学重难点</w:t>
      </w:r>
      <w:r>
        <w:rPr>
          <w:lang w:eastAsia="zh-CN"/>
        </w:rPr>
        <w:br/>
      </w:r>
      <w:r>
        <w:rPr>
          <w:lang w:eastAsia="zh-CN"/>
        </w:rPr>
        <w:t>　　1.重点：手腕控球</w:t>
      </w:r>
      <w:r>
        <w:rPr>
          <w:lang w:eastAsia="zh-CN"/>
        </w:rPr>
        <w:br/>
      </w:r>
      <w:r>
        <w:rPr>
          <w:lang w:eastAsia="zh-CN"/>
        </w:rPr>
        <w:t>　　2.难点：全身协调发力控制球的方向</w:t>
      </w:r>
      <w:r>
        <w:rPr>
          <w:lang w:eastAsia="zh-CN"/>
        </w:rPr>
        <w:br/>
      </w:r>
      <w:r>
        <w:rPr>
          <w:lang w:eastAsia="zh-CN"/>
        </w:rPr>
        <w:t>　　七、教学过程</w:t>
      </w:r>
      <w:r>
        <w:rPr>
          <w:lang w:eastAsia="zh-CN"/>
        </w:rPr>
        <w:br/>
      </w:r>
      <w:r>
        <w:rPr>
          <w:lang w:eastAsia="zh-CN"/>
        </w:rPr>
        <w:t>　　1、课的开始与准备部分</w:t>
      </w:r>
      <w:r>
        <w:rPr>
          <w:lang w:eastAsia="zh-CN"/>
        </w:rPr>
        <w:br/>
      </w:r>
      <w:r>
        <w:rPr>
          <w:lang w:eastAsia="zh-CN"/>
        </w:rPr>
        <w:t>　　本部分的主要教学目标，是为了激发学生的学习动机，为基本部分提供必要的'心理与生理准备，因此，我设计了课堂常规、篮球常识、慢跑热身和篮球操、游戏：抱球接力。</w:t>
      </w:r>
      <w:r>
        <w:rPr>
          <w:lang w:eastAsia="zh-CN"/>
        </w:rPr>
        <w:br/>
      </w:r>
      <w:r>
        <w:rPr>
          <w:lang w:eastAsia="zh-CN"/>
        </w:rPr>
        <w:t>　　2、课的基本部分</w:t>
      </w:r>
      <w:r>
        <w:rPr>
          <w:lang w:eastAsia="zh-CN"/>
        </w:rPr>
        <w:br/>
      </w:r>
      <w:r>
        <w:rPr>
          <w:lang w:eastAsia="zh-CN"/>
        </w:rPr>
        <w:t>　　a、“篮球运球”是基础教学，作为教材体系中“篮球”的重要内容之一，其重点是“手腕控球”。通过教师示范、讲解。让学生掌握方法，提高灵敏、协调等素质。</w:t>
      </w:r>
      <w:r>
        <w:rPr>
          <w:lang w:eastAsia="zh-CN"/>
        </w:rPr>
        <w:br/>
      </w:r>
      <w:r>
        <w:rPr>
          <w:lang w:eastAsia="zh-CN"/>
        </w:rPr>
        <w:t>　　b、组织教法：把学生分成四组，每组人数相等，在指定的区域练习，练习时由体育小组长指挥，通过配乐来提高学生运球的积极性，掌握节奏，体验手感，通过降低难度来吸引学生参与，消除部分女生对篮球的恐惧感。教师巡回辅导，这样能及时发现学生错误动作并加以纠正。小组长可以对本组较差的学生进行辅导，教师只对小组评价，不评价个人。</w:t>
      </w:r>
      <w:r>
        <w:rPr>
          <w:lang w:eastAsia="zh-CN"/>
        </w:rPr>
        <w:br/>
      </w:r>
      <w:r>
        <w:rPr>
          <w:lang w:eastAsia="zh-CN"/>
        </w:rPr>
        <w:t>　　3、课的结束部分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a、通过意念、冥想、抖动达到放松肌肉和心理的目的。</w:t>
      </w:r>
      <w:r>
        <w:rPr>
          <w:lang w:eastAsia="zh-CN"/>
        </w:rPr>
        <w:br/>
      </w:r>
      <w:r>
        <w:rPr>
          <w:lang w:eastAsia="zh-CN"/>
        </w:rPr>
        <w:t>　　b、教师总结本节课，表扬表现好的小组。</w:t>
      </w:r>
      <w:r>
        <w:rPr>
          <w:lang w:eastAsia="zh-CN"/>
        </w:rPr>
        <w:br/>
      </w:r>
      <w:r>
        <w:rPr>
          <w:lang w:eastAsia="zh-CN"/>
        </w:rPr>
        <w:t>　　c、教与学法：在教师的口令的指挥下，伴着轻音乐，模仿教师做各种放松的动作，调整呼吸。学生认真模仿，尽量让自己全身得到放松，呼吸节奏趋于平稳。</w:t>
      </w:r>
      <w:r>
        <w:rPr>
          <w:lang w:eastAsia="zh-CN"/>
        </w:rPr>
        <w:br/>
      </w:r>
      <w:r>
        <w:rPr>
          <w:lang w:eastAsia="zh-CN"/>
        </w:rPr>
        <w:t>　　八、课的特色与创新</w:t>
      </w:r>
      <w:r>
        <w:rPr>
          <w:lang w:eastAsia="zh-CN"/>
        </w:rPr>
        <w:br/>
      </w:r>
      <w:r>
        <w:rPr>
          <w:lang w:eastAsia="zh-CN"/>
        </w:rPr>
        <w:t>　　1、 “小组互助”学习，教师辅导的形式，是本课学习的主要组织形式。学生自主完成学习任务的探究式学习，组内学生互助学习是学生学习的主要方式。</w:t>
      </w:r>
      <w:r>
        <w:rPr>
          <w:lang w:eastAsia="zh-CN"/>
        </w:rPr>
        <w:br/>
      </w:r>
      <w:r>
        <w:rPr>
          <w:lang w:eastAsia="zh-CN"/>
        </w:rPr>
        <w:t>　　2、游戏“抱球接力”、专向篮球操的设计紧扣课的目标，既是完成教学任务的一项练习内容，又达到热身和导入课的目的，同时避免了单调，激发了学生的兴趣，调动了学生的积极性。</w:t>
      </w:r>
      <w:r>
        <w:rPr>
          <w:lang w:eastAsia="zh-CN"/>
        </w:rPr>
        <w:br/>
      </w:r>
      <w:r>
        <w:rPr>
          <w:lang w:eastAsia="zh-CN"/>
        </w:rPr>
        <w:t>　　场地：根据课的内容统一设计布置场地。</w:t>
      </w:r>
      <w:r>
        <w:rPr>
          <w:lang w:eastAsia="zh-CN"/>
        </w:rPr>
        <w:br/>
      </w:r>
      <w:r>
        <w:rPr>
          <w:lang w:eastAsia="zh-CN"/>
        </w:rPr>
        <w:t>　　器材：篮球40个，录音机1台。</w:t>
      </w:r>
      <w:r>
        <w:rPr>
          <w:lang w:eastAsia="zh-CN"/>
        </w:rPr>
        <w:br/>
      </w:r>
      <w:r>
        <w:rPr>
          <w:lang w:eastAsia="zh-CN"/>
        </w:rPr>
        <w:t>　　练习密度预测：32～35%，平均心率：115次/分。</w:t>
      </w:r>
      <w:r>
        <w:rPr>
          <w:lang w:eastAsia="zh-CN"/>
        </w:rPr>
        <w:br/>
      </w:r>
      <w:r>
        <w:rPr>
          <w:lang w:eastAsia="zh-CN"/>
        </w:rPr>
        <w:t xml:space="preserve">    初中体育教学计划 篇6 </w:t>
      </w:r>
      <w:r>
        <w:rPr>
          <w:lang w:eastAsia="zh-CN"/>
        </w:rPr>
        <w:br/>
      </w:r>
      <w:r>
        <w:rPr>
          <w:lang w:eastAsia="zh-CN"/>
        </w:rPr>
        <w:t>　　教学目标：</w:t>
      </w:r>
      <w:r>
        <w:rPr>
          <w:lang w:eastAsia="zh-CN"/>
        </w:rPr>
        <w:br/>
      </w:r>
      <w:r>
        <w:rPr>
          <w:lang w:eastAsia="zh-CN"/>
        </w:rPr>
        <w:t>　　通过教学，使学生了解急救基础知识</w:t>
      </w:r>
      <w:r>
        <w:rPr>
          <w:lang w:eastAsia="zh-CN"/>
        </w:rPr>
        <w:br/>
      </w:r>
      <w:r>
        <w:rPr>
          <w:lang w:eastAsia="zh-CN"/>
        </w:rPr>
        <w:t>　　教学重点：</w:t>
      </w:r>
      <w:r>
        <w:rPr>
          <w:lang w:eastAsia="zh-CN"/>
        </w:rPr>
        <w:br/>
      </w:r>
      <w:r>
        <w:rPr>
          <w:lang w:eastAsia="zh-CN"/>
        </w:rPr>
        <w:t>　　急救基础知识</w:t>
      </w:r>
      <w:r>
        <w:rPr>
          <w:lang w:eastAsia="zh-CN"/>
        </w:rPr>
        <w:br/>
      </w:r>
      <w:r>
        <w:rPr>
          <w:lang w:eastAsia="zh-CN"/>
        </w:rPr>
        <w:t>　　教学难点：</w:t>
      </w:r>
      <w:r>
        <w:rPr>
          <w:lang w:eastAsia="zh-CN"/>
        </w:rPr>
        <w:br/>
      </w:r>
      <w:r>
        <w:rPr>
          <w:lang w:eastAsia="zh-CN"/>
        </w:rPr>
        <w:t>　　中暑急救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教具：</w:t>
      </w:r>
      <w:r>
        <w:rPr>
          <w:lang w:eastAsia="zh-CN"/>
        </w:rPr>
        <w:br/>
      </w:r>
      <w:r>
        <w:rPr>
          <w:lang w:eastAsia="zh-CN"/>
        </w:rPr>
        <w:t>　　投影，多媒体教室</w:t>
      </w:r>
      <w:r>
        <w:rPr>
          <w:lang w:eastAsia="zh-CN"/>
        </w:rPr>
        <w:br/>
      </w:r>
      <w:r>
        <w:rPr>
          <w:lang w:eastAsia="zh-CN"/>
        </w:rPr>
        <w:t>　　教学过程：</w:t>
      </w:r>
      <w:r>
        <w:rPr>
          <w:lang w:eastAsia="zh-CN"/>
        </w:rPr>
        <w:br/>
      </w:r>
      <w:r>
        <w:rPr>
          <w:lang w:eastAsia="zh-CN"/>
        </w:rPr>
        <w:t>　　一、导入新课：现实生活中一些因抢救不及时或急救不当而造成人员伤亡事故的例子引入新课。</w:t>
      </w:r>
      <w:r>
        <w:rPr>
          <w:lang w:eastAsia="zh-CN"/>
        </w:rPr>
        <w:br/>
      </w:r>
      <w:r>
        <w:rPr>
          <w:lang w:eastAsia="zh-CN"/>
        </w:rPr>
        <w:t>　　二、新授：</w:t>
      </w:r>
      <w:r>
        <w:rPr>
          <w:lang w:eastAsia="zh-CN"/>
        </w:rPr>
        <w:br/>
      </w:r>
      <w:r>
        <w:rPr>
          <w:lang w:eastAsia="zh-CN"/>
        </w:rPr>
        <w:t>　　1、触电</w:t>
      </w:r>
      <w:r>
        <w:rPr>
          <w:lang w:eastAsia="zh-CN"/>
        </w:rPr>
        <w:br/>
      </w:r>
      <w:r>
        <w:rPr>
          <w:lang w:eastAsia="zh-CN"/>
        </w:rPr>
        <w:t>　　1)、症状</w:t>
      </w:r>
      <w:r>
        <w:rPr>
          <w:lang w:eastAsia="zh-CN"/>
        </w:rPr>
        <w:br/>
      </w:r>
      <w:r>
        <w:rPr>
          <w:lang w:eastAsia="zh-CN"/>
        </w:rPr>
        <w:t>　　2)、急救原则：</w:t>
      </w:r>
      <w:r>
        <w:rPr>
          <w:lang w:eastAsia="zh-CN"/>
        </w:rPr>
        <w:br/>
      </w:r>
      <w:r>
        <w:rPr>
          <w:lang w:eastAsia="zh-CN"/>
        </w:rPr>
        <w:t>　　A、发现有人触电后，立即切断电源，拉下电闸，或用不导电的竹、木棍将导电体与触电者分开。在未切断电源或触电者未脱离电源时，切不可触摸触电者;</w:t>
      </w:r>
      <w:r>
        <w:rPr>
          <w:lang w:eastAsia="zh-CN"/>
        </w:rPr>
        <w:br/>
      </w:r>
      <w:r>
        <w:rPr>
          <w:lang w:eastAsia="zh-CN"/>
        </w:rPr>
        <w:t>　　B、对呼吸和心跳停止者，应立即进行拳击复苏或口对口的人工呼吸和心脏胸外挤压，直至呼吸和心跳恢复为止。如呼吸不恢复，人工呼吸至少应坚持4小时或出现尸僵和尸斑时方可放弃抢救。有条件时直接给予氧气吸入更佳;</w:t>
      </w:r>
      <w:r>
        <w:rPr>
          <w:lang w:eastAsia="zh-CN"/>
        </w:rPr>
        <w:br/>
      </w:r>
      <w:r>
        <w:rPr>
          <w:lang w:eastAsia="zh-CN"/>
        </w:rPr>
        <w:t>　　C、在就地抢救的同时，尽快呼叫医务人员或向有关医疗单位求援。用呼吸中枢兴奋药，人中和十宣穴。在心跳停止前禁用强心剂。</w:t>
      </w:r>
      <w:r>
        <w:rPr>
          <w:lang w:eastAsia="zh-CN"/>
        </w:rPr>
        <w:br/>
      </w:r>
      <w:r>
        <w:rPr>
          <w:lang w:eastAsia="zh-CN"/>
        </w:rPr>
        <w:t>　　3)、预防</w:t>
      </w:r>
      <w:r>
        <w:rPr>
          <w:lang w:eastAsia="zh-CN"/>
        </w:rPr>
        <w:br/>
      </w:r>
      <w:r>
        <w:rPr>
          <w:lang w:eastAsia="zh-CN"/>
        </w:rPr>
        <w:t>　　加强安全用电知识教育，定期检查维修电器设备，遵守用电规定，不能乱拉接电线，不能在通电的电线上晒衣物，不能接触断落的电线;雷雨天不要站在高墙上、树木下、电杆旁或天线附近。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2、中暑</w:t>
      </w:r>
      <w:r>
        <w:rPr>
          <w:lang w:eastAsia="zh-CN"/>
        </w:rPr>
        <w:br/>
      </w:r>
      <w:r>
        <w:rPr>
          <w:lang w:eastAsia="zh-CN"/>
        </w:rPr>
        <w:t>　　周璇，为30-40年代我国的电影演员，素有“金嗓子”之称，1957年9月，周璇因中暑高热，导致中暑性脑病，引起周围循环衰竭而死亡，年仅38岁。</w:t>
      </w:r>
      <w:r>
        <w:rPr>
          <w:lang w:eastAsia="zh-CN"/>
        </w:rPr>
        <w:br/>
      </w:r>
      <w:r>
        <w:rPr>
          <w:lang w:eastAsia="zh-CN"/>
        </w:rPr>
        <w:t>　　1)、病因</w:t>
      </w:r>
      <w:r>
        <w:rPr>
          <w:lang w:eastAsia="zh-CN"/>
        </w:rPr>
        <w:br/>
      </w:r>
      <w:r>
        <w:rPr>
          <w:lang w:eastAsia="zh-CN"/>
        </w:rPr>
        <w:t>　　2)、中暑的预防;</w:t>
      </w:r>
      <w:r>
        <w:rPr>
          <w:lang w:eastAsia="zh-CN"/>
        </w:rPr>
        <w:br/>
      </w:r>
      <w:r>
        <w:rPr>
          <w:lang w:eastAsia="zh-CN"/>
        </w:rPr>
        <w:t>　　A、避免在夏季午后太阳光的时间内(中午12点到15点左右)在室外长时间停留或着通风不好的室内埋头学-;</w:t>
      </w:r>
      <w:r>
        <w:rPr>
          <w:lang w:eastAsia="zh-CN"/>
        </w:rPr>
        <w:br/>
      </w:r>
      <w:r>
        <w:rPr>
          <w:lang w:eastAsia="zh-CN"/>
        </w:rPr>
        <w:t>　　B、室内保持良好通风;</w:t>
      </w:r>
      <w:r>
        <w:rPr>
          <w:lang w:eastAsia="zh-CN"/>
        </w:rPr>
        <w:br/>
      </w:r>
      <w:r>
        <w:rPr>
          <w:lang w:eastAsia="zh-CN"/>
        </w:rPr>
        <w:t>　　C、适当午睡，体育课和锻炼宜安排在上午或傍晚;</w:t>
      </w:r>
      <w:r>
        <w:rPr>
          <w:lang w:eastAsia="zh-CN"/>
        </w:rPr>
        <w:br/>
      </w:r>
      <w:r>
        <w:rPr>
          <w:lang w:eastAsia="zh-CN"/>
        </w:rPr>
        <w:t>　　D、根据需要大量饮水，以补充体内失去的水分;</w:t>
      </w:r>
      <w:r>
        <w:rPr>
          <w:lang w:eastAsia="zh-CN"/>
        </w:rPr>
        <w:br/>
      </w:r>
      <w:r>
        <w:rPr>
          <w:lang w:eastAsia="zh-CN"/>
        </w:rPr>
        <w:t>　　E、服饰的颜色要浅淡，穿宽松肥大、透气性好的浅色纯棉衣物。</w:t>
      </w:r>
      <w:r>
        <w:rPr>
          <w:lang w:eastAsia="zh-CN"/>
        </w:rPr>
        <w:br/>
      </w:r>
      <w:r>
        <w:rPr>
          <w:lang w:eastAsia="zh-CN"/>
        </w:rPr>
        <w:t>　　F、带解署药如人丹，十滴水等，高温作业人员应供给含盐、含钾清凉饮料，也可远用中药藿香，佩兰，香薷，荷叶等煎汤代茶饮，以驱署解热。</w:t>
      </w:r>
      <w:r>
        <w:rPr>
          <w:lang w:eastAsia="zh-CN"/>
        </w:rPr>
        <w:br/>
      </w:r>
      <w:r>
        <w:rPr>
          <w:lang w:eastAsia="zh-CN"/>
        </w:rPr>
        <w:t>　　3)、处理和急救：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轻度：先兆中署，应急时转移至阴凉通风处，吞服一些解署药，并给予清凉饮料，经过短时间休息后，即可恢复正常。若还有发热，体温高于38℃，面色潮红，皮肤灼热，或面色苍白，恶心呕吐，血压下降，皮肤湿冷，脉搏细弱者，为轻度中署，这时应迅速将病人移至阴凉通风处，给予清凉含盐、含钾饮料及解署药，同时查刮痧或合谷、人中、太冲、大椎、风池等穴位;伴有高热者可给予物理降温。</w:t>
      </w:r>
      <w:r>
        <w:rPr>
          <w:lang w:eastAsia="zh-CN"/>
        </w:rPr>
        <w:br/>
      </w:r>
      <w:r>
        <w:rPr>
          <w:lang w:eastAsia="zh-CN"/>
        </w:rPr>
        <w:t>　　(2)重度：若症状不见好转，反出现昏迷，痉挛，或皮肤干燥无汗，持续高热者，为重度中署，应及时去医院治疗，以免危及生命。</w:t>
      </w:r>
      <w:r>
        <w:rPr>
          <w:lang w:eastAsia="zh-CN"/>
        </w:rPr>
        <w:br/>
      </w:r>
      <w:r>
        <w:rPr>
          <w:lang w:eastAsia="zh-CN"/>
        </w:rPr>
        <w:t>　　3、煤气中毒后如何急救</w:t>
      </w:r>
      <w:r>
        <w:rPr>
          <w:lang w:eastAsia="zh-CN"/>
        </w:rPr>
        <w:br/>
      </w:r>
      <w:r>
        <w:rPr>
          <w:lang w:eastAsia="zh-CN"/>
        </w:rPr>
        <w:t>　　如果发生煤气中毒时，首先要冷静沉着，采取相应的急救措施。</w:t>
      </w:r>
      <w:r>
        <w:rPr>
          <w:lang w:eastAsia="zh-CN"/>
        </w:rPr>
        <w:br/>
      </w:r>
      <w:r>
        <w:rPr>
          <w:lang w:eastAsia="zh-CN"/>
        </w:rPr>
        <w:t>　　1)、首先打开门窗，关闭阀门，切忌打手机或打开电源</w:t>
      </w:r>
      <w:r>
        <w:rPr>
          <w:lang w:eastAsia="zh-CN"/>
        </w:rPr>
        <w:br/>
      </w:r>
      <w:r>
        <w:rPr>
          <w:lang w:eastAsia="zh-CN"/>
        </w:rPr>
        <w:t>　　2)、立即把病员搬到室外空气流通的地方，吸入新鲜空气，排出一氧化碳，但要注意保暖。</w:t>
      </w:r>
      <w:r>
        <w:rPr>
          <w:lang w:eastAsia="zh-CN"/>
        </w:rPr>
        <w:br/>
      </w:r>
      <w:r>
        <w:rPr>
          <w:lang w:eastAsia="zh-CN"/>
        </w:rPr>
        <w:t>　　3)、如果中毒症状较轻，可给他喝些热浓茶，这样不但可抑制恶心，而且有助于减轻头痛。头痛时可给服去痛片或APC。一般1—2小时即可恢复。</w:t>
      </w:r>
      <w:r>
        <w:rPr>
          <w:lang w:eastAsia="zh-CN"/>
        </w:rPr>
        <w:br/>
      </w:r>
      <w:r>
        <w:rPr>
          <w:lang w:eastAsia="zh-CN"/>
        </w:rPr>
        <w:t>　　4)、如果中毒的症状严重，有恶心、呕吐不止、神志不清或昏迷现象时，应立即送医院抢救，请救护站送到有高压氧仓设备的医院。如果拖延时间较长，昏迷可能会受到不可逆的大脑损伤。护送途中要尽可能清除他口中的呕吐物或痰液，将头偏向一侧，以免呕吐物阻塞呼吸道引起窒息和吸入性肺炎。</w:t>
      </w:r>
      <w:r>
        <w:rPr>
          <w:lang w:eastAsia="zh-CN"/>
        </w:rPr>
        <w:br/>
      </w:r>
      <w:r>
        <w:rPr>
          <w:lang w:eastAsia="zh-CN"/>
        </w:rPr>
        <w:t>　　5)、如果呼吸不匀或微弱时，可进行口对口人工呼吸进行抢救;如果呼吸和心跳都已停止，可在现场做人工呼吸和胸外心脏按压，即使在送医院途中，也要坚持抢救。</w:t>
      </w:r>
      <w:r>
        <w:rPr>
          <w:lang w:eastAsia="zh-CN"/>
        </w:rPr>
        <w:br/>
      </w:r>
      <w:r>
        <w:rPr>
          <w:lang w:eastAsia="zh-CN"/>
        </w:rPr>
        <w:t>　　4、被电击伤后如何救治</w:t>
      </w:r>
      <w:r>
        <w:rPr>
          <w:lang w:eastAsia="zh-CN"/>
        </w:rPr>
        <w:br/>
      </w:r>
      <w:r>
        <w:rPr>
          <w:lang w:eastAsia="zh-CN"/>
        </w:rPr>
        <w:t>　　一旦发生电击伤，其紧急救治步骤是：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1)立即切断电源。切断电源的方法一是关闭电源开关、拉闸、拔去插销;二是用干燥的木棒、竹竿、扁担、塑料棒、皮带、扫帚把、椅背或绳子等不导电的东西拨开电线。</w:t>
      </w:r>
      <w:r>
        <w:rPr>
          <w:lang w:eastAsia="zh-CN"/>
        </w:rPr>
        <w:br/>
      </w:r>
      <w:r>
        <w:rPr>
          <w:lang w:eastAsia="zh-CN"/>
        </w:rPr>
        <w:t>　　2)迅速将人移至通风处。对呼吸、心跳均已停止者，立即在现场进行人工呼吸和胸外心脏按压。人工呼吸至少要做4小时，或者至恢复呼吸为止，有条件者应行气管插管，加压氧气人工呼吸。</w:t>
      </w:r>
      <w:r>
        <w:rPr>
          <w:lang w:eastAsia="zh-CN"/>
        </w:rPr>
        <w:br/>
      </w:r>
      <w:r>
        <w:rPr>
          <w:lang w:eastAsia="zh-CN"/>
        </w:rPr>
        <w:t>　　3)出现神志昏迷不清者可人中、中冲等穴位。</w:t>
      </w:r>
      <w:r>
        <w:rPr>
          <w:lang w:eastAsia="zh-CN"/>
        </w:rPr>
        <w:br/>
      </w:r>
      <w:r>
        <w:rPr>
          <w:lang w:eastAsia="zh-CN"/>
        </w:rPr>
        <w:t>　　4)呼吸、心跳恢复后立即送往医院救治，路上还要密切注意病清变化。</w:t>
      </w:r>
      <w:r>
        <w:rPr>
          <w:lang w:eastAsia="zh-CN"/>
        </w:rPr>
        <w:br/>
      </w:r>
      <w:r>
        <w:rPr>
          <w:lang w:eastAsia="zh-CN"/>
        </w:rPr>
        <w:t>　　5)对症治疗。缺氧所致脑水肿者，可使用甘露醇、50%葡萄糖等脱水;对由于肌肉强烈收缩造成的骨折及脱位，要复位、固定;对烧伤者，以暴露疗法为好。</w:t>
      </w:r>
      <w:r>
        <w:rPr>
          <w:lang w:eastAsia="zh-CN"/>
        </w:rPr>
        <w:br/>
      </w:r>
      <w:r>
        <w:rPr>
          <w:lang w:eastAsia="zh-CN"/>
        </w:rPr>
        <w:t xml:space="preserve">    初中体育教学计划 篇7 </w:t>
      </w:r>
      <w:r>
        <w:rPr>
          <w:lang w:eastAsia="zh-CN"/>
        </w:rPr>
        <w:br/>
      </w:r>
      <w:r>
        <w:rPr>
          <w:lang w:eastAsia="zh-CN"/>
        </w:rPr>
        <w:t>　　一、基本状况：</w:t>
      </w:r>
      <w:r>
        <w:rPr>
          <w:lang w:eastAsia="zh-CN"/>
        </w:rPr>
        <w:br/>
      </w:r>
      <w:r>
        <w:rPr>
          <w:lang w:eastAsia="zh-CN"/>
        </w:rPr>
        <w:t>　　本学期所教的是八年级六个班，每个班人数都在45人左右，男女生人数差不多个半，绝大多数学生身体健康，无户外技能障碍。学生都喜爱户外，但身体协调性差，肥胖等，学习动作不协调。学生身体素质中的硬性指标，如速度、力量、耐力、柔韧等素质较差；灵敏、协调等软性指标明显不足。个体发育不均衡，下肢力量尚可，肩部肌肉群力量较差，在此类教材教学是要多加注意。腰背、腰腹力量有待于大幅度提高，这是体育练习成败的关键。</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结合本校实际状况，有目的、有计划地进行体育教学工作，传授基本的体育卫生保健知识和体育技能，培养良好的卫生习惯；掌握科学锻炼身体的基本方法和体育文化知识，在传授中渗透思想道德教育。让每个学生都发展成为德、智、体、美、劳全面发展的好学生。</w:t>
      </w:r>
      <w:r>
        <w:rPr>
          <w:lang w:eastAsia="zh-CN"/>
        </w:rPr>
        <w:br/>
      </w:r>
      <w:r>
        <w:rPr>
          <w:lang w:eastAsia="zh-CN"/>
        </w:rPr>
        <w:t>　　教材资料有：体育与健康基础知识；田径：跑、跳、投；体操，球类：篮球、足球；身体素质练习。</w:t>
      </w:r>
      <w:r>
        <w:rPr>
          <w:lang w:eastAsia="zh-CN"/>
        </w:rPr>
        <w:br/>
      </w:r>
      <w:r>
        <w:rPr>
          <w:lang w:eastAsia="zh-CN"/>
        </w:rPr>
        <w:t>　　教材的重点：跑中的快速跑；跳跃中的跨越式跳高；体操中的单杠动作；球类中的控球技术；</w:t>
      </w:r>
      <w:r>
        <w:rPr>
          <w:lang w:eastAsia="zh-CN"/>
        </w:rPr>
        <w:br/>
      </w:r>
      <w:r>
        <w:rPr>
          <w:lang w:eastAsia="zh-CN"/>
        </w:rPr>
        <w:t>　　教材的难点：蹲踞式起跑；跳跃中的起跳环节；球类中的人球结合。</w:t>
      </w:r>
      <w:r>
        <w:rPr>
          <w:lang w:eastAsia="zh-CN"/>
        </w:rPr>
        <w:br/>
      </w:r>
      <w:r>
        <w:rPr>
          <w:lang w:eastAsia="zh-CN"/>
        </w:rPr>
        <w:t>　　三、教学目标和要求</w:t>
      </w:r>
      <w:r>
        <w:rPr>
          <w:lang w:eastAsia="zh-CN"/>
        </w:rPr>
        <w:br/>
      </w:r>
      <w:r>
        <w:rPr>
          <w:lang w:eastAsia="zh-CN"/>
        </w:rPr>
        <w:t>　　1、使学生初步认识自己的身体和掌握锻炼身体的简单知识及方法，学会一些体育卫生保健和安全常识，培养认真锻炼身体的态度。熟练掌握眼保健操和新的广播操。</w:t>
      </w:r>
      <w:r>
        <w:rPr>
          <w:lang w:eastAsia="zh-CN"/>
        </w:rPr>
        <w:br/>
      </w:r>
      <w:r>
        <w:rPr>
          <w:lang w:eastAsia="zh-CN"/>
        </w:rPr>
        <w:t>　　2、初步学习田径、体操、球类等项目的基本技术，掌握简单的户外技能，进一步发展学生素质，提高身体基本活动潜质。</w:t>
      </w:r>
      <w:r>
        <w:rPr>
          <w:lang w:eastAsia="zh-CN"/>
        </w:rPr>
        <w:br/>
      </w:r>
      <w:r>
        <w:rPr>
          <w:lang w:eastAsia="zh-CN"/>
        </w:rPr>
        <w:t>　　3、“以学生为本，健康第一”是我们的目标，在体育游戏中不断地尝试与体验、练习与思考、互学与互评，感受体育户外的乐趣，体会体育户外的益处，体验到战胜困难、获得进步的成功喜悦。</w:t>
      </w:r>
      <w:r>
        <w:rPr>
          <w:lang w:eastAsia="zh-CN"/>
        </w:rPr>
        <w:br/>
      </w:r>
      <w:r>
        <w:rPr>
          <w:lang w:eastAsia="zh-CN"/>
        </w:rPr>
        <w:t>　　四、教学措施</w:t>
      </w:r>
      <w:r>
        <w:rPr>
          <w:lang w:eastAsia="zh-CN"/>
        </w:rPr>
        <w:br/>
      </w:r>
      <w:r>
        <w:rPr>
          <w:lang w:eastAsia="zh-CN"/>
        </w:rPr>
        <w:t>　　1、适时了解、分析学生的学习信息。</w:t>
      </w:r>
      <w:r>
        <w:rPr>
          <w:lang w:eastAsia="zh-CN"/>
        </w:rPr>
        <w:br/>
      </w:r>
      <w:r>
        <w:rPr>
          <w:lang w:eastAsia="zh-CN"/>
        </w:rPr>
        <w:t>　　2、营造贴合学生年龄特征的、有利于学生学习的户外环境。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3、根据学生年龄特征，采用兴趣化和多样化的教法和手段，充分发挥游戏、竞赛的能动作用，让学生在自主游戏中练习，充分体现学生的.主体地位。</w:t>
      </w:r>
      <w:r>
        <w:rPr>
          <w:lang w:eastAsia="zh-CN"/>
        </w:rPr>
        <w:br/>
      </w:r>
      <w:r>
        <w:rPr>
          <w:lang w:eastAsia="zh-CN"/>
        </w:rPr>
        <w:t>　　4、根据学生实际，不断变化练习方式，不断激发学生的练习兴趣。</w:t>
      </w:r>
      <w:r>
        <w:rPr>
          <w:lang w:eastAsia="zh-CN"/>
        </w:rPr>
        <w:br/>
      </w:r>
      <w:r>
        <w:rPr>
          <w:lang w:eastAsia="zh-CN"/>
        </w:rPr>
        <w:t>　　5、发展学生个性，培养勇敢、顽强、朝气勃勃和积极向上的精神，启迪思维，培养学生的主动性、创造性。</w:t>
      </w:r>
      <w:r>
        <w:rPr>
          <w:lang w:eastAsia="zh-CN"/>
        </w:rPr>
        <w:br/>
      </w:r>
      <w:r>
        <w:rPr>
          <w:lang w:eastAsia="zh-CN"/>
        </w:rPr>
        <w:t>　　五、学生方面：</w:t>
      </w:r>
      <w:r>
        <w:rPr>
          <w:lang w:eastAsia="zh-CN"/>
        </w:rPr>
        <w:br/>
      </w:r>
      <w:r>
        <w:rPr>
          <w:lang w:eastAsia="zh-CN"/>
        </w:rPr>
        <w:t>　　1、学习目的明确，用心自觉的上好体育课。用心学习掌握必要的体育基本知识技能与科学锻炼身体的方法，逐步养成自觉锻炼的习惯。</w:t>
      </w:r>
      <w:r>
        <w:rPr>
          <w:lang w:eastAsia="zh-CN"/>
        </w:rPr>
        <w:br/>
      </w:r>
      <w:r>
        <w:rPr>
          <w:lang w:eastAsia="zh-CN"/>
        </w:rPr>
        <w:t>　　2、着装要轻便合体，穿轻便户外鞋上课。不得携带与体育课无关的首饰、校牌、手机等。</w:t>
      </w:r>
      <w:r>
        <w:rPr>
          <w:lang w:eastAsia="zh-CN"/>
        </w:rPr>
        <w:br/>
      </w:r>
      <w:r>
        <w:rPr>
          <w:lang w:eastAsia="zh-CN"/>
        </w:rPr>
        <w:t>　　六、德育渗透：</w:t>
      </w:r>
      <w:r>
        <w:rPr>
          <w:lang w:eastAsia="zh-CN"/>
        </w:rPr>
        <w:br/>
      </w:r>
      <w:r>
        <w:rPr>
          <w:lang w:eastAsia="zh-CN"/>
        </w:rPr>
        <w:t>　　体育活动对于发展学生的适应潜质具有独特的作用，在体育教学中应个性注意营造友好、和谐的课堂气氛，有意识的融入德育教育，不仅仅锻炼学生的意志，更重要的是能培养学生的爱国主义和群众主义精神，培养学生服从组织，遵守纪律，诚实、机智、用心积极的心理品质。</w:t>
      </w:r>
      <w:r>
        <w:rPr>
          <w:lang w:eastAsia="zh-CN"/>
        </w:rPr>
        <w:br/>
      </w:r>
      <w:r>
        <w:rPr>
          <w:lang w:eastAsia="zh-CN"/>
        </w:rPr>
        <w:t>　　本学期的德育渗透包括在教学的各个环节中：</w:t>
      </w:r>
      <w:r>
        <w:rPr>
          <w:lang w:eastAsia="zh-CN"/>
        </w:rPr>
        <w:br/>
      </w:r>
      <w:r>
        <w:rPr>
          <w:lang w:eastAsia="zh-CN"/>
        </w:rPr>
        <w:t>　　1、课堂常规：使学生按规办事、做到有规可循。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2、组织教学：培养团结友爱、养成遵守纪律的群众观，培养其具有热爱劳动、爱护公物的良好品质。</w:t>
      </w:r>
      <w:r>
        <w:rPr>
          <w:lang w:eastAsia="zh-CN"/>
        </w:rPr>
        <w:br/>
      </w:r>
      <w:r>
        <w:rPr>
          <w:lang w:eastAsia="zh-CN"/>
        </w:rPr>
        <w:t>　　3、结合教材资料安排德育资料。</w:t>
      </w:r>
      <w:r>
        <w:rPr>
          <w:lang w:eastAsia="zh-CN"/>
        </w:rPr>
        <w:br/>
      </w:r>
      <w:r>
        <w:rPr>
          <w:lang w:eastAsia="zh-CN"/>
        </w:rPr>
        <w:t>　　（1）、基础知识里安排激发学生刻苦锻炼自觉性的资料。培养学生的自尊心、自豪感和社会职责感。</w:t>
      </w:r>
      <w:r>
        <w:rPr>
          <w:lang w:eastAsia="zh-CN"/>
        </w:rPr>
        <w:br/>
      </w:r>
      <w:r>
        <w:rPr>
          <w:lang w:eastAsia="zh-CN"/>
        </w:rPr>
        <w:t>　　（2）、游戏里安排教育学生遵守纪律，公正诚实，用心积极、团结友爱的资料。</w:t>
      </w:r>
      <w:r>
        <w:rPr>
          <w:lang w:eastAsia="zh-CN"/>
        </w:rPr>
        <w:br/>
      </w:r>
      <w:r>
        <w:rPr>
          <w:lang w:eastAsia="zh-CN"/>
        </w:rPr>
        <w:t>　　（3）、田径安排培养学生顽强的毅力和坚韧不拔等意志品质的资料。</w:t>
      </w:r>
      <w:r>
        <w:rPr>
          <w:lang w:eastAsia="zh-CN"/>
        </w:rPr>
        <w:br/>
      </w:r>
      <w:r>
        <w:rPr>
          <w:lang w:eastAsia="zh-CN"/>
        </w:rPr>
        <w:t>　　（4）、球类中安排培养团结协作等群众主义精神的资料。</w:t>
      </w:r>
      <w:r>
        <w:rPr>
          <w:lang w:eastAsia="zh-CN"/>
        </w:rPr>
        <w:br/>
      </w:r>
      <w:r>
        <w:rPr>
          <w:lang w:eastAsia="zh-CN"/>
        </w:rPr>
        <w:t>　　（5）、在体操中安排培养互相帮忙的合作意识的资料</w:t>
      </w:r>
      <w:r>
        <w:rPr>
          <w:lang w:eastAsia="zh-CN"/>
        </w:rPr>
        <w:br/>
      </w:r>
      <w:r>
        <w:rPr>
          <w:lang w:eastAsia="zh-CN"/>
        </w:rPr>
        <w:t>　　总之，在教学过程中要激发学生用心参与体育活动的兴趣，建立终身户外的习惯。</w:t>
      </w:r>
      <w:r>
        <w:rPr>
          <w:lang w:eastAsia="zh-CN"/>
        </w:rPr>
        <w:br/>
      </w:r>
      <w:r>
        <w:rPr>
          <w:lang w:eastAsia="zh-CN"/>
        </w:rPr>
        <w:t xml:space="preserve">    初中体育教学计划 篇8 </w:t>
      </w:r>
      <w:r>
        <w:rPr>
          <w:lang w:eastAsia="zh-CN"/>
        </w:rPr>
        <w:br/>
      </w:r>
      <w:r>
        <w:rPr>
          <w:lang w:eastAsia="zh-CN"/>
        </w:rPr>
        <w:t>　　一、指导思想：</w:t>
      </w:r>
      <w:r>
        <w:rPr>
          <w:lang w:eastAsia="zh-CN"/>
        </w:rPr>
        <w:br/>
      </w:r>
      <w:r>
        <w:rPr>
          <w:lang w:eastAsia="zh-CN"/>
        </w:rPr>
        <w:t>　　以新课程理念为指导思想，充分发挥学生的主题地位，培养学生自主创新意识，敢打敢拼勇争一流及优良的集体主义精神。确保每一个学生都能够积极投入到体育锻炼中去。</w:t>
      </w:r>
      <w:r>
        <w:rPr>
          <w:lang w:eastAsia="zh-CN"/>
        </w:rPr>
        <w:br/>
      </w:r>
      <w:r>
        <w:rPr>
          <w:lang w:eastAsia="zh-CN"/>
        </w:rPr>
        <w:t>　　二、基本情况：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本学期所教的是八年级六个班，每个班人数都在45人左右，男女生人数差不多个半，绝大多数学生身体健康，无运动技能障碍。学生都喜欢运动，但身体协调性差，肥胖等，学习动作不协调。学生身体素质中的硬性指标，如速度、力量、耐力、柔韧等素质较差；灵敏、协调等软性指标明显不足。个体发育不均衡，下肢力量尚可，肩部肌肉群力量较差，在此类教材教学是要多加注意。腰背、腰腹力量有待于大幅度提高，这是体育练习成败的关键。</w:t>
      </w:r>
      <w:r>
        <w:rPr>
          <w:lang w:eastAsia="zh-CN"/>
        </w:rPr>
        <w:br/>
      </w:r>
      <w:r>
        <w:rPr>
          <w:lang w:eastAsia="zh-CN"/>
        </w:rPr>
        <w:t>　　他们的身体素质各异。因为初四学生面临中考，他们的学习压力非常大。如何调整好他们的心理，处理好学习与活动的安排，让他们在体育考试中取得好成绩是该学期的首要任务。另外考虑到男女差别大身体素质各异：男生活泼好动，表现欲强，能够较好的锻炼；女生趋于文静，不好活动，课中就要经常与她们沟通交流，因势利导，及早转变观念，让男生带动女生，培养女生积极参与体育锻炼的习惯。以期在中考中取得优异的成绩。</w:t>
      </w:r>
      <w:r>
        <w:rPr>
          <w:lang w:eastAsia="zh-CN"/>
        </w:rPr>
        <w:br/>
      </w:r>
      <w:r>
        <w:rPr>
          <w:lang w:eastAsia="zh-CN"/>
        </w:rPr>
        <w:t>　　三、教材分析：</w:t>
      </w:r>
      <w:r>
        <w:rPr>
          <w:lang w:eastAsia="zh-CN"/>
        </w:rPr>
        <w:br/>
      </w:r>
      <w:r>
        <w:rPr>
          <w:lang w:eastAsia="zh-CN"/>
        </w:rPr>
        <w:t>　　结合本校实际情况，有目的、有计划地进行体育教学工作，传授基本的体育卫生保健知识和体育技能，培养良好的卫生习惯；掌握科学锻炼身体的基本方法和体育文化知识，在传授中渗透思想道德教育。让每个学生都发展成为德、智、体、美、劳全面发展的好学生。</w:t>
      </w:r>
      <w:r>
        <w:rPr>
          <w:lang w:eastAsia="zh-CN"/>
        </w:rPr>
        <w:br/>
      </w:r>
      <w:r>
        <w:rPr>
          <w:lang w:eastAsia="zh-CN"/>
        </w:rPr>
        <w:t>　　教材内容有：体育与健康基础知识；田径：跑、跳、投；体操，球类：篮球、足球；身体素质练习。</w:t>
      </w:r>
      <w:r>
        <w:rPr>
          <w:lang w:eastAsia="zh-CN"/>
        </w:rPr>
        <w:br/>
      </w:r>
      <w:r>
        <w:rPr>
          <w:lang w:eastAsia="zh-CN"/>
        </w:rPr>
        <w:t>　　教材的重点：跑中的快速跑；跳跃中的跨越式跳高；体操中的单杠动作；球类中的控球技术；</w:t>
      </w:r>
      <w:r>
        <w:rPr>
          <w:lang w:eastAsia="zh-CN"/>
        </w:rPr>
        <w:br/>
      </w:r>
      <w:r>
        <w:rPr>
          <w:lang w:eastAsia="zh-CN"/>
        </w:rPr>
        <w:t>　　教材的难点：蹲踞式起跑；跳跃中的起跳环节；球类中的人球结合。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四、教学目标和要求</w:t>
      </w:r>
      <w:r>
        <w:rPr>
          <w:lang w:eastAsia="zh-CN"/>
        </w:rPr>
        <w:br/>
      </w:r>
      <w:r>
        <w:rPr>
          <w:lang w:eastAsia="zh-CN"/>
        </w:rPr>
        <w:t>　　1、使学生初步认识自己的身体和掌握锻炼身体的简单知识及方法，学会一些体育卫生保健和安全常识，培养认真锻炼身体的态度。熟练掌握眼保健操和新的广播操。</w:t>
      </w:r>
      <w:r>
        <w:rPr>
          <w:lang w:eastAsia="zh-CN"/>
        </w:rPr>
        <w:br/>
      </w:r>
      <w:r>
        <w:rPr>
          <w:lang w:eastAsia="zh-CN"/>
        </w:rPr>
        <w:t>　　2、初步学习田径、体操、球类等项目的基本技术，掌握简单的运动技能，进一步发展学生素质，提高身体基本活动能力。</w:t>
      </w:r>
      <w:r>
        <w:rPr>
          <w:lang w:eastAsia="zh-CN"/>
        </w:rPr>
        <w:br/>
      </w:r>
      <w:r>
        <w:rPr>
          <w:lang w:eastAsia="zh-CN"/>
        </w:rPr>
        <w:t>　　3、“以学生为本，健康第一”是我们的目标，在体育游戏中不断地尝试与体验、练习与思考、互学与互评，感受体育运动的乐趣，体会体育运动的益处，体验到战胜困难、获得进步的成功喜悦。</w:t>
      </w:r>
      <w:r>
        <w:rPr>
          <w:lang w:eastAsia="zh-CN"/>
        </w:rPr>
        <w:br/>
      </w:r>
      <w:r>
        <w:rPr>
          <w:lang w:eastAsia="zh-CN"/>
        </w:rPr>
        <w:t>　　4.养成良好的锻炼习惯，掌握好初四中考多个可能被测试的项目。</w:t>
      </w:r>
      <w:r>
        <w:rPr>
          <w:lang w:eastAsia="zh-CN"/>
        </w:rPr>
        <w:br/>
      </w:r>
      <w:r>
        <w:rPr>
          <w:lang w:eastAsia="zh-CN"/>
        </w:rPr>
        <w:t>　　5.收集并引导他们掌握更多的体育时事，丰富他们的知识，以备综合能力考试。</w:t>
      </w:r>
      <w:r>
        <w:rPr>
          <w:lang w:eastAsia="zh-CN"/>
        </w:rPr>
        <w:br/>
      </w:r>
      <w:r>
        <w:rPr>
          <w:lang w:eastAsia="zh-CN"/>
        </w:rPr>
        <w:t>　　6.让他们体验到运动的乐趣，能够在玩中学，在学中锻炼身体，增强体质。</w:t>
      </w:r>
      <w:r>
        <w:rPr>
          <w:lang w:eastAsia="zh-CN"/>
        </w:rPr>
        <w:br/>
      </w:r>
      <w:r>
        <w:rPr>
          <w:lang w:eastAsia="zh-CN"/>
        </w:rPr>
        <w:t>　　五、初中体育教学计划具体措施</w:t>
      </w:r>
      <w:r>
        <w:rPr>
          <w:lang w:eastAsia="zh-CN"/>
        </w:rPr>
        <w:br/>
      </w:r>
      <w:r>
        <w:rPr>
          <w:lang w:eastAsia="zh-CN"/>
        </w:rPr>
        <w:t>　　1、适时了解、分析学生的学习信息。</w:t>
      </w:r>
      <w:r>
        <w:rPr>
          <w:lang w:eastAsia="zh-CN"/>
        </w:rPr>
        <w:br/>
      </w:r>
      <w:r>
        <w:rPr>
          <w:lang w:eastAsia="zh-CN"/>
        </w:rPr>
        <w:t>　　2、营造符合学生年龄特征的、有利于学生学习的运动环境。</w:t>
      </w:r>
      <w:r>
        <w:rPr>
          <w:lang w:eastAsia="zh-CN"/>
        </w:rPr>
        <w:br/>
      </w:r>
      <w:r>
        <w:rPr>
          <w:lang w:eastAsia="zh-CN"/>
        </w:rPr>
        <w:t>　　3、根据学生年龄特征，采用兴趣化和多样化的教法和手段，充分发挥游戏、竞赛的能动作用，让学生在自主游戏中练习，充分体现学生的主体地位。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4、根据学生实际，不断变化练习方式，不断激发学生的.练习兴趣。</w:t>
      </w:r>
      <w:r>
        <w:rPr>
          <w:lang w:eastAsia="zh-CN"/>
        </w:rPr>
        <w:br/>
      </w:r>
      <w:r>
        <w:rPr>
          <w:lang w:eastAsia="zh-CN"/>
        </w:rPr>
        <w:t>　　5、发展学生个性，培养勇敢、顽强、朝气勃勃和积极向上的精神，启迪思维，培养学生的主动性、创造性。</w:t>
      </w:r>
      <w:r>
        <w:rPr>
          <w:lang w:eastAsia="zh-CN"/>
        </w:rPr>
        <w:br/>
      </w:r>
      <w:r>
        <w:rPr>
          <w:lang w:eastAsia="zh-CN"/>
        </w:rPr>
        <w:t>　　6.利用课中或课后的时间多与学生沟通交流，转变他们的观念，变被动为主动。</w:t>
      </w:r>
      <w:r>
        <w:rPr>
          <w:lang w:eastAsia="zh-CN"/>
        </w:rPr>
        <w:br/>
      </w:r>
      <w:r>
        <w:rPr>
          <w:lang w:eastAsia="zh-CN"/>
        </w:rPr>
        <w:t>　　7.认真备好课，向课堂45分要效率，确保学生们能够在愉悦气氛中投入到每节课的学习中。</w:t>
      </w:r>
      <w:r>
        <w:rPr>
          <w:lang w:eastAsia="zh-CN"/>
        </w:rPr>
        <w:br/>
      </w:r>
      <w:r>
        <w:rPr>
          <w:lang w:eastAsia="zh-CN"/>
        </w:rPr>
        <w:t>　　8.课堂上，参与到学生中间，以此拉近与他们的距离，注重培养体育骨干，起到率先的作用。课中多采用比赛的方式，激励他们敢于争创的好成绩。</w:t>
      </w:r>
      <w:r>
        <w:rPr>
          <w:lang w:eastAsia="zh-CN"/>
        </w:rPr>
        <w:br/>
      </w:r>
      <w:r>
        <w:rPr>
          <w:lang w:eastAsia="zh-CN"/>
        </w:rPr>
        <w:t>　　9.课后做到及时反思总结。</w:t>
      </w:r>
      <w:r>
        <w:rPr>
          <w:lang w:eastAsia="zh-CN"/>
        </w:rPr>
        <w:br/>
      </w:r>
      <w:r>
        <w:rPr>
          <w:lang w:eastAsia="zh-CN"/>
        </w:rPr>
        <w:t>　　六、学生方面：</w:t>
      </w:r>
      <w:r>
        <w:rPr>
          <w:lang w:eastAsia="zh-CN"/>
        </w:rPr>
        <w:br/>
      </w:r>
      <w:r>
        <w:rPr>
          <w:lang w:eastAsia="zh-CN"/>
        </w:rPr>
        <w:t>　　1、学习目的明确，积极自觉的上好体育课。积极学习掌握必要的体育基本知识技能与科学锻炼身体的方法，逐步养成自觉锻炼的习惯。</w:t>
      </w:r>
      <w:r>
        <w:rPr>
          <w:lang w:eastAsia="zh-CN"/>
        </w:rPr>
        <w:br/>
      </w:r>
      <w:r>
        <w:rPr>
          <w:lang w:eastAsia="zh-CN"/>
        </w:rPr>
        <w:t>　　2、着装要轻便合体，穿轻便运动鞋上课。不得携带与体育课无关的首饰、校牌、手机等。</w:t>
      </w:r>
      <w:r>
        <w:rPr>
          <w:lang w:eastAsia="zh-CN"/>
        </w:rPr>
        <w:br/>
      </w:r>
      <w:r>
        <w:rPr>
          <w:lang w:eastAsia="zh-CN"/>
        </w:rPr>
        <w:t>　　七、德育渗透：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体育活动对于发展学生的适应能力具有独特的作用，在体育教学中应特别注意营造友好、和谐的课堂气氛，有意识的融入德育教育，不仅锻炼学生的意志，更重要的是能培养学生的爱国主义和集体主义精神，培养学生服从组织，遵守纪律，诚实、机智、积极进取的心理品质。</w:t>
      </w:r>
      <w:r>
        <w:rPr>
          <w:lang w:eastAsia="zh-CN"/>
        </w:rPr>
        <w:br/>
      </w:r>
      <w:r>
        <w:rPr>
          <w:lang w:eastAsia="zh-CN"/>
        </w:rPr>
        <w:t>　　本学期的德育渗透包括在教学的各个环节中：</w:t>
      </w:r>
      <w:r>
        <w:rPr>
          <w:lang w:eastAsia="zh-CN"/>
        </w:rPr>
        <w:br/>
      </w:r>
      <w:r>
        <w:rPr>
          <w:lang w:eastAsia="zh-CN"/>
        </w:rPr>
        <w:t>　　1、课堂常规：使学生按规办事、做到有规可循。</w:t>
      </w:r>
      <w:r>
        <w:rPr>
          <w:lang w:eastAsia="zh-CN"/>
        </w:rPr>
        <w:br/>
      </w:r>
      <w:r>
        <w:rPr>
          <w:lang w:eastAsia="zh-CN"/>
        </w:rPr>
        <w:t>　　2、组织教学：培养团结友爱、养成遵守纪律的集体观，培养其具有热爱劳动、爱护公物的良好品质。</w:t>
      </w:r>
      <w:r>
        <w:rPr>
          <w:lang w:eastAsia="zh-CN"/>
        </w:rPr>
        <w:br/>
      </w:r>
      <w:r>
        <w:rPr>
          <w:lang w:eastAsia="zh-CN"/>
        </w:rPr>
        <w:t>　　3、结合教材内容安排德育内容。</w:t>
      </w:r>
      <w:r>
        <w:rPr>
          <w:lang w:eastAsia="zh-CN"/>
        </w:rPr>
        <w:br/>
      </w:r>
      <w:r>
        <w:rPr>
          <w:lang w:eastAsia="zh-CN"/>
        </w:rPr>
        <w:t>　　（1）、基础知识里安排激发学生刻苦锻炼自觉性的内容。培养学生的自尊心、自豪感和社会责任感。</w:t>
      </w:r>
      <w:r>
        <w:rPr>
          <w:lang w:eastAsia="zh-CN"/>
        </w:rPr>
        <w:br/>
      </w:r>
      <w:r>
        <w:rPr>
          <w:lang w:eastAsia="zh-CN"/>
        </w:rPr>
        <w:t>　　（2）、游戏里安排教育学生遵守纪律，公正诚实，积极进取、团结友爱的内容。</w:t>
      </w:r>
      <w:r>
        <w:rPr>
          <w:lang w:eastAsia="zh-CN"/>
        </w:rPr>
        <w:br/>
      </w:r>
      <w:r>
        <w:rPr>
          <w:lang w:eastAsia="zh-CN"/>
        </w:rPr>
        <w:t>　　（3）、田径安排培养学生顽强的毅力和坚韧不拔等意志品质的内容。</w:t>
      </w:r>
      <w:r>
        <w:rPr>
          <w:lang w:eastAsia="zh-CN"/>
        </w:rPr>
        <w:br/>
      </w:r>
      <w:r>
        <w:rPr>
          <w:lang w:eastAsia="zh-CN"/>
        </w:rPr>
        <w:t>　　（4）、球类中安排培养团结协作等集体主义精神的内容。</w:t>
      </w:r>
      <w:r>
        <w:rPr>
          <w:lang w:eastAsia="zh-CN"/>
        </w:rPr>
        <w:br/>
      </w:r>
      <w:r>
        <w:rPr>
          <w:lang w:eastAsia="zh-CN"/>
        </w:rPr>
        <w:t>　　（5）、在体操中安排培养互相帮助的合作意识的内容</w:t>
      </w:r>
      <w:r>
        <w:rPr>
          <w:lang w:eastAsia="zh-CN"/>
        </w:rPr>
        <w:br/>
      </w:r>
      <w:r>
        <w:rPr>
          <w:lang w:eastAsia="zh-CN"/>
        </w:rPr>
        <w:t>　　总之，在教学过程中要激发学生积极参与体育活动的兴趣，建立终身运动的习惯。</w:t>
      </w:r>
      <w:r>
        <w:rPr>
          <w:lang w:eastAsia="zh-CN"/>
        </w:rPr>
        <w:br/>
      </w:r>
      <w:r>
        <w:rPr>
          <w:lang w:eastAsia="zh-CN"/>
        </w:rPr>
        <w:t>　　八、业务学习：</w:t>
      </w:r>
      <w:r>
        <w:rPr>
          <w:lang w:eastAsia="zh-CN"/>
        </w:rPr>
        <w:br/>
      </w:r>
      <w:r>
        <w:rPr>
          <w:lang w:eastAsia="zh-CN"/>
        </w:rPr>
        <w:t>　　1.认真领会课改精神，熟练各学段教材内容，加强业务理论学习，在教学实践中提高自己的业务水平。</w:t>
      </w:r>
      <w:r>
        <w:rPr>
          <w:lang w:eastAsia="zh-CN"/>
        </w:rPr>
        <w:br/>
      </w:r>
      <w:r>
        <w:rPr>
          <w:lang w:eastAsia="zh-CN"/>
        </w:rPr>
        <w:t>　　2.多听课，评课参与集体研讨，取其长补己之短，丰富自己的阅历。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3.充分利用多媒体、图书室等查阅教学训练方面的资料，学习新的好的教学方法。</w:t>
      </w:r>
      <w:r>
        <w:rPr>
          <w:lang w:eastAsia="zh-CN"/>
        </w:rPr>
        <w:br/>
      </w:r>
      <w:r>
        <w:rPr>
          <w:lang w:eastAsia="zh-CN"/>
        </w:rPr>
        <w:t>　　4.努力学习电脑知识，能够制造出相应的课件利于教学。</w:t>
      </w:r>
      <w:r>
        <w:rPr>
          <w:lang w:eastAsia="zh-CN"/>
        </w:rPr>
        <w:br/>
      </w:r>
      <w:r>
        <w:rPr>
          <w:lang w:eastAsia="zh-CN"/>
        </w:rPr>
        <w:t>　　5.多与同行共同交流，共同研讨，共同提高。</w:t>
      </w:r>
      <w:r>
        <w:rPr>
          <w:lang w:eastAsia="zh-CN"/>
        </w:rPr>
        <w:br/>
      </w:r>
      <w:r>
        <w:rPr>
          <w:lang w:eastAsia="zh-CN"/>
        </w:rPr>
        <w:t>　　6.加强自我锻炼，提高自身素质。</w:t>
      </w:r>
      <w:r>
        <w:rPr>
          <w:lang w:eastAsia="zh-CN"/>
        </w:rPr>
        <w:br/>
      </w:r>
      <w:r>
        <w:rPr>
          <w:lang w:eastAsia="zh-CN"/>
        </w:rPr>
        <w:t>　　九、评价教育教学：</w:t>
      </w:r>
      <w:r>
        <w:rPr>
          <w:lang w:eastAsia="zh-CN"/>
        </w:rPr>
        <w:br/>
      </w:r>
      <w:r>
        <w:rPr>
          <w:lang w:eastAsia="zh-CN"/>
        </w:rPr>
        <w:t>　　通过测试和平时的练习采取教师或学生相互评价的方式，分优秀、良好、及格、仍需努力四个层次：</w:t>
      </w:r>
      <w:r>
        <w:rPr>
          <w:lang w:eastAsia="zh-CN"/>
        </w:rPr>
        <w:br/>
      </w:r>
      <w:r>
        <w:rPr>
          <w:lang w:eastAsia="zh-CN"/>
        </w:rPr>
        <w:t>　　1.学习态度与行为：能否以端正积极的心态投入到体育锻炼及体育课的学习中去。</w:t>
      </w:r>
      <w:r>
        <w:rPr>
          <w:lang w:eastAsia="zh-CN"/>
        </w:rPr>
        <w:br/>
      </w:r>
      <w:r>
        <w:rPr>
          <w:lang w:eastAsia="zh-CN"/>
        </w:rPr>
        <w:t>　　2.体能与技能：能否正确的将动作掌握与运用情况。</w:t>
      </w:r>
      <w:r>
        <w:rPr>
          <w:lang w:eastAsia="zh-CN"/>
        </w:rPr>
        <w:br/>
      </w:r>
      <w:r>
        <w:rPr>
          <w:lang w:eastAsia="zh-CN"/>
        </w:rPr>
        <w:t>　　3.交往与合作精神：能否正确处理好与同伴的合作关系。</w:t>
      </w:r>
      <w:r>
        <w:rPr>
          <w:lang w:eastAsia="zh-CN"/>
        </w:rPr>
        <w:br/>
      </w:r>
      <w:r>
        <w:rPr>
          <w:lang w:eastAsia="zh-CN"/>
        </w:rPr>
        <w:t>　　十、初中体育教学计划安排：</w:t>
      </w:r>
      <w:r>
        <w:rPr>
          <w:lang w:eastAsia="zh-CN"/>
        </w:rPr>
        <w:br/>
      </w:r>
      <w:r>
        <w:rPr>
          <w:lang w:eastAsia="zh-CN"/>
        </w:rPr>
        <w:t>　　1.争取在优质课评选中取得较优异的成绩，以提高自己的授课水平。</w:t>
      </w:r>
      <w:r>
        <w:rPr>
          <w:lang w:eastAsia="zh-CN"/>
        </w:rPr>
        <w:br/>
      </w:r>
      <w:r>
        <w:rPr>
          <w:lang w:eastAsia="zh-CN"/>
        </w:rPr>
        <w:t>　　2.在教师基本功比赛中取得好成绩。</w:t>
      </w:r>
      <w:r>
        <w:rPr>
          <w:lang w:eastAsia="zh-CN"/>
        </w:rPr>
        <w:br/>
      </w:r>
      <w:r>
        <w:rPr>
          <w:lang w:eastAsia="zh-CN"/>
        </w:rPr>
        <w:t>　　3.与其他同行共同搞好校队的各项训练。</w:t>
      </w:r>
      <w:r>
        <w:rPr>
          <w:lang w:eastAsia="zh-CN"/>
        </w:rPr>
        <w:br/>
      </w:r>
      <w:r>
        <w:rPr>
          <w:lang w:eastAsia="zh-CN"/>
        </w:rPr>
        <w:t>　　4.认真落实两操一课活动。</w:t>
      </w:r>
      <w:r>
        <w:rPr>
          <w:lang w:eastAsia="zh-CN"/>
        </w:rPr>
        <w:br/>
      </w:r>
      <w:r>
        <w:rPr>
          <w:lang w:eastAsia="zh-CN"/>
        </w:rPr>
        <w:t xml:space="preserve">    初中体育教学计划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上一个教学年度，在上级的正确领导下，在分管领导和体育教师的共同帮助下，我顺利的完成初三体育教学的工作。新学期我跟进班级任教初四四个班的体育教学工作。因为任教初四，深感身上责任重大。为了在新的学年里进一步发扬成绩，更好地完成学校体育教学工作，特制定本学期体育教学工作计划如下：</w:t>
      </w:r>
      <w:r>
        <w:rPr>
          <w:lang w:eastAsia="zh-CN"/>
        </w:rPr>
        <w:br/>
      </w:r>
      <w:r>
        <w:rPr>
          <w:lang w:eastAsia="zh-CN"/>
        </w:rPr>
        <w:t>　　一、学情分析：</w:t>
      </w:r>
      <w:r>
        <w:rPr>
          <w:lang w:eastAsia="zh-CN"/>
        </w:rPr>
        <w:br/>
      </w:r>
      <w:r>
        <w:rPr>
          <w:lang w:eastAsia="zh-CN"/>
        </w:rPr>
        <w:t>　　我校初中共分八个教学班，我任教1---4班的教学，近200名学生，他们的身体素质各异。因为学生面临中考，他们的学习压力非常大。如何调整好他们的心理，处理好学习与活动的安排，让他们在体育考试中取得好成绩是该学期的首要任务。另外考虑到男女差别大身体素质各异：男生活泼好动，表现欲强，能够较好的锻炼;女生趋于文静，不好活动，课中就要经常与她们沟通交流，因势利导，及早转变观念，让男生带动女生，培养女生积极参与体育锻炼的习惯。以期在中考中取得优异的成绩。</w:t>
      </w:r>
      <w:r>
        <w:rPr>
          <w:lang w:eastAsia="zh-CN"/>
        </w:rPr>
        <w:br/>
      </w:r>
      <w:r>
        <w:rPr>
          <w:lang w:eastAsia="zh-CN"/>
        </w:rPr>
        <w:t>　　二、指导思想：</w:t>
      </w:r>
      <w:r>
        <w:rPr>
          <w:lang w:eastAsia="zh-CN"/>
        </w:rPr>
        <w:br/>
      </w:r>
      <w:r>
        <w:rPr>
          <w:lang w:eastAsia="zh-CN"/>
        </w:rPr>
        <w:t>　　以新课程理念为指导思想，充分发挥学生的主题地位，培养学生自主创新意识，敢打敢拼勇争一流及优良的集体主义精神。确保每一个学生都能够积极投入到体育锻炼中去。</w:t>
      </w:r>
      <w:r>
        <w:rPr>
          <w:lang w:eastAsia="zh-CN"/>
        </w:rPr>
        <w:br/>
      </w:r>
      <w:r>
        <w:rPr>
          <w:lang w:eastAsia="zh-CN"/>
        </w:rPr>
        <w:t>　　三、学期目标：</w:t>
      </w:r>
      <w:r>
        <w:rPr>
          <w:lang w:eastAsia="zh-CN"/>
        </w:rPr>
        <w:br/>
      </w:r>
      <w:r>
        <w:rPr>
          <w:lang w:eastAsia="zh-CN"/>
        </w:rPr>
        <w:t>　　1.养成良好的锻炼习惯，掌握好初四中考多个可能被测试的项目。</w:t>
      </w:r>
      <w:r>
        <w:rPr>
          <w:lang w:eastAsia="zh-CN"/>
        </w:rPr>
        <w:br/>
      </w:r>
      <w:r>
        <w:rPr>
          <w:lang w:eastAsia="zh-CN"/>
        </w:rPr>
        <w:t>　　2.收集并引导他们掌握更多的体育时事，丰富他们的知识，以备综合能力考试。</w:t>
      </w:r>
      <w:r>
        <w:rPr>
          <w:lang w:eastAsia="zh-CN"/>
        </w:rPr>
        <w:br/>
      </w:r>
      <w:r>
        <w:rPr>
          <w:lang w:eastAsia="zh-CN"/>
        </w:rPr>
        <w:t>　　3.让他们体验到运动的乐趣，能够在玩中学，在学中锻炼身体，增强体质。</w:t>
      </w:r>
      <w:r>
        <w:rPr>
          <w:lang w:eastAsia="zh-CN"/>
        </w:rPr>
        <w:br/>
      </w:r>
      <w:r>
        <w:rPr>
          <w:lang w:eastAsia="zh-CN"/>
        </w:rPr>
        <w:t>　　四、具体措施：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1.利用课中或课后的时间多与学生沟通交流，转变他们的观念，变被动为主动。</w:t>
      </w:r>
      <w:r>
        <w:rPr>
          <w:lang w:eastAsia="zh-CN"/>
        </w:rPr>
        <w:br/>
      </w:r>
      <w:r>
        <w:rPr>
          <w:lang w:eastAsia="zh-CN"/>
        </w:rPr>
        <w:t>　　2.认真备好课，向课堂45分要效率，确保学生们能够在愉悦气氛中投入到每节课的学习中。</w:t>
      </w:r>
      <w:r>
        <w:rPr>
          <w:lang w:eastAsia="zh-CN"/>
        </w:rPr>
        <w:br/>
      </w:r>
      <w:r>
        <w:rPr>
          <w:lang w:eastAsia="zh-CN"/>
        </w:rPr>
        <w:t>　　3.课堂上，参与到学生中间，以此拉近与他们的距离，注重培养体育骨干，起到率先的作用。课中多采用比赛的方式，激励他们敢于争创的好成绩。</w:t>
      </w:r>
      <w:r>
        <w:rPr>
          <w:lang w:eastAsia="zh-CN"/>
        </w:rPr>
        <w:br/>
      </w:r>
      <w:r>
        <w:rPr>
          <w:lang w:eastAsia="zh-CN"/>
        </w:rPr>
        <w:t>　　4.课后做到及时反思总结。</w:t>
      </w:r>
      <w:r>
        <w:rPr>
          <w:lang w:eastAsia="zh-CN"/>
        </w:rPr>
        <w:br/>
      </w:r>
      <w:r>
        <w:rPr>
          <w:lang w:eastAsia="zh-CN"/>
        </w:rPr>
        <w:t>　　五、业务学习：</w:t>
      </w:r>
      <w:r>
        <w:rPr>
          <w:lang w:eastAsia="zh-CN"/>
        </w:rPr>
        <w:br/>
      </w:r>
      <w:r>
        <w:rPr>
          <w:lang w:eastAsia="zh-CN"/>
        </w:rPr>
        <w:t>　　1.认真领会课改精神，熟练各学段教材内容，加强业务理论学习，在教学实践中提高自己的业务水平。</w:t>
      </w:r>
      <w:r>
        <w:rPr>
          <w:lang w:eastAsia="zh-CN"/>
        </w:rPr>
        <w:br/>
      </w:r>
      <w:r>
        <w:rPr>
          <w:lang w:eastAsia="zh-CN"/>
        </w:rPr>
        <w:t>　　2.多听课，评课参与集体研讨，取其长补己之短，丰富自己的阅历。</w:t>
      </w:r>
      <w:r>
        <w:rPr>
          <w:lang w:eastAsia="zh-CN"/>
        </w:rPr>
        <w:br/>
      </w:r>
      <w:r>
        <w:rPr>
          <w:lang w:eastAsia="zh-CN"/>
        </w:rPr>
        <w:t>　　3.充分利用多媒体、图书室等查阅教学训练方面的资料，学习新的好的教学方法。</w:t>
      </w:r>
      <w:r>
        <w:rPr>
          <w:lang w:eastAsia="zh-CN"/>
        </w:rPr>
        <w:br/>
      </w:r>
      <w:r>
        <w:rPr>
          <w:lang w:eastAsia="zh-CN"/>
        </w:rPr>
        <w:t>　　5.多与同行共同交流，共同研讨，共同提高。</w:t>
      </w:r>
      <w:r>
        <w:rPr>
          <w:lang w:eastAsia="zh-CN"/>
        </w:rPr>
        <w:br/>
      </w:r>
      <w:r>
        <w:rPr>
          <w:lang w:eastAsia="zh-CN"/>
        </w:rPr>
        <w:t>　　6.加强自我锻炼，提高自身素质。</w:t>
      </w:r>
      <w:r>
        <w:rPr>
          <w:lang w:eastAsia="zh-CN"/>
        </w:rPr>
        <w:br/>
      </w:r>
      <w:r>
        <w:rPr>
          <w:lang w:eastAsia="zh-CN"/>
        </w:rPr>
        <w:t>　　六、教研课题与研究措施：</w:t>
      </w:r>
      <w:r>
        <w:rPr>
          <w:lang w:eastAsia="zh-CN"/>
        </w:rPr>
        <w:br/>
      </w:r>
      <w:r>
        <w:rPr>
          <w:lang w:eastAsia="zh-CN"/>
        </w:rPr>
        <w:t>　　课题：寓教于乐于体育教学中</w:t>
      </w:r>
      <w:r>
        <w:rPr>
          <w:lang w:eastAsia="zh-CN"/>
        </w:rPr>
        <w:br/>
      </w:r>
      <w:r>
        <w:rPr>
          <w:lang w:eastAsia="zh-CN"/>
        </w:rPr>
        <w:t>　　措施：</w:t>
      </w:r>
      <w:r>
        <w:rPr>
          <w:lang w:eastAsia="zh-CN"/>
        </w:rPr>
        <w:br/>
      </w:r>
      <w:r>
        <w:rPr>
          <w:lang w:eastAsia="zh-CN"/>
        </w:rPr>
        <w:t>　　1.实践法：以课堂为载体，精心设计每一堂课，让学生能够在玩中学，学中玩。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2.问卷调查法：通过对学生的调查反馈，加以改进。</w:t>
      </w:r>
      <w:r>
        <w:rPr>
          <w:lang w:eastAsia="zh-CN"/>
        </w:rPr>
        <w:br/>
      </w:r>
      <w:r>
        <w:rPr>
          <w:lang w:eastAsia="zh-CN"/>
        </w:rPr>
        <w:t>　　七、评价教育教学：</w:t>
      </w:r>
      <w:r>
        <w:rPr>
          <w:lang w:eastAsia="zh-CN"/>
        </w:rPr>
        <w:br/>
      </w:r>
      <w:r>
        <w:rPr>
          <w:lang w:eastAsia="zh-CN"/>
        </w:rPr>
        <w:t>　　通过测试和平时的练习采取教师或学生相互评价的方式，分优秀、良好、及格、仍需努力四个层次：</w:t>
      </w:r>
      <w:r>
        <w:rPr>
          <w:lang w:eastAsia="zh-CN"/>
        </w:rPr>
        <w:br/>
      </w:r>
      <w:r>
        <w:rPr>
          <w:lang w:eastAsia="zh-CN"/>
        </w:rPr>
        <w:t>　　1.学习态度与行为：能否以端正积极的心态投入到体育锻炼及体育课的学习中去。</w:t>
      </w:r>
      <w:r>
        <w:rPr>
          <w:lang w:eastAsia="zh-CN"/>
        </w:rPr>
        <w:br/>
      </w:r>
      <w:r>
        <w:rPr>
          <w:lang w:eastAsia="zh-CN"/>
        </w:rPr>
        <w:t>　　2.体能与技能：能否正确的将动作掌握与运用情况。</w:t>
      </w:r>
      <w:r>
        <w:rPr>
          <w:lang w:eastAsia="zh-CN"/>
        </w:rPr>
        <w:br/>
      </w:r>
      <w:r>
        <w:rPr>
          <w:lang w:eastAsia="zh-CN"/>
        </w:rPr>
        <w:t>　　3.交往与合作精神：能否正确处理好与同伴的合作关系。</w:t>
      </w:r>
      <w:r>
        <w:rPr>
          <w:lang w:eastAsia="zh-CN"/>
        </w:rPr>
        <w:br/>
      </w:r>
      <w:r>
        <w:rPr>
          <w:lang w:eastAsia="zh-CN"/>
        </w:rPr>
        <w:t>　　八、教研课的安排：</w:t>
      </w:r>
      <w:r>
        <w:rPr>
          <w:lang w:eastAsia="zh-CN"/>
        </w:rPr>
        <w:br/>
      </w:r>
      <w:r>
        <w:rPr>
          <w:lang w:eastAsia="zh-CN"/>
        </w:rPr>
        <w:t>　　1.争取在优质课评选中取得较优异的成绩，以提高自己的授课水平。</w:t>
      </w:r>
      <w:r>
        <w:rPr>
          <w:lang w:eastAsia="zh-CN"/>
        </w:rPr>
        <w:br/>
      </w:r>
      <w:r>
        <w:rPr>
          <w:lang w:eastAsia="zh-CN"/>
        </w:rPr>
        <w:t>　　2.在教师基本功比赛中取得好成绩。</w:t>
      </w:r>
      <w:r>
        <w:rPr>
          <w:lang w:eastAsia="zh-CN"/>
        </w:rPr>
        <w:br/>
      </w:r>
      <w:r>
        <w:rPr>
          <w:lang w:eastAsia="zh-CN"/>
        </w:rPr>
        <w:t>　　3.与其他同行共同搞好校队的各项训练。</w:t>
      </w:r>
      <w:r>
        <w:rPr>
          <w:lang w:eastAsia="zh-CN"/>
        </w:rPr>
        <w:br/>
      </w:r>
      <w:r>
        <w:rPr>
          <w:lang w:eastAsia="zh-CN"/>
        </w:rPr>
        <w:t>　　4.认真落实两操一课活动。</w:t>
      </w:r>
      <w:r>
        <w:rPr>
          <w:lang w:eastAsia="zh-CN"/>
        </w:rPr>
        <w:br/>
      </w:r>
      <w:r>
        <w:rPr>
          <w:lang w:eastAsia="zh-CN"/>
        </w:rPr>
        <w:t>　　九、教学进度：</w:t>
      </w:r>
      <w:r>
        <w:rPr>
          <w:lang w:eastAsia="zh-CN"/>
        </w:rPr>
        <w:br/>
      </w:r>
      <w:r>
        <w:rPr>
          <w:lang w:eastAsia="zh-CN"/>
        </w:rPr>
        <w:t>　　按教研室安排的进度且结合本校实际进行。</w:t>
      </w:r>
      <w:r>
        <w:rPr>
          <w:lang w:eastAsia="zh-CN"/>
        </w:rPr>
        <w:br/>
      </w:r>
      <w:r>
        <w:rPr>
          <w:lang w:eastAsia="zh-CN"/>
        </w:rPr>
        <w:t xml:space="preserve">    初中体育教学计划 篇10 </w:t>
      </w:r>
      <w:r>
        <w:rPr>
          <w:lang w:eastAsia="zh-CN"/>
        </w:rPr>
        <w:br/>
      </w:r>
      <w:r>
        <w:rPr>
          <w:lang w:eastAsia="zh-CN"/>
        </w:rPr>
        <w:t>　　一、指导思想</w:t>
      </w:r>
      <w:r>
        <w:rPr>
          <w:lang w:eastAsia="zh-CN"/>
        </w:rPr>
        <w:br/>
      </w:r>
      <w:r>
        <w:rPr>
          <w:lang w:eastAsia="zh-CN"/>
        </w:rPr>
        <w:t>　　1、坚持“健康第一”的指导思想，促进学生健康成长。</w:t>
      </w:r>
      <w:r>
        <w:rPr>
          <w:lang w:eastAsia="zh-CN"/>
        </w:rPr>
        <w:br/>
      </w:r>
      <w:r>
        <w:rPr>
          <w:lang w:eastAsia="zh-CN"/>
        </w:rPr>
        <w:t>　　2、激发学生的运动兴趣，培养学生的终身体育意识与健康行为。</w:t>
      </w:r>
      <w:r>
        <w:rPr>
          <w:lang w:eastAsia="zh-CN"/>
        </w:rPr>
        <w:br/>
      </w:r>
      <w:r>
        <w:rPr>
          <w:lang w:eastAsia="zh-CN"/>
        </w:rPr>
        <w:t>　　3、重视学生主体地位，以学生身心健康发展为中心，充分发挥学生的积极性和学习潜能，提高学生的体育学习能力。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4、充分关注学生的个体差异与不同需求，确保每一个学生都受益。</w:t>
      </w:r>
      <w:r>
        <w:rPr>
          <w:lang w:eastAsia="zh-CN"/>
        </w:rPr>
        <w:br/>
      </w:r>
      <w:r>
        <w:rPr>
          <w:lang w:eastAsia="zh-CN"/>
        </w:rPr>
        <w:t>　　本学期我将通过教学实践，确实增进学生的身心健康，增强体质，使学生掌握走、跑、跳、投掷以及球类等运动项目的基础知识和运动技能，培养学生的体育运动的兴趣和习惯，提高学生的运动能力和体育运动技术水平，同时加强思想教育，确实完成教学任务。</w:t>
      </w:r>
      <w:r>
        <w:rPr>
          <w:lang w:eastAsia="zh-CN"/>
        </w:rPr>
        <w:br/>
      </w:r>
      <w:r>
        <w:rPr>
          <w:lang w:eastAsia="zh-CN"/>
        </w:rPr>
        <w:t>　　二、学生情况分析</w:t>
      </w:r>
      <w:r>
        <w:rPr>
          <w:lang w:eastAsia="zh-CN"/>
        </w:rPr>
        <w:br/>
      </w:r>
      <w:r>
        <w:rPr>
          <w:lang w:eastAsia="zh-CN"/>
        </w:rPr>
        <w:t>　　初一新生经过上学期的学习，已经初步加强了对体育课的认识，基本统一了体育风气，打下了初步的基础及身体素质等。但是初一学生感情丰富而强烈，情绪波动性大、不稳定，不成熟等因素依然存在。因此，在进行体育教学时，应深入了解学生的实际情况，预先制定切实可行的教学计划及主要措施，循循善诱地帮助学生统一认识，打好基础，使原来体育素质较较好的同学能树立新的拼搏目标，而对于体质较差的“困难户”能在新的环境下树立自信，发挥长处，增强体质。</w:t>
      </w:r>
      <w:r>
        <w:rPr>
          <w:lang w:eastAsia="zh-CN"/>
        </w:rPr>
        <w:br/>
      </w:r>
      <w:r>
        <w:rPr>
          <w:lang w:eastAsia="zh-CN"/>
        </w:rPr>
        <w:t>　　三、教学目标</w:t>
      </w:r>
      <w:r>
        <w:rPr>
          <w:lang w:eastAsia="zh-CN"/>
        </w:rPr>
        <w:br/>
      </w:r>
      <w:r>
        <w:rPr>
          <w:lang w:eastAsia="zh-CN"/>
        </w:rPr>
        <w:t>　　加强思想品德教育，增强学生的组织性、纪律性，培养学生的勇敢、顽强的意志品质和拼搏进取精神。</w:t>
      </w:r>
      <w:r>
        <w:rPr>
          <w:lang w:eastAsia="zh-CN"/>
        </w:rPr>
        <w:br/>
      </w:r>
      <w:r>
        <w:rPr>
          <w:lang w:eastAsia="zh-CN"/>
        </w:rPr>
        <w:t>　　通过实践教学，使学生能够做到：</w:t>
      </w:r>
      <w:r>
        <w:rPr>
          <w:lang w:eastAsia="zh-CN"/>
        </w:rPr>
        <w:br/>
      </w:r>
      <w:r>
        <w:rPr>
          <w:lang w:eastAsia="zh-CN"/>
        </w:rPr>
        <w:t>　　1、能自觉参加体育与健康课的学习，积极参与课外各种体育活动；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2、知道合理安排锻炼时间的意义；合理安排锻炼时间，运用掌握脉搏测定等常用方法，测量运动负荷；</w:t>
      </w:r>
      <w:r>
        <w:rPr>
          <w:lang w:eastAsia="zh-CN"/>
        </w:rPr>
        <w:br/>
      </w:r>
      <w:r>
        <w:rPr>
          <w:lang w:eastAsia="zh-CN"/>
        </w:rPr>
        <w:t>　　3、了解所学项目的简单技、战术知识和竞赛规则；</w:t>
      </w:r>
      <w:r>
        <w:rPr>
          <w:lang w:eastAsia="zh-CN"/>
        </w:rPr>
        <w:br/>
      </w:r>
      <w:r>
        <w:rPr>
          <w:lang w:eastAsia="zh-CN"/>
        </w:rPr>
        <w:t>　　4、通过技能练习，发展运动能力和运动技术，增进身体健康；</w:t>
      </w:r>
      <w:r>
        <w:rPr>
          <w:lang w:eastAsia="zh-CN"/>
        </w:rPr>
        <w:br/>
      </w:r>
      <w:r>
        <w:rPr>
          <w:lang w:eastAsia="zh-CN"/>
        </w:rPr>
        <w:t>　　5、了解心理健康对身体健康的意义，树立自尊、自信和建立良好的人际关系，学会正确评价自己运动能力，和与同伴合作练习的能力；在体育运动中表现出适宜的自信心和良好的竞争意识；</w:t>
      </w:r>
      <w:r>
        <w:rPr>
          <w:lang w:eastAsia="zh-CN"/>
        </w:rPr>
        <w:br/>
      </w:r>
      <w:r>
        <w:rPr>
          <w:lang w:eastAsia="zh-CN"/>
        </w:rPr>
        <w:t>　　具体目标：</w:t>
      </w:r>
      <w:r>
        <w:rPr>
          <w:lang w:eastAsia="zh-CN"/>
        </w:rPr>
        <w:br/>
      </w:r>
      <w:r>
        <w:rPr>
          <w:lang w:eastAsia="zh-CN"/>
        </w:rPr>
        <w:t>　　（一）体育与健康基础知识</w:t>
      </w:r>
      <w:r>
        <w:rPr>
          <w:lang w:eastAsia="zh-CN"/>
        </w:rPr>
        <w:br/>
      </w:r>
      <w:r>
        <w:rPr>
          <w:lang w:eastAsia="zh-CN"/>
        </w:rPr>
        <w:t>　　1、体育与健康课程解说，中学体育教学常规要求；</w:t>
      </w:r>
      <w:r>
        <w:rPr>
          <w:lang w:eastAsia="zh-CN"/>
        </w:rPr>
        <w:br/>
      </w:r>
      <w:r>
        <w:rPr>
          <w:lang w:eastAsia="zh-CN"/>
        </w:rPr>
        <w:t>　　2、田径运动简介与规则介绍</w:t>
      </w:r>
      <w:r>
        <w:rPr>
          <w:lang w:eastAsia="zh-CN"/>
        </w:rPr>
        <w:br/>
      </w:r>
      <w:r>
        <w:rPr>
          <w:lang w:eastAsia="zh-CN"/>
        </w:rPr>
        <w:t>　　3、体育锻炼对促进健康的价值</w:t>
      </w:r>
      <w:r>
        <w:rPr>
          <w:lang w:eastAsia="zh-CN"/>
        </w:rPr>
        <w:br/>
      </w:r>
      <w:r>
        <w:rPr>
          <w:lang w:eastAsia="zh-CN"/>
        </w:rPr>
        <w:t>　　4、常用运动负荷的测量与方法运用</w:t>
      </w:r>
      <w:r>
        <w:rPr>
          <w:lang w:eastAsia="zh-CN"/>
        </w:rPr>
        <w:br/>
      </w:r>
      <w:r>
        <w:rPr>
          <w:lang w:eastAsia="zh-CN"/>
        </w:rPr>
        <w:t>　　（二）、运动技能</w:t>
      </w:r>
      <w:r>
        <w:rPr>
          <w:lang w:eastAsia="zh-CN"/>
        </w:rPr>
        <w:br/>
      </w:r>
      <w:r>
        <w:rPr>
          <w:lang w:eastAsia="zh-CN"/>
        </w:rPr>
        <w:t>　　1、队列与体操：原地队列，行进间队列，第二套中学生广播体操，徒手体操。</w:t>
      </w:r>
      <w:r>
        <w:rPr>
          <w:lang w:eastAsia="zh-CN"/>
        </w:rPr>
        <w:br/>
      </w:r>
      <w:r>
        <w:rPr>
          <w:lang w:eastAsia="zh-CN"/>
        </w:rPr>
        <w:t>　　2、快速跑技能：各种跑的练习，不同距离的快速跑，接力、追逐跑游戏等，建立正确跑姿；</w:t>
      </w:r>
      <w:r>
        <w:rPr>
          <w:lang w:eastAsia="zh-CN"/>
        </w:rPr>
        <w:br/>
      </w:r>
      <w:r>
        <w:rPr>
          <w:lang w:eastAsia="zh-CN"/>
        </w:rPr>
        <w:t>　　3、耐久跑技能：正确的呼吸方法，不同距离的自然地形跑；定时跑，定距跑；800米至1000米跑；发展耐力速度；</w:t>
      </w:r>
      <w:r>
        <w:rPr>
          <w:lang w:eastAsia="zh-CN"/>
        </w:rPr>
        <w:br/>
      </w:r>
      <w:r>
        <w:rPr>
          <w:lang w:eastAsia="zh-CN"/>
        </w:rPr>
        <w:t>　　4、发展跳跃能力与跳高技术：建立正确的纵向跳跃概念；各种发展弹跳的练习，助跑纵跳摸高；跨越式或其它过杆技术的介绍和练习；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5、球类</w:t>
      </w:r>
      <w:r>
        <w:rPr>
          <w:lang w:eastAsia="zh-CN"/>
        </w:rPr>
        <w:br/>
      </w:r>
      <w:r>
        <w:rPr>
          <w:lang w:eastAsia="zh-CN"/>
        </w:rPr>
        <w:t>　　（三）、发展体能</w:t>
      </w:r>
      <w:r>
        <w:rPr>
          <w:lang w:eastAsia="zh-CN"/>
        </w:rPr>
        <w:br/>
      </w:r>
      <w:r>
        <w:rPr>
          <w:lang w:eastAsia="zh-CN"/>
        </w:rPr>
        <w:t>　　1、发展速度素质：结合快速跑技能，运用各种跑的形式进行；</w:t>
      </w:r>
      <w:r>
        <w:rPr>
          <w:lang w:eastAsia="zh-CN"/>
        </w:rPr>
        <w:br/>
      </w:r>
      <w:r>
        <w:rPr>
          <w:lang w:eastAsia="zh-CN"/>
        </w:rPr>
        <w:t>　　2、发展耐力素质：结合耐力跑技能，运用不同距离的耐力跑练习，跳绳等；</w:t>
      </w:r>
      <w:r>
        <w:rPr>
          <w:lang w:eastAsia="zh-CN"/>
        </w:rPr>
        <w:br/>
      </w:r>
      <w:r>
        <w:rPr>
          <w:lang w:eastAsia="zh-CN"/>
        </w:rPr>
        <w:t>　　3、发展跳跃素质：结合跳高技术，运用不同形式的跳跃练习；</w:t>
      </w:r>
      <w:r>
        <w:rPr>
          <w:lang w:eastAsia="zh-CN"/>
        </w:rPr>
        <w:br/>
      </w:r>
      <w:r>
        <w:rPr>
          <w:lang w:eastAsia="zh-CN"/>
        </w:rPr>
        <w:t>　　4、力量素质：持哑铃的健身练习；</w:t>
      </w:r>
      <w:r>
        <w:rPr>
          <w:lang w:eastAsia="zh-CN"/>
        </w:rPr>
        <w:br/>
      </w:r>
      <w:r>
        <w:rPr>
          <w:lang w:eastAsia="zh-CN"/>
        </w:rPr>
        <w:t>　　（四）、教学措施</w:t>
      </w:r>
      <w:r>
        <w:rPr>
          <w:lang w:eastAsia="zh-CN"/>
        </w:rPr>
        <w:br/>
      </w:r>
      <w:r>
        <w:rPr>
          <w:lang w:eastAsia="zh-CN"/>
        </w:rPr>
        <w:t>　　（一）教学改革</w:t>
      </w:r>
      <w:r>
        <w:rPr>
          <w:lang w:eastAsia="zh-CN"/>
        </w:rPr>
        <w:br/>
      </w:r>
      <w:r>
        <w:rPr>
          <w:lang w:eastAsia="zh-CN"/>
        </w:rPr>
        <w:t>　　1、认真学习体育与健康课程标准，转变体育教学观念。</w:t>
      </w:r>
      <w:r>
        <w:rPr>
          <w:lang w:eastAsia="zh-CN"/>
        </w:rPr>
        <w:br/>
      </w:r>
      <w:r>
        <w:rPr>
          <w:lang w:eastAsia="zh-CN"/>
        </w:rPr>
        <w:t>　　2、坚持“健康第一”的指导思想。</w:t>
      </w:r>
      <w:r>
        <w:rPr>
          <w:lang w:eastAsia="zh-CN"/>
        </w:rPr>
        <w:br/>
      </w:r>
      <w:r>
        <w:rPr>
          <w:lang w:eastAsia="zh-CN"/>
        </w:rPr>
        <w:t>　　3、激发兴趣，培养学生终身体育的意识。</w:t>
      </w:r>
      <w:r>
        <w:rPr>
          <w:lang w:eastAsia="zh-CN"/>
        </w:rPr>
        <w:br/>
      </w:r>
      <w:r>
        <w:rPr>
          <w:lang w:eastAsia="zh-CN"/>
        </w:rPr>
        <w:t>　　4、开展民主教学，重视学生的主体地位。</w:t>
      </w:r>
      <w:r>
        <w:rPr>
          <w:lang w:eastAsia="zh-CN"/>
        </w:rPr>
        <w:br/>
      </w:r>
      <w:r>
        <w:rPr>
          <w:lang w:eastAsia="zh-CN"/>
        </w:rPr>
        <w:t>　　5、关注学生的个体差异，改革评价制度。</w:t>
      </w:r>
      <w:r>
        <w:rPr>
          <w:lang w:eastAsia="zh-CN"/>
        </w:rPr>
        <w:br/>
      </w:r>
      <w:r>
        <w:rPr>
          <w:lang w:eastAsia="zh-CN"/>
        </w:rPr>
        <w:t>　　6、提高学生心理健康水平，增强社会适应能力。</w:t>
      </w:r>
      <w:r>
        <w:rPr>
          <w:lang w:eastAsia="zh-CN"/>
        </w:rPr>
        <w:br/>
      </w:r>
      <w:r>
        <w:rPr>
          <w:lang w:eastAsia="zh-CN"/>
        </w:rPr>
        <w:t>　　（二）引导学生积极参与体育活动</w:t>
      </w:r>
      <w:r>
        <w:rPr>
          <w:lang w:eastAsia="zh-CN"/>
        </w:rPr>
        <w:br/>
      </w:r>
      <w:r>
        <w:rPr>
          <w:lang w:eastAsia="zh-CN"/>
        </w:rPr>
        <w:t>　　1、引导学生参与体育活动，开展课外体育活动，养成进会场锻炼身体的习惯。也可丰富学生课余文化生活，充分发展其个性和才能，有利于学生身心健康发展。</w:t>
      </w:r>
      <w:r>
        <w:rPr>
          <w:lang w:eastAsia="zh-CN"/>
        </w:rPr>
        <w:br/>
      </w:r>
      <w:r>
        <w:rPr>
          <w:lang w:eastAsia="zh-CN"/>
        </w:rPr>
        <w:t>　　2、坚持每天一小时体育活动。</w:t>
      </w:r>
      <w:r>
        <w:rPr>
          <w:lang w:eastAsia="zh-CN"/>
        </w:rPr>
        <w:br/>
      </w:r>
      <w:r>
        <w:rPr>
          <w:lang w:eastAsia="zh-CN"/>
        </w:rPr>
        <w:t>　　3、坚持班级体育锻炼，广泛学生参加体育锻炼，调动学生参加体育锻炼的热情。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4、培养学生良好的锻炼习惯，发展学生的个性，坚持自觉经常锻炼身体。</w:t>
      </w:r>
      <w:r>
        <w:rPr>
          <w:lang w:eastAsia="zh-CN"/>
        </w:rPr>
        <w:br/>
      </w:r>
      <w:r>
        <w:rPr>
          <w:lang w:eastAsia="zh-CN"/>
        </w:rPr>
        <w:t>　　（三）激励机制。素质教育的深入发展，特别是新的课程标准的颁发，教学不能只停留在传授，还要注重学习方法的指导。在体育教学中，教师要让学生受到情的感染、爱的激励，美的享受，让他们在兴奋中发扬成绩，在微笑中认识不足，在激励与期待中增强信心，不断激发前进的力量。</w:t>
      </w:r>
      <w:r>
        <w:rPr>
          <w:lang w:eastAsia="zh-CN"/>
        </w:rPr>
        <w:br/>
      </w:r>
      <w:r>
        <w:rPr>
          <w:lang w:eastAsia="zh-CN"/>
        </w:rPr>
        <w:t>　　（四）开展探究索性学习。给学生一定的自由度，让其去探索、去发现，突出学生的主体性、发展个性，培养创新精神和实践能力。学生通过探究学习理解动作概念，培养学生探究学习能力。</w:t>
      </w:r>
      <w:r>
        <w:rPr>
          <w:lang w:eastAsia="zh-CN"/>
        </w:rPr>
        <w:br/>
      </w:r>
      <w:r>
        <w:rPr>
          <w:lang w:eastAsia="zh-CN"/>
        </w:rPr>
        <w:t xml:space="preserve">    初中体育教学计划 篇11 </w:t>
      </w:r>
      <w:r>
        <w:rPr>
          <w:lang w:eastAsia="zh-CN"/>
        </w:rPr>
        <w:br/>
      </w:r>
      <w:r>
        <w:rPr>
          <w:lang w:eastAsia="zh-CN"/>
        </w:rPr>
        <w:t>　　一.学生基本情况</w:t>
      </w:r>
      <w:r>
        <w:rPr>
          <w:lang w:eastAsia="zh-CN"/>
        </w:rPr>
        <w:br/>
      </w:r>
      <w:r>
        <w:rPr>
          <w:lang w:eastAsia="zh-CN"/>
        </w:rPr>
        <w:t>　　本学期担任九年级体育教师，各班人数平均40人，绝多数学生身体健康。学生都喜欢运动，但身体协调性差，营养普遍不良。学习动作不协调。学生身体素质中的硬性指标，如速度、力量、耐力、柔韧等素质较差;灵敏、协调等软性指标明显不足。个体发育不均衡，下肢力量尚可，肩部肌肉群力量较差，在此类教材教学是要多加注意。腰背、腰腹力量有待于大幅度提高，这是体育练习成败的关键。</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体育活动对于发展学生的适应能力具有独特的作用，在体育教学中应特别注意营造友好、和谐的课堂气氛，有意识的融入德育教育，不仅锻炼学生的意志，更重要的是能培养学生的爱国主义和集体主义精神，培养学生服从组织，遵守纪律，诚实、机智、积极进取的心理品质。</w:t>
      </w:r>
      <w:r>
        <w:rPr>
          <w:lang w:eastAsia="zh-CN"/>
        </w:rPr>
        <w:br/>
      </w:r>
      <w:r>
        <w:rPr>
          <w:lang w:eastAsia="zh-CN"/>
        </w:rPr>
        <w:t>　　三.教学任务和目标要求</w:t>
      </w:r>
      <w:r>
        <w:rPr>
          <w:lang w:eastAsia="zh-CN"/>
        </w:rPr>
        <w:br/>
      </w:r>
      <w:r>
        <w:rPr>
          <w:lang w:eastAsia="zh-CN"/>
        </w:rPr>
        <w:t>　　1、使学生初步认识自己的身体和掌握锻炼身体的简单知识及方法，学会一些体育卫生保健和安全常识，培养认真锻炼身体的态度。熟练掌握眼保健操和广播操。</w:t>
      </w:r>
      <w:r>
        <w:rPr>
          <w:lang w:eastAsia="zh-CN"/>
        </w:rPr>
        <w:br/>
      </w:r>
      <w:r>
        <w:rPr>
          <w:lang w:eastAsia="zh-CN"/>
        </w:rPr>
        <w:t>　　2、初步学习田径、球类等项目的基本技术，掌握简单的运动技能，进一步发展学生素质，提高身体基本活动能力。</w:t>
      </w:r>
      <w:r>
        <w:rPr>
          <w:lang w:eastAsia="zh-CN"/>
        </w:rPr>
        <w:br/>
      </w:r>
      <w:r>
        <w:rPr>
          <w:lang w:eastAsia="zh-CN"/>
        </w:rPr>
        <w:t>　　3、“以学生为本，健康第一”是我们的目标，在体育游戏中不断地尝试与体验、练习与思考、互学与互评，感受体育运动的乐趣，体会体育运动的益处，体验到战胜困难、获得进步的成功喜悦。特别是提高安全意识。</w:t>
      </w:r>
      <w:r>
        <w:rPr>
          <w:lang w:eastAsia="zh-CN"/>
        </w:rPr>
        <w:br/>
      </w:r>
      <w:r>
        <w:rPr>
          <w:lang w:eastAsia="zh-CN"/>
        </w:rPr>
        <w:t>　　4、加强广播体操的教学，要求每一个同学动作规范整齐，尽量做到整体划一。</w:t>
      </w:r>
      <w:r>
        <w:rPr>
          <w:lang w:eastAsia="zh-CN"/>
        </w:rPr>
        <w:br/>
      </w:r>
      <w:r>
        <w:rPr>
          <w:lang w:eastAsia="zh-CN"/>
        </w:rPr>
        <w:t>　　四.完成教学任务的措施</w:t>
      </w:r>
      <w:r>
        <w:rPr>
          <w:lang w:eastAsia="zh-CN"/>
        </w:rPr>
        <w:br/>
      </w:r>
      <w:r>
        <w:rPr>
          <w:lang w:eastAsia="zh-CN"/>
        </w:rPr>
        <w:t>　　1、适时了解、分析学生的.学习信息。</w:t>
      </w:r>
      <w:r>
        <w:rPr>
          <w:lang w:eastAsia="zh-CN"/>
        </w:rPr>
        <w:br/>
      </w:r>
      <w:r>
        <w:rPr>
          <w:lang w:eastAsia="zh-CN"/>
        </w:rPr>
        <w:t>　　2、营造符合学生年龄特征的、有利于学生学习的运动环境。</w:t>
      </w:r>
      <w:r>
        <w:rPr>
          <w:lang w:eastAsia="zh-CN"/>
        </w:rPr>
        <w:br/>
      </w:r>
      <w:r>
        <w:rPr>
          <w:lang w:eastAsia="zh-CN"/>
        </w:rPr>
        <w:t>　　3、根据学生年龄特征及营养，采用兴趣化和多样化的教法和手段，充分发挥游戏、竞赛的能动作用，让学生在自主游戏中练习，充分体现学生的主体地位。提高运动素质。</w:t>
      </w:r>
      <w:r>
        <w:rPr>
          <w:lang w:eastAsia="zh-CN"/>
        </w:rPr>
        <w:br/>
      </w:r>
      <w:r>
        <w:rPr>
          <w:lang w:eastAsia="zh-CN"/>
        </w:rPr>
        <w:t>　　4、根据学生实际，不断变化练习方式，不断激发学生的练习兴趣。</w:t>
      </w:r>
      <w:r>
        <w:rPr>
          <w:lang w:eastAsia="zh-CN"/>
        </w:rPr>
        <w:br/>
      </w:r>
    </w:p>
    <w:p w:rsidR="001B1F19" w14:textId="27C3F48A">
      <w:pPr>
        <w:rPr>
          <w:rFonts w:hint="eastAsia"/>
          <w:lang w:eastAsia="zh-CN"/>
        </w:rPr>
      </w:pPr>
      <w:r>
        <w:rPr>
          <w:lang w:eastAsia="zh-CN"/>
        </w:rPr>
        <w:t>　　5、发展学生个性，培养勇敢、顽强、朝气勃勃的精神，启迪思维，培养学生的主动性、创造性。</w:t>
      </w:r>
      <w:r>
        <w:rPr>
          <w:lang w:eastAsia="zh-CN"/>
        </w:rPr>
        <w:br/>
      </w:r>
      <w:r>
        <w:rPr>
          <w:lang w:eastAsia="zh-CN"/>
        </w:rPr>
        <w:t xml:space="preserve">    初中体育教学计划 篇12 </w:t>
      </w:r>
      <w:r>
        <w:rPr>
          <w:lang w:eastAsia="zh-CN"/>
        </w:rPr>
        <w:br/>
      </w:r>
      <w:r>
        <w:rPr>
          <w:lang w:eastAsia="zh-CN"/>
        </w:rPr>
        <w:t>　　一、基本情况：</w:t>
      </w:r>
      <w:r>
        <w:rPr>
          <w:lang w:eastAsia="zh-CN"/>
        </w:rPr>
        <w:br/>
      </w:r>
      <w:r>
        <w:rPr>
          <w:lang w:eastAsia="zh-CN"/>
        </w:rPr>
        <w:t>　　1、学生情况：初中一、二、三年级，每个年级都有两个班，每个班级都有学生四十多人。八年级有一名特殊病，不能从事体育运动锻炼外，全校初中生各年级学生都健康，都能从事体育运动锻炼。</w:t>
      </w:r>
      <w:r>
        <w:rPr>
          <w:lang w:eastAsia="zh-CN"/>
        </w:rPr>
        <w:br/>
      </w:r>
      <w:r>
        <w:rPr>
          <w:lang w:eastAsia="zh-CN"/>
        </w:rPr>
        <w:t>　　2、技能情况：初中一、二、三年级学生大部分都喜欢跑、跳、投、追逐、跳绳、跳皮筋、打沙包和球类等体育活动。但是动作的协调性，连贯性，合理性，规律性还有待于逐渐提高。</w:t>
      </w:r>
      <w:r>
        <w:rPr>
          <w:lang w:eastAsia="zh-CN"/>
        </w:rPr>
        <w:br/>
      </w:r>
      <w:r>
        <w:rPr>
          <w:lang w:eastAsia="zh-CN"/>
        </w:rPr>
        <w:t>　　3、学情分析：七、八年级学生都喜欢各项体育活动，各班都有一些体育活动尖子生，即篮球、兵兵球、田径运动等爱好者，我根据学生的爱好，在各班级组建篮球、兵兵球、田径运动队，有个班的各项尖子生带头并负责，有体育教师协助，并成立学校篮球、兵兵球、田径运动协会，激发学生主动积极参与各项体育活动的能力，又可以培养学生的组织能力，使学生达到长期锻炼的目的。九年级学生这一学期教学的主要任务是，进行素质方面的练习，有：50米，立定跳远，引体向上（男），仰卧起坐（女），1000米（男），800米（女）。</w:t>
      </w:r>
      <w:r>
        <w:rPr>
          <w:lang w:eastAsia="zh-CN"/>
        </w:rPr>
        <w:br/>
      </w:r>
      <w:r>
        <w:rPr>
          <w:lang w:eastAsia="zh-CN"/>
        </w:rPr>
        <w:t>　　二、教材分析：</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https://d.book118.com/995120010133011122</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95120010133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