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2024年工厂车间实习工作总结（30篇）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2024年工厂车间实习工作总结（精选30篇）</w:t>
      </w:r>
      <w:r>
        <w:rPr>
          <w:lang w:eastAsia="zh-CN"/>
        </w:rPr>
        <w:br/>
      </w:r>
      <w:r>
        <w:rPr>
          <w:lang w:eastAsia="zh-CN"/>
        </w:rPr>
        <w:t xml:space="preserve">    2024年工厂车间实习工作总结 篇1 </w:t>
      </w:r>
      <w:r>
        <w:rPr>
          <w:lang w:eastAsia="zh-CN"/>
        </w:rPr>
        <w:br/>
      </w:r>
      <w:r>
        <w:rPr>
          <w:lang w:eastAsia="zh-CN"/>
        </w:rPr>
        <w:t>　　这次能够参加车间的实习培训学习，我感到非常的荣幸。在短短的五天学习中，我始终抱着认真、积极的态度参加每一天的学习，在这几天的培训学习中，我们听了老员工的耐心讲解塔机的构成及配件知识，也得到了相应的实践机会，也对塔机有了更进一步更具体的了解，更加坚定了我成为一名优秀的销售人员的信心跟决心。</w:t>
      </w:r>
      <w:r>
        <w:rPr>
          <w:lang w:eastAsia="zh-CN"/>
        </w:rPr>
        <w:br/>
      </w:r>
      <w:r>
        <w:rPr>
          <w:lang w:eastAsia="zh-CN"/>
        </w:rPr>
        <w:t>　　首先通过在车间培训实习，与老员工的交流，聊天，了解了很多安全方面的知识，和厂规厂纪。安全生产是重中之重，一切都要在安全的基础上完成生产任务，之所以我们刚到厂的第一天就重点培训了安全方面，了解了在以后的工作当中安全的重要性。在厂里工作，还要遵守厂里的规范纪律，俗话说的好没有规矩不成方圆，没有条条杠杠的规定是不行的。规定也更好的促进了工作的效率和减少了很多的冲突。这点我一定会做一名遵守厂规厂纪的好员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第二点，理论与实践相结合。首先之前培训完安全培训的时候，对塔机的了解还是很浅的一个概括，甚至从来没有近距离接触过塔机部件。这次的培训使我们认识了大部分零件以及大型部件的组装和拆卸技巧。对以后的工作开展有着很大的帮助!从在办公室培训的塔机基础知识到现场车间实践工作，我虚心学习，并从新的角度去审视所学的理论知识，与现场工作相比较、结合。如塔式起重机部件所在位置，如何区分相似部件。在车间都得到了实际上的提高，40的机子的下回转没有半截标准节，63系列80的机子有。等等一些区分塔机型号的方法，以及常见塔机故障的起因维修。也对我们的产品有了更深层次的了解。</w:t>
      </w:r>
      <w:r>
        <w:rPr>
          <w:lang w:eastAsia="zh-CN"/>
        </w:rPr>
        <w:br/>
      </w:r>
      <w:r>
        <w:rPr>
          <w:lang w:eastAsia="zh-CN"/>
        </w:rPr>
        <w:t>　　第三点，在装配车间不时有需要发货的机型出车，从中学习到了如何选择挂车，以及大型配件在车中的摆放，还有一些零部件的配备。做到心中有数，对于缺少部件事情的处理，还有一些因忙碌发错部件的情况的处理，都有进一步的了解。起到了提升业务熟练度的重要过程。在装车的过程中我们也参与到其中，深知其中的辛苦和安全的重要性。</w:t>
      </w:r>
      <w:r>
        <w:rPr>
          <w:lang w:eastAsia="zh-CN"/>
        </w:rPr>
        <w:br/>
      </w:r>
      <w:r>
        <w:rPr>
          <w:lang w:eastAsia="zh-CN"/>
        </w:rPr>
        <w:t>　　这次五天的实习使我们得到了很大的提升。把自己在理论培训的理论知识运用到实践中去。一方面巩固所学知识，提高处理实际问题的能力。另一方面为顺利进行考核做好准备，并为自己做好一名销售做好准备。车间实习是我们从办公室走向市场的一个过渡，它为我们顺利的走出办公室，走向市场、为集团取得更好的业绩做好了准备。</w:t>
      </w:r>
      <w:r>
        <w:rPr>
          <w:lang w:eastAsia="zh-CN"/>
        </w:rPr>
        <w:br/>
      </w:r>
      <w:r>
        <w:rPr>
          <w:lang w:eastAsia="zh-CN"/>
        </w:rPr>
        <w:t>　　本次实习我们主要是学习两钠(硝酸钠、亚硝酸钠)生产车间的化工流程。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这实习的时间里，我收获了很多的东西，这些都是我在学校里和课本上找不到的，现在我们即将踏入社会，这些实践性的东西对我们来说是至关重要的，它让我们脱离了书生的稚气，增加了对社会的感性认识、对知识的更深入的了解。</w:t>
      </w:r>
      <w:r>
        <w:rPr>
          <w:lang w:eastAsia="zh-CN"/>
        </w:rPr>
        <w:br/>
      </w:r>
      <w:r>
        <w:rPr>
          <w:lang w:eastAsia="zh-CN"/>
        </w:rPr>
        <w:t>　　在以前的头脑中，我认为的工作都是很美好的，我想企业和工厂应该都是挺漂亮、挺大起的。现在不都是在讲环保、讲生态化吗，将来的工作环境肯定是整洁美丽的，工作应该也是有趣轻松的。我就是怀着这种憧憬到了我们的实习工厂。一下车我就傻眼了，天哪!这个地方到处都是刺鼻的气味，第一天由工厂领导带我们参观了生产线、工人师傅给我们进行了入厂安全讲座。第二天我们就正式进入车间参加生产。我们四人一组，每个车间的师傅负责带我们生产学习，现在的化工厂自动化程度比较高，工人劳动相对比较轻松，但是一般一个岗位一班就一个人，一班的时间是8个小时，也就是说，工人师傅要一个人在一个岗位上一呆就是八个小时。一开始我们都觉得不可思议，对于我们来说，在学校里有丰富多彩的娱乐活动和同学朋友，这八个小时单调的工作难以想象，但是随着与工人师傅共同工作的时间久了才知道自己的想法是多么的幼稚，我们现在吃穿不愁，但是真正到了社会上，首先我们的自己养活自己!然后的为家庭担起相应的责任!我们必须靠自己的劳动来实现这些!这时我们就不会觉得这八个小时是多么的漫长了,因为这八个小时的背后是我们劳动换来的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在实习时的工作学习同时让我认识到社会是残酷的，没有文化、没有本领、懒惰，就注定你永远是社会的最底层!但同时社会又是美好的，只要你肯干、有进取心，它就会给你回报、让你得到自己想要的!</w:t>
      </w:r>
      <w:r>
        <w:rPr>
          <w:lang w:eastAsia="zh-CN"/>
        </w:rPr>
        <w:br/>
      </w:r>
      <w:r>
        <w:rPr>
          <w:lang w:eastAsia="zh-CN"/>
        </w:rPr>
        <w:t>　　总之，虽然实习的时间很短，但对我来说，收获是很大的。我会更加珍惜我的学习，并且用实习的心得时时激励自己!</w:t>
      </w:r>
      <w:r>
        <w:rPr>
          <w:lang w:eastAsia="zh-CN"/>
        </w:rPr>
        <w:br/>
      </w:r>
      <w:r>
        <w:rPr>
          <w:lang w:eastAsia="zh-CN"/>
        </w:rPr>
        <w:t xml:space="preserve">    2024年工厂车间实习工作总结 篇2 </w:t>
      </w:r>
      <w:r>
        <w:rPr>
          <w:lang w:eastAsia="zh-CN"/>
        </w:rPr>
        <w:br/>
      </w:r>
      <w:r>
        <w:rPr>
          <w:lang w:eastAsia="zh-CN"/>
        </w:rPr>
        <w:t>　　对于即将走出校门的我，这三个月的实习给了我们很多东西，不仅是技能上的提升，更多的是社会经验以及思维方式的转变。在此，我衷心对培养我三年的老师，对我关心照顾的公司领导表示感谢!</w:t>
      </w:r>
      <w:r>
        <w:rPr>
          <w:lang w:eastAsia="zh-CN"/>
        </w:rPr>
        <w:br/>
      </w:r>
      <w:r>
        <w:rPr>
          <w:lang w:eastAsia="zh-CN"/>
        </w:rPr>
        <w:t>　　在连接板组，焊接等工位的实习不是很轻松，我都有意打退堂鼓了。但是看到身边那些甚至比我都小的师傅们辛苦的在工作，我在想我为什么做不到?为什么会眼高手低?细想来，但凡一个成功的人不正是从小事做起的吗?“勿以善小而不为，勿以恶小而为之”，“天将降大任于斯人也，比先苦其心志劳其筋骨饿体夫。”这些都不一个道理吗?所以我坚持了下来，而且做的很好!车间的领导给了我很高的评价，在整个底盘车间的实习生中，我也以104分的成绩位居榜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实习过程中，我掌握了基本的操作技能，尤其是对二保焊的操作，我也有了一些心得，为以后的工作打了坚实的基础。在这段实习期间，除了浅层次地学习了专业技能外，我还感受和体会到了很多技能之外的东西。首先是公司人的敬业和那种生机蓬勃的工作氛围。走进这样的一个集体中，你的心会不由自主地年轻起来，你的脚步会不由自主地跟着大家快起来，而你的工作态度更会变得努力、认真，再认真一些，再努力一点。也许，这就是一个集体的凝聚力，这就是一个企业写在书面之外的“特殊文化”!</w:t>
      </w:r>
      <w:r>
        <w:rPr>
          <w:lang w:eastAsia="zh-CN"/>
        </w:rPr>
        <w:br/>
      </w:r>
      <w:r>
        <w:rPr>
          <w:lang w:eastAsia="zh-CN"/>
        </w:rPr>
        <w:t>　　短期的实习，让我学到了不少东西。自己呢，也有一些不成熟的话想说。实话实说，我觉得在用料的时候存在很大的浪费;上级的指示有时候传达不到位，就给很多员工造成误解;质量管理方面应多注重预防措施，而不是事后应急;“以员工为中心，以客户为中心”在质量自主管理方面体现的不到位，因为每道工序的上下级都是你的客户，有时候由于上道工序的质量问题会影响下个工序很多的问题。核心是为了到达规定的质量标准，对质量问题进行，要严格检查和控制，预防不合格品产生，同时要建立明确的责任制度以及考核制度，这样就会使每位员工具有主人翁的态度来对待自己的工作。</w:t>
      </w:r>
      <w:r>
        <w:rPr>
          <w:lang w:eastAsia="zh-CN"/>
        </w:rPr>
        <w:br/>
      </w:r>
      <w:r>
        <w:rPr>
          <w:lang w:eastAsia="zh-CN"/>
        </w:rPr>
        <w:t>　　在和公司结缘之后，我一直在为自己“估价”，也一直在想我到底能公司做些什么。我不敢骄傲、不敢妄言，我只能说，在以后的日子里，我会尽200%的努力，尽200%的热情去工作，同时也期盼着自己能够很好的从最低点做起，一步一步扎扎实实地往前走，全心全意为成为一个合格，再到优秀，直至出色的人而努力!</w:t>
      </w:r>
      <w:r>
        <w:rPr>
          <w:lang w:eastAsia="zh-CN"/>
        </w:rPr>
        <w:br/>
      </w:r>
      <w:r>
        <w:rPr>
          <w:lang w:eastAsia="zh-CN"/>
        </w:rPr>
        <w:t xml:space="preserve">    2024年工厂车间实习工作总结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光阴似箭，岁月如梭，转眼间进入黄石艾博科技发展有限公司加工车间实习已经有三个月了。在这三个月的时间里，经过黄主任、陆工的关心和悉心教导，各位工艺员和检验员的热心帮助，以及员工的密切配合，我对加工车间的工艺生产流程和产品的工艺要求有了比较深刻的认识和了解，并且掌握了各个检具的使用方法和检测的工艺指标。通过这三个月的实习，我不仅学到了很多生产技术知识和为人处事的方法，而且还在学习工程中锻炼了自己发现、分析、解决问题的能力，提高了自己的实际动手能力。总之，这三个月的实习让我受益匪浅。</w:t>
      </w:r>
      <w:r>
        <w:rPr>
          <w:lang w:eastAsia="zh-CN"/>
        </w:rPr>
        <w:br/>
      </w:r>
      <w:r>
        <w:rPr>
          <w:lang w:eastAsia="zh-CN"/>
        </w:rPr>
        <w:t>　　下面简要的汇报一下我在这三个月的实习期间的工作内容：</w:t>
      </w:r>
      <w:r>
        <w:rPr>
          <w:lang w:eastAsia="zh-CN"/>
        </w:rPr>
        <w:br/>
      </w:r>
      <w:r>
        <w:rPr>
          <w:lang w:eastAsia="zh-CN"/>
        </w:rPr>
        <w:t>　　首先是工艺工装的了解和熟悉。刚进入车间，在工艺员的带领下，我知道了每台机床的编号及作用，同时肤浅的接触了加工车间的主要生产零件：气缸座，曲轴。随后，通过看工艺文件和工艺员的讲解，我对不同型号的零件的工艺要求有了深刻的认识，并且经过工艺文件与机床的对照，我了解了每台机床的加工部位及加工顺序。</w:t>
      </w:r>
      <w:r>
        <w:rPr>
          <w:lang w:eastAsia="zh-CN"/>
        </w:rPr>
        <w:br/>
      </w:r>
      <w:r>
        <w:rPr>
          <w:lang w:eastAsia="zh-CN"/>
        </w:rPr>
        <w:t>　　然后是检具使用方法的掌握。在知道了零件的工艺生产要求之后，理所当然是熟悉该如何检验成品工艺是否合格，这就涉及到各种检验工具的掌握和使用。看过检验员对各种检具的使用后，在自己亲自动手实践的情况下，我基本上学会了不同检具在不同条件下的使用方法，并且掌握了测量的三要点：量具的选择，基准点的确定，三次测量确定数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接着是影响产品质量的因素分析。在刘工的耐心指导下，经过综合分析，影响产品质量的因素可归纳为以下四点：人、机床、材料、环境。人为的不当生产，例如在没做好首检的情况下大批量生产;机床的故障，例如夹具的松动和磨损;材料的不合格，例如毛坯的位置度和对称度偏;环境的影响，例如温度的变化，这些因素都直接影响着产品的质量，因此我们要时刻关注。</w:t>
      </w:r>
      <w:r>
        <w:rPr>
          <w:lang w:eastAsia="zh-CN"/>
        </w:rPr>
        <w:br/>
      </w:r>
      <w:r>
        <w:rPr>
          <w:lang w:eastAsia="zh-CN"/>
        </w:rPr>
        <w:t>　　最后是实践工作经历。每天要做的第一件事就是每台机床的切削液的折光值的测量，粗加工的折光值保证在3左右，精加工则尽量在4左右。这虽然看起来没有一点技术含量，但它确关系重大。切削液的主要作用是：降温、润滑、冲屑、防锈。如果切屑液的折光值不够会直接导致产品锈蚀，影响产品质量。在测量切削液的折光值时还要检查每台机床的首检、自检和设备点检记录，在首检合格和设备没故障的条件下方能大批量生产。接着是每两小时一次的工艺巡检，通过对每台机床的产品的抽检，确认机床和工艺生产的稳定性，从而良好的实现过程控制，其中气缸座的对称度、缸面五孔的位置度、定子面对轴孔的垂直度、曲轴的外径和圆度等是车间重点关注的问题点，需要我们去找出原因并加以改善和解决。</w:t>
      </w:r>
      <w:r>
        <w:rPr>
          <w:lang w:eastAsia="zh-CN"/>
        </w:rPr>
        <w:br/>
      </w:r>
      <w:r>
        <w:rPr>
          <w:lang w:eastAsia="zh-CN"/>
        </w:rPr>
        <w:t>　　另外，在实习期间我还积极参加了公司和车间组织的培训，以及“生死99秒”，羽毛球和排球比赛等活动，在学习的同时也感受到了生活的乐趣。</w:t>
      </w:r>
      <w:r>
        <w:rPr>
          <w:lang w:eastAsia="zh-CN"/>
        </w:rPr>
        <w:br/>
      </w:r>
      <w:r>
        <w:rPr>
          <w:lang w:eastAsia="zh-CN"/>
        </w:rPr>
        <w:t>　　通过这三个月的实习，我认识到了自己很多知识方面的不足，还需要去进一步努力和完善，同时对“纸上得来终觉浅，绝知此事须躬行”这句话有了更深刻的认识。实践是检验真理的标准，了解到很多工作常识，也得到了意志上的锻炼，这对我以后的学习和工作将有很大的影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眼睛是会骗人的，看似简单的东西不一定能做好，实践是学习的真理，只有亲身实践才知其奥妙，才会做出理想的产品。至此，感谢领导给我机会来到爱博科技发展有限公司加工车间实习，再次感谢黄主任和陆工在这三个月里对我的关心照顾和悉心教导，感谢各位工艺员和检验员提供的帮助，也非常感谢员工们对我工作上的支持和配合。在以后的学习和工作中，我一定继续不断的努力，保证和同事们和谐相处，尽力为公司献出自己的绵薄之力，争取做一名合格的优秀员工。</w:t>
      </w:r>
      <w:r>
        <w:rPr>
          <w:lang w:eastAsia="zh-CN"/>
        </w:rPr>
        <w:br/>
      </w:r>
      <w:r>
        <w:rPr>
          <w:lang w:eastAsia="zh-CN"/>
        </w:rPr>
        <w:t xml:space="preserve">    2024年工厂车间实习工作总结 篇4 </w:t>
      </w:r>
      <w:r>
        <w:rPr>
          <w:lang w:eastAsia="zh-CN"/>
        </w:rPr>
        <w:br/>
      </w:r>
      <w:r>
        <w:rPr>
          <w:lang w:eastAsia="zh-CN"/>
        </w:rPr>
        <w:t>　　实习能获得与专业有关知识技能，接受实习单位文化熏陶，了解公司管理模式，让自己理论知识更加扎实，专业技能更加过硬，更加善于理论联系实际。并通过撰写实习报告，学会综合应用所学知识，提高分析和解决专业问题的能力。</w:t>
      </w:r>
      <w:r>
        <w:rPr>
          <w:lang w:eastAsia="zh-CN"/>
        </w:rPr>
        <w:br/>
      </w:r>
      <w:r>
        <w:rPr>
          <w:lang w:eastAsia="zh-CN"/>
        </w:rPr>
        <w:t>　　培养良好的职业道德和正确的就业观，强化劳动观念和纪律观念。锻炼艰苦奋斗的精神，踏踏实实的工作态度和团结协作的能力，培养劳动意识和职业素质。学习如何处理人际关系，如何待人接物，开阔视野，增长见识，在实践中了解社会，为走向社会打下坚实的基础。</w:t>
      </w:r>
      <w:r>
        <w:rPr>
          <w:lang w:eastAsia="zh-CN"/>
        </w:rPr>
        <w:br/>
      </w:r>
      <w:r>
        <w:rPr>
          <w:lang w:eastAsia="zh-CN"/>
        </w:rPr>
        <w:t>　　一、主要生产工艺</w:t>
      </w:r>
      <w:r>
        <w:rPr>
          <w:lang w:eastAsia="zh-CN"/>
        </w:rPr>
        <w:br/>
      </w:r>
      <w:r>
        <w:rPr>
          <w:lang w:eastAsia="zh-CN"/>
        </w:rPr>
        <w:t>　　1、紧固件装配工艺</w:t>
      </w:r>
      <w:r>
        <w:rPr>
          <w:lang w:eastAsia="zh-CN"/>
        </w:rPr>
        <w:br/>
      </w:r>
      <w:r>
        <w:rPr>
          <w:lang w:eastAsia="zh-CN"/>
        </w:rPr>
        <w:t>　　率先在业界使用法兰面带齿螺栓和法兰面带齿螺母，选择国际上先进的乐泰永久锁固胶和乐泰可拆卸锁固胶。</w:t>
      </w:r>
      <w:r>
        <w:rPr>
          <w:lang w:eastAsia="zh-CN"/>
        </w:rPr>
        <w:br/>
      </w:r>
      <w:r>
        <w:rPr>
          <w:lang w:eastAsia="zh-CN"/>
        </w:rPr>
        <w:t>　　对关键标准件采取德国扭力扳手检测工艺。</w:t>
      </w:r>
      <w:r>
        <w:rPr>
          <w:lang w:eastAsia="zh-CN"/>
        </w:rPr>
        <w:br/>
      </w:r>
      <w:r>
        <w:rPr>
          <w:lang w:eastAsia="zh-CN"/>
        </w:rPr>
        <w:t>　　车轮电动拧紧机，极大地提高车轮装配的效率和质量。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2、车架制作工艺</w:t>
      </w:r>
      <w:r>
        <w:rPr>
          <w:lang w:eastAsia="zh-CN"/>
        </w:rPr>
        <w:br/>
      </w:r>
      <w:r>
        <w:rPr>
          <w:lang w:eastAsia="zh-CN"/>
        </w:rPr>
        <w:t>　　车架组焊胎具，率先采用板簧销支架定位工艺来保证车架的焊接质量及尺寸精度。</w:t>
      </w:r>
      <w:r>
        <w:rPr>
          <w:lang w:eastAsia="zh-CN"/>
        </w:rPr>
        <w:br/>
      </w:r>
      <w:r>
        <w:rPr>
          <w:lang w:eastAsia="zh-CN"/>
        </w:rPr>
        <w:t>　　3、管路装配工艺</w:t>
      </w:r>
      <w:r>
        <w:rPr>
          <w:lang w:eastAsia="zh-CN"/>
        </w:rPr>
        <w:br/>
      </w:r>
      <w:r>
        <w:rPr>
          <w:lang w:eastAsia="zh-CN"/>
        </w:rPr>
        <w:t>　　先进的钢管切割设备及电控去毛刺吹气设备。</w:t>
      </w:r>
      <w:r>
        <w:rPr>
          <w:lang w:eastAsia="zh-CN"/>
        </w:rPr>
        <w:br/>
      </w:r>
      <w:r>
        <w:rPr>
          <w:lang w:eastAsia="zh-CN"/>
        </w:rPr>
        <w:t>　　先进的胶管铆接技术，竹节式管接头铆接工装及拉脱力试验设备。</w:t>
      </w:r>
      <w:r>
        <w:rPr>
          <w:lang w:eastAsia="zh-CN"/>
        </w:rPr>
        <w:br/>
      </w:r>
      <w:r>
        <w:rPr>
          <w:lang w:eastAsia="zh-CN"/>
        </w:rPr>
        <w:t>　　底盘管路密封。</w:t>
      </w:r>
      <w:r>
        <w:rPr>
          <w:lang w:eastAsia="zh-CN"/>
        </w:rPr>
        <w:br/>
      </w:r>
      <w:r>
        <w:rPr>
          <w:lang w:eastAsia="zh-CN"/>
        </w:rPr>
        <w:t>　　4、底盘检测工艺</w:t>
      </w:r>
      <w:r>
        <w:rPr>
          <w:lang w:eastAsia="zh-CN"/>
        </w:rPr>
        <w:br/>
      </w:r>
      <w:r>
        <w:rPr>
          <w:lang w:eastAsia="zh-CN"/>
        </w:rPr>
        <w:t>　　引进国际先进的美国比线检测设备。(激光式车轮定位仪)用来检测底盘推进线及四轮定位，进一步保证底盘行驶的可靠性。采用进口轮胎动平衡机来检测和保证后轮的动平衡。</w:t>
      </w:r>
      <w:r>
        <w:rPr>
          <w:lang w:eastAsia="zh-CN"/>
        </w:rPr>
        <w:br/>
      </w:r>
      <w:r>
        <w:rPr>
          <w:lang w:eastAsia="zh-CN"/>
        </w:rPr>
        <w:t>　　二、连接扳</w:t>
      </w:r>
      <w:r>
        <w:rPr>
          <w:lang w:eastAsia="zh-CN"/>
        </w:rPr>
        <w:br/>
      </w:r>
      <w:r>
        <w:rPr>
          <w:lang w:eastAsia="zh-CN"/>
        </w:rPr>
        <w:t>　　连接板组主要从事车架的检查、安装。是底盘车间的第一道工序，直接影响后序工作的进行，如出差错，将对生产造成损失和延误。对一些关键尺寸要细心检查，如车架平行度，倾斜度，长宽，同轴度，中心线和基准线等。主要安装连接板，牛腿，气囊支架，板簧支架以及螺栓的紧固(其中绝大部分螺栓是东风精密铸造有限责任公司生产，质量一般)。</w:t>
      </w:r>
      <w:r>
        <w:rPr>
          <w:lang w:eastAsia="zh-CN"/>
        </w:rPr>
        <w:br/>
      </w:r>
      <w:r>
        <w:rPr>
          <w:lang w:eastAsia="zh-CN"/>
        </w:rPr>
        <w:t>　　具体流程是：</w:t>
      </w:r>
      <w:r>
        <w:rPr>
          <w:lang w:eastAsia="zh-CN"/>
        </w:rPr>
        <w:br/>
      </w:r>
      <w:r>
        <w:rPr>
          <w:lang w:eastAsia="zh-CN"/>
        </w:rPr>
        <w:t>　　安装前检查—备料—安装—检查—紧固—复检(如无误签字)</w:t>
      </w:r>
      <w:r>
        <w:rPr>
          <w:lang w:eastAsia="zh-CN"/>
        </w:rPr>
        <w:br/>
      </w:r>
      <w:r>
        <w:rPr>
          <w:lang w:eastAsia="zh-CN"/>
        </w:rPr>
        <w:t>　　(一)安装前检查。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车架由行车吊到支撑凳上，开始检查工序。检查的内容：车架左、右纵梁上、下翼面应在同一平面内，目测无翘曲、弯扭现象，翼面纵向直线度公差为3mm;检查车架腹面目测不歪斜，纵向直线度公差为3mm;检查车架断面尺寸偏差，符合设计要求;车架端面不得出现平行四边形现象;检查发动机悬置孔尺寸，发动机前悬置支架孔与后悬固定孔之间对角线不大于3mm，直线距离不大于2mm。</w:t>
      </w:r>
      <w:r>
        <w:rPr>
          <w:lang w:eastAsia="zh-CN"/>
        </w:rPr>
        <w:br/>
      </w:r>
      <w:r>
        <w:rPr>
          <w:lang w:eastAsia="zh-CN"/>
        </w:rPr>
        <w:t>　　(二)备料。</w:t>
      </w:r>
      <w:r>
        <w:rPr>
          <w:lang w:eastAsia="zh-CN"/>
        </w:rPr>
        <w:br/>
      </w:r>
      <w:r>
        <w:rPr>
          <w:lang w:eastAsia="zh-CN"/>
        </w:rPr>
        <w:t>　　前段车架：拖车购，减震器销支架，连接板等。</w:t>
      </w:r>
      <w:r>
        <w:rPr>
          <w:lang w:eastAsia="zh-CN"/>
        </w:rPr>
        <w:br/>
      </w:r>
      <w:r>
        <w:rPr>
          <w:lang w:eastAsia="zh-CN"/>
        </w:rPr>
        <w:t>　　后段车架：连接板，减震器销支架垫板等。</w:t>
      </w:r>
      <w:r>
        <w:rPr>
          <w:lang w:eastAsia="zh-CN"/>
        </w:rPr>
        <w:br/>
      </w:r>
      <w:r>
        <w:rPr>
          <w:lang w:eastAsia="zh-CN"/>
        </w:rPr>
        <w:t>　　(三)安装。</w:t>
      </w:r>
      <w:r>
        <w:rPr>
          <w:lang w:eastAsia="zh-CN"/>
        </w:rPr>
        <w:br/>
      </w:r>
      <w:r>
        <w:rPr>
          <w:lang w:eastAsia="zh-CN"/>
        </w:rPr>
        <w:t>　　在螺栓和螺母结合处均匀涂覆乐泰271锁固胶(2—4滴)。按图纸进行装配。</w:t>
      </w:r>
      <w:r>
        <w:rPr>
          <w:lang w:eastAsia="zh-CN"/>
        </w:rPr>
        <w:br/>
      </w:r>
      <w:r>
        <w:rPr>
          <w:lang w:eastAsia="zh-CN"/>
        </w:rPr>
        <w:t>　　(四)紧固。</w:t>
      </w:r>
      <w:r>
        <w:rPr>
          <w:lang w:eastAsia="zh-CN"/>
        </w:rPr>
        <w:br/>
      </w:r>
      <w:r>
        <w:rPr>
          <w:lang w:eastAsia="zh-CN"/>
        </w:rPr>
        <w:t>　　螺栓螺母先用风扳预紧，然后用定扭矩扳手紧固到规定力矩。M12螺栓预紧力矩120N.M，M14的螺栓预紧力矩为180N.M，M16的螺栓预紧力矩为270N.M，所用弹垫开口不得大于2mm。</w:t>
      </w:r>
      <w:r>
        <w:rPr>
          <w:lang w:eastAsia="zh-CN"/>
        </w:rPr>
        <w:br/>
      </w:r>
      <w:r>
        <w:rPr>
          <w:lang w:eastAsia="zh-CN"/>
        </w:rPr>
        <w:t>　　(五)复检，并签字确认。</w:t>
      </w:r>
      <w:r>
        <w:rPr>
          <w:lang w:eastAsia="zh-CN"/>
        </w:rPr>
        <w:br/>
      </w:r>
      <w:r>
        <w:rPr>
          <w:lang w:eastAsia="zh-CN"/>
        </w:rPr>
        <w:t>　　三、附件组</w:t>
      </w:r>
      <w:r>
        <w:rPr>
          <w:lang w:eastAsia="zh-CN"/>
        </w:rPr>
        <w:br/>
      </w:r>
      <w:r>
        <w:rPr>
          <w:lang w:eastAsia="zh-CN"/>
        </w:rPr>
        <w:t>　　附件组主要生产上中段桁架，货仓底架，边横梁。</w:t>
      </w:r>
      <w:r>
        <w:rPr>
          <w:lang w:eastAsia="zh-CN"/>
        </w:rPr>
        <w:br/>
      </w:r>
      <w:r>
        <w:rPr>
          <w:lang w:eastAsia="zh-CN"/>
        </w:rPr>
        <w:t>　　工作过程如下：</w:t>
      </w:r>
      <w:r>
        <w:rPr>
          <w:lang w:eastAsia="zh-CN"/>
        </w:rPr>
        <w:br/>
      </w:r>
      <w:r>
        <w:rPr>
          <w:lang w:eastAsia="zh-CN"/>
        </w:rPr>
        <w:t>　　1、将型材放进主梁胎具，各型材紧靠定位块，不得有间隙。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2、将横梁型材放进胎具，注意型材上焊缝朝向侧面，将管路支架放进胎具进行定位。</w:t>
      </w:r>
      <w:r>
        <w:rPr>
          <w:lang w:eastAsia="zh-CN"/>
        </w:rPr>
        <w:br/>
      </w:r>
      <w:r>
        <w:rPr>
          <w:lang w:eastAsia="zh-CN"/>
        </w:rPr>
        <w:t>　　3、点焊定位各型材和管路支架，焊所有立焊焊缝，再焊上平面横焊缝，打磨焊缝，无焊渣。</w:t>
      </w:r>
      <w:r>
        <w:rPr>
          <w:lang w:eastAsia="zh-CN"/>
        </w:rPr>
        <w:br/>
      </w:r>
      <w:r>
        <w:rPr>
          <w:lang w:eastAsia="zh-CN"/>
        </w:rPr>
        <w:t>　　4、焊管路支架和水暖钢筋。</w:t>
      </w:r>
      <w:r>
        <w:rPr>
          <w:lang w:eastAsia="zh-CN"/>
        </w:rPr>
        <w:br/>
      </w:r>
      <w:r>
        <w:rPr>
          <w:lang w:eastAsia="zh-CN"/>
        </w:rPr>
        <w:t>　　5、将上桁架总成从胎具吊出，并用龙门吊车吊出翻转，放平。</w:t>
      </w:r>
      <w:r>
        <w:rPr>
          <w:lang w:eastAsia="zh-CN"/>
        </w:rPr>
        <w:br/>
      </w:r>
      <w:r>
        <w:rPr>
          <w:lang w:eastAsia="zh-CN"/>
        </w:rPr>
        <w:t>　　6、补焊横焊缝，补焊管路、线束、水暖圆钢或支架，打磨各焊缝，无焊渣。</w:t>
      </w:r>
      <w:r>
        <w:rPr>
          <w:lang w:eastAsia="zh-CN"/>
        </w:rPr>
        <w:br/>
      </w:r>
      <w:r>
        <w:rPr>
          <w:lang w:eastAsia="zh-CN"/>
        </w:rPr>
        <w:t>　　四、三段式车架组焊</w:t>
      </w:r>
      <w:r>
        <w:rPr>
          <w:lang w:eastAsia="zh-CN"/>
        </w:rPr>
        <w:br/>
      </w:r>
      <w:r>
        <w:rPr>
          <w:lang w:eastAsia="zh-CN"/>
        </w:rPr>
        <w:t>　　这是关键工序，前、后段车架和上中段桁架组焊成三段式底盘，生产过程如下：</w:t>
      </w:r>
      <w:r>
        <w:rPr>
          <w:lang w:eastAsia="zh-CN"/>
        </w:rPr>
        <w:br/>
      </w:r>
      <w:r>
        <w:rPr>
          <w:lang w:eastAsia="zh-CN"/>
        </w:rPr>
        <w:t>　　1、吊分装好的仓体底架总成、前后段车架总成到胎具上，将板簧固定端板簧支架销孔对准U型定位块，插4个定位销到板簧支架销孔和定位块U型槽内。</w:t>
      </w:r>
      <w:r>
        <w:rPr>
          <w:lang w:eastAsia="zh-CN"/>
        </w:rPr>
        <w:br/>
      </w:r>
      <w:r>
        <w:rPr>
          <w:lang w:eastAsia="zh-CN"/>
        </w:rPr>
        <w:t>　　2、反变形。在三段式组焊胎具最后一个支撑点处定位平面上增加垫板，把车架后段定位点往上抬高一个尺寸，尺寸视车型而定。</w:t>
      </w:r>
      <w:r>
        <w:rPr>
          <w:lang w:eastAsia="zh-CN"/>
        </w:rPr>
        <w:br/>
      </w:r>
      <w:r>
        <w:rPr>
          <w:lang w:eastAsia="zh-CN"/>
        </w:rPr>
        <w:t>　　3、将前后段车架用胎具上丝杠押紧和C型夹夹紧。</w:t>
      </w:r>
      <w:r>
        <w:rPr>
          <w:lang w:eastAsia="zh-CN"/>
        </w:rPr>
        <w:br/>
      </w:r>
      <w:r>
        <w:rPr>
          <w:lang w:eastAsia="zh-CN"/>
        </w:rPr>
        <w:t>　　4、将对应的上桁架吊到胎具上并按图纸要求点焊定位、校正。</w:t>
      </w:r>
      <w:r>
        <w:rPr>
          <w:lang w:eastAsia="zh-CN"/>
        </w:rPr>
        <w:br/>
      </w:r>
      <w:r>
        <w:rPr>
          <w:lang w:eastAsia="zh-CN"/>
        </w:rPr>
        <w:t>　　5、将仓体底架及立柱、斜撑按图纸要求位置和高度点焊。</w:t>
      </w:r>
      <w:r>
        <w:rPr>
          <w:lang w:eastAsia="zh-CN"/>
        </w:rPr>
        <w:br/>
      </w:r>
      <w:r>
        <w:rPr>
          <w:lang w:eastAsia="zh-CN"/>
        </w:rPr>
        <w:t>　　6、上桁架焊接即连接板和主梁的焊接，要求塞焊焊缝饱满没有焊接缺陷。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7、仓体型材及仓体两端立柱焊接，所有型材焊接处均采用混合气体保护焊焊接，所有型材采用四周焊(焊缝接口应躲过型材原角)，焊缝应无虚焊、假焊、未焊透、焊穿、气孔、咬边等现象。外观质量上焊缝饱满、平整、无遗留渣、刺。焊后清除焊渣、毛刺、飞溅，并修整焊缝。</w:t>
      </w:r>
      <w:r>
        <w:rPr>
          <w:lang w:eastAsia="zh-CN"/>
        </w:rPr>
        <w:br/>
      </w:r>
      <w:r>
        <w:rPr>
          <w:lang w:eastAsia="zh-CN"/>
        </w:rPr>
        <w:t>　　8、仓体两侧边横梁焊接，按产品图纸尺寸点焊固定两侧边横梁：两侧支架点焊前需从上下、左右两个面进行校正，然后点焊并进行焊接。仓体不平可以用锤或火焰烧烤校正。仓体上平面焊缝需要打磨，对仓体加强板进行补焊，仓体底面的加强板和型材焊接为通焊，焊角大于或等于5mm。</w:t>
      </w:r>
      <w:r>
        <w:rPr>
          <w:lang w:eastAsia="zh-CN"/>
        </w:rPr>
        <w:br/>
      </w:r>
      <w:r>
        <w:rPr>
          <w:lang w:eastAsia="zh-CN"/>
        </w:rPr>
        <w:t>　　9、其他零件焊接，主要包括减震器上支架焊接，减震器销焊接，支撑梁焊接，牛腿焊接。焊后要求所有尺寸符合图纸要求。</w:t>
      </w:r>
      <w:r>
        <w:rPr>
          <w:lang w:eastAsia="zh-CN"/>
        </w:rPr>
        <w:br/>
      </w:r>
      <w:r>
        <w:rPr>
          <w:lang w:eastAsia="zh-CN"/>
        </w:rPr>
        <w:t>　　10、将车架吊出胎具，放到支撑凳上，焊接仓体蒙皮。先焊立封板，后焊仓体封板，搭接方式按图纸要求。</w:t>
      </w:r>
      <w:r>
        <w:rPr>
          <w:lang w:eastAsia="zh-CN"/>
        </w:rPr>
        <w:br/>
      </w:r>
      <w:r>
        <w:rPr>
          <w:lang w:eastAsia="zh-CN"/>
        </w:rPr>
        <w:t>　　11、涂密封胶。打胶位置：仓体立封板周围和仓体底板横焊缝。一般有如下位置：管路封板与其固定型材间接缝，管路封板与仓体封板处立蒙皮、仓体封板处立蒙皮与加强板间接缝，仓体封板处立蒙皮与仓体立柱见接缝，仓体侧蒙皮与加强板或纵梁间接缝。</w:t>
      </w:r>
      <w:r>
        <w:rPr>
          <w:lang w:eastAsia="zh-CN"/>
        </w:rPr>
        <w:br/>
      </w:r>
      <w:r>
        <w:rPr>
          <w:lang w:eastAsia="zh-CN"/>
        </w:rPr>
        <w:t>　　涂胶规范：等待焊缝冷却后，若底材为渡锌板，先用擦拭布将焊缝内的灰尘、焊渣清除干净，自然晾干。若底材为普通钢板，则涂胶在干燥的底漆表面进行，涂胶前要求将预涂部位表面的灰尘清除干净。然后根据接缝的宽窄程度，把塑料管口开成(30—45)度大小不等的椭圆形斜口，用手动胶枪在上述接缝处涂胶，涂上的胶宽比接缝宽(3—10)mm，要使密封胶完全盖住接缝，然后用刮刀刮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检查方法：从管路封板向下观察，所有封板或蒙皮(含加强板)与骨架型材之间接缝没有漏打、断打胶现象，胶厚度、宽度、胶型符合上述工艺规定，各密封板安装平顺，与仓体接缝均匀，保证密封(一定要形成封闭的环)。</w:t>
      </w:r>
      <w:r>
        <w:rPr>
          <w:lang w:eastAsia="zh-CN"/>
        </w:rPr>
        <w:br/>
      </w:r>
      <w:r>
        <w:rPr>
          <w:lang w:eastAsia="zh-CN"/>
        </w:rPr>
        <w:t>　　12、用行车翻转车架，对前段工序没有焊接的焊缝进行补焊。</w:t>
      </w:r>
      <w:r>
        <w:rPr>
          <w:lang w:eastAsia="zh-CN"/>
        </w:rPr>
        <w:br/>
      </w:r>
      <w:r>
        <w:rPr>
          <w:lang w:eastAsia="zh-CN"/>
        </w:rPr>
        <w:t>　　13、补胶并打磨修整各焊缝。</w:t>
      </w:r>
      <w:r>
        <w:rPr>
          <w:lang w:eastAsia="zh-CN"/>
        </w:rPr>
        <w:br/>
      </w:r>
      <w:r>
        <w:rPr>
          <w:lang w:eastAsia="zh-CN"/>
        </w:rPr>
        <w:t xml:space="preserve">    2024年工厂车间实习工作总结 篇5 </w:t>
      </w:r>
      <w:r>
        <w:rPr>
          <w:lang w:eastAsia="zh-CN"/>
        </w:rPr>
        <w:br/>
      </w:r>
      <w:r>
        <w:rPr>
          <w:lang w:eastAsia="zh-CN"/>
        </w:rPr>
        <w:t>　　这两周我们来到喷漆生产线实习，首先班长带领我们来到生产线，为我们做了细心的讲解，生产要是进行，水、电、气必须缺一不可，车间脚下的水是流动的，漆落到水里会随着水到达相应的地方处理，会使水和漆分离，水会在循环到这里。电当然必须有，一切机器运行都需要电。车间从上到下会有气体主要就是为了喷漆的时候漆很好的落在车体表面上。我们了解到涂装的目的有保护作用，起防腐蚀、抗老化和耐各种介质，有装饰作用：当然是给人以美的视觉感受，还有深一层的作用就是价值作用：同等的物体，因涂装美观性不同，产生不同的价值，也有调节热、电等能量的传导性，控制声波、电磁波的散发、吸收及反射等;喷漆车间和之前实习的车间有着明显的不同，这里要求非常严格，要求无尘，是防火A级地方，穿着，鞋都必须遵守规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经过两周的实习大致了解了喷漆的工艺流程，从车身车间过来的车首先要经过电泳线，可以称之为底漆，主要起到防锈的功能，烘干后进入涂胶线，铺垫线，底涂线，在经过烤箱进入电泳打磨线，因为车在电泳线就好像是车在漆里游泳一样，出来后又经过多道生产线会有很多瑕疵，所以打磨是必要的，为即将进行中涂喷漆做好准备，中涂线只有一条线车走的比较快，车到了这里首先要做的就是准备以及，补喷防锈底漆，目的就是吹净擦净整车外表面，除去异物，为中涂喷漆提供良好的基础，对打磨至漏出铁板的地方补喷防锈底漆，防止出现过早的锈蚀现象，工人们主要做的就是高压气体吹净车门左右及里面，之后会有机器用鸵鸟毛擦净整车。准备工作做完后就是手工喷涂中涂漆，包括车门内和发动机盖后备箱盖，目的就是提高防腐性能和与上涂层的结合力，手工喷漆完成后就到了机器人喷漆，中涂喷漆有机器人十台，喷涂两遍，在往后就是人工检修，修补中涂漆膜，提高漆膜表面的平滑度，提高前后舱内表面的外观质量。工人们首先要检查车体表面和前后舱内部喷涂部位，对缺陷部位进行补漆，要求补漆部位表面平整，与周围区域平滑过渡，不能出现虚漆，漆不足，流漆等不良现象。补漆完成后车就会进入烤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中涂完成后的车首先会进入中涂打磨线进行人工打磨，修补缺陷为后面进行的上涂做准备，打磨完成后车会集体进入颜色选择场，在这里相同颜色的车会安排到一起，为的是上涂喷漆更换漆体方便，到了上涂线，因为比较慢所以有两条生产线，首先要做的就是准备工作，吹净整车外表面，除去异物，为上涂喷漆提供良好的基础，和中涂准备工作大致相同，之后就是人工喷漆，主要是车门内，提高内表面的装饰性。随着人工喷漆完成后，车会进入到机器人喷漆，上涂喷漆机器人有八台，完成后就是人工检修，内容和中涂大致相似。</w:t>
      </w:r>
      <w:r>
        <w:rPr>
          <w:lang w:eastAsia="zh-CN"/>
        </w:rPr>
        <w:br/>
      </w:r>
      <w:r>
        <w:rPr>
          <w:lang w:eastAsia="zh-CN"/>
        </w:rPr>
        <w:t>　　上涂完成后车会进入烤箱，因为上涂漆是水性漆，而罩光漆是油性漆，为了提高附着力必须先进入烤箱烘干，烘干后的车先人工喷漆，之后机器人喷漆，这里有机器人六台，最后是人工检修，工序和中涂，上涂大致相同。</w:t>
      </w:r>
      <w:r>
        <w:rPr>
          <w:lang w:eastAsia="zh-CN"/>
        </w:rPr>
        <w:br/>
      </w:r>
      <w:r>
        <w:rPr>
          <w:lang w:eastAsia="zh-CN"/>
        </w:rPr>
        <w:t>　　特别喜欢一句话是车间看到的，就是改善措施是基础，不懈努力是关键。</w:t>
      </w:r>
      <w:r>
        <w:rPr>
          <w:lang w:eastAsia="zh-CN"/>
        </w:rPr>
        <w:br/>
      </w:r>
      <w:r>
        <w:rPr>
          <w:lang w:eastAsia="zh-CN"/>
        </w:rPr>
        <w:t xml:space="preserve">    2024年工厂车间实习工作总结 篇6 </w:t>
      </w:r>
      <w:r>
        <w:rPr>
          <w:lang w:eastAsia="zh-CN"/>
        </w:rPr>
        <w:br/>
      </w:r>
      <w:r>
        <w:rPr>
          <w:lang w:eastAsia="zh-CN"/>
        </w:rPr>
        <w:t>　　转眼间已到京博三月有余，期间有过欣喜、有过欢畅、有过悲伤、有过辛酸。但不管有过什么，今天我依然干劲十足的在此拼搏。为什么?因为我相信我的梦想之舟将在此起航!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如今回想起来，京博给了我很多人生的第一次，这一个个在大学想过但没做过的第一次使我更加坚信京博的确是一个很好的发展平台。第一次面对400多人PK竞选文艺委员，虽然最终得票第二但心中依旧澎湃万千;第一次在数百人前获得亮剑之星的奖励，虽然在台上演讲的并不好但仍然感觉十分激动;第一次独立写三句半稿子并编导节目，虽然不是太出彩但也赢得了阵阵掌声;第一次代表六车间小团队参加农化公司PK，虽然只是第三名，但心里仍然是那么的兴奋与幸福;第一次代表农化参加各公司级的分享，虽然熬夜做课件有点疲惫但最终赢得了一个“诗意般的分享”的称号，那时心中感觉付出是如此的值得;第一次代表第四小队参加农化的找亮点PK，虽然讲说内容准备有些仓促但还是拿到了第一，那一刻心中充满了干劲与希望;第一次实实在在的参加到车间工作，虽然车间检修有些劳累但因为获得了主任跟公司的认可，心中那股美滋滋的感觉真的是无以言表。正是有这麽多的“第一次”，使我感觉在京博的生活如此充实精彩，为此我便想着不论在此让我干什么，我都将踏踏实实的干，实实在在的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时至今日到农化合三已有一个多月，我一直上着长白班。在班上干的并不是什么很有技术性的活打扫卫生、运垃圾、上螺栓、剪垫子、搬桶等等一些零活。但干活之余，在主任、三大员跟师傅们的关心照顾下，还是学到了不少车间里的东西：工艺流程、生产设备、小窍门、乐观心态。就工艺流程来而言，首先，技术员帮我们疏通了整个生产的流程，然后我又详细学习了氯化一、合成工段的流程工艺图跟大体操作，目前来说这两个工段算是基本掌握了;就生产设备来说，刚来真的感觉很有趣，从各种螺栓、法兰到不同储罐、电机再到精馏塔、冷凝器最后到反应釜、各个管线，我感觉我都快成了一个怀揣十万个为什么的小学生，问来问去，一切都是那么的新奇。到现在为止车间里一些基本的东西我已经做了初步的了解;就小窍门来说，从师父教我的怎么紧法兰到怎么用升降机升降大物件再到我自己打扫卫生拉铁桶时自己想的一些小窍门，我觉得不论在什么工作中，只要自己上点心，那么处处都将是改善，处处都将放光彩;对于心态来说，记得师父跟我说过“这检修最累的时候都能干下来了，那么以后啥干不了呢?”然后就给了我一个嘿嘿的笑脸。最后我想想，每天保持一个积极乐观的心态挺重要的，于是我就坚持做事干活积极着点，对人对事乐观着点，总之没事多笑笑，一切都将是那么美好。在此，我最想说的就是：谢谢您，我的“师傅们”!谢谢你们对我的投资与帮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说到以后工作该怎么干，我的想法倒是挺多的。首先跟现在一样，有事有活积极的去干，不论啥事啥活都要上心，踏踏实实的弄，哪怕扫个地、擦个牌子，扫不完擦不干净心里也要觉得有点啥事没弄好似的才行。说到这儿想起一件事，那次当我用了一个小时把升降机上一个提示牌上的漆一点点擦下来擦干净的时候，听到了安全员的一句夸奖“佩服死你了，这你也能弄下来，你很能干啊，为车间里省下了一百多元钱来”，当时心里特高兴，就想：“恩，以后我就这么干，遇到啥事哪怕苦点累点我也要上心把它做好了。”然后做事的时候要多想，我虽然没倒班，干的活没有多少技术含量，但在干活的时候也要想想怎么干才更好更方便。拿拉铁通来说吧，那个小车上挂一个铁棍或铁片，在拉的时候垫桶一边，这样一个人就很好拉了。当然这都是些小事，但我相信只有把小事做好了才能把大事做好，因为大事都是由小事积累出来的。最后分享下我的法宝：干活要“实”。记得我曾获得过“傻大个”的称号，还受到过“以后干活别那么实在”的劝导，当时都没在意，过上个把小时就又抛诸脑后，该怎么实在的干就仍然怎么实实在在的干起来。总之我觉得干事干活实在是好事，因为我从中多次受过益。例如给汇源果汁干促销干得最卖力，最后众多促销员里就我自己拿到了额外奖金;给娃哈哈干活动策划干的很“实在”，黄队一月多给我发400元。所以以后我决定了继续发扬“我实在我能干谁用我谁受益我更受益”的风格。当然对于以后的事，我觉得我更得加把劲了，先是四个工段的工艺，然后是各种设备的认识，这些都是一个个艰巨的任务跟挑战，但我觉得只要我用心了，我坚持了，我努力了，这些将都不在话下，换句时尚的话来说“这都不是事儿。”</w:t>
      </w:r>
      <w:r>
        <w:rPr>
          <w:lang w:eastAsia="zh-CN"/>
        </w:rPr>
        <w:br/>
      </w:r>
      <w:r>
        <w:rPr>
          <w:lang w:eastAsia="zh-CN"/>
        </w:rPr>
        <w:t>　　总之，我要保持这种积极状态、这种韧性、这股干劲儿，好好的在京博在农化拼搏努力，为了梦想奋斗不止，为了明天前进不停。起点就在京博在农化在合三，终点便是美好的明天。我那梦想的帆船将从起点扬帆起航，从此刻开始奔向美好的明天。</w:t>
      </w:r>
      <w:r>
        <w:rPr>
          <w:lang w:eastAsia="zh-CN"/>
        </w:rPr>
        <w:br/>
      </w:r>
      <w:r>
        <w:rPr>
          <w:lang w:eastAsia="zh-CN"/>
        </w:rPr>
        <w:t xml:space="preserve">    2024年工厂车间实习工作总结 篇7 </w:t>
      </w:r>
      <w:r>
        <w:rPr>
          <w:lang w:eastAsia="zh-CN"/>
        </w:rPr>
        <w:br/>
      </w:r>
      <w:r>
        <w:rPr>
          <w:lang w:eastAsia="zh-CN"/>
        </w:rPr>
        <w:t>　　根据安排，在进入南龙集团的第三周开始，我和极为新来的同事首先进入包装车间进行为期一周的实习。</w:t>
      </w:r>
      <w:r>
        <w:rPr>
          <w:lang w:eastAsia="zh-CN"/>
        </w:rPr>
        <w:br/>
      </w:r>
      <w:r>
        <w:rPr>
          <w:lang w:eastAsia="zh-CN"/>
        </w:rPr>
        <w:t>　　在车间主任的安排下，我们两个锅业的实习生分别安排在A、D两组学习。车间不比办公室，没有空调，只有几个风扇，所以我和新荣来车间的第一感觉就是热，闷。不过，既然来工作了就做好了随时下放到车间的打算，所以这些倒是在我们的承受范围之内。</w:t>
      </w:r>
      <w:r>
        <w:rPr>
          <w:lang w:eastAsia="zh-CN"/>
        </w:rPr>
        <w:br/>
      </w:r>
      <w:r>
        <w:rPr>
          <w:lang w:eastAsia="zh-CN"/>
        </w:rPr>
        <w:t>　　第一天，我被安排亲自上线操作，由于第一次动手，所以安排我做了最简单的事情——剥去铁片上的保护膜以及将讲螺丝套入铁片中。工作很简单，但是一轮下来，也确实是个大工作量的活。实习的第一天，我基本上在包装线上讲一些简单的包装流程过了一遍，比如擦锅子、折纸盒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接下来的几天，我要学习的范围就不仅仅是D组了，因为生产计划的编排，一个D组不可能在短短的几天之内将所有的锅型都包装一遍，所以只有了解每一个包装线上的产品包装流程才能尽可能多的了解一些不同锅型的包装流程。比如，实习的第二天，在C组上看到了一款汤锅的包装，这款汤锅用的是顶珠反打的方式，再将三个锅卡扣以120的弧度分别扣在汤锅上，保护锅子的边缘，最后将玻璃盖反扣在汤锅上包装的，这些是之前都未曾见到的。</w:t>
      </w:r>
      <w:r>
        <w:rPr>
          <w:lang w:eastAsia="zh-CN"/>
        </w:rPr>
        <w:br/>
      </w:r>
      <w:r>
        <w:rPr>
          <w:lang w:eastAsia="zh-CN"/>
        </w:rPr>
        <w:t>　　在实习的几天内，通过跟车间工作人员的交流，使益良多，在交谈中我大概了解了不同款的锅子相应的包装速度，打手柄的常用方式，也在车间以外的同事中了解包装材料的类型等，在学习的同时，也发现了以下的几个问题：</w:t>
      </w:r>
      <w:r>
        <w:rPr>
          <w:lang w:eastAsia="zh-CN"/>
        </w:rPr>
        <w:br/>
      </w:r>
      <w:r>
        <w:rPr>
          <w:lang w:eastAsia="zh-CN"/>
        </w:rPr>
        <w:t>　　1、锅子瑕疵检查不到位。在将锅子放于传送带前未检查锅子的好坏，直接讲锅子扔在包装线上，等几道工序完成后才发现锅子是不良品，这样既浪费了物力，也浪费了人力。更有甚者，就直接进入包装，影响产品的整体质量。</w:t>
      </w:r>
      <w:r>
        <w:rPr>
          <w:lang w:eastAsia="zh-CN"/>
        </w:rPr>
        <w:br/>
      </w:r>
      <w:r>
        <w:rPr>
          <w:lang w:eastAsia="zh-CN"/>
        </w:rPr>
        <w:t>　　2、擦锅子的人员工作时没有将注意力完全放于工作上，擦锅子时随便应付，只将表面的灰尘擦掉，而一些橡胶之类的`黏着物仍然在锅内。</w:t>
      </w:r>
      <w:r>
        <w:rPr>
          <w:lang w:eastAsia="zh-CN"/>
        </w:rPr>
        <w:br/>
      </w:r>
      <w:r>
        <w:rPr>
          <w:lang w:eastAsia="zh-CN"/>
        </w:rPr>
        <w:t>　　3、纸盒折叠不到位。因为包装线上的工作量之大和速度要求，一些人员在纸盒折叠上并未完全按照要求，一些应该扣入的部分并未完全扣入，有些甚至影响了包装的外观了保护作用。</w:t>
      </w:r>
      <w:r>
        <w:rPr>
          <w:lang w:eastAsia="zh-CN"/>
        </w:rPr>
        <w:br/>
      </w:r>
      <w:r>
        <w:rPr>
          <w:lang w:eastAsia="zh-CN"/>
        </w:rPr>
        <w:t>　　以上是我一周车间实习的心得和体会。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2024年工厂车间实习工作总结 篇8 </w:t>
      </w:r>
      <w:r>
        <w:rPr>
          <w:lang w:eastAsia="zh-CN"/>
        </w:rPr>
        <w:br/>
      </w:r>
      <w:r>
        <w:rPr>
          <w:lang w:eastAsia="zh-CN"/>
        </w:rPr>
        <w:t>　　从穿着公司发的文化衫到现在，已经算是实习结束了，可是行百里者半九十，接下来的时间一定是更重要的。当初进去车间，跟着师傅慢慢学着岗位技能，刚开始觉得自己掌握的很快，感觉自己的学习能力是好的，后来渐渐地发现，岗位所需求的个人能力是小的，顶岗真正需要的是认真的态度和耐心。</w:t>
      </w:r>
      <w:r>
        <w:rPr>
          <w:lang w:eastAsia="zh-CN"/>
        </w:rPr>
        <w:br/>
      </w:r>
      <w:r>
        <w:rPr>
          <w:lang w:eastAsia="zh-CN"/>
        </w:rPr>
        <w:t>　　说句真心话，我进去车间到现在，确实没能学到一些以后去部门的东西，在车间都是做些千篇一律的工作，基本上都是一线员工岗位上面每天做的事情，没有更好的接触的车间的每一个角落。不过，话说回来，车间的这段时间实习，也是有作用的；自己脱去了从大学刚出来的浮躁，自己现在和社会上面的人接触，更能安下心来对待工作和对待生活，这点是难能可贵的，是好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曾经在实习期间，那是刚进来的时候，我有好几次都想着要放弃，不为别的，就是因为感觉自己不是无才，自己不是一无是处，沦落的车间干又脏又累的活儿，觉得苦了自己也辜负了家人对自己的一番期望；其实我一个大老爷们，在车间干活儿，我不嫌弃也不怕苦，可是每当想到自己当下所做的事的时候，我就觉得特别的内疚和自责，感慨自己这20年都是白学了，感觉自己这20年的基础都是白打了，好像自己20年的学习是付诸东流了。后来找同事聊天，找领导谈话，慢慢的我明白了，我们现在走的是一个过程，公司推行的是唯才必用的政策，只要自己有才华能给公司创造利润，迟早公司会给自己一个公道的，只是这个公道的时间来的不是很快。后来，我慢慢的开始适应自己所处的环境，慢慢的开始不去和以前的大学同学比较，开始祛除浮躁的心态，脚踏实地的做起来了；一直到现在，我的心态也慢慢的摆正，这绝对不是安于现状。</w:t>
      </w:r>
      <w:r>
        <w:rPr>
          <w:lang w:eastAsia="zh-CN"/>
        </w:rPr>
        <w:br/>
      </w:r>
      <w:r>
        <w:rPr>
          <w:lang w:eastAsia="zh-CN"/>
        </w:rPr>
        <w:t>　　在线上顶岗的时候，我和别人吵过架，纯粹的语言冲突事件倒是没有，一般情况都是工作上面有矛盾然后发生语言冲突，导致我和别人吵起来。班长和线长都和我做过工作，我耐心的听完，也知道了不是每个人都是对待工作像对待自己的事业一样。</w:t>
      </w:r>
      <w:r>
        <w:rPr>
          <w:lang w:eastAsia="zh-CN"/>
        </w:rPr>
        <w:br/>
      </w:r>
      <w:r>
        <w:rPr>
          <w:lang w:eastAsia="zh-CN"/>
        </w:rPr>
        <w:t>　　现在实习期限快结束了，想法和当初看待实习的有所不一样，当初第一时间想到的是，实习期太长了，根本没法熬过去；现在回过头来一看，才知道，任何事情只有自己亲身经历后才有发言权，才能真正的了解它的本质，现在就觉得实习对我们校园人才来说是不可或缺的，必须得有这样的一个实习的过程给我们校园人才，不管实习的期间是在做什么，关键是这个过程很重要。</w:t>
      </w:r>
      <w:r>
        <w:rPr>
          <w:lang w:eastAsia="zh-CN"/>
        </w:rPr>
        <w:br/>
      </w:r>
      <w:r>
        <w:rPr>
          <w:lang w:eastAsia="zh-CN"/>
        </w:rPr>
        <w:t>　　每天下晚班会宿舍，我想了很多事情，规划了好多计划，有的却是按照预料的一步一步的实行了，有的也因为种种原因搁浅了。我联想到，以后回部门后，同样的我也会有自己的计划和想法，同样的我也会遇到很多自己不能主宰的事故；我开始感激公司，给我们安排这段时间的实习时让我们适应生活适应工作。</w:t>
      </w:r>
      <w:r>
        <w:rPr>
          <w:lang w:eastAsia="zh-CN"/>
        </w:rPr>
        <w:br/>
      </w:r>
      <w:r>
        <w:rPr>
          <w:lang w:eastAsia="zh-CN"/>
        </w:rPr>
        <w:t xml:space="preserve">    2024年工厂车间实习工作总结 篇9 </w:t>
      </w:r>
      <w:r>
        <w:rPr>
          <w:lang w:eastAsia="zh-CN"/>
        </w:rPr>
        <w:br/>
      </w:r>
      <w:r>
        <w:rPr>
          <w:lang w:eastAsia="zh-CN"/>
        </w:rPr>
        <w:t>　　3月8日，我来到了铝厂热电厂燃运车间，开始了为期2个月的皮带工实习生涯。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不论从事什么工作，安全始终是放在第一位的，所以我们进行了四级安全教育，分公司级，分厂级，车间级，班组级。安全负责人给我们上了几节安全课，先是给我们讲了中铝的“HSE”方针“H”意思是健康，“S”为安全“E”则是环境，这里的宗旨是“以人为本，预防为主，致力于管理科技创新，用负责健康安全环境，造福员工，回报股东和和会。然后给我们讲了一些《安全生产法》的条例又举例给我们讲了这些员工由于不认真穿戴好劳动保护用品，不按正常规定操作造成的后果，最后给我们讲了一些急救措施，到分厂级安全教育时，安全员给我们讲了一些他们厂的规定，到车间级时技术员给我们讲了皮带上的种种安全设施，还有皮带工的安全操作规程，最后进行班组级安全教育时，我们在班上看操作规程，了解了这份工作的基本操作及注意事项，3天后我们便跟随指定师傅上岗位进行更深入的技术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班组级安全教育完之后我跟随严师傅来到了4号皮带。这里的胶带输送机相对遵义碱厂的设备来说要先进得多，这里分三个系统运煤，而且皮带是两条，分单号和双号，和A号B号，这样一条皮带运行时另一条皮带则作为备用皮带，当有一条皮带不能正常运行时可以用备用皮带，在1系统的4号皮带时每天都坐在一个观察室里面观察设备，在观察室里面可以及时的发现皮带是否跑偏也可以及时的发现下料口有无堵料，通过我的仔细观察我发现了皮带上一些不知道这是做什么用的设备，我发现4号头部有一个弧形的胶带，我不知道这是做什么用的，带这这个疑问我去问师傅他告诉我这相当于刹车通常安装在斜坡皮带上。停车的时候这快胶皮就会卡死滚筒防止煤倒退。后来我来到了5、6号皮带，这里的工作主要是将煤输送到煤仓，分别有8个犁煤器则1—8号煤仓，当天行几号炉就给对应的煤仓运煤，运煤前犁煤器必须有一个是放下来的。犁煤器放下来时会压住行程开关。信号传递到控制室。说明犁煤器是放下来的才可以运行。在5、6号岗位时我发现下料口的托辊是一圈一圈的橡胶做成的与皮带的其它部位的不一样其它部位则是圆柱形的.铁托辊。师傅告诉我下料口的托辊是缓冲托辊，起到大煤块重力的缓冲作用，避免大煤块砸下来对皮带造成伤害。经过观察我发现5、6号皮带的拉紧装置与其它处的不一样。师傅告诉我这是小车式拉紧装置，这种方式的拉紧装置只合适用于平行没有坡度的皮带而重锤式拉紧装置则可以广泛运用。接下来我来到了三系统，三系统是采用PLC系统电脑控制启停皮带，我在急控室学习了一段时间，班长教我启动前先用鼠标点回路检查鼠标一直按这不动，若发现皮带指示灯在闪说明这条皮带没有打在自动上，或者是紧急拉绳开关没有复位，应立即通知岗位人员检查故障并处理好，发现没有出现闪灯情况一切正常后方可点确认。不过现场拉过紧急拉绳开关后需要复位，然后再点一下故障复位再运行。煤仓快满时煤仓的岗位人员通知急控室人员，急控室的人再通知天车抓煤然后点正常停车，皮带便会自动从头到尾等皮带上没有煤后才停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接下来我主动向班长提出去学习破碎机在冉师傅的教导下我收获了不少东西破碎机采用氮气作为保护气体。一方面可以起到保护滚子磨损的作用，另一方面还可以利用充气的压力调节两对滚轮之间的间隙调节时根据车间规定的大小调节，误差不能超过1毫米，调节阀门的第一个控制1级轮，中间的阀门是开氮气的开关，下面的开关控制2级轮，间隙调小时先开氮气再开需要调节的那个轮的阀门开关、待轴承座走到需要调节的尺寸为止先关氮气再关对应开关间隙调大时只需开对应的开关不用开氮气，然后拉杆向下压轴承座调到需要的刻度后关闭阀门，破碎机在运行中听见闷的声音则是代表此时已经堵煤发现及时时需要把2级轮的间隙调大一些，声音正常后再复位。发现得慢时把控制箱上的开关调到0位通知停车再把破碎机打为反转，完全禁止后再转，如果不可以转动了需要把2级轮的间隙调大，再打开进行清理，最后再试一下能转动不，再改为正传打为自动然后再次运行。破碎机有24个润滑点，一般运行420个小时了就要加油进行润滑，最后我去过煤仓，和1系统的2号、3号系统。</w:t>
      </w:r>
      <w:r>
        <w:rPr>
          <w:lang w:eastAsia="zh-CN"/>
        </w:rPr>
        <w:br/>
      </w:r>
      <w:r>
        <w:rPr>
          <w:lang w:eastAsia="zh-CN"/>
        </w:rPr>
        <w:t>　　通过这两个月的实习我完全掌握了皮带工这项工作。同时我从一个学生转变成一名有技术的工作人员。通过在1系统的1—6号和3系统的1—8号及煤仓。我在每个岗位都呆过，能独立操作并且遇见不懂的问题我立即向师傅提出并解决，如今我已完成了实习任务，不仅在工作中寻找到了乐趣而且还学到了很多技术性的知识，同时也在这个脏环境中净化了自己的心灵，让我更加全心的投入于工作当中！</w:t>
      </w:r>
      <w:r>
        <w:rPr>
          <w:lang w:eastAsia="zh-CN"/>
        </w:rPr>
        <w:br/>
      </w:r>
      <w:r>
        <w:rPr>
          <w:lang w:eastAsia="zh-CN"/>
        </w:rPr>
        <w:t xml:space="preserve">    2024年工厂车间实习工作总结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从郑州培训，学习了一些关于方便面生产的知识，觉得方便面的生产不过如此，就像自家做面条差不多，只不过是机器生产而已。带着这种意识，从郑州回到高碑店，进行车间一线实习。经过近一个月的车间实习我了解了很多现场的实际情况，学到了理论上学不到的东西，真正意识到理论知识和实际确实有一些差异，“纸上得来终觉浅，绝知此事要躬行”。</w:t>
      </w:r>
      <w:r>
        <w:rPr>
          <w:lang w:eastAsia="zh-CN"/>
        </w:rPr>
        <w:br/>
      </w:r>
      <w:r>
        <w:rPr>
          <w:lang w:eastAsia="zh-CN"/>
        </w:rPr>
        <w:t>　　从进入车间，我们分了几个小组，依次分别在和面岗，压延岗，油炸岗，点料岗，包装岗实习。前半个月是观摩学习，没有进行实地操作，但我还是进行了一些简单的实地操作，感到车间工作也不过如此，就是几个程序化的操作而已。</w:t>
      </w:r>
      <w:r>
        <w:rPr>
          <w:lang w:eastAsia="zh-CN"/>
        </w:rPr>
        <w:br/>
      </w:r>
      <w:r>
        <w:rPr>
          <w:lang w:eastAsia="zh-CN"/>
        </w:rPr>
        <w:t>　　前半个月就在观摩，自我感觉良好中度过，觉得学了好多东西，好多操作似乎都懂了，说起来也头头是道，这一步怎么做，下一步又是什么。比如，和面的操作，我当天实习中就能说出，第一步，第二步，第三步……整个流程都知道。就这样自以为做的很不错了，也写了总结，颇有几分洋洋自得。觉得三天的岗位观摩学习没有虚度，学了不少，也学到了理论上没有的东西，觉得自己这次可谓是理论联系实际了。然而说是一回事，做又是另一回事了。学习中，和面工问我能不能独立操作，我犹豫了，说的不是很好吗，但是我从没有做过一次，操作一次会是什么样子呢?连续一个班(12个小时)又是什么感觉呢?我真的实际操作了一次，用一个词形容我当时的狼狈相就是手忙脚乱，仅仅是和一锅面，一个班一般要和近五十锅面，那我就要手忙脚乱五十次……不敢想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眼高手低，这是我的毛病，什么事情都是看起来简单，说到容易，做到却难。眼睛是会骗人的，看似简单的东西并不一定能够做好，只有亲身实践才知其奥妙，才会做出理想的产品，实践是学习的真理!</w:t>
      </w:r>
      <w:r>
        <w:rPr>
          <w:lang w:eastAsia="zh-CN"/>
        </w:rPr>
        <w:br/>
      </w:r>
      <w:r>
        <w:rPr>
          <w:lang w:eastAsia="zh-CN"/>
        </w:rPr>
        <w:t>　　前半个月的实习，说是实习，不如说是参观，因为我看到的只是表层的东西，学到的也还是限于理论的东西，至于实践，仅仅是几次手忙脚乱而已，如和面操作时的忘记加水，点料操作时跟不上流水线的进度……而那些每个岗位的实习总结就像是应付差事的上交一些无所谓的东西，并不全是自己实习的心得体会，更不是自己学到的岗位学习所得。</w:t>
      </w:r>
      <w:r>
        <w:rPr>
          <w:lang w:eastAsia="zh-CN"/>
        </w:rPr>
        <w:br/>
      </w:r>
      <w:r>
        <w:rPr>
          <w:lang w:eastAsia="zh-CN"/>
        </w:rPr>
        <w:t>　　前半个月基本浪费了，就是在结束后第一次座谈会上谈的一些东西，也不过是皮毛又皮毛的东西，或者就是每个人都看到的浅显的东西，发现的问题也是一些所谓的“历史遗留问题”。唯一的收获就是发现了自己的缺陷，下一步的努力方向。</w:t>
      </w:r>
      <w:r>
        <w:rPr>
          <w:lang w:eastAsia="zh-CN"/>
        </w:rPr>
        <w:br/>
      </w:r>
      <w:r>
        <w:rPr>
          <w:lang w:eastAsia="zh-CN"/>
        </w:rPr>
        <w:t>　　休息了两天，我们进行了第二轮车间实习，这一次我们被允许在工人的指导监督下进行操作，可以动手操作了，那就再“手忙脚乱”一次吧。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依然是从和面岗开始，和面应该是我学的最好最扎实的吧，因为我在和面岗实地操作最多，而且曾在和面工的指导和监督下完成了配盐水料，叫面，和面，放面这整套和面岗的工作，尽管当时也是很狼狈，但是给我留下的印象却是最深的，我也学会了和面岗的主要工作，并且能够在和面岗独自操作一段时间，不会出什么差错。这算是很大的进步，也是我的一大收获。也算是我从事工作以来，感到最有成就感的一次。可能和面岗位上的一些理论知识，到现在我还不能全部掌握记住，考试可能不会，但是我可以肯定，如果把我放在和面岗我可以做到不出差错。这就是进步，这就是收获，比懂了一个理论更有用。和面岗，我第一次接触的岗位，不但教会了我岗位知识，更教会了我比岗位知识重要的工作学问。</w:t>
      </w:r>
      <w:r>
        <w:rPr>
          <w:lang w:eastAsia="zh-CN"/>
        </w:rPr>
        <w:br/>
      </w:r>
      <w:r>
        <w:rPr>
          <w:lang w:eastAsia="zh-CN"/>
        </w:rPr>
        <w:t>　　接下来就是压延岗了，有了和面岗的教训，第二次到压延岗，这一次学到的却不是岗位知识，而是一个新员工的心得。</w:t>
      </w:r>
      <w:r>
        <w:rPr>
          <w:lang w:eastAsia="zh-CN"/>
        </w:rPr>
        <w:br/>
      </w:r>
      <w:r>
        <w:rPr>
          <w:lang w:eastAsia="zh-CN"/>
        </w:rPr>
        <w:t>　　同样是新员工，不同的确是学习的心态，我们这一批来的大学生，每个人都觉得自己很不错，姿态应该都很高，而懂得的东西是不是很多，很有用呢，这就不一二论了，至少我开始觉得自己有很多欠缺之处。从这个新压延工那里我学到了，知道自己欠缺什么时，去请教，如何请教。别人并不是应该指导我们，即使是上级要求，我们不去主动请教，没有几个人会自动跑来指导我们。不懂了，应该积极去问。但是，既然是请教，那还是客气一点好吧，叫别人一声师傅，大姐，什么的不会损失什么，但得到的却很多了。</w:t>
      </w:r>
      <w:r>
        <w:rPr>
          <w:lang w:eastAsia="zh-CN"/>
        </w:rPr>
        <w:br/>
      </w:r>
      <w:r>
        <w:rPr>
          <w:lang w:eastAsia="zh-CN"/>
        </w:rPr>
        <w:t>　　油炸岗是我实习期间最不成功的岗位。热，就是油炸工也不是总在岗位上，因为太热，所以我们基本不在油炸岗。油炸岗学到的东西，基本就是我们从资料上看的，以及用贴箱贴换取不在油炸岗实习，并要求由一个班长为我们讲解油炸岗整个岗位要求和各个设备及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点料岗是动手最多的一个岗位，从顺面，点料，扶料，我都进行了实地实践，而且还在桶面线上点料实习过。也发现了很多问题，真是在实际操作中能发现隐含的问题。由于我实习的生产线正好在我点料实习的那天换了自动投包机，由人工点料转变为机器点料，工人还不能适应，所以出了很多问题，导致面块大量的堆积，过面受阻，停机好几次。一些点料的工人不知道自己该做什么了，也不适应改为自动投包机后的速度了。过了好几天才逐渐适应，但还是会出现一些问题。点料岗，一个看似很简单的岗位，却有着太多的学问。如何安排人员，如何减少浪费，如何提高效率，都是要解决的问题，这很伤脑筋，但这些却必须要做，尤其是我们这些制造处的要好好考虑。</w:t>
      </w:r>
      <w:r>
        <w:rPr>
          <w:lang w:eastAsia="zh-CN"/>
        </w:rPr>
        <w:br/>
      </w:r>
      <w:r>
        <w:rPr>
          <w:lang w:eastAsia="zh-CN"/>
        </w:rPr>
        <w:t>　　包装岗承接着点料岗，其实两个岗位已经合并了，包装机手控制好速度，保证正常运转就不会有太大的问题。当然，包装机手要对发生的故障及时排除和解决。点料讲究的是熟练，包装要的是技术。</w:t>
      </w:r>
      <w:r>
        <w:rPr>
          <w:lang w:eastAsia="zh-CN"/>
        </w:rPr>
        <w:br/>
      </w:r>
      <w:r>
        <w:rPr>
          <w:lang w:eastAsia="zh-CN"/>
        </w:rPr>
        <w:t>　　后半个月的实习，大多数时间我们是在干一件简单而重复的事情：贴箱贴。有些人半开玩笑的说自己已经达到了专业水平。贴箱贴没有特定的工人，只是生产线上闲置的人员去做，我们有时就发现，但我们一刻不停地贴箱贴时，原来贴箱贴的人就可以偷懒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最后两天，我们去了调理车间，学习汤料(酱包，粉包，菜包)的生产。调理车间基本上没有我们立足之地，而且气味特别浓，调理车间的工人都不容易，但他们都克服了。调理车间有一些操作很不卫生，我们曾隔着窗户看到在混合车间，粉料混合混合的过程，具体评价，我们一致的观点：脏!地面肮脏，而落地的粉料用随地丢弃的笤帚扫起后就这么装包，真是减少了浪费，但是卫生吗!</w:t>
      </w:r>
      <w:r>
        <w:rPr>
          <w:lang w:eastAsia="zh-CN"/>
        </w:rPr>
        <w:br/>
      </w:r>
      <w:r>
        <w:rPr>
          <w:lang w:eastAsia="zh-CN"/>
        </w:rPr>
        <w:t>　　一个月的车间一线实习结束了，总的来说是学到了不少东西，不仅仅是岗位上的技能知识，也包含了工作中应该注意的一些事项。</w:t>
      </w:r>
      <w:r>
        <w:rPr>
          <w:lang w:eastAsia="zh-CN"/>
        </w:rPr>
        <w:br/>
      </w:r>
      <w:r>
        <w:rPr>
          <w:lang w:eastAsia="zh-CN"/>
        </w:rPr>
        <w:t>　　实习的最后一天，我们几个制造处的还和班长学习了一下成本的管控，每一个班结束以后，班长都会对本班次的成本计算出来，看事亏还是赚了，亏/赚了多少，总结本班次的损失，避免下一班次生产出现同样的问题，并对偶发事件造成的损失进行量化，提出改进的建议。直到那一刻，我才发现我要学的，要做的有那么多!</w:t>
      </w:r>
      <w:r>
        <w:rPr>
          <w:lang w:eastAsia="zh-CN"/>
        </w:rPr>
        <w:br/>
      </w:r>
      <w:r>
        <w:rPr>
          <w:lang w:eastAsia="zh-CN"/>
        </w:rPr>
        <w:t>　　通过一个月的车间一线实习，我也发现了一些车间及车间工人在生产过程中存在的问题。</w:t>
      </w:r>
      <w:r>
        <w:rPr>
          <w:lang w:eastAsia="zh-CN"/>
        </w:rPr>
        <w:br/>
      </w:r>
      <w:r>
        <w:rPr>
          <w:lang w:eastAsia="zh-CN"/>
        </w:rPr>
        <w:t>　　偷面现象是最严重的，也是最不好解决的问题。尽管偷面者会被重罚，但还是不能解决，我亲眼看到一个员工捧着好几桶面跑了出去，而且多次看到很多员工偷面，而在车间吃面更是明目张胆……</w:t>
      </w:r>
      <w:r>
        <w:rPr>
          <w:lang w:eastAsia="zh-CN"/>
        </w:rPr>
        <w:br/>
      </w:r>
      <w:r>
        <w:rPr>
          <w:lang w:eastAsia="zh-CN"/>
        </w:rPr>
        <w:t>　　究竟什么方法能解决这个问题呢?罚款肯定不能解决，默许吃面，拿面更是不行。至于派人监督，不仅浪费成本，而且根本解决不了问题，反而会使偷面更普遍，因为越是有人监督，越会激发员工拿面，很奇怪的现象，当监督者不那么负责时，偷面就会又严重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我的一点建议就是，让员工不愿意拿面，而且还会自动监督和制止拿面。具体做法有两方面，一是每条线都建立自我监控机制，自我监督，而且与绩效考核相结合;另一是公司推行配套的措施，为员工提供方便免费的工作餐。偷面的员工多是不愿费时费力的排队挤着去吃饭，而选择不花钱的拿面吃，如果提供了方便快捷免费的工作餐，这些人恐怕就不会选择偷面吃这冒险还不利于自己健康的事了。而每一条线上都建立了自我监控机制，相互监督，也相互影响，吃面的自然就少了。</w:t>
      </w:r>
      <w:r>
        <w:rPr>
          <w:lang w:eastAsia="zh-CN"/>
        </w:rPr>
        <w:br/>
      </w:r>
      <w:r>
        <w:rPr>
          <w:lang w:eastAsia="zh-CN"/>
        </w:rPr>
        <w:t>　　还有一个问题就是，员工流失严重。往往是12号发过工资之后，就会有很多员工辞职。在旺季，严重影响生产供应，尤其是技工的流失。对于这一问题，要分析清流失的原因，然后解决。我能考虑到的原因就是外部配套设施不健全，员工工作时间太长，下班了却不能享受舒适的休息休闲。厂区内严重缺少娱乐设施，尤其在这种比较偏僻的厂区。可以考虑增加一些配套的休闲娱乐设施。留得住人才会正常稳步的的发展，如果人员流动太过频繁，很不利于公司的管理和车间生产工作的进行。</w:t>
      </w:r>
      <w:r>
        <w:rPr>
          <w:lang w:eastAsia="zh-CN"/>
        </w:rPr>
        <w:br/>
      </w:r>
      <w:r>
        <w:rPr>
          <w:lang w:eastAsia="zh-CN"/>
        </w:rPr>
        <w:t>　　车间实习结束了，我觉得学到了一些东西，也有了一些提升。马上就要销售实习了，希望能够在销售实习中学到更多的东西，得到进一步的提升。希望我的第一份工作会做的很成功，我会不断地学习，不断地努力。</w:t>
      </w:r>
      <w:r>
        <w:rPr>
          <w:lang w:eastAsia="zh-CN"/>
        </w:rPr>
        <w:br/>
      </w:r>
      <w:r>
        <w:rPr>
          <w:lang w:eastAsia="zh-CN"/>
        </w:rPr>
        <w:t xml:space="preserve">    2024年工厂车间实习工作总结 篇11 </w:t>
      </w:r>
      <w:r>
        <w:rPr>
          <w:lang w:eastAsia="zh-CN"/>
        </w:rPr>
        <w:br/>
      </w:r>
      <w:r>
        <w:rPr>
          <w:lang w:eastAsia="zh-CN"/>
        </w:rPr>
        <w:t>　　这次能有机会去工厂实习，我感到非常荣幸。虽然只有一个礼拜的时间，但是在这段时间里，对于一些平常理论的东西，有了感性的认识，感觉到受益匪浅。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以下是我在实习期间的一些总结以及心得体会。在以后开展自身的工作，以及在对客户的沟通应对上，希望能有所借鉴。</w:t>
      </w:r>
      <w:r>
        <w:rPr>
          <w:lang w:eastAsia="zh-CN"/>
        </w:rPr>
        <w:br/>
      </w:r>
      <w:r>
        <w:rPr>
          <w:lang w:eastAsia="zh-CN"/>
        </w:rPr>
        <w:t>　　一、工厂的总体规模水平</w:t>
      </w:r>
      <w:r>
        <w:rPr>
          <w:lang w:eastAsia="zh-CN"/>
        </w:rPr>
        <w:br/>
      </w:r>
      <w:r>
        <w:rPr>
          <w:lang w:eastAsia="zh-CN"/>
        </w:rPr>
        <w:t>　　亚泰(东莞)木业位于东莞大朗镇，占地24600平米，员工600多人。近十多年的制造历史已经发展成一家具有专业规模的木制品专家，在东莞制造业发达的地区也小有名气。</w:t>
      </w:r>
      <w:r>
        <w:rPr>
          <w:lang w:eastAsia="zh-CN"/>
        </w:rPr>
        <w:br/>
      </w:r>
      <w:r>
        <w:rPr>
          <w:lang w:eastAsia="zh-CN"/>
        </w:rPr>
        <w:t>　　走进厂区，只见洁净整齐的环境和次序井然的工作程序。虽然是国内的制造厂家，但是，到了车间，看过那些先进的流水线，那些熟练的技术水平，完全会感觉到现代化的管理。作为木质产品的制造厂，一些诸如木屑的飞扬，机器的喧嚣以及混合着的胶水味油漆味等问题，都是难免存在的，但是工厂已经把这些都尽可能的减少到最低限度了。走在车间，这些大多的木制厂家所面临的严重问题似乎在我们工厂并没有太大的困扰，反而是那些管理和效率吸引了大多的参观者。</w:t>
      </w:r>
      <w:r>
        <w:rPr>
          <w:lang w:eastAsia="zh-CN"/>
        </w:rPr>
        <w:br/>
      </w:r>
      <w:r>
        <w:rPr>
          <w:lang w:eastAsia="zh-CN"/>
        </w:rPr>
        <w:t>　　工厂有自己的作息时间，并且都会严格遵守。就连中午休息间隙，每个工人都会把自己得区域整理得井然有序，这样的自觉整理也是工厂之所以能保持洁净的原因之一。在用餐问题上，工厂也有自己的特色。那就是上至高层主管下至普通工人，吃的饭菜一律相同，没有任何的特殊化。</w:t>
      </w:r>
      <w:r>
        <w:rPr>
          <w:lang w:eastAsia="zh-CN"/>
        </w:rPr>
        <w:br/>
      </w:r>
      <w:r>
        <w:rPr>
          <w:lang w:eastAsia="zh-CN"/>
        </w:rPr>
        <w:t>　　二、学习过程</w:t>
      </w:r>
      <w:r>
        <w:rPr>
          <w:lang w:eastAsia="zh-CN"/>
        </w:rPr>
        <w:br/>
      </w:r>
      <w:r>
        <w:rPr>
          <w:lang w:eastAsia="zh-CN"/>
        </w:rPr>
        <w:t>　　如下几点是在工厂实习期间，就我的工作需要，主要学习到的一些知识以及由此得到的一些心得。</w:t>
      </w:r>
      <w:r>
        <w:rPr>
          <w:lang w:eastAsia="zh-CN"/>
        </w:rPr>
        <w:br/>
      </w:r>
      <w:r>
        <w:rPr>
          <w:lang w:eastAsia="zh-CN"/>
        </w:rPr>
        <w:t>　　(一)木材的选用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工厂最常用的木材还是红木(非洲花梨木)，枫木(美国)，胡桃木。大多都是从国外进口，这也就是为什么我司的报价要比国内同等厂家的价格要高的原因&amp;&amp;正是一分价钱一分货。</w:t>
      </w:r>
      <w:r>
        <w:rPr>
          <w:lang w:eastAsia="zh-CN"/>
        </w:rPr>
        <w:br/>
      </w:r>
      <w:r>
        <w:rPr>
          <w:lang w:eastAsia="zh-CN"/>
        </w:rPr>
        <w:t>　　MDF板也是常用的材质之一。我司很多产品也都可以选用MDF贴木皮来达到仿实木的效果。对于一些想节省成本的客户来说可以推荐一用。</w:t>
      </w:r>
      <w:r>
        <w:rPr>
          <w:lang w:eastAsia="zh-CN"/>
        </w:rPr>
        <w:br/>
      </w:r>
      <w:r>
        <w:rPr>
          <w:lang w:eastAsia="zh-CN"/>
        </w:rPr>
        <w:t>　　这些常规木材在仓库里都备有一定数量的库存，其他的木材也有备量，但是一般都要尽量推荐选用常规木材(除非客户定购的产品数量庞大值得工厂采购另外一些昂贵的木材)，这对于工厂的加工技术、生产周期、生长成本等都会有所帮助。</w:t>
      </w:r>
      <w:r>
        <w:rPr>
          <w:lang w:eastAsia="zh-CN"/>
        </w:rPr>
        <w:br/>
      </w:r>
      <w:r>
        <w:rPr>
          <w:lang w:eastAsia="zh-CN"/>
        </w:rPr>
        <w:t>　　(二)加工方面</w:t>
      </w:r>
      <w:r>
        <w:rPr>
          <w:lang w:eastAsia="zh-CN"/>
        </w:rPr>
        <w:br/>
      </w:r>
      <w:r>
        <w:rPr>
          <w:lang w:eastAsia="zh-CN"/>
        </w:rPr>
        <w:t>　　工厂所采用的机器都比较先进，一般来说都是机器自动操作，比如CNC数控机，万能圆锯机,立轴机等。所以，只要操作得当，人员安排合理，一般都能产生较高的效率(一般来说，都需要熟练人工)。</w:t>
      </w:r>
      <w:r>
        <w:rPr>
          <w:lang w:eastAsia="zh-CN"/>
        </w:rPr>
        <w:br/>
      </w:r>
      <w:r>
        <w:rPr>
          <w:lang w:eastAsia="zh-CN"/>
        </w:rPr>
        <w:t>　　虽然说工厂对于大多数的木制产品都能生产，但是以后在和客户沟通过程中，在尽量满足客户要求的同时，还要尽量站在工厂的立场上考虑。比如，可以向客户推荐一些外形相同，但是做法简单，结构清晰的样品。这对于工厂来说不但可以降低成本，而且还可以提高效率。</w:t>
      </w:r>
      <w:r>
        <w:rPr>
          <w:lang w:eastAsia="zh-CN"/>
        </w:rPr>
        <w:br/>
      </w:r>
      <w:r>
        <w:rPr>
          <w:lang w:eastAsia="zh-CN"/>
        </w:rPr>
        <w:t>　　(三)喷漆加工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白身加工完成以后，应尽快转入喷漆车间，否则木材会变形。喷漆的流程为：着色(给产品上底色)――底漆――面漆。喷底漆到喷面漆的过程中还要有磨砂的工艺。</w:t>
      </w:r>
      <w:r>
        <w:rPr>
          <w:lang w:eastAsia="zh-CN"/>
        </w:rPr>
        <w:br/>
      </w:r>
      <w:r>
        <w:rPr>
          <w:lang w:eastAsia="zh-CN"/>
        </w:rPr>
        <w:t>　　底漆又NC漆和PU漆之分。工厂常采用的底漆是NC漆，因为PU漆的成本要比NC高，而且如果喷PU漆的话要求的环境也比较高，必须有无尘房才可以。一般都会推荐客户用NC漆.</w:t>
      </w:r>
      <w:r>
        <w:rPr>
          <w:lang w:eastAsia="zh-CN"/>
        </w:rPr>
        <w:br/>
      </w:r>
      <w:r>
        <w:rPr>
          <w:lang w:eastAsia="zh-CN"/>
        </w:rPr>
        <w:t>　　喷漆加工的时间一般为两天左右。但是虽然所花费的时间不长，但是一张订单的完成，工厂都会把每道环节都会安排到位。因此，在和客户确认订单的时候，一定要把每个要求都确认完整。有些客户在白身做完以后，油漆没有确定，这样搁在一边的话，不但产品容易变形，而且也影响了订单的进度，给工厂带来了不必要的麻烦。</w:t>
      </w:r>
      <w:r>
        <w:rPr>
          <w:lang w:eastAsia="zh-CN"/>
        </w:rPr>
        <w:br/>
      </w:r>
      <w:r>
        <w:rPr>
          <w:lang w:eastAsia="zh-CN"/>
        </w:rPr>
        <w:t>　　(四)镭射和丝印</w:t>
      </w:r>
      <w:r>
        <w:rPr>
          <w:lang w:eastAsia="zh-CN"/>
        </w:rPr>
        <w:br/>
      </w:r>
      <w:r>
        <w:rPr>
          <w:lang w:eastAsia="zh-CN"/>
        </w:rPr>
        <w:t>　　目前工厂的最大镭射尺寸为：320320mm，最小为：1.51.5mm</w:t>
      </w:r>
      <w:r>
        <w:rPr>
          <w:lang w:eastAsia="zh-CN"/>
        </w:rPr>
        <w:br/>
      </w:r>
      <w:r>
        <w:rPr>
          <w:lang w:eastAsia="zh-CN"/>
        </w:rPr>
        <w:t>　　镭射后可以上色，最常见的是上黑色，上完黑色，可以使镭射图案更清晰。但是一般不推荐客户镭射后上色，这样的话会增加成本。镭射的费用是视镭射图案的复杂程度而言的，一般来说都是每件产品1块钱。　　 丝印也是常用的一种方法，但是它的要求是丝印的表面要光滑。</w:t>
      </w:r>
      <w:r>
        <w:rPr>
          <w:lang w:eastAsia="zh-CN"/>
        </w:rPr>
        <w:br/>
      </w:r>
      <w:r>
        <w:rPr>
          <w:lang w:eastAsia="zh-CN"/>
        </w:rPr>
        <w:t>　　要求镭射或者丝印的话都会要求客户提供图片，最好是电子文档。</w:t>
      </w:r>
      <w:r>
        <w:rPr>
          <w:lang w:eastAsia="zh-CN"/>
        </w:rPr>
        <w:br/>
      </w:r>
      <w:r>
        <w:rPr>
          <w:lang w:eastAsia="zh-CN"/>
        </w:rPr>
        <w:t>　　(五)包装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包装是成品完工前的最后一道工序，也是一个产品比较重要的组成部分。包装工序包含了产品的简单组装、包皮、包绒布、五金件的装配、包装物的制作、对产品的前道工序的品检、产品的包装。</w:t>
      </w:r>
      <w:r>
        <w:rPr>
          <w:lang w:eastAsia="zh-CN"/>
        </w:rPr>
        <w:br/>
      </w:r>
      <w:r>
        <w:rPr>
          <w:lang w:eastAsia="zh-CN"/>
        </w:rPr>
        <w:t>　　质量是品质的保证。因此，我们工厂对质量也有严格的把关。一般一道包装的流水线上都有二到三个品检人员进行严格的产品检验，从产品的去尘、五金和玻璃制品的质检到最后的装箱，每个细节都会有工人严格的操作标准。对于一些外销客户来说，对于产品都会比较挑剔，但工厂都会满足这些的要求。这也就是为什么我们工厂的产品会有质量的保障，在产品上很少出现质量纰漏的原因。</w:t>
      </w:r>
      <w:r>
        <w:rPr>
          <w:lang w:eastAsia="zh-CN"/>
        </w:rPr>
        <w:br/>
      </w:r>
      <w:r>
        <w:rPr>
          <w:lang w:eastAsia="zh-CN"/>
        </w:rPr>
        <w:t>　　而同样是国内订单的话，往往会有一些刁蛮的客户，在产品没有品质问题的时候却还要挑一些小瑕疵。对于这些问题，我觉得除了要和客户解释清有些是因为木质品本身的问题之外，还要让他们了解我们工厂对于质量方面的控制要求是达到了国内先进水平的，很多质量问题的产生很可能实在运输过程中的碰撞和野蛮运输。</w:t>
      </w:r>
      <w:r>
        <w:rPr>
          <w:lang w:eastAsia="zh-CN"/>
        </w:rPr>
        <w:br/>
      </w:r>
      <w:r>
        <w:rPr>
          <w:lang w:eastAsia="zh-CN"/>
        </w:rPr>
        <w:t>　　当然，为了避免在运输途中的损坏，在采用一般的安全包装下，除了用一些常规包装物(纸盒、纸箱、礼盒、海绵、保力龙、珍珠棉、拷贝纸、气泡袋、胶带等)外，还可以在纸箱六个面用保力龙板保护。</w:t>
      </w:r>
      <w:r>
        <w:rPr>
          <w:lang w:eastAsia="zh-CN"/>
        </w:rPr>
        <w:br/>
      </w:r>
      <w:r>
        <w:rPr>
          <w:lang w:eastAsia="zh-CN"/>
        </w:rPr>
        <w:t>　　六)其他配件</w:t>
      </w:r>
      <w:r>
        <w:rPr>
          <w:lang w:eastAsia="zh-CN"/>
        </w:rPr>
        <w:br/>
      </w:r>
      <w:r>
        <w:rPr>
          <w:lang w:eastAsia="zh-CN"/>
        </w:rPr>
        <w:t>　　五金是常用到的配件。因此，对于一些常规的五金件，诸如一些合叶、铜扣、铜脚等，工厂都会采购一定的数量以备库存。另外像一些在笔上五金件，工厂自己也有制造的能力，很多都可以独立完成。</w:t>
      </w:r>
      <w:r>
        <w:rPr>
          <w:lang w:eastAsia="zh-CN"/>
        </w:rPr>
        <w:br/>
      </w:r>
      <w:r>
        <w:rPr>
          <w:lang w:eastAsia="zh-CN"/>
        </w:rPr>
        <w:t>　　另外像EVA之类的，也都需要另外采购。</w:t>
      </w:r>
      <w:r>
        <w:rPr>
          <w:lang w:eastAsia="zh-CN"/>
        </w:rPr>
        <w:br/>
      </w:r>
      <w:r>
        <w:rPr>
          <w:lang w:eastAsia="zh-CN"/>
        </w:rPr>
        <w:t>　　三、心得体会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这 次的实习，让我了解到了工厂的规模水平、生产流程以及一些常规产品的制作，在以后的业务操作中相信会有较大的帮助。</w:t>
      </w:r>
      <w:r>
        <w:rPr>
          <w:lang w:eastAsia="zh-CN"/>
        </w:rPr>
        <w:br/>
      </w:r>
      <w:r>
        <w:rPr>
          <w:lang w:eastAsia="zh-CN"/>
        </w:rPr>
        <w:t>　　另外我觉得一方面在工厂供货给我们的同时，另一方面也要积极配合工厂，把双方的工作都做好。同时，自己也还要不断的学习产品的知识，服务好客户。公司整体的业务水平提高了，才能开创出良好的业绩。　 这次的实习，让我了解到了工厂的规模水平、生产流程以及一些常规产品的制作，在以后的业务操作中相信会有较大的帮助。</w:t>
      </w:r>
      <w:r>
        <w:rPr>
          <w:lang w:eastAsia="zh-CN"/>
        </w:rPr>
        <w:br/>
      </w:r>
      <w:r>
        <w:rPr>
          <w:lang w:eastAsia="zh-CN"/>
        </w:rPr>
        <w:t>　　另外我觉得一方面在工厂供货给我们的同时，另一方面也要积极配合工厂，把双方的工作都做好。同时，自己也还要不断的学习产品的知识，服务好客户。公司整体的业务水平提高了，才能开创出良好的业绩。</w:t>
      </w:r>
      <w:r>
        <w:rPr>
          <w:lang w:eastAsia="zh-CN"/>
        </w:rPr>
        <w:br/>
      </w:r>
      <w:r>
        <w:rPr>
          <w:lang w:eastAsia="zh-CN"/>
        </w:rPr>
        <w:t xml:space="preserve">    2024年工厂车间实习工作总结 篇12 </w:t>
      </w:r>
      <w:r>
        <w:rPr>
          <w:lang w:eastAsia="zh-CN"/>
        </w:rPr>
        <w:br/>
      </w:r>
      <w:r>
        <w:rPr>
          <w:lang w:eastAsia="zh-CN"/>
        </w:rPr>
        <w:t>　　让我获益太多，这次难得的实习机会。终身受用。一定要牢牢记住这次的经历，把理论与实际结合起来，虚心学习，勤动脑筋，多动手，不怕麻烦，找到属于自己的那片天。</w:t>
      </w:r>
      <w:r>
        <w:rPr>
          <w:lang w:eastAsia="zh-CN"/>
        </w:rPr>
        <w:br/>
      </w:r>
      <w:r>
        <w:rPr>
          <w:lang w:eastAsia="zh-CN"/>
        </w:rPr>
        <w:t>　　踏破铁鞋无觅处，好不容易找到一家企业愿意“收留”真得感到无名的兴奋和愉悦。似乎体会到大学生找工作的困难。终于来到南海区一家实业有限公司实习。虽然实习的时间短之又短，但是获益良多。要不是多得运营管理课的课程要求，想也没有机会得到这么好的实习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以成为集研制、生产、销售、技术培训于一体，机械厂已经有二十多年的发展历史。拥有高精度电脑控制机械加工中心等全套加工设备的大型专业包装设备制造厂。目前主要生产瓦楞纸箱机械，产品包括：自动和半自动轮转开槽切角机，全电脑高速水墨印刷开槽机、全电脑高速水墨印刷开槽模切机。还有与国际知名度高的企业日本机械株式会社合作生产高精度、高效率、先进的自动平压模切机等。</w:t>
      </w:r>
      <w:r>
        <w:rPr>
          <w:lang w:eastAsia="zh-CN"/>
        </w:rPr>
        <w:br/>
      </w:r>
    </w:p>
    <w:p w:rsidR="001B1F19" w14:textId="27C3F48A">
      <w:pPr>
        <w:rPr>
          <w:rFonts w:hint="eastAsia"/>
          <w:lang w:eastAsia="zh-CN"/>
        </w:rPr>
      </w:pPr>
      <w:r>
        <w:rPr>
          <w:lang w:eastAsia="zh-CN"/>
        </w:rPr>
        <w:t>　　该机械厂的组织机构设置很简练。主要是董事—秘书及会计—经理管理各个部门。生产线上不会像往常的工厂那样满布工人，由于机械厂的设备很先进。主要是某一两个人负责工作流程。这对我解该工厂的生产流程提供了方便。属于定单供货型的生产。由于产品的质量要求和技术含量要求都很高，该厂生产的纸箱机械的需求量很稳定。因此，生产周期也比较长，单次产品需求的数量也不大。同时，每台产品的价格非常高贵，万元以上。推销，生产部门主要包括。技术，生产，供应，销售。被安排在供应部工作。但其工作并不是坐在办公室悠闲地写写东西，而是跟住部长随处跑，跑车间，甚至到外面去跑业务。刚好该厂正赶货，实习期间。与合作的日本企业的定单。生产进行得如火如荼。跟随供应部人员工作的时候，方才发现，供应这部门，企业中极其重要。供应部必需与往来企业打好交道。企业的供应部与下游企业的沟通好与坏，首先。直接影响产品的最终销售。直接影响企业生产运作系统运行，保证企业产品质量、价格、交货期和服务的关键因素之一”便向她问了很多很多的问题。说，趁供应部的部长一有空。该厂的销售其实大部分由自家联系买家，不过主要是老客户，关系模式主要是合作。比如与日本企业的合作等。这些老客户由于多年的合作，关系很牢固，但是每当企业外联人员替换或其他特殊情况时，往往会容易丢失客户，当然内里有很多内部原因不方便向我外人透露，但主要是因为离职或退休的员工往往会带走或新员工不了解老客户的习性和本来的某些特殊约定而让老客户恼火。所以，供应部员工的替换非常的慎重。同时，客户的负责会分散开来，防止客随人走的情况。供应部不单要搞好企业外的关心，其次。跟生产实业部门的关系也非常的重要供应部是传达客户信息的主要途径，往往在这时。向生产部门传达顾客的需求。觉得一提的部门间的设置。觉得工厂的布局很合理，说到供应部与生产车间的沟通。招待外宾的会议室，高层人员的办公室和其他各部门的办公室设在同一幢大楼里。相互距离很接近。外宾来访时，可以让他见到工作人员的工作态度，对工作人员是一种无形的监督，也是向外宾显示员工工作态度和工厂的完善制度的机会。有个门，还有一个合理的地方就是供应部所在之处。这门专门方便供应部人员到生产车间去。为人员和部门的沟通提供了方便。去拜访了公司的董事，后来。提到这个工厂的部门布局问题的时候，让董事眉笑眼开，原来，工厂是董事的个人建筑设计，考虑布局的时候，确考虑到部门沟通这个问题，特别是供应部与生产车间之间。这让我觉得有点骄傲，因为我也考虑到想的问题，更是因为，把运营管理课上学到供应链的知识，实习中体会到思考到。</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https://d.book118.com/995344242134011102</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95344242134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