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管理者培训心得体会（34篇）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管理者培训心得体会（通用34篇）</w:t>
      </w:r>
      <w:r>
        <w:rPr>
          <w:lang w:eastAsia="zh-CN"/>
        </w:rPr>
        <w:br/>
      </w:r>
      <w:r>
        <w:rPr>
          <w:lang w:eastAsia="zh-CN"/>
        </w:rPr>
        <w:t xml:space="preserve">    管理者培训心得体会 篇1 </w:t>
      </w:r>
      <w:r>
        <w:rPr>
          <w:lang w:eastAsia="zh-CN"/>
        </w:rPr>
        <w:br/>
      </w:r>
      <w:r>
        <w:rPr>
          <w:lang w:eastAsia="zh-CN"/>
        </w:rPr>
        <w:t>　　3月30日，我校中层领导干部参加心理健康教育管理者知识的培训，我受益匪浅，感想颇多。我想就此问题谈谈自己从这次培训中获得的体会。</w:t>
      </w:r>
      <w:r>
        <w:rPr>
          <w:lang w:eastAsia="zh-CN"/>
        </w:rPr>
        <w:br/>
      </w:r>
      <w:r>
        <w:rPr>
          <w:lang w:eastAsia="zh-CN"/>
        </w:rPr>
        <w:t>　　一、通过学习，我认识到了教师心理健康需要教师经常检查自己、反思自己。</w:t>
      </w:r>
      <w:r>
        <w:rPr>
          <w:lang w:eastAsia="zh-CN"/>
        </w:rPr>
        <w:br/>
      </w:r>
      <w:r>
        <w:rPr>
          <w:lang w:eastAsia="zh-CN"/>
        </w:rPr>
        <w:t>　　我认为，教师是学校心理健康教育的推行者、具体实施者，</w:t>
      </w:r>
      <w:r>
        <w:rPr>
          <w:lang w:eastAsia="zh-CN"/>
        </w:rPr>
        <w:br/>
      </w:r>
      <w:r>
        <w:rPr>
          <w:lang w:eastAsia="zh-CN"/>
        </w:rPr>
        <w:t>　　一个成功的教师，除了要有渊博的学识和优良的教学技能，还要有健全的人格和高尚的品德。教师的言行对学生有很大影响，特别是对低年级学生更是如此，在他们的心目中，教师是智者——什么都懂；是能者一什么都会；是圣者一</w:t>
      </w:r>
      <w:r>
        <w:rPr>
          <w:lang w:eastAsia="zh-CN"/>
        </w:rPr>
        <w:br/>
      </w:r>
      <w:r>
        <w:rPr>
          <w:lang w:eastAsia="zh-CN"/>
        </w:rPr>
        <w:t>　　不会犯错；是权威者一具有比父母还高的权威力量。教师的衣着举止，言谈风度，以及待人接物等，都会使学生受到深刻的影响。人格健全的教师，能在课堂中创造一种和谐与温馨的气氛</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使学生如沐春风，轻松愉快，而人格不健全的教师，只能在课堂上造成一种紧张或恐怖的气氛，使学生如坐针毡，惶惑不安。所以，教师完善的心理素质和人格，是构成良好师生关系的基础，是实施心理健康教育、情感教育的出发点和首要原则，新的教育实践要求每一位教师都应该从自身的心理健康的角度，完善自己的人格，提升自己的人格魅力。通过学习，我也知道了教师要善于做好自身的心理调节及保健工作，了解自我，辩证地看待自己的优缺点：学习心理卫生知识和心理健康知识，掌握心理调节的方法，学会缓解心理压力，改善不良人格，提高心理承受能力；调整情绪，保持心理的平衡；善于选择自己心情愉快的角度去思考问题、处理问题，建立起良好的人际关系；乐于为工作奉献，并合理安排时间，张弛有度；培养多种兴趣与爱好，陶冶情操，只有这样，才能以积极健康地工作热情投入到教学活动中去。</w:t>
      </w:r>
      <w:r>
        <w:rPr>
          <w:lang w:eastAsia="zh-CN"/>
        </w:rPr>
        <w:br/>
      </w:r>
      <w:r>
        <w:rPr>
          <w:lang w:eastAsia="zh-CN"/>
        </w:rPr>
        <w:t>　　二、通过教师的心理健康的学习，我知道了教师必须脚踏实地的做好本质工作，还要关注学生心理健康。</w:t>
      </w:r>
      <w:r>
        <w:rPr>
          <w:lang w:eastAsia="zh-CN"/>
        </w:rPr>
        <w:br/>
      </w:r>
      <w:r>
        <w:rPr>
          <w:lang w:eastAsia="zh-CN"/>
        </w:rPr>
        <w:t>　　古老文化的中国有这样一句格言3岁看小，7岁看老。这充分说明了小学阶段学生的心理健康对其—生有何其重要的影响。结合我的实践经历和周边情况，我对学生心理健康问题做了认真地分析。我认为，我们目前正处于—一个社会的转变期，纷纭复杂的社会现象，多元化的价值观，来自升学、就业、竞争等方面的压力，各种不可测的变数，引发了学生心理疾患的上升，也对学校的心理健康教育提出了严峻的挑战。过去与现在虽然做了不少探索性工作，但审视我们目前学校的学生心理健康教育，</w:t>
      </w:r>
      <w:r>
        <w:rPr>
          <w:lang w:eastAsia="zh-CN"/>
        </w:rPr>
        <w:br/>
      </w:r>
      <w:r>
        <w:rPr>
          <w:lang w:eastAsia="zh-CN"/>
        </w:rPr>
        <w:t>　　在层出不穷的新现象、新问题面前，存在种种不足也是明显的。为何不足？很有必要追根溯源，以利对症“下药”。</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总之，教学的目的就是教书育人。为了让学生形成健康的心理，教师就要不断完善自己的人格，不断提升自己的人格魅力。良好的性格、高雅的气质、卓越的才能以及高尚的道德品质将对学生产生潜移默化的熏陶与教化作用，正作到为人师表。只有形成学校、家庭、社会的心理健康教育网络，齐抓共管，</w:t>
      </w:r>
      <w:r>
        <w:rPr>
          <w:lang w:eastAsia="zh-CN"/>
        </w:rPr>
        <w:br/>
      </w:r>
      <w:r>
        <w:rPr>
          <w:lang w:eastAsia="zh-CN"/>
        </w:rPr>
        <w:t>　　学生的心理素质和心理水平一定能朝着健康的方向发展。</w:t>
      </w:r>
      <w:r>
        <w:rPr>
          <w:lang w:eastAsia="zh-CN"/>
        </w:rPr>
        <w:br/>
      </w:r>
      <w:r>
        <w:rPr>
          <w:lang w:eastAsia="zh-CN"/>
        </w:rPr>
        <w:t>　　教师的心理健康从根本上说还得由教师自己维护。一个优秀的教师应该能够处理好两个方面的关系——既关注学生的心理健康，同时也重视自己的心理健康。优秀的教师在需要的时候能承受巨大的压力，但他绝不应让自己—直处于压力之中以至于身心俱损，影响工作和生活的正常进行。身为教师，只有不断提高自身的综合素质，不断学习和掌握新的知识，尽快适应新的教学观念，掌握新的教学方法，达到新的教学要求，才能寻求新的发展，也才能真正拥有心理上的安全感。教师不断地接受新知识，开拓自己的视野，也能使自己站在更高的角度看问题，以更平和的心态对待生活和工作中不尽人意之处，更少地体验到焦虑和挫折，对维护心理健康有重要意义！</w:t>
      </w:r>
      <w:r>
        <w:rPr>
          <w:lang w:eastAsia="zh-CN"/>
        </w:rPr>
        <w:br/>
      </w:r>
      <w:r>
        <w:rPr>
          <w:lang w:eastAsia="zh-CN"/>
        </w:rPr>
        <w:t xml:space="preserve">    管理者培训心得体会 篇2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学习《卓越绩效管理模式》有感为了不断适应市场的新变化，提升管理者的管理水平。启腾公司在新的一年联合龙岗区质量技术协会，特别邀请了国务院特殊津贴获得者刘爱基老师为公司的管理者做了一堂《卓越绩效管理》的课程，本人有幸聆听老师精彩的课程，下面就结合自己的想法谈谈其中一点体会。</w:t>
      </w:r>
      <w:r>
        <w:rPr>
          <w:lang w:eastAsia="zh-CN"/>
        </w:rPr>
        <w:br/>
      </w:r>
      <w:r>
        <w:rPr>
          <w:lang w:eastAsia="zh-CN"/>
        </w:rPr>
        <w:t>　　卓越绩效管理模式是世界上最先进的管理模式之一，它通过综合的组织绩效管理的方法，使组织和个人得到进步和发展，提高组织的整体绩效和能力，为顾客和其他相关方创乔布斯任董事长之后以其远见卓识，推出苹果手机，迅速打开市场，打败墨守成规的老牌霸主诺基亚，带领苹果走向巅峰。如果没有乔布斯我想苹果还在依然苦苦的挣扎，一位有“远见卓识的领导”是任何产品和金钱都代替不了的。乔布斯不幸英年早逝，苹果手机虽然依然占据霸主地位，但是雄风已然不再。</w:t>
      </w:r>
      <w:r>
        <w:rPr>
          <w:lang w:eastAsia="zh-CN"/>
        </w:rPr>
        <w:br/>
      </w:r>
      <w:r>
        <w:rPr>
          <w:lang w:eastAsia="zh-CN"/>
        </w:rPr>
        <w:t>　　因为有一位远见卓识的领导，苹果才能从一家快倒闭的公司，成就今天的辉煌；因为有一位远见卓识的领导，共产党才能从当初的星星之火，燃遍现在的燎原之势；因为拥有一位远见卓识的领导，海尔才能从一家集体小厂，成长为国际化的海尔集团；因为有一位远见卓识的领导，启腾公司才能从一家门店，走到现在的规模。</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位有远见卓越的领导，能够带领一个处于快灭亡的企业起死回生，一位有远见卓越的领导能够带领一只处于劣势的队伍，转败为胜，一位有远见卓识的领导能够带领一家小餐馆，壮大为今天的连锁企业。一位有远见卓识的领导就是一个团队的灵魂，一个团队的`心脏。“千金易得，良将难求”。纵观很多优秀成功企业，都离不开有一位有远见卓识的领导，一个领头羊做的好不好，才是企业成败的关键。英国有句谚语是这么说的，一只狮子领导的羊群，一定能打败一只绵羊领导的狮子团队，领导者的水平和能力直接决定了一个企业，一个团队成败的关键。</w:t>
      </w:r>
      <w:r>
        <w:rPr>
          <w:lang w:eastAsia="zh-CN"/>
        </w:rPr>
        <w:br/>
      </w:r>
      <w:r>
        <w:rPr>
          <w:lang w:eastAsia="zh-CN"/>
        </w:rPr>
        <w:t>　　做为此次参加卓越绩效管理的管理者，我们要不断的去学习，不断的增长自己的聪明和才干，这样才能适应不断的社会变化，才能审时度势的改变团队和企业的方向。做一位有远见卓识的领导任重而道远，与诸君共勉。</w:t>
      </w:r>
      <w:r>
        <w:rPr>
          <w:lang w:eastAsia="zh-CN"/>
        </w:rPr>
        <w:br/>
      </w:r>
      <w:r>
        <w:rPr>
          <w:lang w:eastAsia="zh-CN"/>
        </w:rPr>
        <w:t xml:space="preserve">    管理者培训心得体会 篇3 </w:t>
      </w:r>
      <w:r>
        <w:rPr>
          <w:lang w:eastAsia="zh-CN"/>
        </w:rPr>
        <w:br/>
      </w:r>
      <w:r>
        <w:rPr>
          <w:lang w:eastAsia="zh-CN"/>
        </w:rPr>
        <w:t>　　昨天下午，公司安排了一堂《管理者的角色与定位》培训。主讲是来自某咨询公司的陈总。陈总以实战为主，理论很少。主要以自己的亲身管理体会来给我们传授经验。陈总讲了一个亲身经历：他被猎头空降到一家企业，做__年之后，团队的业绩逐渐出色。当团队进入一个状态之时，陈总每天只需要上两个小时的班。除了周末的例会时候检查下业绩，不好的话，可以破口大骂的训斥。具体两个小时肯定就是处理些大小事物。其他时间，就回去打麻将或干其他事情。老总找到他谈话，陈总说，我们团队的业绩在这一年中比以前有什么样的变化？老总说，变化很大。业绩达到前所未有的提升。那陈总说你还管我干什么？老总也就不再干涉了。</w:t>
      </w:r>
      <w:r>
        <w:rPr>
          <w:lang w:eastAsia="zh-CN"/>
        </w:rPr>
        <w:br/>
      </w:r>
      <w:r>
        <w:rPr>
          <w:lang w:eastAsia="zh-CN"/>
        </w:rPr>
        <w:t>　　随后陈总给我们讲了战略，流程，执行等，还有职业素养，管理能力，专业技能，领导能力等等知识点。</w:t>
      </w:r>
      <w:r>
        <w:rPr>
          <w:lang w:eastAsia="zh-CN"/>
        </w:rPr>
        <w:br/>
      </w:r>
      <w:r>
        <w:rPr>
          <w:lang w:eastAsia="zh-CN"/>
        </w:rPr>
        <w:t>　　整个一个陈总的亲身案例，让我想了很多很多。包括之后的这些理论加实践的知识点。我都统筹思考了。首选肯定的是，陈总是一个成功人士。之所以陈总能够站在台上给我们演讲，那么肯定有他独到之处。而从他的案例中，我却产生了多个不同的看法和疑点。</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首先：陈总被空降的一家企业，首先做的是整顿团队，撤掉主管。集大权于一身，统筹全局，指点江山。那么，陈总能力达到了这个地步，可以这样统一规划。是不是真的有个固定流程就可以将业绩提高？是不是真的`就是每天处理一些紧急事务就可以上两个小时班？把主管撤掉后，所有的事情都由陈总一个人来管理。陈总的能力是在不断的提升，身价也在不断的提高。但是，假如，陈总有一天离开了这个企业，那么我给企业留下来的是什么？仅仅是一个固定的工作流程吗？主管都撤掉了，谁来接替我的岗位？还要老总再花重金去猎头空降吗？人走了，留下了什么？这个是一个职业经理人必须要考虑的问题！</w:t>
      </w:r>
      <w:r>
        <w:rPr>
          <w:lang w:eastAsia="zh-CN"/>
        </w:rPr>
        <w:br/>
      </w:r>
      <w:r>
        <w:rPr>
          <w:lang w:eastAsia="zh-CN"/>
        </w:rPr>
        <w:t>　　其次，陈总每天只上两个小时班，老总找到后，有业绩来证明。有点类似于谷歌公司的一个高级职业赤臂上班一样，在办公室可以有权利上身不穿衣服上班。因为他有资本，有成绩。在企业都有包容个性的深度，但包容也是有限度的。当一个职业经理人连基本的上班时间都不保证，业绩再高，我们如何去认同这个人。在一个找不到领导的团队，如何才能更上一层楼？在本企业业绩是很高了，在本行业呢？在全行业呢？比着别人，差距难道就是在打麻将中得到的吗？如果我们将更多的时间放在工作中，会不会将业绩提的更高？会不会成为一个行业的佼佼者？时间管理意识怎么给我们强化呢？</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再者，两个小时处理事情，在周末例会检查任务。如果做不好，会给予批评甚至骂他们。现代管理理论中，骂员工已经不再提倡。批评员工也要讲究方法。如果处理不当，谁知道员工心理是什么样的承受力？富士康员工跳楼事件难道我们还不能借鉴？零容忍是可以，强压式工作也可以，但是心理教育是必须的。</w:t>
      </w:r>
      <w:r>
        <w:rPr>
          <w:lang w:eastAsia="zh-CN"/>
        </w:rPr>
        <w:br/>
      </w:r>
      <w:r>
        <w:rPr>
          <w:lang w:eastAsia="zh-CN"/>
        </w:rPr>
        <w:t>　　以上是对陈总的案例说的我个人的见解。另外，对陈总出任我们公司的培训讲师。我们非常的高兴。能将自己的人生经历讲给我们听，这个我们值得我们学习的。对于这次培训准备，我有个人的几点看法：</w:t>
      </w:r>
      <w:r>
        <w:rPr>
          <w:lang w:eastAsia="zh-CN"/>
        </w:rPr>
        <w:br/>
      </w:r>
      <w:r>
        <w:rPr>
          <w:lang w:eastAsia="zh-CN"/>
        </w:rPr>
        <w:t>　　1，陈总对我们公司文化了解不深。在他的行业可以做的事情或他的人生经历，并不一定在我们行业适合。</w:t>
      </w:r>
      <w:r>
        <w:rPr>
          <w:lang w:eastAsia="zh-CN"/>
        </w:rPr>
        <w:br/>
      </w:r>
      <w:r>
        <w:rPr>
          <w:lang w:eastAsia="zh-CN"/>
        </w:rPr>
        <w:t>　　2、陈总讲的一些话，太现实。有时候，给员工不应该太给予现实说法。赚钱，掌权。权利可以赚更多的钱等等。这个可能是对我们现状的业务转管理有一定的好处。但掌权后能否做好还是另一说。</w:t>
      </w:r>
      <w:r>
        <w:rPr>
          <w:lang w:eastAsia="zh-CN"/>
        </w:rPr>
        <w:br/>
      </w:r>
      <w:r>
        <w:rPr>
          <w:lang w:eastAsia="zh-CN"/>
        </w:rPr>
        <w:t>　　3，作为一名培训师，给我们的感染力不够强烈。</w:t>
      </w:r>
      <w:r>
        <w:rPr>
          <w:lang w:eastAsia="zh-CN"/>
        </w:rPr>
        <w:br/>
      </w:r>
      <w:r>
        <w:rPr>
          <w:lang w:eastAsia="zh-CN"/>
        </w:rPr>
        <w:t>　　听了一个小时半的课程，也从里面学到了很多，以上的思想，是我根据人性心理方面，很可能会给我们员工造成的一个误导，有必要在此说下个人见解。不一定对，仅作参考。</w:t>
      </w:r>
      <w:r>
        <w:rPr>
          <w:lang w:eastAsia="zh-CN"/>
        </w:rPr>
        <w:br/>
      </w:r>
      <w:r>
        <w:rPr>
          <w:lang w:eastAsia="zh-CN"/>
        </w:rPr>
        <w:t xml:space="preserve">    管理者培训心得体会 篇4 </w:t>
      </w:r>
      <w:r>
        <w:rPr>
          <w:lang w:eastAsia="zh-CN"/>
        </w:rPr>
        <w:br/>
      </w:r>
      <w:r>
        <w:rPr>
          <w:lang w:eastAsia="zh-CN"/>
        </w:rPr>
        <w:t>　　20__年4月22至24日，分公司邀请厦门众研企业管理咨询有限公司专家开展《基层管理人员督导技能训练》讲座。</w:t>
      </w:r>
      <w:r>
        <w:rPr>
          <w:lang w:eastAsia="zh-CN"/>
        </w:rPr>
        <w:br/>
      </w:r>
      <w:r>
        <w:rPr>
          <w:lang w:eastAsia="zh-CN"/>
        </w:rPr>
        <w:t>　　通过三天的学习，我对于基层管理和授课技巧有了较为系统和理性的认识，增进了对公司制度管理、程序管理、资源管理等方面的了解，对厦航的文化建设也有了更深的认识。</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下面我想谈一下自己三天来学习的心得体会。</w:t>
      </w:r>
      <w:r>
        <w:rPr>
          <w:lang w:eastAsia="zh-CN"/>
        </w:rPr>
        <w:br/>
      </w:r>
      <w:r>
        <w:rPr>
          <w:lang w:eastAsia="zh-CN"/>
        </w:rPr>
        <w:t>　　一明白什么是管理</w:t>
      </w:r>
      <w:r>
        <w:rPr>
          <w:lang w:eastAsia="zh-CN"/>
        </w:rPr>
        <w:br/>
      </w:r>
      <w:r>
        <w:rPr>
          <w:lang w:eastAsia="zh-CN"/>
        </w:rPr>
        <w:t>　　管理是一门艺术，是运用组织的各种资源以达成共同的目标。</w:t>
      </w:r>
      <w:r>
        <w:rPr>
          <w:lang w:eastAsia="zh-CN"/>
        </w:rPr>
        <w:br/>
      </w:r>
      <w:r>
        <w:rPr>
          <w:lang w:eastAsia="zh-CN"/>
        </w:rPr>
        <w:t>　　其中最重要的因素就是管理者，因为管理者的职责就是让自己的下属和团队明白重点是什么，每个人应该做什么，同时团队的建设和成员间相互协作的关系也十分重要。</w:t>
      </w:r>
      <w:r>
        <w:rPr>
          <w:lang w:eastAsia="zh-CN"/>
        </w:rPr>
        <w:br/>
      </w:r>
      <w:r>
        <w:rPr>
          <w:lang w:eastAsia="zh-CN"/>
        </w:rPr>
        <w:t>　　一位好的管理者应该同时具备变革管理者、文化塑造者、绩效创造者和激励教导者这四个角色。</w:t>
      </w:r>
      <w:r>
        <w:rPr>
          <w:lang w:eastAsia="zh-CN"/>
        </w:rPr>
        <w:br/>
      </w:r>
      <w:r>
        <w:rPr>
          <w:lang w:eastAsia="zh-CN"/>
        </w:rPr>
        <w:t>　　也就是说，一位成功的管理者，关键在于他的行为魅力，有良好的领导行为，才能取得团队的信任，给员工带来信心和正能量。</w:t>
      </w:r>
      <w:r>
        <w:rPr>
          <w:lang w:eastAsia="zh-CN"/>
        </w:rPr>
        <w:br/>
      </w:r>
      <w:r>
        <w:rPr>
          <w:lang w:eastAsia="zh-CN"/>
        </w:rPr>
        <w:t>　　而信任是相互的，想让自己被他人信任，必须先信任他人。</w:t>
      </w:r>
      <w:r>
        <w:rPr>
          <w:lang w:eastAsia="zh-CN"/>
        </w:rPr>
        <w:br/>
      </w:r>
      <w:r>
        <w:rPr>
          <w:lang w:eastAsia="zh-CN"/>
        </w:rPr>
        <w:t>　　所以，作为一名合格的管理者，应该尊重下属，关心他们的工作和生活，培养员工的积极性。</w:t>
      </w:r>
      <w:r>
        <w:rPr>
          <w:lang w:eastAsia="zh-CN"/>
        </w:rPr>
        <w:br/>
      </w:r>
      <w:r>
        <w:rPr>
          <w:lang w:eastAsia="zh-CN"/>
        </w:rPr>
        <w:t>　　当员工遇到生活或者是工作上的困难时，要主动给予帮助，为其排忧解难，增加员工的安全感。</w:t>
      </w:r>
      <w:r>
        <w:rPr>
          <w:lang w:eastAsia="zh-CN"/>
        </w:rPr>
        <w:br/>
      </w:r>
      <w:r>
        <w:rPr>
          <w:lang w:eastAsia="zh-CN"/>
        </w:rPr>
        <w:t>　　另外，管理者也应不断加强自身的道德品质修养，做到言行一致，严于律己，宽以待人，处理问题公平公正，赢取员工的信任感。</w:t>
      </w:r>
      <w:r>
        <w:rPr>
          <w:lang w:eastAsia="zh-CN"/>
        </w:rPr>
        <w:br/>
      </w:r>
      <w:r>
        <w:rPr>
          <w:lang w:eastAsia="zh-CN"/>
        </w:rPr>
        <w:t>　　二提高沟通技巧</w:t>
      </w:r>
      <w:r>
        <w:rPr>
          <w:lang w:eastAsia="zh-CN"/>
        </w:rPr>
        <w:br/>
      </w:r>
      <w:r>
        <w:rPr>
          <w:lang w:eastAsia="zh-CN"/>
        </w:rPr>
        <w:t>　　在讲到沟通技巧时，老师提到了一个我并不陌生的词：同理心。</w:t>
      </w:r>
      <w:r>
        <w:rPr>
          <w:lang w:eastAsia="zh-CN"/>
        </w:rPr>
        <w:br/>
      </w:r>
      <w:r>
        <w:rPr>
          <w:lang w:eastAsia="zh-CN"/>
        </w:rPr>
        <w:t>　　它的意思是进入并了解他人的内心世界，并将这种了解传达给他人的一种能力，又叫换位思考。</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为什么说我并不陌生，因为它是每一位乘务员都必须具备的服务技巧。</w:t>
      </w:r>
      <w:r>
        <w:rPr>
          <w:lang w:eastAsia="zh-CN"/>
        </w:rPr>
        <w:br/>
      </w:r>
      <w:r>
        <w:rPr>
          <w:lang w:eastAsia="zh-CN"/>
        </w:rPr>
        <w:t>　　航班上，乘务员需要体会旅客的情绪和想法，理解旅客的立场和感受，并站在旅客的角度去思考问题，就好比是将自己放在这件已发生的事情上，想象自己因为什么心理导致这种行为，从而触发这个事件并接纳他人的心理。</w:t>
      </w:r>
      <w:r>
        <w:rPr>
          <w:lang w:eastAsia="zh-CN"/>
        </w:rPr>
        <w:br/>
      </w:r>
      <w:r>
        <w:rPr>
          <w:lang w:eastAsia="zh-CN"/>
        </w:rPr>
        <w:t>　　因此，同理心是一种非常有效的沟通技巧。</w:t>
      </w:r>
      <w:r>
        <w:rPr>
          <w:lang w:eastAsia="zh-CN"/>
        </w:rPr>
        <w:br/>
      </w:r>
      <w:r>
        <w:rPr>
          <w:lang w:eastAsia="zh-CN"/>
        </w:rPr>
        <w:t>　　沟通的第二要素是倾听，而且要全方位的倾听，倾听时要专注，集中精神有耐心，并控制好自己的情绪，勿跟旅客争对错。</w:t>
      </w:r>
      <w:r>
        <w:rPr>
          <w:lang w:eastAsia="zh-CN"/>
        </w:rPr>
        <w:br/>
      </w:r>
      <w:r>
        <w:rPr>
          <w:lang w:eastAsia="zh-CN"/>
        </w:rPr>
        <w:t>　　工作中有效的沟通可以更好推动与同事和上司之间关系的和谐发展，作为承上启下的基层管理者，为领导与员工寻找到一个合理的平衡点十分重要，不应该做压力的桥梁，而是要做压力的熔炉，用融洽的沟通去实现压力的释放。</w:t>
      </w:r>
      <w:r>
        <w:rPr>
          <w:lang w:eastAsia="zh-CN"/>
        </w:rPr>
        <w:br/>
      </w:r>
      <w:r>
        <w:rPr>
          <w:lang w:eastAsia="zh-CN"/>
        </w:rPr>
        <w:t>　　通过这三天的学习，我总结到：基层管理者必须要不断提高自己的思想认识，端正自己的思想作风和工作作风，不要做表面文章。</w:t>
      </w:r>
      <w:r>
        <w:rPr>
          <w:lang w:eastAsia="zh-CN"/>
        </w:rPr>
        <w:br/>
      </w:r>
      <w:r>
        <w:rPr>
          <w:lang w:eastAsia="zh-CN"/>
        </w:rPr>
        <w:t>　　在管理上，要脚踏实地、一步一个脚印;在制度的实施上，不能松懈，展现基层管理者的'执行力;在心态的建设上，要时刻保持高昂的工作激情和积极向上的精神状态!</w:t>
      </w:r>
      <w:r>
        <w:rPr>
          <w:lang w:eastAsia="zh-CN"/>
        </w:rPr>
        <w:br/>
      </w:r>
      <w:r>
        <w:rPr>
          <w:lang w:eastAsia="zh-CN"/>
        </w:rPr>
        <w:t>　　6月的第一个周末，我有幸参加了高伯任老师的[关于企业中层管理者——最有效的企业辅导]的培训课程。两天的课程排得满满当当，穿着正装坐在没有空调的培训室，原本应该是件很不快乐的事。但是，时间一眨眼就过去了，高老师的课很精彩，大家围坐在一起：交流、玩游戏、分享培训心得，真是一大快事。</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是一位编辑主管，年轻有梦想，部门员工也都是年纪轻轻的热血小青年们，我一心想把这个团队建设好——打造一支有激情、有战斗力、有能力的团队。但是缺乏管理经验，领导也一直有意无意地指引、教导我应该怎样带好团队，但进步不是很明显。一直被究竟什么是管理能力这个问题所困扰，就管理风格（“指令式、中层管理者式、团队式、授权式”）来说，我认为在不同的时期不同的环境下需要变换不同的管理风格，积极、有效地带领团队发挥出最大的潜能，很好地完成工作任务是一切管理工作的落地。但是具体操作起来总是会困惑、在难题面前会显得有些不自信，这不仅影响了整个团队的工作，还使自己对工作不再满腹激情。</w:t>
      </w:r>
      <w:r>
        <w:rPr>
          <w:lang w:eastAsia="zh-CN"/>
        </w:rPr>
        <w:br/>
      </w:r>
      <w:r>
        <w:rPr>
          <w:lang w:eastAsia="zh-CN"/>
        </w:rPr>
        <w:t>　　这两天的企业中层管理者培训对我来说有着很重要的意义，仿佛眼前的道路变得平坦了、天空变得亮堂堂，对于团队的管理也不再恐惧和迷惘。管理者不需要多么有魄力，不需要多么高大多么威严，重要的是能够指引员工们朝着正确的、更好的方向前进，帮助员工在工作中发现问题、思考问题，从而解决问题，帮助他们在工作中取得更大的进步，出色地完成工作任务！</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当把自己定位于一个“中层管理者”角色的时候，我觉得很多问题都变得简单明了了。中层管理者的技术在于发掘人的潜能，换一句话说就是：领导能力即是发挥下属能力的能力。成为一个好的企业中层管理者重在有效的对话技术，发现问题所在，通过提问的方式引导对方意识到问题、并寻求有效方法解决问题。高老师说了一句很形象的话：中层管理者就是让你看到镜子和窗子。这里，镜子就是真实的自己，而窗子则是美好的东西。成为一面平实的好镜子、一扇透亮的窗户，正向地引导某个人，确定工作目标，积极地聆听、鼓励他们发现问题，用一些问题帮助他们深入思考，和他们分享自己的一些工作经验，包括之前所犯的一些错误，设立下一步的工作规范，授权于他们并告知相关部门，每次对话都以一个重述或总结结束，并就下一次的有效沟通做一些预先的安排。</w:t>
      </w:r>
      <w:r>
        <w:rPr>
          <w:lang w:eastAsia="zh-CN"/>
        </w:rPr>
        <w:br/>
      </w:r>
      <w:r>
        <w:rPr>
          <w:lang w:eastAsia="zh-CN"/>
        </w:rPr>
        <w:t>　　“当没有退路的时候，就会把事情做好。”想要将团队管理好，就需要将自己置于一个绝境。设想若是管理不好这支队伍，他们掌握不好工作中的技术、方法，对于他们来说将是一次失败的工作经历，因为他们还年轻，他们有梦想，我需要尽自己最大的力量帮助他们保护好这些梦想。而对于我自己来说，这是我从大学到社会的第一份真正意义上的工作，若是我做不好，对我今后的工作都会有或多或少的影响。我不希望看到自己的失败，不希望看到被挫败包围着的自己，不希望父母失望，不希望自己对自己失望。</w:t>
      </w:r>
      <w:r>
        <w:rPr>
          <w:lang w:eastAsia="zh-CN"/>
        </w:rPr>
        <w:br/>
      </w:r>
      <w:r>
        <w:rPr>
          <w:lang w:eastAsia="zh-CN"/>
        </w:rPr>
        <w:t>　　我一直都觉得很幸运——能在这么好的氛围中工作，我们公司为我们员工的工作、学习提供了最大化的支持，在问题面前我们都是平等的个体，我们探讨问题、互帮互助、共同进步。每个人都有发光的一面，从他人身上我们总能发现自己不足的一面，然后学习他人好的方面，弥补自己的不足，才能更好地提升自己。</w:t>
      </w:r>
      <w:r>
        <w:rPr>
          <w:lang w:eastAsia="zh-CN"/>
        </w:rPr>
        <w:br/>
      </w:r>
      <w:r>
        <w:rPr>
          <w:lang w:eastAsia="zh-CN"/>
        </w:rPr>
        <w:t>　　很感谢高老师的指点迷津，感谢公司安排的培训课程。在今后的工作中，我一定努力成为一名合格的出色的企业中层管理者，提升员工的工作表现，为公司的发展尽一份自己的微薄之力。</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管理者培训心得体会 篇5 </w:t>
      </w:r>
      <w:r>
        <w:rPr>
          <w:lang w:eastAsia="zh-CN"/>
        </w:rPr>
        <w:br/>
      </w:r>
      <w:r>
        <w:rPr>
          <w:lang w:eastAsia="zh-CN"/>
        </w:rPr>
        <w:t>　　经过两天汤老师风险管理的培训，我对风险管理的认识归结为一句名言：“凡事预则立，不预则废。”</w:t>
      </w:r>
      <w:r>
        <w:rPr>
          <w:lang w:eastAsia="zh-CN"/>
        </w:rPr>
        <w:br/>
      </w:r>
      <w:r>
        <w:rPr>
          <w:lang w:eastAsia="zh-CN"/>
        </w:rPr>
        <w:t>　　风险管理是项目管理的一个组成部分，由于项目的一次性、独特性、临时性、生命周期等特性，决定了风险管理对于一个成功项目的重要性。风险是客观存在的，不以人的意志为转移，存在于随机状态中，在项目的各个阶段都存在风险。采取积极的风险管理方式，可以使项目风险管理更加平稳，可以规避、转移风险或缓解风险带来的不利影响，而项目管理人员专业能力不够是导致这些风险的主要因素。项目风险管理包括，项目风险识别，项目风险定性分析，项目风险应付计划，项目风险监控。</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风险识别是指风险管理人员在收集资料和调查研究的基础上，运用各种方法对尚未发生的潜在风险及客观存在的各种风险进行系统归类和全面识别。从而判断础引起风险的主要因素以及风险发生可能引起的后果。风险识别是风险管理的基础。项目风险定性分析是评估并综合分析风险的发生概率和影响，对风险进行优先排序，从而为后续分析或行动提供基础的过程。通过风险发生的概率和风险遗失的分析，可以用风险用量来表示，即风险的经济成本。为以后的应对提供依据。风险的应对计划即对风险识别过程中识别的各种风险对应的提出应对策略。应对策略主要有回归转移、减轻、接受、选择。项目风险回避有两种情况，一种是放弃原有的项目，二是改变施工方案。而改变施工方案虽然回避了前一种风险，但相应的也会增加新的风险，所以项目风险管理一般不采用这一策略。风险转移总是会伴有向接受风险的一方支付风险成本。转移风险只是将管理风险的责任转移给另一方，它不能消除风险。风险减轻是通过一系列的措施及方法来降低风险发生的概率或减轻风险的损失。风险接受是指一些发生概率很小，影响也不大的，对项目成功不会产生大的.影响的而采取的应对措施。那么对风险该采用哪种应对措施才合理呢？具体的风险应有具体的应对措施。这就与风险的经济成本有关系。采用的应对措施都会有一定的成本支出。如果支出成本大于风险的经济成本就没必要采用风险措施了。当然也有一些特别的风险，虽然经济成本不高，但关系到政治、名誉。也会采取措施减轻风险。对于一些“不可抗拒”因素的风险只能选择接受，但应有相应的风险事故发生后期的处置措施。</w:t>
      </w:r>
      <w:r>
        <w:rPr>
          <w:lang w:eastAsia="zh-CN"/>
        </w:rPr>
        <w:br/>
      </w:r>
      <w:r>
        <w:rPr>
          <w:lang w:eastAsia="zh-CN"/>
        </w:rPr>
        <w:t>　　这一次项目风险管理课程的培训，使我对项目风险管理有了一定的认识和了解，今后我会更加深入的学习，把项目风险管理的知识与实际的项目结合起来，真正做到学以致用。</w:t>
      </w:r>
      <w:r>
        <w:rPr>
          <w:lang w:eastAsia="zh-CN"/>
        </w:rPr>
        <w:br/>
      </w:r>
      <w:r>
        <w:rPr>
          <w:lang w:eastAsia="zh-CN"/>
        </w:rPr>
        <w:t xml:space="preserve">    管理者培训心得体会 篇6 </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9月5日至9日，组织部、人事局在党校举办了桐乡市第四期科（股）级干部培训班。有机会此班培训，我认真听了各位老师的生动讲课，进一步明确了我市的市情，对国防知识有了进一步的了解，增加了人防知识及预防各类职务犯罪的知识，对科长及其职责和任务有了更进一步的了解和明确。各位老师情深意长、简明扼要的讲课对我们很有教育和启发意义。通过此次的培训学习，我在业务和思想等方面得到了新的提高，感到培训很有意义，将此次培训的一些体会总结如下：</w:t>
      </w:r>
      <w:r>
        <w:rPr>
          <w:lang w:eastAsia="zh-CN"/>
        </w:rPr>
        <w:br/>
      </w:r>
      <w:r>
        <w:rPr>
          <w:lang w:eastAsia="zh-CN"/>
        </w:rPr>
        <w:t>　　一、更新了理念，优化了思维，完善了知识结构。学习和培训，我更加深刻地领会到，社会的发展，时代的进步日趋快速。要求我们不断学习，不断进步。只有不断更新知识，不断完善自我，才能更好地做好本职工作，新的时代对我们提出了新的、更高的要求。一方面要为自己定好位，做好承上启下的工作，进一步发挥纽带作用。另一方面要从大局出发，根据本单位的实际情况，拓宽思路，多出点子，想好办法，当好参谋助手，为领导决策提供依据。这就要求我们的思维、知识要符合时代的要求，要符合人民的需要。我们必须不断地通过学习或培训等各种方法来提高自己。才能更好地完成各项工作任务，才能提高工作质量和效率。</w:t>
      </w:r>
      <w:r>
        <w:rPr>
          <w:lang w:eastAsia="zh-CN"/>
        </w:rPr>
        <w:br/>
      </w:r>
      <w:r>
        <w:rPr>
          <w:lang w:eastAsia="zh-CN"/>
        </w:rPr>
        <w:t>　　二、自己的综合素质和业务水平有了新提高。通过此次学习培训，对自己的职责和任务有了更进一步的认识。作为政府的公务人员，必须不断提高自己的综合素质和业务能力，从自己做起，从现在做起。作为单位的中层，要更好地传达领导的工作意图，更好地反映基层的建议和意见。也到处理好不同领导的不同方法和艺术，通过将尝到的方法与工作实践进行有机的结合，进一步提高我们的素质和业务。</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三、学习科学文化知识和业务知识，提高自己的业务能力，努力提高为人民服务的本领。能否做好工作，不仅仅是自己的问题，也是对人民负责的问题，只有努力地工作，扎扎实实地工作，才能把党和人民交给我们的任务完成好。只有精通业务，才能认真履行好职责，才能发挥中层的作用。当前世界的瞬息万变，科技的突飞猛进，要求我们更好地掌握各类知识，提高做好本职工作的本领。才能不被时代所淘汰。所以我们要一如既往地学习，丰富自己的知识，增强自己的本领，努力成为本职岗位的行家能手。以上只是我此次培训学习的一点粗浅的体会和认识。下一步更重要的是，在以后的学习和工作中要对自己高标准，严要求，立足本职，脚踏实地，进一步解放思想，开拓创新，充分发挥自身的能动作用，把工作做得更好，让群众更满意。</w:t>
      </w:r>
      <w:r>
        <w:rPr>
          <w:lang w:eastAsia="zh-CN"/>
        </w:rPr>
        <w:br/>
      </w:r>
      <w:r>
        <w:rPr>
          <w:lang w:eastAsia="zh-CN"/>
        </w:rPr>
        <w:t xml:space="preserve">    管理者培训心得体会 篇7 </w:t>
      </w:r>
      <w:r>
        <w:rPr>
          <w:lang w:eastAsia="zh-CN"/>
        </w:rPr>
        <w:br/>
      </w:r>
      <w:r>
        <w:rPr>
          <w:lang w:eastAsia="zh-CN"/>
        </w:rPr>
        <w:t>　　9月5日至9日，组织部、人事局在党校举办了桐乡市第四期科（股）级干部培训班。有机会此班培训，我认真听了各位老师的生动讲课，进一步明确了我市的市情，对国防知识有了进一步的了解，增加了人防知识及预防各类职务犯罪的知识，对科长及其职责和任务有了更进一步的了解和明确。各位老师情深意长、简明扼要的讲课对我们很有教育和启发意义。通过此次的培训学习，我在业务和思想等方面得到了新的提高，感到培训很有意义，将此次培训的一些体会总结如下：</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更新了理念，优化了思维，完善了知识结构。学习和培训，我更加深刻地领会到，社会的发展，时代的进步日趋快速。要求我们不断学习，不断进步。只有不断更新知识，不断完善自我，才能更好地做好本职工作，新的时代对我们提出了新的、更高的要求。一方面要为自己定好位，做好承上启下的工作，进一步发挥纽带作用。另一方面要从大局出发，根据本单位的实际情况，拓宽思路，多出点子，想好办法，当好参谋助手，为领导决策提供依据。这就要求我们的思维、知识要符合时代的要求，要符合人民的需要。我们必须不断地通过学习或培训等各种方法来提高自己。才能更好地完成各项工作任务，才能提高工作质量和效率。</w:t>
      </w:r>
      <w:r>
        <w:rPr>
          <w:lang w:eastAsia="zh-CN"/>
        </w:rPr>
        <w:br/>
      </w:r>
      <w:r>
        <w:rPr>
          <w:lang w:eastAsia="zh-CN"/>
        </w:rPr>
        <w:t>　　二、自己的综合素质和业务水平有了新提高。通过此次学习培训，对自己的职责和任务有了更进一步的认识。作为政府的公务人员，必须不断提高自己的综合素质和业务能力，从自己做起，从现在做起。作为单位的中层，要更好地传达领导的工作意图，更好地反映基层的建议和意见。也到处理好不同领导的不同方法和艺术，通过将尝到的方法与工作实践进行有机的结合，进一步提高我们的素质和业务。</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学习科学文化知识和业务知识，提高自己的业务能力，努力提高为人民服务的本领。能否做好工作，不仅仅是自己的问题，也是对人民负责的问题，只有努力地工作，扎扎实实地工作，才能把党和人民交给我们的任务完成好。只有精通业务，才能认真履行好职责，才能发挥中层的作用。当前世界的瞬息万变，科技的突飞猛进，要求我们更好地掌握各类知识，提高做好本职工作的本领。才能不被时代所淘汰。所以我们要一如既往地学习，丰富自己的知识，增强自己的本领，努力成为本职岗位的行家能手。以上只是我此次培训学习的一点粗浅的体会和认识。下一步更重要的是，在以后的学习和工作中要对自己高标准，严要求，立足本职，脚踏实地，进一步解放思想，开拓创新，充分发挥自身的能动作用，把工作做得更好，让群众更满意。</w:t>
      </w:r>
      <w:r>
        <w:rPr>
          <w:lang w:eastAsia="zh-CN"/>
        </w:rPr>
        <w:br/>
      </w:r>
      <w:r>
        <w:rPr>
          <w:lang w:eastAsia="zh-CN"/>
        </w:rPr>
        <w:t>　　管理者培训心得体会岁末年尾，我从一年繁忙的培训工作中抽离出来，做一些总结工作，同时也受邀参加一些机构组织的培训师茶话会，一些企业的年终总结大会，一些企业协会的答谢会，等等。让我有机会置身事外、站高一线，对培训界的现状及趋势，有一些思考，愿意和各位分享如下：</w:t>
      </w:r>
      <w:r>
        <w:rPr>
          <w:lang w:eastAsia="zh-CN"/>
        </w:rPr>
        <w:br/>
      </w:r>
      <w:r>
        <w:rPr>
          <w:lang w:eastAsia="zh-CN"/>
        </w:rPr>
        <w:t>　　1、培训师队伍：中国培训师的专业化程度越来越高，培训师的职业将越来越是高知阶层，资深管理人员从事的专业；经过之前几年优胜劣汰的过程，未来培训师的入门门槛将越来越高，原来那些只听了几门课，看了几张碟就上来讲课的“讲手”类讲师，如果不做内功的提升，将被淘汰出局。将来活跃在培训讲台的，将是那些内功深厚、外呈丰富的讲师。</w:t>
      </w:r>
      <w:r>
        <w:rPr>
          <w:lang w:eastAsia="zh-CN"/>
        </w:rPr>
        <w:br/>
      </w:r>
      <w:r>
        <w:rPr>
          <w:lang w:eastAsia="zh-CN"/>
        </w:rPr>
        <w:t>　　2、培训课程走向：培训课程将越来越细分，比如，同一个课程分高低不同的级别，比如，ttt（企业内部培训师的培训）这个课程可分为初级、中级和高级班，旨在给予不同阶层的人不同需求的课程，给同一层次的人分阶段成长的阶梯式学习。</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课程研发与设计：我所见到的优秀的培训师，他们越来越能沉下心来，把课程的研发做的越来越越深入，越来越贴近“人性“的层面，“道”的层面，而且以深入浅出的方式，让学员看到平时看不到的层面，这样做的好处在于，避开了爱因斯坦所说的“人类的困惑，就在于在制造问题的层面来解决问题”，好的`课程研发和设计，是能够让学员从高一层面解决问题的。</w:t>
      </w:r>
      <w:r>
        <w:rPr>
          <w:lang w:eastAsia="zh-CN"/>
        </w:rPr>
        <w:br/>
      </w:r>
      <w:r>
        <w:rPr>
          <w:lang w:eastAsia="zh-CN"/>
        </w:rPr>
        <w:t>　　4、内功和外呈都追求精益求精：我所见到的优秀的培训师，不仅在个人修炼、课程研发方面，不断下深功夫，同时，在课件ppt设计、课程环节编排上也花了很多功夫，充分了解成年人学习的特点，适度有效地运用多种互动形式，让学员在轻松愉快的情绪下，产生深刻的思考，顿悟，产生改变行为的强烈意愿，拿到方法，并创新使用。在讲课风格上，优秀的讲师也是摆脱了“个人秀“、表演式，而进入了启发式、教练式，以支持者的心态做学员进步的助推器，催化剂。</w:t>
      </w:r>
      <w:r>
        <w:rPr>
          <w:lang w:eastAsia="zh-CN"/>
        </w:rPr>
        <w:br/>
      </w:r>
      <w:r>
        <w:rPr>
          <w:lang w:eastAsia="zh-CN"/>
        </w:rPr>
        <w:t>　　5、通用课程的精耕细作：现在很多企业需要有领导力或管理技能方面的普及课程，同时也有一些企业需要激励、沟通、培养、计划等专题课程，这就需要我们培训师把原来课程其中的某个章节精耕细作，在一个点上做深做透，这也将是一个趋势。</w:t>
      </w:r>
      <w:r>
        <w:rPr>
          <w:lang w:eastAsia="zh-CN"/>
        </w:rPr>
        <w:br/>
      </w:r>
      <w:r>
        <w:rPr>
          <w:lang w:eastAsia="zh-CN"/>
        </w:rPr>
        <w:t>　　6、忽视课后评价，重视行为改善：越来越多优秀的培训师已经不是很重视培训结束时学员的评价和分数，而聚焦于培训后的一段时间里，参训人员的行为是否改变。我认为这是个质的转变，我很赞同，只有这样才真正做到了管理大师们经常提到的“聚焦改善，以终为始”的管理观点。因为我们都知道，企业安排培训的终极目标不仅仅停留在领悟、学习、思考，而是通过改变意识，从而改变行为，最终改变绩效。</w:t>
      </w:r>
      <w:r>
        <w:rPr>
          <w:lang w:eastAsia="zh-CN"/>
        </w:rPr>
        <w:br/>
      </w:r>
      <w:r>
        <w:rPr>
          <w:lang w:eastAsia="zh-CN"/>
        </w:rPr>
        <w:t xml:space="preserve">    管理者培训心得体会 篇8 </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20__年4月22至24日，分公司邀请厦门众研企业管理咨询有限公司专家开展《基层管理人员督导技能训练》讲座。</w:t>
      </w:r>
      <w:r>
        <w:rPr>
          <w:lang w:eastAsia="zh-CN"/>
        </w:rPr>
        <w:br/>
      </w:r>
      <w:r>
        <w:rPr>
          <w:lang w:eastAsia="zh-CN"/>
        </w:rPr>
        <w:t>　　通过三天的学习，我对于基层管理和授课技巧有了较为系统和理性的认识，增进了对公司制度管理、程序管理、资源管理等方面的了解，对厦航的文化建设也有了更深的认识。</w:t>
      </w:r>
      <w:r>
        <w:rPr>
          <w:lang w:eastAsia="zh-CN"/>
        </w:rPr>
        <w:br/>
      </w:r>
      <w:r>
        <w:rPr>
          <w:lang w:eastAsia="zh-CN"/>
        </w:rPr>
        <w:t>　　下面我想谈一下自己三天来学习的心得体会。</w:t>
      </w:r>
      <w:r>
        <w:rPr>
          <w:lang w:eastAsia="zh-CN"/>
        </w:rPr>
        <w:br/>
      </w:r>
      <w:r>
        <w:rPr>
          <w:lang w:eastAsia="zh-CN"/>
        </w:rPr>
        <w:t>　　一明白什么是管理</w:t>
      </w:r>
      <w:r>
        <w:rPr>
          <w:lang w:eastAsia="zh-CN"/>
        </w:rPr>
        <w:br/>
      </w:r>
      <w:r>
        <w:rPr>
          <w:lang w:eastAsia="zh-CN"/>
        </w:rPr>
        <w:t>　　管理是一门艺术，是运用组织的各种资源以达成共同的目标。</w:t>
      </w:r>
      <w:r>
        <w:rPr>
          <w:lang w:eastAsia="zh-CN"/>
        </w:rPr>
        <w:br/>
      </w:r>
      <w:r>
        <w:rPr>
          <w:lang w:eastAsia="zh-CN"/>
        </w:rPr>
        <w:t>　　另外，管理者也应不断加强自身的道德品质修养，做到言行一致，严于律己，宽以待人，处理问题公平公正，赢取员工的信任感。</w:t>
      </w:r>
      <w:r>
        <w:rPr>
          <w:lang w:eastAsia="zh-CN"/>
        </w:rPr>
        <w:br/>
      </w:r>
      <w:r>
        <w:rPr>
          <w:lang w:eastAsia="zh-CN"/>
        </w:rPr>
        <w:t>　　二提高沟通技巧</w:t>
      </w:r>
      <w:r>
        <w:rPr>
          <w:lang w:eastAsia="zh-CN"/>
        </w:rPr>
        <w:br/>
      </w:r>
      <w:r>
        <w:rPr>
          <w:lang w:eastAsia="zh-CN"/>
        </w:rPr>
        <w:t>　　在讲到沟通技巧时，老师提到了一个我并不陌生的词：同理心。</w:t>
      </w:r>
      <w:r>
        <w:rPr>
          <w:lang w:eastAsia="zh-CN"/>
        </w:rPr>
        <w:br/>
      </w:r>
      <w:r>
        <w:rPr>
          <w:lang w:eastAsia="zh-CN"/>
        </w:rPr>
        <w:t>　　它的意思是进入并了解他人的内心世界，并将这种了解传达给他人的一种能力，又叫换位思考。</w:t>
      </w:r>
      <w:r>
        <w:rPr>
          <w:lang w:eastAsia="zh-CN"/>
        </w:rPr>
        <w:br/>
      </w:r>
      <w:r>
        <w:rPr>
          <w:lang w:eastAsia="zh-CN"/>
        </w:rPr>
        <w:t>　　为什么说我并不陌生，因为它是每一位乘务员都必须具备的服务技巧。</w:t>
      </w:r>
      <w:r>
        <w:rPr>
          <w:lang w:eastAsia="zh-CN"/>
        </w:rPr>
        <w:br/>
      </w:r>
      <w:r>
        <w:rPr>
          <w:lang w:eastAsia="zh-CN"/>
        </w:rPr>
        <w:t>　　航班上，乘务员需要体会旅客的情绪和想法，理解旅客的立场和感受，并站在旅客的角度去思考问题，就好比是将自己放在这件已发生的事情上，想象自己因为什么心理导致这种行为，从而触发这个事件并接纳他人的心理。</w:t>
      </w:r>
      <w:r>
        <w:rPr>
          <w:lang w:eastAsia="zh-CN"/>
        </w:rPr>
        <w:br/>
      </w:r>
      <w:r>
        <w:rPr>
          <w:lang w:eastAsia="zh-CN"/>
        </w:rPr>
        <w:t>　　因此，同理心是一种非常有效的沟通技巧。</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沟通的第二要素是倾听，而且要全方位的倾听，倾听时要专注，集中精神有耐心，并控制好自己的情绪，勿跟旅客争对错。</w:t>
      </w:r>
      <w:r>
        <w:rPr>
          <w:lang w:eastAsia="zh-CN"/>
        </w:rPr>
        <w:br/>
      </w:r>
      <w:r>
        <w:rPr>
          <w:lang w:eastAsia="zh-CN"/>
        </w:rPr>
        <w:t>　　工作中有效的沟通可以更好推动与同事和上司之间关系的和谐发展，作为承上启下的基层管理者，为领导与员工寻找到一个合理的'平衡点十分重要，不应该做压力的桥梁，而是要做压力的熔炉，用融洽的沟通去实现压力的释放。</w:t>
      </w:r>
      <w:r>
        <w:rPr>
          <w:lang w:eastAsia="zh-CN"/>
        </w:rPr>
        <w:br/>
      </w:r>
      <w:r>
        <w:rPr>
          <w:lang w:eastAsia="zh-CN"/>
        </w:rPr>
        <w:t>　　通过这三天的学习，我总结到：基层管理者必须要不断提高自己的思想认识，端正自己的思想作风和工作作风，不要做表面文章。</w:t>
      </w:r>
      <w:r>
        <w:rPr>
          <w:lang w:eastAsia="zh-CN"/>
        </w:rPr>
        <w:br/>
      </w:r>
      <w:r>
        <w:rPr>
          <w:lang w:eastAsia="zh-CN"/>
        </w:rPr>
        <w:t>　　在管理上，要脚踏实地、一步一个脚印;在制度的实施上，不能松懈，展现基层管理者的执行力;在心态的建设上，要时刻保持高昂的工作激情和积极向上的精神状态!</w:t>
      </w:r>
      <w:r>
        <w:rPr>
          <w:lang w:eastAsia="zh-CN"/>
        </w:rPr>
        <w:br/>
      </w:r>
      <w:r>
        <w:rPr>
          <w:lang w:eastAsia="zh-CN"/>
        </w:rPr>
        <w:t xml:space="preserve">    管理者培训心得体会 篇9 </w:t>
      </w:r>
      <w:r>
        <w:rPr>
          <w:lang w:eastAsia="zh-CN"/>
        </w:rPr>
        <w:br/>
      </w:r>
      <w:r>
        <w:rPr>
          <w:lang w:eastAsia="zh-CN"/>
        </w:rPr>
        <w:t>　　虽然时间仓促、行程紧张，但总部这次为期一天半的培训让我受益匪浅，衷心感谢总部老师的辛苦安排。</w:t>
      </w:r>
      <w:r>
        <w:rPr>
          <w:lang w:eastAsia="zh-CN"/>
        </w:rPr>
        <w:br/>
      </w:r>
      <w:r>
        <w:rPr>
          <w:lang w:eastAsia="zh-CN"/>
        </w:rPr>
        <w:t>　　首先，杨董事长的分享让我再次感知了企业发展所走过的艰辛旅程。</w:t>
      </w:r>
      <w:r>
        <w:rPr>
          <w:lang w:eastAsia="zh-CN"/>
        </w:rPr>
        <w:br/>
      </w:r>
      <w:r>
        <w:rPr>
          <w:lang w:eastAsia="zh-CN"/>
        </w:rPr>
        <w:t>　　人在一次次的失败中成长，企业也在一次次的探索中转型。</w:t>
      </w:r>
      <w:r>
        <w:rPr>
          <w:lang w:eastAsia="zh-CN"/>
        </w:rPr>
        <w:br/>
      </w:r>
      <w:r>
        <w:rPr>
          <w:lang w:eastAsia="zh-CN"/>
        </w:rPr>
        <w:t>　　20__年是公司进行第三次战略转型的关键一年，我也将在公司战略转型的指导思想下积极进行自我调整，努力跟上公司发展的步伐。</w:t>
      </w:r>
      <w:r>
        <w:rPr>
          <w:lang w:eastAsia="zh-CN"/>
        </w:rPr>
        <w:br/>
      </w:r>
      <w:r>
        <w:rPr>
          <w:lang w:eastAsia="zh-CN"/>
        </w:rPr>
        <w:t>　　另外，洪海江老师的培训课程让我重新认识了自己。</w:t>
      </w:r>
      <w:r>
        <w:rPr>
          <w:lang w:eastAsia="zh-CN"/>
        </w:rPr>
        <w:br/>
      </w:r>
      <w:r>
        <w:rPr>
          <w:lang w:eastAsia="zh-CN"/>
        </w:rPr>
        <w:t>　　一个人要取得好的工作效益绝不单凭自己的工作能力，更在于合理的自我定位、高效的执行力以及良好的沟通能力。</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对我而言，执行力的提高将极大地促进日常工作的开展。</w:t>
      </w:r>
      <w:r>
        <w:rPr>
          <w:lang w:eastAsia="zh-CN"/>
        </w:rPr>
        <w:br/>
      </w:r>
      <w:r>
        <w:rPr>
          <w:lang w:eastAsia="zh-CN"/>
        </w:rPr>
        <w:t>　　通过学习，我认识到大多数的“不可能”都是因为自我设限，而提高执行力的第一步就是要突破这层自我设限，提醒自己一切事情都不是“不可能”，只是没有找到合适的方法，我们能做的则是想尽一切办法向“可能”靠近。</w:t>
      </w:r>
      <w:r>
        <w:rPr>
          <w:lang w:eastAsia="zh-CN"/>
        </w:rPr>
        <w:br/>
      </w:r>
      <w:r>
        <w:rPr>
          <w:lang w:eastAsia="zh-CN"/>
        </w:rPr>
        <w:t>　　在如何检验自己的执行力上，应该树立“结果导向”的工作价值观。</w:t>
      </w:r>
      <w:r>
        <w:rPr>
          <w:lang w:eastAsia="zh-CN"/>
        </w:rPr>
        <w:br/>
      </w:r>
      <w:r>
        <w:rPr>
          <w:lang w:eastAsia="zh-CN"/>
        </w:rPr>
        <w:t>　　对于每一项工作，首先应该问问自己“这件事我做了吗”。</w:t>
      </w:r>
      <w:r>
        <w:rPr>
          <w:lang w:eastAsia="zh-CN"/>
        </w:rPr>
        <w:br/>
      </w:r>
      <w:r>
        <w:rPr>
          <w:lang w:eastAsia="zh-CN"/>
        </w:rPr>
        <w:t>　　当然“做了”不等于“做对”了，还必须考虑是否按照工作要求正确执行。</w:t>
      </w:r>
      <w:r>
        <w:rPr>
          <w:lang w:eastAsia="zh-CN"/>
        </w:rPr>
        <w:br/>
      </w:r>
      <w:r>
        <w:rPr>
          <w:lang w:eastAsia="zh-CN"/>
        </w:rPr>
        <w:t>　　其次，还要思考是否将工作“做完”了，是否考虑了不良工作后果的补救应对措施。</w:t>
      </w:r>
      <w:r>
        <w:rPr>
          <w:lang w:eastAsia="zh-CN"/>
        </w:rPr>
        <w:br/>
      </w:r>
      <w:r>
        <w:rPr>
          <w:lang w:eastAsia="zh-CN"/>
        </w:rPr>
        <w:t>　　再次，还要关注工作效益，反思是否将工作“做好”了。</w:t>
      </w:r>
      <w:r>
        <w:rPr>
          <w:lang w:eastAsia="zh-CN"/>
        </w:rPr>
        <w:br/>
      </w:r>
      <w:r>
        <w:rPr>
          <w:lang w:eastAsia="zh-CN"/>
        </w:rPr>
        <w:t>　　随后，还应根据工作效益的反响进行调整，以求产生更大的效益，将工作“做美”。</w:t>
      </w:r>
      <w:r>
        <w:rPr>
          <w:lang w:eastAsia="zh-CN"/>
        </w:rPr>
        <w:br/>
      </w:r>
      <w:r>
        <w:rPr>
          <w:lang w:eastAsia="zh-CN"/>
        </w:rPr>
        <w:t>　　最后，为了将工作“做绝”，还需将整项工作过程整理归纳，形成材料，以便为自己及同事以后类似的工作提供参考。</w:t>
      </w:r>
      <w:r>
        <w:rPr>
          <w:lang w:eastAsia="zh-CN"/>
        </w:rPr>
        <w:br/>
      </w:r>
      <w:r>
        <w:rPr>
          <w:lang w:eastAsia="zh-CN"/>
        </w:rPr>
        <w:t>　　这次的短期培训让我学到了很多实用性的知识，特别是《高效执行力》这门课程让我在日后的工作中有了明确的行动方向。</w:t>
      </w:r>
      <w:r>
        <w:rPr>
          <w:lang w:eastAsia="zh-CN"/>
        </w:rPr>
        <w:br/>
      </w:r>
      <w:r>
        <w:rPr>
          <w:lang w:eastAsia="zh-CN"/>
        </w:rPr>
        <w:t>　　再次感谢总部老师的安排，我将继续加强学习理解，争取活学活用。</w:t>
      </w:r>
      <w:r>
        <w:rPr>
          <w:lang w:eastAsia="zh-CN"/>
        </w:rPr>
        <w:br/>
      </w:r>
      <w:r>
        <w:rPr>
          <w:lang w:eastAsia="zh-CN"/>
        </w:rPr>
        <w:t xml:space="preserve">    管理者培训心得体会 篇10 </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20__年4月22至24日，分公司邀请厦门众研企业管理咨询有限公司专家开展《基层管理人员督导技能训练》讲座。</w:t>
      </w:r>
      <w:r>
        <w:rPr>
          <w:lang w:eastAsia="zh-CN"/>
        </w:rPr>
        <w:br/>
      </w:r>
      <w:r>
        <w:rPr>
          <w:lang w:eastAsia="zh-CN"/>
        </w:rPr>
        <w:t>　　通过三天的学习，我对于基层管理和授课技巧有了较为系统和理性的认识，增进了对公司制度管理、程序管理、资源管理等方面的了解，对厦航的文化建设也有了更深的认识。</w:t>
      </w:r>
      <w:r>
        <w:rPr>
          <w:lang w:eastAsia="zh-CN"/>
        </w:rPr>
        <w:br/>
      </w:r>
      <w:r>
        <w:rPr>
          <w:lang w:eastAsia="zh-CN"/>
        </w:rPr>
        <w:t>　　下面我想谈一下自己三天来学习的心得体会。</w:t>
      </w:r>
      <w:r>
        <w:rPr>
          <w:lang w:eastAsia="zh-CN"/>
        </w:rPr>
        <w:br/>
      </w:r>
      <w:r>
        <w:rPr>
          <w:lang w:eastAsia="zh-CN"/>
        </w:rPr>
        <w:t>　　一明白什么是管理</w:t>
      </w:r>
      <w:r>
        <w:rPr>
          <w:lang w:eastAsia="zh-CN"/>
        </w:rPr>
        <w:br/>
      </w:r>
      <w:r>
        <w:rPr>
          <w:lang w:eastAsia="zh-CN"/>
        </w:rPr>
        <w:t>　　管理是一门艺术，是运用组织的各种资源以达成共同的目标。</w:t>
      </w:r>
      <w:r>
        <w:rPr>
          <w:lang w:eastAsia="zh-CN"/>
        </w:rPr>
        <w:br/>
      </w:r>
      <w:r>
        <w:rPr>
          <w:lang w:eastAsia="zh-CN"/>
        </w:rPr>
        <w:t>　　其中最重要的因素就是管理者，因为管理者的职责就是让自己的下属和团队明白重点是什么，每个人应该做什么，同时团队的建设和成员间相互协作的关系也十分重要。</w:t>
      </w:r>
      <w:r>
        <w:rPr>
          <w:lang w:eastAsia="zh-CN"/>
        </w:rPr>
        <w:br/>
      </w:r>
      <w:r>
        <w:rPr>
          <w:lang w:eastAsia="zh-CN"/>
        </w:rPr>
        <w:t>　　一位好的管理者应该同时具备变革管理者、文化塑造者、绩效创造者和激励教导者这四个角色。</w:t>
      </w:r>
      <w:r>
        <w:rPr>
          <w:lang w:eastAsia="zh-CN"/>
        </w:rPr>
        <w:br/>
      </w:r>
      <w:r>
        <w:rPr>
          <w:lang w:eastAsia="zh-CN"/>
        </w:rPr>
        <w:t>　　也就是说，一位成功的管理者，关键在于他的行为魅力，有良好的领导行为，才能取得团队的信任，给员工带来信心和正能量。</w:t>
      </w:r>
      <w:r>
        <w:rPr>
          <w:lang w:eastAsia="zh-CN"/>
        </w:rPr>
        <w:br/>
      </w:r>
      <w:r>
        <w:rPr>
          <w:lang w:eastAsia="zh-CN"/>
        </w:rPr>
        <w:t>　　而信任是相互的，想让自己被他人信任，必须先信任他人。</w:t>
      </w:r>
      <w:r>
        <w:rPr>
          <w:lang w:eastAsia="zh-CN"/>
        </w:rPr>
        <w:br/>
      </w:r>
      <w:r>
        <w:rPr>
          <w:lang w:eastAsia="zh-CN"/>
        </w:rPr>
        <w:t>　　所以，作为一名合格的管理者，应该尊重下属，关心他们的工作和生活，培养员工的积极性。</w:t>
      </w:r>
      <w:r>
        <w:rPr>
          <w:lang w:eastAsia="zh-CN"/>
        </w:rPr>
        <w:br/>
      </w:r>
      <w:r>
        <w:rPr>
          <w:lang w:eastAsia="zh-CN"/>
        </w:rPr>
        <w:t>　　当员工遇到生活或者是工作上的困难时，要主动给予帮助，为其排忧解难，增加员工的安全感。</w:t>
      </w:r>
      <w:r>
        <w:rPr>
          <w:lang w:eastAsia="zh-CN"/>
        </w:rPr>
        <w:br/>
      </w:r>
      <w:r>
        <w:rPr>
          <w:lang w:eastAsia="zh-CN"/>
        </w:rPr>
        <w:t>　　另外，管理者也应不断加强自身的道德品质修养，做到言行一致，严于律己，宽以待人，处理问题公平公正，赢取员工的信任感。</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二提高沟通技巧</w:t>
      </w:r>
      <w:r>
        <w:rPr>
          <w:lang w:eastAsia="zh-CN"/>
        </w:rPr>
        <w:br/>
      </w:r>
      <w:r>
        <w:rPr>
          <w:lang w:eastAsia="zh-CN"/>
        </w:rPr>
        <w:t>　　在讲到沟通技巧时，老师提到了一个我并不陌生的词：同理心。</w:t>
      </w:r>
      <w:r>
        <w:rPr>
          <w:lang w:eastAsia="zh-CN"/>
        </w:rPr>
        <w:br/>
      </w:r>
      <w:r>
        <w:rPr>
          <w:lang w:eastAsia="zh-CN"/>
        </w:rPr>
        <w:t>　　它的意思是进入并了解他人的内心世界，并将这种了解传达给他人的一种能力，又叫换位思考。</w:t>
      </w:r>
      <w:r>
        <w:rPr>
          <w:lang w:eastAsia="zh-CN"/>
        </w:rPr>
        <w:br/>
      </w:r>
      <w:r>
        <w:rPr>
          <w:lang w:eastAsia="zh-CN"/>
        </w:rPr>
        <w:t>　　为什么说我并不陌生，因为它是每一位乘务员都必须具备的服务技巧。</w:t>
      </w:r>
      <w:r>
        <w:rPr>
          <w:lang w:eastAsia="zh-CN"/>
        </w:rPr>
        <w:br/>
      </w:r>
      <w:r>
        <w:rPr>
          <w:lang w:eastAsia="zh-CN"/>
        </w:rPr>
        <w:t>　　航班上，乘务员需要体会旅客的情绪和想法，理解旅客的立场和感受，并站在旅客的角度去思考问题，就好比是将自己放在这件已发生的事情上，想象自己因为什么心理导致这种行为，从而触发这个事件并接纳他人的心理。</w:t>
      </w:r>
      <w:r>
        <w:rPr>
          <w:lang w:eastAsia="zh-CN"/>
        </w:rPr>
        <w:br/>
      </w:r>
      <w:r>
        <w:rPr>
          <w:lang w:eastAsia="zh-CN"/>
        </w:rPr>
        <w:t>　　因此，同理心是一种非常有效的沟通技巧。</w:t>
      </w:r>
      <w:r>
        <w:rPr>
          <w:lang w:eastAsia="zh-CN"/>
        </w:rPr>
        <w:br/>
      </w:r>
      <w:r>
        <w:rPr>
          <w:lang w:eastAsia="zh-CN"/>
        </w:rPr>
        <w:t>　　沟通的第二要素是倾听，而且要全方位的倾听，倾听时要专注，集中精神有耐心，并控制好自己的情绪，勿跟旅客争对错。</w:t>
      </w:r>
      <w:r>
        <w:rPr>
          <w:lang w:eastAsia="zh-CN"/>
        </w:rPr>
        <w:br/>
      </w:r>
      <w:r>
        <w:rPr>
          <w:lang w:eastAsia="zh-CN"/>
        </w:rPr>
        <w:t>　　工作中有效的沟通可以更好推动与同事和上司之间关系的和谐发展，作为承上启下的基层管理者，为领导与员工寻找到一个合理的平衡点十分重要，不应该做压力的桥梁，而是要做压力的熔炉，用融洽的沟通去实现压力的释放。</w:t>
      </w:r>
      <w:r>
        <w:rPr>
          <w:lang w:eastAsia="zh-CN"/>
        </w:rPr>
        <w:br/>
      </w:r>
      <w:r>
        <w:rPr>
          <w:lang w:eastAsia="zh-CN"/>
        </w:rPr>
        <w:t>　　通过这三天的学习，我总结到：基层管理者必须要不断提高自己的思想认识，端正自己的思想作风和工作作风，不要做表面文章。</w:t>
      </w:r>
      <w:r>
        <w:rPr>
          <w:lang w:eastAsia="zh-CN"/>
        </w:rPr>
        <w:br/>
      </w:r>
      <w:r>
        <w:rPr>
          <w:lang w:eastAsia="zh-CN"/>
        </w:rPr>
        <w:t>　　在管理上，要脚踏实地、一步一个脚印；在制度的实施上，不能松懈，展现基层管理者的执行力；在心态的建设上，要时刻保持高昂的工作激情和积极向上的精神状态！</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管理者培训心得体会 篇11 </w:t>
      </w:r>
      <w:r>
        <w:rPr>
          <w:lang w:eastAsia="zh-CN"/>
        </w:rPr>
        <w:br/>
      </w:r>
      <w:r>
        <w:rPr>
          <w:lang w:eastAsia="zh-CN"/>
        </w:rPr>
        <w:t>　　通过三天的学习，我对于基层管理和授课技巧有了较为系统和理性的认识，增进了对公司制度管理、程序管理、资源管理等方面的了解，对厦航的文化建设也有了更深的认识。</w:t>
      </w:r>
      <w:r>
        <w:rPr>
          <w:lang w:eastAsia="zh-CN"/>
        </w:rPr>
        <w:br/>
      </w:r>
      <w:r>
        <w:rPr>
          <w:lang w:eastAsia="zh-CN"/>
        </w:rPr>
        <w:t>　　下面我想谈一下自己三天来学习的心得体会。</w:t>
      </w:r>
      <w:r>
        <w:rPr>
          <w:lang w:eastAsia="zh-CN"/>
        </w:rPr>
        <w:br/>
      </w:r>
      <w:r>
        <w:rPr>
          <w:lang w:eastAsia="zh-CN"/>
        </w:rPr>
        <w:t>　　一明白什么是管理</w:t>
      </w:r>
      <w:r>
        <w:rPr>
          <w:lang w:eastAsia="zh-CN"/>
        </w:rPr>
        <w:br/>
      </w:r>
      <w:r>
        <w:rPr>
          <w:lang w:eastAsia="zh-CN"/>
        </w:rPr>
        <w:t>　　管理是一门艺术，是运用组织的各种资源以达成共同的目标。</w:t>
      </w:r>
      <w:r>
        <w:rPr>
          <w:lang w:eastAsia="zh-CN"/>
        </w:rPr>
        <w:br/>
      </w:r>
      <w:r>
        <w:rPr>
          <w:lang w:eastAsia="zh-CN"/>
        </w:rPr>
        <w:t>　　其中最重要的因素就是管理者，因为管理者的职责就是让自己的下属和团队明白重点是什么，每个人应该做什么，同时团队的建设和成员间相互协作的关系也十分重要。</w:t>
      </w:r>
      <w:r>
        <w:rPr>
          <w:lang w:eastAsia="zh-CN"/>
        </w:rPr>
        <w:br/>
      </w:r>
      <w:r>
        <w:rPr>
          <w:lang w:eastAsia="zh-CN"/>
        </w:rPr>
        <w:t>　　一位好的管理者应该同时具备变革管理者、文化塑造者、绩效创造者和激励教导者这四个角色。</w:t>
      </w:r>
      <w:r>
        <w:rPr>
          <w:lang w:eastAsia="zh-CN"/>
        </w:rPr>
        <w:br/>
      </w:r>
      <w:r>
        <w:rPr>
          <w:lang w:eastAsia="zh-CN"/>
        </w:rPr>
        <w:t>　　也就是说，一位成功的管理者，关键在于他的行为魅力，有良好的领导行为，才能取得团队的信任，给员工带来信心和正能量。</w:t>
      </w:r>
      <w:r>
        <w:rPr>
          <w:lang w:eastAsia="zh-CN"/>
        </w:rPr>
        <w:br/>
      </w:r>
      <w:r>
        <w:rPr>
          <w:lang w:eastAsia="zh-CN"/>
        </w:rPr>
        <w:t>　　而信任是相互的，想让自己被他人信任，必须先信任他人。</w:t>
      </w:r>
      <w:r>
        <w:rPr>
          <w:lang w:eastAsia="zh-CN"/>
        </w:rPr>
        <w:br/>
      </w:r>
      <w:r>
        <w:rPr>
          <w:lang w:eastAsia="zh-CN"/>
        </w:rPr>
        <w:t>　　所以，作为一名合格的管理者，应该尊重下属，关心他们的工作和生活，培养员工的积极性。</w:t>
      </w:r>
      <w:r>
        <w:rPr>
          <w:lang w:eastAsia="zh-CN"/>
        </w:rPr>
        <w:br/>
      </w:r>
      <w:r>
        <w:rPr>
          <w:lang w:eastAsia="zh-CN"/>
        </w:rPr>
        <w:t>　　当员工遇到生活或者是工作上的困难时，要主动给予帮助，为其排忧解难，增加员工的安全感。</w:t>
      </w:r>
      <w:r>
        <w:rPr>
          <w:lang w:eastAsia="zh-CN"/>
        </w:rPr>
        <w:br/>
      </w:r>
      <w:r>
        <w:rPr>
          <w:lang w:eastAsia="zh-CN"/>
        </w:rPr>
        <w:t>　　另外，管理者也应不断加强自身的道德品质修养，做到言行一致，严于律己，宽以待人，处理问题公平公正，赢取员工的信任感。</w:t>
      </w:r>
      <w:r>
        <w:rPr>
          <w:lang w:eastAsia="zh-CN"/>
        </w:rPr>
        <w:br/>
      </w:r>
      <w:r>
        <w:rPr>
          <w:lang w:eastAsia="zh-CN"/>
        </w:rPr>
        <w:t>　　二提高沟通技巧</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在讲到沟通技巧时，老师提到了一个我并不陌生的词：同理心。</w:t>
      </w:r>
      <w:r>
        <w:rPr>
          <w:lang w:eastAsia="zh-CN"/>
        </w:rPr>
        <w:br/>
      </w:r>
      <w:r>
        <w:rPr>
          <w:lang w:eastAsia="zh-CN"/>
        </w:rPr>
        <w:t>　　它的意思是进入并了解他人的内心世界，并将这种了解传达给他人的一种能力，又叫换位思考。</w:t>
      </w:r>
      <w:r>
        <w:rPr>
          <w:lang w:eastAsia="zh-CN"/>
        </w:rPr>
        <w:br/>
      </w:r>
      <w:r>
        <w:rPr>
          <w:lang w:eastAsia="zh-CN"/>
        </w:rPr>
        <w:t>　　为什么说我并不陌生，因为它是每一位乘务员都必须具备的`服务技巧。</w:t>
      </w:r>
      <w:r>
        <w:rPr>
          <w:lang w:eastAsia="zh-CN"/>
        </w:rPr>
        <w:br/>
      </w:r>
      <w:r>
        <w:rPr>
          <w:lang w:eastAsia="zh-CN"/>
        </w:rPr>
        <w:t>　　另外，洪海江老师的培训课程让我重新认识了自己。</w:t>
      </w:r>
      <w:r>
        <w:rPr>
          <w:lang w:eastAsia="zh-CN"/>
        </w:rPr>
        <w:br/>
      </w:r>
      <w:r>
        <w:rPr>
          <w:lang w:eastAsia="zh-CN"/>
        </w:rPr>
        <w:t>　　一个人要取得好的工作效益绝不单凭自己的工作能力，更在于合理的自我定位、高效的执行力以及良好的沟通能力。</w:t>
      </w:r>
      <w:r>
        <w:rPr>
          <w:lang w:eastAsia="zh-CN"/>
        </w:rPr>
        <w:br/>
      </w:r>
      <w:r>
        <w:rPr>
          <w:lang w:eastAsia="zh-CN"/>
        </w:rPr>
        <w:t>　　对我而言，执行力的提高将极大地促进日常工作的开展。</w:t>
      </w:r>
      <w:r>
        <w:rPr>
          <w:lang w:eastAsia="zh-CN"/>
        </w:rPr>
        <w:br/>
      </w:r>
      <w:r>
        <w:rPr>
          <w:lang w:eastAsia="zh-CN"/>
        </w:rPr>
        <w:t>　　通过学习，我认识到大多数的“不可能”都是因为自我设限，而提高执行力的第一步就是要突破这层自我设限，提醒自己一切事情都不是“不可能”，只是没有找到合适的方法，我们能做的则是想尽一切办法向“可能”靠近。</w:t>
      </w:r>
      <w:r>
        <w:rPr>
          <w:lang w:eastAsia="zh-CN"/>
        </w:rPr>
        <w:br/>
      </w:r>
      <w:r>
        <w:rPr>
          <w:lang w:eastAsia="zh-CN"/>
        </w:rPr>
        <w:t>　　在如何检验自己的执行力上，应该树立“结果导向”的工作价值观。</w:t>
      </w:r>
      <w:r>
        <w:rPr>
          <w:lang w:eastAsia="zh-CN"/>
        </w:rPr>
        <w:br/>
      </w:r>
      <w:r>
        <w:rPr>
          <w:lang w:eastAsia="zh-CN"/>
        </w:rPr>
        <w:t>　　对于每一项工作，首先应该问问自己“这件事我做了吗”。</w:t>
      </w:r>
      <w:r>
        <w:rPr>
          <w:lang w:eastAsia="zh-CN"/>
        </w:rPr>
        <w:br/>
      </w:r>
      <w:r>
        <w:rPr>
          <w:lang w:eastAsia="zh-CN"/>
        </w:rPr>
        <w:t>　　当然“做了”不等于“做对”了，还必须考虑是否按照工作要求正确执行。</w:t>
      </w:r>
      <w:r>
        <w:rPr>
          <w:lang w:eastAsia="zh-CN"/>
        </w:rPr>
        <w:br/>
      </w:r>
      <w:r>
        <w:rPr>
          <w:lang w:eastAsia="zh-CN"/>
        </w:rPr>
        <w:t>　　其次，还要思考是否将工作“做完”了，是否考虑了不良工作后果的补救应对措施。</w:t>
      </w:r>
      <w:r>
        <w:rPr>
          <w:lang w:eastAsia="zh-CN"/>
        </w:rPr>
        <w:br/>
      </w:r>
      <w:r>
        <w:rPr>
          <w:lang w:eastAsia="zh-CN"/>
        </w:rPr>
        <w:t>　　再次，还要关注工作效益，反思是否将工作“做好”了。</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随后，还应根据工作效益的反响进行调整，以求产生更大的效益，将工作“做美”。</w:t>
      </w:r>
      <w:r>
        <w:rPr>
          <w:lang w:eastAsia="zh-CN"/>
        </w:rPr>
        <w:br/>
      </w:r>
      <w:r>
        <w:rPr>
          <w:lang w:eastAsia="zh-CN"/>
        </w:rPr>
        <w:t>　　最后，为了将工作“做绝”，还需将整项工作过程整理归纳，形成材料，以便为自己及同事以后类似的工作提供参考。</w:t>
      </w:r>
      <w:r>
        <w:rPr>
          <w:lang w:eastAsia="zh-CN"/>
        </w:rPr>
        <w:br/>
      </w:r>
      <w:r>
        <w:rPr>
          <w:lang w:eastAsia="zh-CN"/>
        </w:rPr>
        <w:t>　　这次的短期培训让我学到了很多实用性的知识，特别是《高效执行力》这门课程让我在日后的工作中有了明确的行动方向。</w:t>
      </w:r>
      <w:r>
        <w:rPr>
          <w:lang w:eastAsia="zh-CN"/>
        </w:rPr>
        <w:br/>
      </w:r>
      <w:r>
        <w:rPr>
          <w:lang w:eastAsia="zh-CN"/>
        </w:rPr>
        <w:t>　　再次感谢总部老师的安排，我将继续加强学习理解，争取活学活用。</w:t>
      </w:r>
      <w:r>
        <w:rPr>
          <w:lang w:eastAsia="zh-CN"/>
        </w:rPr>
        <w:br/>
      </w:r>
      <w:r>
        <w:rPr>
          <w:lang w:eastAsia="zh-CN"/>
        </w:rPr>
        <w:t xml:space="preserve">    管理者培训心得体会 篇12 </w:t>
      </w:r>
      <w:r>
        <w:rPr>
          <w:lang w:eastAsia="zh-CN"/>
        </w:rPr>
        <w:br/>
      </w:r>
      <w:r>
        <w:rPr>
          <w:lang w:eastAsia="zh-CN"/>
        </w:rPr>
        <w:t>　　学习能积累知识，知识改变命运。</w:t>
      </w:r>
      <w:r>
        <w:rPr>
          <w:lang w:eastAsia="zh-CN"/>
        </w:rPr>
        <w:br/>
      </w:r>
      <w:r>
        <w:rPr>
          <w:lang w:eastAsia="zh-CN"/>
        </w:rPr>
        <w:t>　　简短两天的基层管理培训悄然而逝，除了没能在培训中拿到好名次略感遗憾外，脑子呈现更多的是管理二字。</w:t>
      </w:r>
      <w:r>
        <w:rPr>
          <w:lang w:eastAsia="zh-CN"/>
        </w:rPr>
        <w:br/>
      </w:r>
      <w:r>
        <w:rPr>
          <w:lang w:eastAsia="zh-CN"/>
        </w:rPr>
        <w:t>　　什么是管理？管理的意义何在？怎样才能做好管理？古今中外大量文人骚客众说纷纭，大量的管理专家发表自己独到的见解。</w:t>
      </w:r>
      <w:r>
        <w:rPr>
          <w:lang w:eastAsia="zh-CN"/>
        </w:rPr>
        <w:br/>
      </w:r>
      <w:r>
        <w:rPr>
          <w:lang w:eastAsia="zh-CN"/>
        </w:rPr>
        <w:t>　　古有孟子的无为而治，以人为本，人之初性本善之说；也有荀子的人之初性本恶之见；管理大师德鲁克说：管理是实践的艺术，就是行永远在知前面，不去做就不知道要管理什么；《海底捞》中也有论述管理是科学还是艺术的观点……</w:t>
      </w:r>
      <w:r>
        <w:rPr>
          <w:lang w:eastAsia="zh-CN"/>
        </w:rPr>
        <w:br/>
      </w:r>
      <w:r>
        <w:rPr>
          <w:lang w:eastAsia="zh-CN"/>
        </w:rPr>
        <w:t>　　依我之愚见，管理就是服务。</w:t>
      </w:r>
      <w:r>
        <w:rPr>
          <w:lang w:eastAsia="zh-CN"/>
        </w:rPr>
        <w:br/>
      </w:r>
      <w:r>
        <w:rPr>
          <w:lang w:eastAsia="zh-CN"/>
        </w:rPr>
        <w:t>　　管理做好了就是服务做到位了。</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服务好你的上司，用望远镜站在上司的角度看待问题，并常怀感恩之心，知恩图报；服务好你的下属，坚持以人为本，知人善任，做到人尽其才，做好他们的领航者；服务好你的客户，做出让客户满意、多元化的'产品，并能有一个双赢的价格，保证快速的交期和优秀的售后；服务好你的平级部门，为人谦卑，善解人意，多换位思考。</w:t>
      </w:r>
      <w:r>
        <w:rPr>
          <w:lang w:eastAsia="zh-CN"/>
        </w:rPr>
        <w:br/>
      </w:r>
      <w:r>
        <w:rPr>
          <w:lang w:eastAsia="zh-CN"/>
        </w:rPr>
        <w:t>　　诚如是，服务到位了，管理也就做好了。</w:t>
      </w:r>
      <w:r>
        <w:rPr>
          <w:lang w:eastAsia="zh-CN"/>
        </w:rPr>
        <w:br/>
      </w:r>
      <w:r>
        <w:rPr>
          <w:lang w:eastAsia="zh-CN"/>
        </w:rPr>
        <w:t>　　管理者只有牢固树立“管理就是服务”的思想观念，并将这一思想贯穿于管理工作的全过程，时刻牢记管理的责任。才会使企业整体更加和谐、融洽、流畅通达；才能真正做到让老板满意、让领导满意、让客户满意、让员工满意，才能真正实现企业文化的腾飞，让“和谐、创新、共同进步”之花绽放。</w:t>
      </w:r>
      <w:r>
        <w:rPr>
          <w:lang w:eastAsia="zh-CN"/>
        </w:rPr>
        <w:br/>
      </w:r>
      <w:r>
        <w:rPr>
          <w:lang w:eastAsia="zh-CN"/>
        </w:rPr>
        <w:t xml:space="preserve">    管理者培训心得体会 篇13 </w:t>
      </w:r>
      <w:r>
        <w:rPr>
          <w:lang w:eastAsia="zh-CN"/>
        </w:rPr>
        <w:br/>
      </w:r>
      <w:r>
        <w:rPr>
          <w:lang w:eastAsia="zh-CN"/>
        </w:rPr>
        <w:t>　　4月，我有幸参加了泗水县小学中层干部培训。在7天时间里，我和泗水县小学中层干部一起在子路中学上课，七天的时间最然短暂，可教育局领导、列位专家的讲授让我获益良多。全新的理论不雅点让我开阔了事业，为此后的工作奠定了根本。现总结一下本人的学习感想：</w:t>
      </w:r>
      <w:r>
        <w:rPr>
          <w:lang w:eastAsia="zh-CN"/>
        </w:rPr>
        <w:br/>
      </w:r>
      <w:r>
        <w:rPr>
          <w:lang w:eastAsia="zh-CN"/>
        </w:rPr>
        <w:t>　　一、进一步增强了对学习重要性的认识。</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21世纪是知识经济社会，是电子化、收集化、数字化社会，其知识更新、知识折旧日益加快。一个国度、一个民族、一小我，要适应和跟上现代社会的发展，独一的方法就是与时俱进、不断学习、不断进步。培训班上，县教育局雷局长、张书记、张主任等多位领导都深刻论述了学习的目的和意义。只有经由过程不断学习，才能了解和掌握进步前辈的教育理论和方法，取他人之长补自己之短，只有这样。才能不负党和人民的重托，更好地做好本职工作。</w:t>
      </w:r>
      <w:r>
        <w:rPr>
          <w:lang w:eastAsia="zh-CN"/>
        </w:rPr>
        <w:br/>
      </w:r>
      <w:r>
        <w:rPr>
          <w:lang w:eastAsia="zh-CN"/>
        </w:rPr>
        <w:t>　　二、进一步增强了对学校中层干部的熟悉。</w:t>
      </w:r>
      <w:r>
        <w:rPr>
          <w:lang w:eastAsia="zh-CN"/>
        </w:rPr>
        <w:br/>
      </w:r>
      <w:r>
        <w:rPr>
          <w:lang w:eastAsia="zh-CN"/>
        </w:rPr>
        <w:t>　　学校中层是承前启后、承前启后、承点启面的中坚和重要力量。中层干部的“中”字，申明他在中间，既是领导，又是教师，兼有领导者和部属的两重身份。中层干部除具有办理职责、岗亭职责以外，还起到上传下达的作用，如果不能发挥其应有作用，则会对学校的办理和决策的贯彻带来很年夜的阻碍。中层干部是学校办理团队中的重要层次，是领导教师、学生按照学校的打算和部署，缔造性地开展日常工作的组织者和实施者，也是学校教育讲授办理、实现社会价值、承担社会责任的鞭策者和实践者。</w:t>
      </w:r>
      <w:r>
        <w:rPr>
          <w:lang w:eastAsia="zh-CN"/>
        </w:rPr>
        <w:br/>
      </w:r>
      <w:r>
        <w:rPr>
          <w:lang w:eastAsia="zh-CN"/>
        </w:rPr>
        <w:t>　　三、充分熟悉到了要不断增强本质、能力的培养和锻炼。</w:t>
      </w:r>
      <w:r>
        <w:rPr>
          <w:lang w:eastAsia="zh-CN"/>
        </w:rPr>
        <w:br/>
      </w:r>
      <w:r>
        <w:rPr>
          <w:lang w:eastAsia="zh-CN"/>
        </w:rPr>
        <w:t>　　一是要不断强化年夜局意识和责任一是。要树立教育第一位的一是，局部服从整体，小我服从集体，不越位、不拆台、实时补位，始终保持健康向上、奋发有为的精力状态，增强勇于霸占难关的朝上进步意识。勇于负责、勇挑重担，坚持不懈地突击学校教育延续健康发展。</w:t>
      </w:r>
      <w:r>
        <w:rPr>
          <w:lang w:eastAsia="zh-CN"/>
        </w:rPr>
        <w:br/>
      </w:r>
      <w:r>
        <w:rPr>
          <w:lang w:eastAsia="zh-CN"/>
        </w:rPr>
        <w:t>　　二是要增强沟通、勇于协调。要学会沟通与协调，要善于与领导、其他中层、教师、家长和社会各部门进行沟通，要学会尊重别人，放下架子，不利于连合的话不说，不利于连合的事不做。要当好校长的得力助手，积极主动地开展工作。要常常反思工作、学习和生活，把反思看成一种文化，经由过程反思，实时发现自身存在的问题。</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要勇于吃亏、吃苦、吃气。“三吃”是一种高贵的自我牺牲精力、奉献精力，是社会的主流风气。为人处世要心胸开阔，宽以待人。要多谅解他人，遇事多为他人照相，即便别人犯了毛病，或冒犯了自己，也不要零碎较量，以免因小失年夜，伤害了相互之间的豪情。要树立奉献精力，树立“吃亏、吃苦、吃气”的思惟，吃别人吃不了的亏，吃别人吃不了的苦，做别人做不了的事，忍别人忍不了的气，严格要求自己。</w:t>
      </w:r>
      <w:r>
        <w:rPr>
          <w:lang w:eastAsia="zh-CN"/>
        </w:rPr>
        <w:br/>
      </w:r>
      <w:r>
        <w:rPr>
          <w:lang w:eastAsia="zh-CN"/>
        </w:rPr>
        <w:t>　　四要能承受盘曲和冲击。命运多盘曲，人一生不可能事事顺利，你要成绩事业，就要在顺境中保持复苏，在逆境中绝不气馁，有过硬的的心理本质，能屈能伸方为年夜丈夫。要抵得住诱惑，耐得住孤单，禁得起失败。在逆境中谋发展，在困难中不放弃，面对失败能泰然处之，总结教训后重头再来，深信“没有比脚更长的路，没有比人更高的山”。</w:t>
      </w:r>
      <w:r>
        <w:rPr>
          <w:lang w:eastAsia="zh-CN"/>
        </w:rPr>
        <w:br/>
      </w:r>
      <w:r>
        <w:rPr>
          <w:lang w:eastAsia="zh-CN"/>
        </w:rPr>
        <w:t>　　总之，这次培训让我受益匪浅，我将充分运用所学指导此后的工作，相信“尽力就有收获”。</w:t>
      </w:r>
      <w:r>
        <w:rPr>
          <w:lang w:eastAsia="zh-CN"/>
        </w:rPr>
        <w:br/>
      </w:r>
      <w:r>
        <w:rPr>
          <w:lang w:eastAsia="zh-CN"/>
        </w:rPr>
        <w:t xml:space="preserve">    管理者培训心得体会 篇14 </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公司于9月24&amp;25日组织了一期人力资源管理知识培训班，聘请清华大学人力资源专家薛宪明教授精彩地讲授了人力资源管理知识。我们系统的学习了人力资源招聘、绩效、培训、薪资及劳工关系等有关内容，进一步深化了人力资源理论知识，学习人力资源工作先进的理念和实战经验。通过学习，我们对公司人力资源体系建设的思考和启发有了进一步认识，结合工作实际，我个人认为做好员工的培训与发展工作应从以下几方面入手。</w:t>
      </w:r>
      <w:r>
        <w:rPr>
          <w:lang w:eastAsia="zh-CN"/>
        </w:rPr>
        <w:br/>
      </w:r>
      <w:r>
        <w:rPr>
          <w:lang w:eastAsia="zh-CN"/>
        </w:rPr>
        <w:t>　　员工培训与开发是组织为实现经营目标和员工个人发展目标而有计划地组织员工进行学习和训练以改善员工工作态度、增加员工知识、提高员工技能、激发员工创造潜能，进而保证员工能够按照预期标准或水平完成所承担或将要承担的工作任务的人力资源管理活动。</w:t>
      </w:r>
      <w:r>
        <w:rPr>
          <w:lang w:eastAsia="zh-CN"/>
        </w:rPr>
        <w:br/>
      </w:r>
      <w:r>
        <w:rPr>
          <w:lang w:eastAsia="zh-CN"/>
        </w:rPr>
        <w:t>　　在培训内容上，公司可分企业文化、专业技能、管理技能、安全四个部分实施。其中安</w:t>
      </w:r>
      <w:r>
        <w:rPr>
          <w:lang w:eastAsia="zh-CN"/>
        </w:rPr>
        <w:br/>
      </w:r>
      <w:r>
        <w:rPr>
          <w:lang w:eastAsia="zh-CN"/>
        </w:rPr>
        <w:t>　　全培训已经成为一种日常常规培训，是各部门特别是一线做的最多的一种培训项目，各部门、车间必须经常开展安全培训;企业文化培训主要针对新员工进行;专业技能培训主要是针对各单位不同工种、不同岗位上专门从事某方面工作所需要的技能，这是公司目前比较重视培训项目，10月份有259名职工分别参加维修电工、机修钳工、褐藻胶专业中级工考试，专业技能培训可以直接影响到员工的工作效率和公司的经营业绩，可以解决一些实 际性的问题。</w:t>
      </w:r>
      <w:r>
        <w:rPr>
          <w:lang w:eastAsia="zh-CN"/>
        </w:rPr>
        <w:br/>
      </w:r>
      <w:r>
        <w:rPr>
          <w:lang w:eastAsia="zh-CN"/>
        </w:rPr>
        <w:t>　　目前，现有员工使他们掌握新技能是一大难题，这就要求我们提前制定好培训计划和安排，与部门负责人充分沟通，确定培训方式方法等;管理培训我们做的还不是很好，特别是对于班组长以上管理人员的管理培训做的还是比较少，管理者的管理能力的提升可能会间接的影响到公司的经营业绩，后期，我们要针对性地开展管理人员管理技能提升方面的培训，提高他们的管理能力，为公司管理团队储备人才。</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管理者培训心得体会 篇15 </w:t>
      </w:r>
      <w:r>
        <w:rPr>
          <w:lang w:eastAsia="zh-CN"/>
        </w:rPr>
        <w:br/>
      </w:r>
      <w:r>
        <w:rPr>
          <w:lang w:eastAsia="zh-CN"/>
        </w:rPr>
        <w:t>　　8月16日—8月18日三天的培训活动，为我们教师创造良好的学习机会，带给了我们优越的学习条件。在培训期间，我用心学习，认真聆听各个专家讲座，学习教学相关策略，用心去领悟教育理论观点，这次培训使我在教学理论和教育观念上得到了超多的补充，反思了以往工作中的不足，同时也解决了一些困惑。</w:t>
      </w:r>
      <w:r>
        <w:rPr>
          <w:lang w:eastAsia="zh-CN"/>
        </w:rPr>
        <w:br/>
      </w:r>
      <w:r>
        <w:rPr>
          <w:lang w:eastAsia="zh-CN"/>
        </w:rPr>
        <w:t>　　邯郸市教育局副局长曹建召，从各个方面分别阐述了做为一名人民教师是如何成长起来的，然后从管理层面进行了剖析，包括听评课、集体备课、上公开课、师徒结队子、教导我们如何走向专业，通过给青年教师找师傅来提高青年教师的教学水平，以及教学理念，使那些刚入职的青年教师少走弯路能够更快速的进入角色，同时讲解了读书的重要性，使我们深刻的认识到唯有读书才能提高我们的知识层面，开阔学生们的眼界。</w:t>
      </w:r>
      <w:r>
        <w:rPr>
          <w:lang w:eastAsia="zh-CN"/>
        </w:rPr>
        <w:br/>
      </w:r>
      <w:r>
        <w:rPr>
          <w:lang w:eastAsia="zh-CN"/>
        </w:rPr>
        <w:t>　　邯郸市第十中学王媛校长，在培训中说的几句话让我感触很多，一个学校要有团队建设、大雁精神、抱团才能飞得更高更远，她让我们看了一个关于大雁飞翔的视屏，使我很感动。还有她的一些办学理念、管理方法都值得我去学习，非常精辟，面面俱到把我以往的困惑逐一解读，使我受益良多。随后的各学校校长和各科室的述职很是精彩，每个岗位上都有每个岗位的工作精彩，小西堡总校校长安静梅讲述了她当校长的点点滴滴，让我学到了做什么事情只要你坚持了，就没有办不好的。</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教育是终生事业，是一个不断发展的过程，因此，一名优秀的教师要有丰厚的学识。优秀教师应在繁重的教学工作之余，挤时光去学习充电，问渠哪得清如许，唯有源头活水来，深深感悟到：读书学习，永无止境，方能使自我知识渊博、观察敏锐、充满自信，永葆教育智慧之活水永不干涸。</w:t>
      </w:r>
      <w:r>
        <w:rPr>
          <w:lang w:eastAsia="zh-CN"/>
        </w:rPr>
        <w:br/>
      </w:r>
      <w:r>
        <w:rPr>
          <w:lang w:eastAsia="zh-CN"/>
        </w:rPr>
        <w:t>　　向书本请教，听专家讲座，聆听名师的课堂，学习同伴的长处，这都是为自我的教育教学实践水平的提高作好准备。一切的学习都是为了自我的实践，为了教育好我们新世纪的接班人，否则皆为空谈。于是在培训期间，我用学到的东西来改善我以后的教育教学工作。这次培训，让我感受着新课程理念的和风，沐浴着新课程改革的阳光，拓展了我的教育视野，提升了我的教研潜力，让我的教育思想和教育行为有了真真切切的转变。在今后的教育教学中，我会不断学习，提高自身素质的同时提高学生的学习兴趣，做一名优秀的教师。</w:t>
      </w:r>
      <w:r>
        <w:rPr>
          <w:lang w:eastAsia="zh-CN"/>
        </w:rPr>
        <w:br/>
      </w:r>
      <w:r>
        <w:rPr>
          <w:lang w:eastAsia="zh-CN"/>
        </w:rPr>
        <w:t xml:space="preserve">    管理者培训心得体会 篇16 </w:t>
      </w:r>
      <w:r>
        <w:rPr>
          <w:lang w:eastAsia="zh-CN"/>
        </w:rPr>
        <w:br/>
      </w:r>
      <w:r>
        <w:rPr>
          <w:lang w:eastAsia="zh-CN"/>
        </w:rPr>
        <w:t>　　在信息化长足发展的今天，如何做好学校后勤工作系统的保密俨然成为摆在我们面前的一道重要课题。</w:t>
      </w:r>
      <w:r>
        <w:rPr>
          <w:lang w:eastAsia="zh-CN"/>
        </w:rPr>
        <w:br/>
      </w:r>
      <w:r>
        <w:rPr>
          <w:lang w:eastAsia="zh-CN"/>
        </w:rPr>
        <w:t>　　我在此次“保密教育培训”活动中总结自己不足的同时，也对自己在今后做好保密有了一个更为清晰的思路和认识。在下一步的保密中，我将从自身点滴做起，着实做到以下几点：</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首先是纠正错误认识，提高保密意识。结合一些泄密教训来看，那些泄密责任者并不是不知道做好保密，而是源于保密意识淡薄而产生了一些错误的认识。因此，在下一步的工作中，我将进行自我反思，查找自己对保密中存在的错误认识，坚持做到不该说的不说、不该看的不看、不该听的`不听、不该问的不问。</w:t>
      </w:r>
      <w:r>
        <w:rPr>
          <w:lang w:eastAsia="zh-CN"/>
        </w:rPr>
        <w:br/>
      </w:r>
      <w:r>
        <w:rPr>
          <w:lang w:eastAsia="zh-CN"/>
        </w:rPr>
        <w:t>　　其次是保持职业操守，抵御外界诱惑。既然工作要保密，那么工作必定就会涉及到学校与学生的利益。在对待保密上，我会保持一个清醒的认识，在面对外界诱惑时，用职业操守来约束自己，切实做到“遵纪守法，保守秘密”。</w:t>
      </w:r>
      <w:r>
        <w:rPr>
          <w:lang w:eastAsia="zh-CN"/>
        </w:rPr>
        <w:br/>
      </w:r>
      <w:r>
        <w:rPr>
          <w:lang w:eastAsia="zh-CN"/>
        </w:rPr>
        <w:t>　　最后，必须要树立牢固的保密观念和脚踏实地做人、认真负责干事的作风，利用时间、静下心来抓好学习，努力提高自己的综合素质，争当新时代保密卫士。</w:t>
      </w:r>
      <w:r>
        <w:rPr>
          <w:lang w:eastAsia="zh-CN"/>
        </w:rPr>
        <w:br/>
      </w:r>
      <w:r>
        <w:rPr>
          <w:lang w:eastAsia="zh-CN"/>
        </w:rPr>
        <w:t xml:space="preserve">    管理者培训心得体会 篇17 </w:t>
      </w:r>
      <w:r>
        <w:rPr>
          <w:lang w:eastAsia="zh-CN"/>
        </w:rPr>
        <w:br/>
      </w:r>
      <w:r>
        <w:rPr>
          <w:lang w:eastAsia="zh-CN"/>
        </w:rPr>
        <w:t>　　管理是企业不容忽视的中坚力量，是企业发展的基础，又是企业前进的方向，因此，如何做好一名优秀的管理者呢?这也是众多银行高级管理者不断拷问自己的一句话。不无数优秀的管理者，都是在实践中不断充实自己，不断成长的。国家高级礼仪培训师赵奕影老师根据银行高级管理者反映的问题有针对性的制定银行高管培训方案，并结合案例，给出自己关于管理方面的意见和建议。</w:t>
      </w:r>
      <w:r>
        <w:rPr>
          <w:lang w:eastAsia="zh-CN"/>
        </w:rPr>
        <w:br/>
      </w:r>
      <w:r>
        <w:rPr>
          <w:lang w:eastAsia="zh-CN"/>
        </w:rPr>
        <w:t>　　作为一名管理者，不仅要对业务知识熟练，更要对行业以及企业整体有全面而深刻的了解和把握，还要有长远的眼光和决策力。当然目标的实现不是靠一个人的力量就能完成的，而更要懂得用人的艺术，把合适的人用在合适的位置，使团体发挥强大的力量。</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去过庙的人都知道，一进庙门，首先是弥陀佛，笑脸迎客，而在他的北面，则是黑口黑脸的韦陀。但相传在很久以前，他们并不在同一个庙里，而是分别掌管不同的庙。</w:t>
      </w:r>
      <w:r>
        <w:rPr>
          <w:lang w:eastAsia="zh-CN"/>
        </w:rPr>
        <w:br/>
      </w:r>
      <w:r>
        <w:rPr>
          <w:lang w:eastAsia="zh-CN"/>
        </w:rPr>
        <w:t>　　弥乐佛热情快乐，所以来的人非常多，但他什么都不在乎，丢三拉四，没有好好的管理账务，所以依然入不敷出。而韦陀虽然管账是一把好手，但成天阴着个脸，太过严肃，搞得人越来越少，最后香火断绝。</w:t>
      </w:r>
      <w:r>
        <w:rPr>
          <w:lang w:eastAsia="zh-CN"/>
        </w:rPr>
        <w:br/>
      </w:r>
      <w:r>
        <w:rPr>
          <w:lang w:eastAsia="zh-CN"/>
        </w:rPr>
        <w:t>　　佛祖在查香火的时候发现了这个问题，就将他们俩放在同一个庙里，由弥乐佛负责公关，笑迎八方客，于是香火大旺。而韦陀铁面无私，锱珠必较，则让他负责财务，严格把关。在两人的分工合作中，庙里一派欣欣向荣景象。</w:t>
      </w:r>
      <w:r>
        <w:rPr>
          <w:lang w:eastAsia="zh-CN"/>
        </w:rPr>
        <w:br/>
      </w:r>
      <w:r>
        <w:rPr>
          <w:lang w:eastAsia="zh-CN"/>
        </w:rPr>
        <w:t>　　其实在用人大师的眼里，没有废人，正如武功高手， 不需名贵宝剑，摘花飞叶即可伤人，关键看如何运用。故事虽然很短，却让很多管理者深有感触，不管是在古代决战沙场，还是现代无硝烟的商场，用人都是让人重视却又头疼的一件事。</w:t>
      </w:r>
      <w:r>
        <w:rPr>
          <w:lang w:eastAsia="zh-CN"/>
        </w:rPr>
        <w:br/>
      </w:r>
      <w:r>
        <w:rPr>
          <w:lang w:eastAsia="zh-CN"/>
        </w:rPr>
        <w:t>　　世界上没有完全相同的两片叶子同样也没有完全相同的两个人，没有完全相同的领导者和领导模式。有多少个领导者就有多少种领导模式。</w:t>
      </w:r>
      <w:r>
        <w:rPr>
          <w:lang w:eastAsia="zh-CN"/>
        </w:rPr>
        <w:br/>
      </w:r>
      <w:r>
        <w:rPr>
          <w:lang w:eastAsia="zh-CN"/>
        </w:rPr>
        <w:t>　　一、用人和用权艺术。</w:t>
      </w:r>
      <w:r>
        <w:rPr>
          <w:lang w:eastAsia="zh-CN"/>
        </w:rPr>
        <w:br/>
      </w:r>
      <w:r>
        <w:rPr>
          <w:lang w:eastAsia="zh-CN"/>
        </w:rPr>
        <w:t>　　1.用人艺术。</w:t>
      </w:r>
      <w:r>
        <w:rPr>
          <w:lang w:eastAsia="zh-CN"/>
        </w:rPr>
        <w:br/>
      </w:r>
      <w:r>
        <w:rPr>
          <w:lang w:eastAsia="zh-CN"/>
        </w:rPr>
        <w:t>　　用人的方法和艺术在领导工作中占有特别重要的位置。1938 年毛泽东把领导者的职责归为：出主意，用干部，将领导的决策与用人放在同等重要的位置。</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领导者用人的艺术主要有：合理选择，知人善任;扬长避短、宽容待人;合理使用，积极培养;用人要正激励人才。</w:t>
      </w:r>
      <w:r>
        <w:rPr>
          <w:lang w:eastAsia="zh-CN"/>
        </w:rPr>
        <w:br/>
      </w:r>
      <w:r>
        <w:rPr>
          <w:lang w:eastAsia="zh-CN"/>
        </w:rPr>
        <w:t>　　2.用权艺术。</w:t>
      </w:r>
      <w:r>
        <w:rPr>
          <w:lang w:eastAsia="zh-CN"/>
        </w:rPr>
        <w:br/>
      </w:r>
      <w:r>
        <w:rPr>
          <w:lang w:eastAsia="zh-CN"/>
        </w:rPr>
        <w:t>　　规范化用权;</w:t>
      </w:r>
      <w:r>
        <w:rPr>
          <w:lang w:eastAsia="zh-CN"/>
        </w:rPr>
        <w:br/>
      </w:r>
      <w:r>
        <w:rPr>
          <w:lang w:eastAsia="zh-CN"/>
        </w:rPr>
        <w:t>　　实效化用权;</w:t>
      </w:r>
      <w:r>
        <w:rPr>
          <w:lang w:eastAsia="zh-CN"/>
        </w:rPr>
        <w:br/>
      </w:r>
      <w:r>
        <w:rPr>
          <w:lang w:eastAsia="zh-CN"/>
        </w:rPr>
        <w:t>　　体制外用权。</w:t>
      </w:r>
      <w:r>
        <w:rPr>
          <w:lang w:eastAsia="zh-CN"/>
        </w:rPr>
        <w:br/>
      </w:r>
      <w:r>
        <w:rPr>
          <w:lang w:eastAsia="zh-CN"/>
        </w:rPr>
        <w:t>　　3.授权艺术。</w:t>
      </w:r>
      <w:r>
        <w:rPr>
          <w:lang w:eastAsia="zh-CN"/>
        </w:rPr>
        <w:br/>
      </w:r>
      <w:r>
        <w:rPr>
          <w:lang w:eastAsia="zh-CN"/>
        </w:rPr>
        <w:t>　　包括合理选择授权方式;</w:t>
      </w:r>
      <w:r>
        <w:rPr>
          <w:lang w:eastAsia="zh-CN"/>
        </w:rPr>
        <w:br/>
      </w:r>
      <w:r>
        <w:rPr>
          <w:lang w:eastAsia="zh-CN"/>
        </w:rPr>
        <w:t>　　授权留责：领导者将权力授予下级后，下级在工作中出问题，级负责任，领导也应负领导责任，士卒犯罪，过及主帅。</w:t>
      </w:r>
      <w:r>
        <w:rPr>
          <w:lang w:eastAsia="zh-CN"/>
        </w:rPr>
        <w:br/>
      </w:r>
      <w:r>
        <w:rPr>
          <w:lang w:eastAsia="zh-CN"/>
        </w:rPr>
        <w:t>　　视能授权：领导者向下级授权，授什么权，授多权，应根据下级能力的高低而定。</w:t>
      </w:r>
      <w:r>
        <w:rPr>
          <w:lang w:eastAsia="zh-CN"/>
        </w:rPr>
        <w:br/>
      </w:r>
      <w:r>
        <w:rPr>
          <w:lang w:eastAsia="zh-CN"/>
        </w:rPr>
        <w:t>　　明确责权：领导者向被授权者授权时，应明确所授工作任务的目标、责和权力，不能含糊不清、模棱两可。</w:t>
      </w:r>
      <w:r>
        <w:rPr>
          <w:lang w:eastAsia="zh-CN"/>
        </w:rPr>
        <w:br/>
      </w:r>
      <w:r>
        <w:rPr>
          <w:lang w:eastAsia="zh-CN"/>
        </w:rPr>
        <w:t>　　适度授权：领导者授权时应分清哪些权力可以下授，哪些权力应该保留。</w:t>
      </w:r>
      <w:r>
        <w:rPr>
          <w:lang w:eastAsia="zh-CN"/>
        </w:rPr>
        <w:br/>
      </w:r>
      <w:r>
        <w:rPr>
          <w:lang w:eastAsia="zh-CN"/>
        </w:rPr>
        <w:t>　　监督控制：领导者授权后，对下属的工作要进行合理的也即适度的监督控制，防止放任自流或过细的工作检两种极端现象。</w:t>
      </w:r>
      <w:r>
        <w:rPr>
          <w:lang w:eastAsia="zh-CN"/>
        </w:rPr>
        <w:br/>
      </w:r>
      <w:r>
        <w:rPr>
          <w:lang w:eastAsia="zh-CN"/>
        </w:rPr>
        <w:t>　　逐级授权：领导者只能对自己的直接下级授权，不能越级授权。</w:t>
      </w:r>
      <w:r>
        <w:rPr>
          <w:lang w:eastAsia="zh-CN"/>
        </w:rPr>
        <w:br/>
      </w:r>
      <w:r>
        <w:rPr>
          <w:lang w:eastAsia="zh-CN"/>
        </w:rPr>
        <w:t>　　防止反向授权。</w:t>
      </w:r>
      <w:r>
        <w:rPr>
          <w:lang w:eastAsia="zh-CN"/>
        </w:rPr>
        <w:br/>
      </w:r>
      <w:r>
        <w:rPr>
          <w:lang w:eastAsia="zh-CN"/>
        </w:rPr>
        <w:t>　　二、决策艺术</w:t>
      </w:r>
      <w:r>
        <w:rPr>
          <w:lang w:eastAsia="zh-CN"/>
        </w:rPr>
        <w:br/>
      </w:r>
      <w:r>
        <w:rPr>
          <w:lang w:eastAsia="zh-CN"/>
        </w:rPr>
        <w:t>　　决策是每个主管最重要的工作、也最冒风险。决策中存在许多陷阱，企业主管如何避开陷阱，做出正确的决策?</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1.决策艺术的特点：科学与经验的结合;综合性知识与创造性发挥。</w:t>
      </w:r>
      <w:r>
        <w:rPr>
          <w:lang w:eastAsia="zh-CN"/>
        </w:rPr>
        <w:br/>
      </w:r>
      <w:r>
        <w:rPr>
          <w:lang w:eastAsia="zh-CN"/>
        </w:rPr>
        <w:t>　　2.决策艺术。</w:t>
      </w:r>
      <w:r>
        <w:rPr>
          <w:lang w:eastAsia="zh-CN"/>
        </w:rPr>
        <w:br/>
      </w:r>
      <w:r>
        <w:rPr>
          <w:lang w:eastAsia="zh-CN"/>
        </w:rPr>
        <w:t>　　A.运筹艺术&amp;统筹兼顾，把握关键。</w:t>
      </w:r>
      <w:r>
        <w:rPr>
          <w:lang w:eastAsia="zh-CN"/>
        </w:rPr>
        <w:br/>
      </w:r>
      <w:r>
        <w:rPr>
          <w:lang w:eastAsia="zh-CN"/>
        </w:rPr>
        <w:t>　　B.决断艺术&amp;指令明确、决断及时;判断力、想象力、洞察力、应变力。</w:t>
      </w:r>
      <w:r>
        <w:rPr>
          <w:lang w:eastAsia="zh-CN"/>
        </w:rPr>
        <w:br/>
      </w:r>
      <w:r>
        <w:rPr>
          <w:lang w:eastAsia="zh-CN"/>
        </w:rPr>
        <w:t>　　C.善于调动他人的积极性。</w:t>
      </w:r>
      <w:r>
        <w:rPr>
          <w:lang w:eastAsia="zh-CN"/>
        </w:rPr>
        <w:br/>
      </w:r>
      <w:r>
        <w:rPr>
          <w:lang w:eastAsia="zh-CN"/>
        </w:rPr>
        <w:t>　　D.借用外脑。</w:t>
      </w:r>
      <w:r>
        <w:rPr>
          <w:lang w:eastAsia="zh-CN"/>
        </w:rPr>
        <w:br/>
      </w:r>
      <w:r>
        <w:rPr>
          <w:lang w:eastAsia="zh-CN"/>
        </w:rPr>
        <w:t>　　三、决策陷阱及应对策略</w:t>
      </w:r>
      <w:r>
        <w:rPr>
          <w:lang w:eastAsia="zh-CN"/>
        </w:rPr>
        <w:br/>
      </w:r>
      <w:r>
        <w:rPr>
          <w:lang w:eastAsia="zh-CN"/>
        </w:rPr>
        <w:t>　　1.(1)沉锚陷阱</w:t>
      </w:r>
      <w:r>
        <w:rPr>
          <w:lang w:eastAsia="zh-CN"/>
        </w:rPr>
        <w:br/>
      </w:r>
      <w:r>
        <w:rPr>
          <w:lang w:eastAsia="zh-CN"/>
        </w:rPr>
        <w:t>　　考虑做一个决定时，我们的大脑会对得到的第一个信息给予特别的重视。第一印象或数据就像沉入海底的锚一样，把我们的思维固定在了某一处。</w:t>
      </w:r>
      <w:r>
        <w:rPr>
          <w:lang w:eastAsia="zh-CN"/>
        </w:rPr>
        <w:br/>
      </w:r>
      <w:r>
        <w:rPr>
          <w:lang w:eastAsia="zh-CN"/>
        </w:rPr>
        <w:t>　　沉锚效应表现方式多种多样，它可能是同事无意中的一句意见或媒体上的一个小数字。在商业中，最常见的沉锚是先例或趋势。市场策划人员在制订销售计划时会参考去年的计划，这样的计划如果能充分考虑其它因素，得出的数字可能是准确而恰当的，但如果一味依赖原来的数字，那原有数字就是沉锚。</w:t>
      </w:r>
      <w:r>
        <w:rPr>
          <w:lang w:eastAsia="zh-CN"/>
        </w:rPr>
        <w:br/>
      </w:r>
    </w:p>
    <w:p w:rsidR="001B1F19" w14:textId="27C3F48A">
      <w:pPr>
        <w:rPr>
          <w:lang w:eastAsia="zh-CN"/>
        </w:rPr>
      </w:pPr>
      <w:r>
        <w:rPr>
          <w:lang w:eastAsia="zh-CN"/>
        </w:rPr>
        <w:t>　　聪明的谈判者很善于利用这种沉锚效应以达到自己的目的。他们会选择有利的数据和事实说服对方，让他们屈服。例如，有一家公司要在开发区设一个办事处，在经过一番考察后，找到了一个位置和设施都比较理想的商务楼，于是安排与这家房产商见面。房产商一开始提出的合同条件如下：租期20__年;每平方英尺每天租金2美元，每年价格随物价的上涨幅度而定;所有室内的改装费用由租户自理;20__年以后由租户决定是否延长租期。</w:t>
      </w:r>
      <w:r>
        <w:rPr>
          <w:lang w:eastAsia="zh-CN"/>
        </w:rPr>
        <w:br/>
      </w:r>
      <w:r>
        <w:rPr>
          <w:lang w:eastAsia="zh-CN"/>
        </w:rPr>
        <w:t>　　公司派出的谈判代表做出了反馈，他们接受了大部分条件，只是把价格往下压了一些，并要求房产商承担一部分装修费用。其实，这家公司本来可以通过谈判取得更多利益，如把价格降到市场较低价，两年一次调整价格，规定价格的上限，规定延长租期的各种条件等。但遗憾的是，他们的思维被房产商的合同文本限制死了，他们掉入了房产商所设的沉锚陷阱，他们为此多付出许多租金。</w:t>
      </w:r>
      <w:r>
        <w:rPr>
          <w:lang w:eastAsia="zh-CN"/>
        </w:rPr>
        <w:br/>
      </w:r>
      <w:r>
        <w:rPr>
          <w:lang w:eastAsia="zh-CN"/>
        </w:rPr>
        <w:t>　　(2)如何走出沉锚陷阱</w:t>
      </w:r>
      <w:r>
        <w:rPr>
          <w:lang w:eastAsia="zh-CN"/>
        </w:rPr>
        <w:br/>
      </w:r>
      <w:r>
        <w:rPr>
          <w:lang w:eastAsia="zh-CN"/>
        </w:rPr>
        <w:t>　　从不同的角度来看问题。看看有没有其它的选择，不要一味依赖你的第一个想法。</w:t>
      </w:r>
      <w:r>
        <w:rPr>
          <w:lang w:eastAsia="zh-CN"/>
        </w:rPr>
        <w:br/>
      </w:r>
      <w:r>
        <w:rPr>
          <w:lang w:eastAsia="zh-CN"/>
        </w:rPr>
        <w:t>　　在向别人请教前，先自己考虑一下问题，有一个基本打算，不要被别人的意见左右。</w:t>
      </w:r>
      <w:r>
        <w:rPr>
          <w:lang w:eastAsia="zh-CN"/>
        </w:rPr>
        <w:br/>
      </w:r>
      <w:r>
        <w:rPr>
          <w:lang w:eastAsia="zh-CN"/>
        </w:rPr>
        <w:t>　　集思广益。寻求不同的意见、方法，以开拓你的思维，打破原有的条框束缚。</w:t>
      </w:r>
      <w:r>
        <w:rPr>
          <w:lang w:eastAsia="zh-CN"/>
        </w:rPr>
        <w:br/>
      </w:r>
      <w:r>
        <w:rPr>
          <w:lang w:eastAsia="zh-CN"/>
        </w:rPr>
        <w:t>　　注意不要限制顾问、咨询员的思维。在向他们介绍情况时，要尽量客观公正，不要搀杂你个人的观点和倾向，以免影响他们的思路。</w:t>
      </w:r>
      <w:r>
        <w:rPr>
          <w:lang w:eastAsia="zh-CN"/>
        </w:rPr>
        <w:br/>
      </w:r>
      <w:r>
        <w:rPr>
          <w:lang w:eastAsia="zh-CN"/>
        </w:rPr>
        <w:t>　　2.(1)现状陷阱</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https://d.book118.com/996111221032010100</w:t>
        </w:r>
      </w:hyperlink>
    </w:p>
    <w:p w:rsidR="001B1F19">
      <w:pPr>
        <w:rPr>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9611122103201010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