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你知道吗</w:t>
      </w:r>
      <w:r>
        <w:t xml:space="preserve"> 倒着跑100步</w:t>
      </w:r>
      <w:r>
        <w:t xml:space="preserve"> 顶正着跑1000步呢</w:t>
        <w:br/>
        <w:t>You</w:t>
      </w:r>
      <w:r>
        <w:t xml:space="preserve"> know</w:t>
      </w:r>
      <w:r>
        <w:t xml:space="preserve"> that</w:t>
      </w:r>
      <w:r>
        <w:t xml:space="preserve"> taking</w:t>
      </w:r>
      <w:r>
        <w:t xml:space="preserve"> 100</w:t>
      </w:r>
      <w:r>
        <w:t xml:space="preserve"> steps</w:t>
      </w:r>
      <w:r>
        <w:t xml:space="preserve"> backwards</w:t>
      </w:r>
      <w:r>
        <w:t xml:space="preserve"> is</w:t>
      </w:r>
      <w:r>
        <w:t xml:space="preserve"> like</w:t>
      </w:r>
      <w:r>
        <w:t xml:space="preserve"> taking</w:t>
      </w:r>
      <w:r>
        <w:t xml:space="preserve"> 1,000</w:t>
      </w:r>
      <w:r>
        <w:t xml:space="preserve"> steps</w:t>
      </w:r>
      <w:r>
        <w:t xml:space="preserve"> forward?</w:t>
        <w:br/>
        <w:t>能多燃烧五分之一的卡路里</w:t>
        <w:br/>
        <w:t>Burns</w:t>
      </w:r>
      <w:r>
        <w:t xml:space="preserve"> 1/5</w:t>
      </w:r>
      <w:r>
        <w:t xml:space="preserve"> more</w:t>
      </w:r>
      <w:r>
        <w:t xml:space="preserve"> calories,</w:t>
      </w:r>
      <w:r>
        <w:t xml:space="preserve"> </w:t>
        <w:br/>
        <w:t>修正长歪的肌肉</w:t>
      </w:r>
      <w:r>
        <w:t xml:space="preserve"> 矫正姿势</w:t>
        <w:br/>
        <w:t>fixes,</w:t>
      </w:r>
      <w:r>
        <w:t xml:space="preserve"> uh,</w:t>
      </w:r>
      <w:r>
        <w:t xml:space="preserve"> lopsided</w:t>
      </w:r>
      <w:r>
        <w:t xml:space="preserve"> muscles,</w:t>
      </w:r>
      <w:r>
        <w:t xml:space="preserve"> corrects</w:t>
      </w:r>
      <w:r>
        <w:t xml:space="preserve"> posture.</w:t>
        <w:br/>
        <w:t>你知道人都怎么说吗?</w:t>
        <w:br/>
        <w:t>You</w:t>
      </w:r>
      <w:r>
        <w:t xml:space="preserve"> know</w:t>
      </w:r>
      <w:r>
        <w:t xml:space="preserve"> what</w:t>
      </w:r>
      <w:r>
        <w:t xml:space="preserve"> they</w:t>
      </w:r>
      <w:r>
        <w:t xml:space="preserve"> say?</w:t>
        <w:br/>
        <w:t>跑的时候还说话</w:t>
      </w:r>
      <w:r>
        <w:t xml:space="preserve"> 肯定是跑得不够好</w:t>
        <w:br/>
        <w:t>That</w:t>
      </w:r>
      <w:r>
        <w:t xml:space="preserve"> if</w:t>
      </w:r>
      <w:r>
        <w:t xml:space="preserve"> you're</w:t>
      </w:r>
      <w:r>
        <w:t xml:space="preserve"> running</w:t>
      </w:r>
      <w:r>
        <w:t xml:space="preserve"> while</w:t>
      </w:r>
      <w:r>
        <w:t xml:space="preserve"> you're</w:t>
      </w:r>
      <w:r>
        <w:t xml:space="preserve"> talking,</w:t>
      </w:r>
      <w:r>
        <w:t xml:space="preserve"> you're</w:t>
      </w:r>
      <w:r>
        <w:t xml:space="preserve"> not</w:t>
      </w:r>
      <w:r>
        <w:t xml:space="preserve"> trying</w:t>
      </w:r>
      <w:r>
        <w:t xml:space="preserve"> hard</w:t>
      </w:r>
      <w:r>
        <w:t xml:space="preserve"> enough.</w:t>
        <w:br/>
        <w:t>不是</w:t>
      </w:r>
      <w:r>
        <w:t xml:space="preserve"> 我肺活量大</w:t>
      </w:r>
      <w:r>
        <w:t xml:space="preserve"> 跑多快都能说话</w:t>
        <w:br/>
        <w:t>Oh,</w:t>
      </w:r>
      <w:r>
        <w:t xml:space="preserve"> no,</w:t>
      </w:r>
      <w:r>
        <w:t xml:space="preserve"> I</w:t>
      </w:r>
      <w:r>
        <w:t xml:space="preserve"> got</w:t>
      </w:r>
      <w:r>
        <w:t xml:space="preserve"> great</w:t>
      </w:r>
      <w:r>
        <w:t xml:space="preserve"> lung</w:t>
      </w:r>
      <w:r>
        <w:t xml:space="preserve"> capacity.</w:t>
      </w:r>
      <w:r>
        <w:t xml:space="preserve"> No</w:t>
      </w:r>
      <w:r>
        <w:t xml:space="preserve"> matter</w:t>
      </w:r>
      <w:r>
        <w:t xml:space="preserve"> how</w:t>
      </w:r>
      <w:r>
        <w:t xml:space="preserve"> fast</w:t>
      </w:r>
      <w:r>
        <w:t xml:space="preserve"> I</w:t>
      </w:r>
      <w:r>
        <w:t xml:space="preserve"> run,</w:t>
      </w:r>
      <w:r>
        <w:t xml:space="preserve"> I</w:t>
      </w:r>
      <w:r>
        <w:t xml:space="preserve"> can</w:t>
      </w:r>
      <w:r>
        <w:t xml:space="preserve"> still</w:t>
      </w:r>
      <w:r>
        <w:t xml:space="preserve"> chat.</w:t>
        <w:br/>
        <w:t>等一下</w:t>
        <w:br/>
        <w:t>Hold</w:t>
      </w:r>
      <w:r>
        <w:t xml:space="preserve"> on</w:t>
      </w:r>
      <w:r>
        <w:t xml:space="preserve"> a</w:t>
      </w:r>
      <w:r>
        <w:t xml:space="preserve"> second.</w:t>
      </w:r>
      <w:r>
        <w:t xml:space="preserve"> Just...</w:t>
        <w:br/>
        <w:t>怎么了?</w:t>
        <w:br/>
        <w:t>What?</w:t>
      </w:r>
      <w:r>
        <w:t xml:space="preserve"> </w:t>
        <w:br/>
        <w:t>躲到树后面去</w:t>
        <w:br/>
        <w:t>Get</w:t>
      </w:r>
      <w:r>
        <w:t xml:space="preserve"> in</w:t>
      </w:r>
      <w:r>
        <w:t xml:space="preserve"> the</w:t>
      </w:r>
      <w:r>
        <w:t xml:space="preserve"> bush.</w:t>
        <w:br/>
        <w:t>我老是时不时想起Jamie</w:t>
        <w:br/>
        <w:t>I'm</w:t>
      </w:r>
      <w:r>
        <w:t xml:space="preserve"> having</w:t>
      </w:r>
      <w:r>
        <w:t xml:space="preserve"> Jamie</w:t>
      </w:r>
      <w:r>
        <w:t xml:space="preserve"> flashbacks.</w:t>
        <w:br/>
        <w:t>她还在跟踪我</w:t>
        <w:br/>
        <w:t>She's</w:t>
      </w:r>
      <w:r>
        <w:t xml:space="preserve"> still</w:t>
      </w:r>
      <w:r>
        <w:t xml:space="preserve"> stalking</w:t>
      </w:r>
      <w:r>
        <w:t xml:space="preserve"> me.</w:t>
      </w:r>
      <w:r>
        <w:t xml:space="preserve"> </w:t>
        <w:br/>
        <w:t>每次我看见她</w:t>
      </w:r>
      <w:r>
        <w:t xml:space="preserve"> 都能发现她又疯了一点</w:t>
        <w:br/>
        <w:t>Every</w:t>
      </w:r>
      <w:r>
        <w:t xml:space="preserve"> time</w:t>
      </w:r>
      <w:r>
        <w:t xml:space="preserve"> I</w:t>
      </w:r>
      <w:r>
        <w:t xml:space="preserve"> see</w:t>
      </w:r>
      <w:r>
        <w:t xml:space="preserve"> her,</w:t>
      </w:r>
      <w:r>
        <w:t xml:space="preserve"> it's</w:t>
      </w:r>
      <w:r>
        <w:t xml:space="preserve"> like</w:t>
      </w:r>
      <w:r>
        <w:t xml:space="preserve"> she's</w:t>
      </w:r>
      <w:r>
        <w:t xml:space="preserve"> lost</w:t>
      </w:r>
      <w:r>
        <w:t xml:space="preserve"> more</w:t>
      </w:r>
      <w:r>
        <w:t xml:space="preserve"> of</w:t>
      </w:r>
      <w:r>
        <w:t xml:space="preserve"> her</w:t>
      </w:r>
      <w:r>
        <w:t xml:space="preserve"> marbles,</w:t>
        <w:br/>
        <w:t>我有点怀疑她的脑子都长胸上去了</w:t>
        <w:br/>
        <w:t>and</w:t>
      </w:r>
      <w:r>
        <w:t xml:space="preserve"> I</w:t>
      </w:r>
      <w:r>
        <w:t xml:space="preserve"> half-think</w:t>
      </w:r>
      <w:r>
        <w:t xml:space="preserve"> they're</w:t>
      </w:r>
      <w:r>
        <w:t xml:space="preserve"> falling</w:t>
      </w:r>
      <w:r>
        <w:t xml:space="preserve"> into</w:t>
      </w:r>
      <w:r>
        <w:t xml:space="preserve"> her</w:t>
      </w:r>
      <w:r>
        <w:t xml:space="preserve"> bra,</w:t>
      </w:r>
      <w:r>
        <w:t xml:space="preserve"> </w:t>
        <w:br/>
        <w:t>真心的</w:t>
        <w:br/>
        <w:t>I</w:t>
      </w:r>
      <w:r>
        <w:t xml:space="preserve"> swear</w:t>
      </w:r>
      <w:r>
        <w:t xml:space="preserve"> to</w:t>
      </w:r>
      <w:r>
        <w:t xml:space="preserve"> God.</w:t>
        <w:br/>
        <w:t>你干嘛呢?</w:t>
        <w:br/>
        <w:t>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</w:t>
        <w:br/>
        <w:t>你稍等我一下</w:t>
        <w:br/>
        <w:t>Just</w:t>
      </w:r>
      <w:r>
        <w:t xml:space="preserve"> give</w:t>
      </w:r>
      <w:r>
        <w:t xml:space="preserve"> me</w:t>
      </w:r>
      <w:r>
        <w:t xml:space="preserve"> a</w:t>
      </w:r>
      <w:r>
        <w:t xml:space="preserve"> second.</w:t>
        <w:br/>
        <w:t>可以再多给你一些时间</w:t>
        <w:br/>
        <w:t>You</w:t>
      </w:r>
      <w:r>
        <w:t xml:space="preserve"> can</w:t>
      </w:r>
      <w:r>
        <w:t xml:space="preserve"> have</w:t>
      </w:r>
      <w:r>
        <w:t xml:space="preserve"> more</w:t>
      </w:r>
      <w:r>
        <w:t xml:space="preserve"> time.</w:t>
        <w:br/>
        <w:t>我不想要多余的时间了</w:t>
        <w:br/>
        <w:t>I</w:t>
      </w:r>
      <w:r>
        <w:t xml:space="preserve"> don't</w:t>
      </w:r>
      <w:r>
        <w:t xml:space="preserve"> want</w:t>
      </w:r>
      <w:r>
        <w:t xml:space="preserve"> more</w:t>
      </w:r>
      <w:r>
        <w:t xml:space="preserve"> time.</w:t>
      </w:r>
      <w:r>
        <w:t xml:space="preserve"> </w:t>
        <w:br/>
        <w:t>我已经准备好了</w:t>
        <w:br/>
        <w:t>I'm</w:t>
      </w:r>
      <w:r>
        <w:t xml:space="preserve"> ready</w:t>
      </w:r>
      <w:r>
        <w:t xml:space="preserve"> to</w:t>
      </w:r>
      <w:r>
        <w:t xml:space="preserve"> talk.</w:t>
        <w:br/>
        <w:t>我们只有一次机会</w:t>
        <w:br/>
        <w:t>We're</w:t>
      </w:r>
      <w:r>
        <w:t xml:space="preserve"> only</w:t>
      </w:r>
      <w:r>
        <w:t xml:space="preserve"> gonna</w:t>
      </w:r>
      <w:r>
        <w:t xml:space="preserve"> get</w:t>
      </w:r>
      <w:r>
        <w:t xml:space="preserve"> one</w:t>
      </w:r>
      <w:r>
        <w:t xml:space="preserve"> chance</w:t>
      </w:r>
      <w:r>
        <w:t xml:space="preserve"> at</w:t>
      </w:r>
      <w:r>
        <w:t xml:space="preserve"> this.</w:t>
        <w:br/>
        <w:t>花的时间越多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风险越大</w:t>
        <w:br/>
        <w:t>More</w:t>
      </w:r>
      <w:r>
        <w:t xml:space="preserve"> time</w:t>
      </w:r>
      <w:r>
        <w:t xml:space="preserve"> means</w:t>
      </w:r>
      <w:r>
        <w:t xml:space="preserve"> more</w:t>
      </w:r>
      <w:r>
        <w:t xml:space="preserve"> risk.</w:t>
      </w:r>
      <w:r>
        <w:t xml:space="preserve"> </w:t>
        <w:br/>
        <w:t>好吧</w:t>
        <w:br/>
        <w:t>Okay.</w:t>
        <w:br/>
        <w:t>我跟老板谈谈</w:t>
      </w:r>
      <w:r>
        <w:t xml:space="preserve"> 看怎么安排</w:t>
        <w:br/>
        <w:t>I'll</w:t>
      </w:r>
      <w:r>
        <w:t xml:space="preserve"> talk</w:t>
      </w:r>
      <w:r>
        <w:t xml:space="preserve"> to</w:t>
      </w:r>
      <w:r>
        <w:t xml:space="preserve"> the</w:t>
      </w:r>
      <w:r>
        <w:t xml:space="preserve"> boss,</w:t>
      </w:r>
      <w:r>
        <w:t xml:space="preserve"> see</w:t>
      </w:r>
      <w:r>
        <w:t xml:space="preserve"> if</w:t>
      </w:r>
      <w:r>
        <w:t xml:space="preserve"> I</w:t>
      </w:r>
      <w:r>
        <w:t xml:space="preserve"> can</w:t>
      </w:r>
      <w:r>
        <w:t xml:space="preserve"> set</w:t>
      </w:r>
      <w:r>
        <w:t xml:space="preserve"> something</w:t>
      </w:r>
      <w:r>
        <w:t xml:space="preserve"> up.</w:t>
        <w:br/>
        <w:t>如果可以的话</w:t>
      </w:r>
      <w:r>
        <w:t xml:space="preserve"> 就定在今晚吧</w:t>
        <w:br/>
        <w:t>Tonight,</w:t>
      </w:r>
      <w:r>
        <w:t xml:space="preserve"> if</w:t>
      </w:r>
      <w:r>
        <w:t xml:space="preserve"> possible.</w:t>
      </w:r>
      <w:r>
        <w:t xml:space="preserve"> </w:t>
        <w:br/>
        <w:t>你对收集到的信息很自信嘛</w:t>
        <w:br/>
        <w:t>You're</w:t>
      </w:r>
      <w:r>
        <w:t xml:space="preserve"> pretty</w:t>
      </w:r>
      <w:r>
        <w:t xml:space="preserve"> confident</w:t>
      </w:r>
      <w:r>
        <w:t xml:space="preserve"> in</w:t>
      </w:r>
      <w:r>
        <w:t xml:space="preserve"> what</w:t>
      </w:r>
      <w:r>
        <w:t xml:space="preserve"> you've</w:t>
      </w:r>
      <w:r>
        <w:t xml:space="preserve"> got.</w:t>
        <w:br/>
        <w:t>是啊</w:t>
      </w:r>
      <w:r>
        <w:t xml:space="preserve"> 赶紧把这事弄完算了</w:t>
        <w:br/>
        <w:t>Yeah.</w:t>
      </w:r>
      <w:r>
        <w:t xml:space="preserve"> Let's</w:t>
      </w:r>
      <w:r>
        <w:t xml:space="preserve"> just</w:t>
      </w:r>
      <w:r>
        <w:t xml:space="preserve"> get</w:t>
      </w:r>
      <w:r>
        <w:t xml:space="preserve"> this</w:t>
      </w:r>
      <w:r>
        <w:t xml:space="preserve"> over</w:t>
      </w:r>
      <w:r>
        <w:t xml:space="preserve"> with.</w:t>
        <w:br/>
        <w:t>你有没有发现过</w:t>
        <w:br/>
        <w:t>You</w:t>
      </w:r>
      <w:r>
        <w:t xml:space="preserve"> ever</w:t>
      </w:r>
      <w:r>
        <w:t xml:space="preserve"> notice</w:t>
      </w:r>
      <w:r>
        <w:t xml:space="preserve"> </w:t>
        <w:br/>
        <w:t>你越躲着谁</w:t>
      </w:r>
      <w:r>
        <w:t xml:space="preserve"> 那人就会变得越发性感?</w:t>
        <w:br/>
        <w:t>that</w:t>
      </w:r>
      <w:r>
        <w:t xml:space="preserve"> the</w:t>
      </w:r>
      <w:r>
        <w:t xml:space="preserve"> more</w:t>
      </w:r>
      <w:r>
        <w:t xml:space="preserve"> you</w:t>
      </w:r>
      <w:r>
        <w:t xml:space="preserve"> try</w:t>
      </w:r>
      <w:r>
        <w:t xml:space="preserve"> to</w:t>
      </w:r>
      <w:r>
        <w:t xml:space="preserve"> avoid</w:t>
      </w:r>
      <w:r>
        <w:t xml:space="preserve"> somebody,</w:t>
      </w:r>
      <w:r>
        <w:t xml:space="preserve"> the</w:t>
      </w:r>
      <w:r>
        <w:t xml:space="preserve"> hotter</w:t>
      </w:r>
      <w:r>
        <w:t xml:space="preserve"> she</w:t>
      </w:r>
      <w:r>
        <w:t xml:space="preserve"> looks?</w:t>
        <w:br/>
        <w:t>你能不能稍微安静一小会儿啊?</w:t>
        <w:br/>
        <w:t>Look,</w:t>
      </w:r>
      <w:r>
        <w:t xml:space="preserve"> I</w:t>
      </w:r>
      <w:r>
        <w:t xml:space="preserve"> just</w:t>
      </w:r>
      <w:r>
        <w:t xml:space="preserve"> need</w:t>
      </w:r>
      <w:r>
        <w:t xml:space="preserve"> you</w:t>
      </w:r>
      <w:r>
        <w:t xml:space="preserve"> to</w:t>
      </w:r>
      <w:r>
        <w:t xml:space="preserve"> be</w:t>
      </w:r>
      <w:r>
        <w:t xml:space="preserve"> quiet</w:t>
      </w:r>
      <w:r>
        <w:t xml:space="preserve"> for</w:t>
      </w:r>
      <w:r>
        <w:t xml:space="preserve"> one</w:t>
      </w:r>
      <w:r>
        <w:t xml:space="preserve"> second,</w:t>
      </w:r>
      <w:r>
        <w:t xml:space="preserve"> okay?</w:t>
        <w:br/>
        <w:t>McNally?</w:t>
        <w:br/>
        <w:t>McNally?</w:t>
        <w:br/>
        <w:t>Juliet?</w:t>
        <w:br/>
        <w:t>Juliet?</w:t>
        <w:br/>
        <w:t>你在这儿干嘛?</w:t>
        <w:br/>
        <w:t>What</w:t>
      </w:r>
      <w:r>
        <w:t xml:space="preserve"> are...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</w:r>
      <w:r>
        <w:t xml:space="preserve"> </w:t>
        <w:br/>
        <w:t>什么意思?</w:t>
        <w:br/>
        <w:t>What</w:t>
      </w:r>
      <w:r>
        <w:t xml:space="preserve"> do</w:t>
      </w:r>
      <w:r>
        <w:t xml:space="preserve"> you</w:t>
      </w:r>
      <w:r>
        <w:t xml:space="preserve"> mean?</w:t>
        <w:br/>
        <w:t>我以为你住城那头呢</w:t>
        <w:br/>
        <w:t>Well,</w:t>
      </w:r>
      <w:r>
        <w:t xml:space="preserve"> I</w:t>
      </w:r>
      <w:r>
        <w:t xml:space="preserve"> mean</w:t>
      </w:r>
      <w:r>
        <w:t xml:space="preserve"> I</w:t>
      </w:r>
      <w:r>
        <w:t xml:space="preserve"> thought</w:t>
      </w:r>
      <w:r>
        <w:t xml:space="preserve"> you</w:t>
      </w:r>
      <w:r>
        <w:t xml:space="preserve"> lived</w:t>
      </w:r>
      <w:r>
        <w:t xml:space="preserve"> on</w:t>
      </w:r>
      <w:r>
        <w:t xml:space="preserve"> the</w:t>
      </w:r>
      <w:r>
        <w:t xml:space="preserve"> other</w:t>
      </w:r>
      <w:r>
        <w:t xml:space="preserve"> end</w:t>
      </w:r>
      <w:r>
        <w:t xml:space="preserve"> of</w:t>
      </w:r>
      <w:r>
        <w:t xml:space="preserve"> town.</w:t>
        <w:br/>
        <w:t>没错</w:t>
      </w:r>
      <w:r>
        <w:t xml:space="preserve"> 我过来遛狗的</w:t>
        <w:br/>
        <w:t>Yeah,</w:t>
      </w:r>
      <w:r>
        <w:t xml:space="preserve"> no,</w:t>
      </w:r>
      <w:r>
        <w:t xml:space="preserve"> I</w:t>
      </w:r>
      <w:r>
        <w:t xml:space="preserve"> was</w:t>
      </w:r>
      <w:r>
        <w:t xml:space="preserve"> just</w:t>
      </w:r>
      <w:r>
        <w:t xml:space="preserve"> walking</w:t>
      </w:r>
      <w:r>
        <w:t xml:space="preserve"> the</w:t>
      </w:r>
      <w:r>
        <w:t xml:space="preserve"> dog.</w:t>
      </w:r>
      <w:r>
        <w:t xml:space="preserve"> </w:t>
        <w:br/>
        <w:t>是吗?</w:t>
        <w:br/>
        <w:t>Oh,</w:t>
      </w:r>
      <w:r>
        <w:t xml:space="preserve"> yeah?</w:t>
        <w:br/>
        <w:t>其实是我朋友的狗</w:t>
        <w:br/>
        <w:t>I</w:t>
      </w:r>
      <w:r>
        <w:t xml:space="preserve"> mean,</w:t>
      </w:r>
      <w:r>
        <w:t xml:space="preserve"> it</w:t>
      </w:r>
      <w:r>
        <w:t xml:space="preserve"> was</w:t>
      </w:r>
      <w:r>
        <w:t xml:space="preserve"> my</w:t>
      </w:r>
      <w:r>
        <w:t xml:space="preserve"> friend's</w:t>
      </w:r>
      <w:r>
        <w:t xml:space="preserve"> dog,</w:t>
      </w:r>
      <w:r>
        <w:t xml:space="preserve"> </w:t>
        <w:br/>
        <w:t>刚才朋友把狗带回家了</w:t>
      </w:r>
      <w:r>
        <w:t xml:space="preserve"> 所以...</w:t>
        <w:br/>
        <w:t>and</w:t>
      </w:r>
      <w:r>
        <w:t xml:space="preserve"> then</w:t>
      </w:r>
      <w:r>
        <w:t xml:space="preserve"> the</w:t>
      </w:r>
      <w:r>
        <w:t xml:space="preserve"> friend</w:t>
      </w:r>
      <w:r>
        <w:t xml:space="preserve"> took</w:t>
      </w:r>
      <w:r>
        <w:t xml:space="preserve"> the</w:t>
      </w:r>
      <w:r>
        <w:t xml:space="preserve"> dog</w:t>
      </w:r>
      <w:r>
        <w:t xml:space="preserve"> home,</w:t>
      </w:r>
      <w:r>
        <w:t xml:space="preserve"> so...</w:t>
        <w:br/>
        <w:t>好像挺有道理</w:t>
        <w:br/>
        <w:t>That</w:t>
      </w:r>
      <w:r>
        <w:t xml:space="preserve"> makes</w:t>
      </w:r>
      <w:r>
        <w:t xml:space="preserve"> sense.</w:t>
      </w:r>
      <w:r>
        <w:t xml:space="preserve"> </w:t>
        <w:br/>
        <w:t>是</w:t>
        <w:br/>
        <w:t>Yeah.</w:t>
        <w:br/>
        <w:t>我还没准备好自己养一只</w:t>
        <w:br/>
        <w:t>I'm</w:t>
      </w:r>
      <w:r>
        <w:t xml:space="preserve"> just</w:t>
      </w:r>
      <w:r>
        <w:t xml:space="preserve"> really,</w:t>
      </w:r>
      <w:r>
        <w:t xml:space="preserve"> you</w:t>
      </w:r>
      <w:r>
        <w:t xml:space="preserve"> know,</w:t>
      </w:r>
      <w:r>
        <w:t xml:space="preserve"> not</w:t>
      </w:r>
      <w:r>
        <w:t xml:space="preserve"> ready</w:t>
      </w:r>
      <w:r>
        <w:t xml:space="preserve"> to</w:t>
      </w:r>
      <w:r>
        <w:t xml:space="preserve"> commit</w:t>
      </w:r>
      <w:r>
        <w:t xml:space="preserve"> to</w:t>
      </w:r>
      <w:r>
        <w:t xml:space="preserve"> one</w:t>
      </w:r>
      <w:r>
        <w:t xml:space="preserve"> of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own.</w:t>
        <w:br/>
        <w:t>是吗</w:t>
        <w:br/>
        <w:t>Uh-huh.</w:t>
      </w:r>
      <w:r>
        <w:t xml:space="preserve"> </w:t>
        <w:br/>
        <w:t>是啊</w:t>
        <w:br/>
        <w:t>Yeah.</w:t>
        <w:br/>
        <w:t>那回见吧</w:t>
        <w:br/>
        <w:t>Anyway,</w:t>
      </w:r>
      <w:r>
        <w:t xml:space="preserve"> I</w:t>
      </w:r>
      <w:r>
        <w:t xml:space="preserve"> will,</w:t>
      </w:r>
      <w:r>
        <w:t xml:space="preserve"> uh,</w:t>
      </w:r>
      <w:r>
        <w:t xml:space="preserve"> I</w:t>
      </w:r>
      <w:r>
        <w:t xml:space="preserve"> guess</w:t>
      </w:r>
      <w:r>
        <w:t xml:space="preserve"> I'll</w:t>
      </w:r>
      <w:r>
        <w:t xml:space="preserve"> see</w:t>
      </w:r>
      <w:r>
        <w:t xml:space="preserve"> you</w:t>
      </w:r>
      <w:r>
        <w:t xml:space="preserve"> around.</w:t>
        <w:br/>
        <w:t>回见</w:t>
        <w:br/>
        <w:t>See</w:t>
      </w:r>
      <w:r>
        <w:t xml:space="preserve"> ya.</w:t>
        <w:br/>
        <w:t>啥情况?</w:t>
        <w:br/>
        <w:t>What</w:t>
      </w:r>
      <w:r>
        <w:t xml:space="preserve"> just</w:t>
      </w:r>
      <w:r>
        <w:t xml:space="preserve"> happened?</w:t>
        <w:br/>
        <w:t>早</w:t>
        <w:br/>
        <w:t>Yeah,</w:t>
      </w:r>
      <w:r>
        <w:t xml:space="preserve"> buddy.</w:t>
        <w:br/>
        <w:t>没想到啊</w:t>
      </w:r>
      <w:r>
        <w:t xml:space="preserve"> 是叛徒Swarek来了</w:t>
        <w:br/>
        <w:t>Well,</w:t>
      </w:r>
      <w:r>
        <w:t xml:space="preserve"> I</w:t>
      </w:r>
      <w:r>
        <w:t xml:space="preserve"> can't</w:t>
      </w:r>
      <w:r>
        <w:t xml:space="preserve"> believe</w:t>
      </w:r>
      <w:r>
        <w:t xml:space="preserve"> it.</w:t>
      </w:r>
      <w:r>
        <w:t xml:space="preserve"> It's</w:t>
      </w:r>
      <w:r>
        <w:t xml:space="preserve"> Swarek,</w:t>
      </w:r>
      <w:r>
        <w:t xml:space="preserve"> the</w:t>
      </w:r>
      <w:r>
        <w:t xml:space="preserve"> traitor.</w:t>
        <w:br/>
        <w:t>你居然为了女人放弃了球赛</w:t>
        <w:br/>
        <w:t>I</w:t>
      </w:r>
      <w:r>
        <w:t xml:space="preserve"> still</w:t>
      </w:r>
      <w:r>
        <w:t xml:space="preserve"> can't</w:t>
      </w:r>
      <w:r>
        <w:t xml:space="preserve"> believe</w:t>
      </w:r>
      <w:r>
        <w:t xml:space="preserve"> that</w:t>
      </w:r>
      <w:r>
        <w:t xml:space="preserve"> you</w:t>
      </w:r>
      <w:r>
        <w:t xml:space="preserve"> chose</w:t>
      </w:r>
      <w:r>
        <w:t xml:space="preserve"> a</w:t>
      </w:r>
      <w:r>
        <w:t xml:space="preserve"> woman</w:t>
      </w:r>
      <w:r>
        <w:t xml:space="preserve"> over</w:t>
      </w:r>
      <w:r>
        <w:t xml:space="preserve"> sports.</w:t>
        <w:br/>
        <w:t>可她不是随便什么女人</w:t>
        <w:br/>
        <w:t>Yeah,</w:t>
      </w:r>
      <w:r>
        <w:t xml:space="preserve"> but</w:t>
      </w:r>
      <w:r>
        <w:t xml:space="preserve"> not</w:t>
      </w:r>
      <w:r>
        <w:t xml:space="preserve"> just</w:t>
      </w:r>
      <w:r>
        <w:t xml:space="preserve"> any</w:t>
      </w:r>
      <w:r>
        <w:t xml:space="preserve"> woman.</w:t>
      </w:r>
      <w:r>
        <w:t xml:space="preserve"> </w:t>
        <w:br/>
        <w:t>那倒是真的</w:t>
        <w:br/>
        <w:t>Ah,</w:t>
      </w:r>
      <w:r>
        <w:t xml:space="preserve"> true.</w:t>
        <w:br/>
        <w:t>还是老样子</w:t>
        <w:br/>
        <w:t>Uh,</w:t>
      </w:r>
      <w:r>
        <w:t xml:space="preserve"> you</w:t>
      </w:r>
      <w:r>
        <w:t xml:space="preserve"> know</w:t>
      </w:r>
      <w:r>
        <w:t xml:space="preserve"> the</w:t>
      </w:r>
      <w:r>
        <w:t xml:space="preserve"> deal.</w:t>
      </w:r>
      <w:r>
        <w:t xml:space="preserve"> </w:t>
        <w:br/>
        <w:t>20尺英尺的史丹利锁下周就到</w:t>
        <w:br/>
        <w:t>I</w:t>
      </w:r>
      <w:r>
        <w:t xml:space="preserve"> got</w:t>
      </w:r>
      <w:r>
        <w:t xml:space="preserve"> that</w:t>
      </w:r>
      <w:r>
        <w:t xml:space="preserve"> 20-foot</w:t>
      </w:r>
      <w:r>
        <w:t xml:space="preserve"> Stanley</w:t>
      </w:r>
      <w:r>
        <w:t xml:space="preserve"> coming</w:t>
      </w:r>
      <w:r>
        <w:t xml:space="preserve"> next</w:t>
      </w:r>
      <w:r>
        <w:t xml:space="preserve"> week.</w:t>
        <w:br/>
        <w:t>差不多145马力的</w:t>
        <w:br/>
        <w:t>It's</w:t>
      </w:r>
      <w:r>
        <w:t xml:space="preserve"> got</w:t>
      </w:r>
      <w:r>
        <w:t xml:space="preserve"> like</w:t>
      </w:r>
      <w:r>
        <w:t xml:space="preserve"> 145</w:t>
      </w:r>
      <w:r>
        <w:t xml:space="preserve"> horsepower</w:t>
      </w:r>
      <w:r>
        <w:t xml:space="preserve"> or</w:t>
      </w:r>
      <w:r>
        <w:t xml:space="preserve"> something</w:t>
      </w:r>
      <w:r>
        <w:t xml:space="preserve"> like</w:t>
      </w:r>
      <w:r>
        <w:t xml:space="preserve"> that.</w:t>
        <w:br/>
        <w:t>你跟后面滑雪都行</w:t>
        <w:br/>
        <w:t>You</w:t>
      </w:r>
      <w:r>
        <w:t xml:space="preserve"> could</w:t>
      </w:r>
      <w:r>
        <w:t xml:space="preserve"> ski</w:t>
      </w:r>
      <w:r>
        <w:t xml:space="preserve"> behind</w:t>
      </w:r>
      <w:r>
        <w:t xml:space="preserve"> it.</w:t>
      </w:r>
      <w:r>
        <w:t xml:space="preserve"> </w:t>
        <w:br/>
        <w:t>就是管子还有点糙</w:t>
        <w:br/>
        <w:t>But</w:t>
      </w:r>
      <w:r>
        <w:t xml:space="preserve"> the,</w:t>
      </w:r>
      <w:r>
        <w:t xml:space="preserve"> uh,</w:t>
      </w:r>
      <w:r>
        <w:t xml:space="preserve"> plumbing...</w:t>
      </w:r>
      <w:r>
        <w:t xml:space="preserve"> that's</w:t>
      </w:r>
      <w:r>
        <w:t xml:space="preserve"> still</w:t>
      </w:r>
      <w:r>
        <w:t xml:space="preserve"> a</w:t>
      </w:r>
      <w:r>
        <w:t xml:space="preserve"> bit</w:t>
      </w:r>
      <w:r>
        <w:t xml:space="preserve"> rustic.</w:t>
        <w:br/>
        <w:t>糙没事</w:t>
        <w:br/>
        <w:t>Rustic</w:t>
      </w:r>
      <w:r>
        <w:t xml:space="preserve"> is</w:t>
      </w:r>
      <w:r>
        <w:t xml:space="preserve"> perfect.</w:t>
        <w:br/>
        <w:t>你一走我的内场就没人了</w:t>
        <w:br/>
        <w:t>You</w:t>
      </w:r>
      <w:r>
        <w:t xml:space="preserve"> know,</w:t>
      </w:r>
      <w:r>
        <w:t xml:space="preserve"> you're</w:t>
      </w:r>
      <w:r>
        <w:t xml:space="preserve"> leaving</w:t>
      </w:r>
      <w:r>
        <w:t xml:space="preserve"> me</w:t>
      </w:r>
      <w:r>
        <w:t xml:space="preserve"> a</w:t>
      </w:r>
      <w:r>
        <w:t xml:space="preserve"> huge</w:t>
      </w:r>
      <w:r>
        <w:t xml:space="preserve"> gap</w:t>
      </w:r>
      <w:r>
        <w:t xml:space="preserve"> in</w:t>
      </w:r>
      <w:r>
        <w:t xml:space="preserve"> the</w:t>
      </w:r>
      <w:r>
        <w:t xml:space="preserve"> infield.</w:t>
        <w:br/>
        <w:t>三垒谁上啊?</w:t>
        <w:br/>
        <w:t>Who's</w:t>
      </w:r>
      <w:r>
        <w:t xml:space="preserve"> gonna</w:t>
      </w:r>
      <w:r>
        <w:t xml:space="preserve"> play</w:t>
      </w:r>
      <w:r>
        <w:t xml:space="preserve"> the</w:t>
      </w:r>
      <w:r>
        <w:t xml:space="preserve"> hot</w:t>
      </w:r>
      <w:r>
        <w:t xml:space="preserve"> corner?</w:t>
      </w:r>
      <w:r>
        <w:t xml:space="preserve"> </w:t>
        <w:br/>
        <w:t>想上的球迷多了去了</w:t>
        <w:br/>
        <w:t>You</w:t>
      </w:r>
      <w:r>
        <w:t xml:space="preserve"> got</w:t>
      </w:r>
      <w:r>
        <w:t xml:space="preserve"> a</w:t>
      </w:r>
      <w:r>
        <w:t xml:space="preserve"> whole</w:t>
      </w:r>
      <w:r>
        <w:t xml:space="preserve"> lot</w:t>
      </w:r>
      <w:r>
        <w:t xml:space="preserve"> of</w:t>
      </w:r>
      <w:r>
        <w:t xml:space="preserve"> keeners.</w:t>
        <w:br/>
        <w:t>我每年都参加你的比赛</w:t>
        <w:br/>
        <w:t>I've</w:t>
      </w:r>
      <w:r>
        <w:t xml:space="preserve"> been</w:t>
      </w:r>
      <w:r>
        <w:t xml:space="preserve"> at</w:t>
      </w:r>
      <w:r>
        <w:t xml:space="preserve"> that</w:t>
      </w:r>
      <w:r>
        <w:t xml:space="preserve"> game</w:t>
      </w:r>
      <w:r>
        <w:t xml:space="preserve"> every</w:t>
      </w:r>
      <w:r>
        <w:t xml:space="preserve"> single</w:t>
      </w:r>
      <w:r>
        <w:t xml:space="preserve"> year.</w:t>
        <w:br/>
        <w:t>我要球迷干啥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我要经验老道的球员</w:t>
        <w:br/>
        <w:t>Oh,</w:t>
      </w:r>
      <w:r>
        <w:t xml:space="preserve"> no,</w:t>
      </w:r>
      <w:r>
        <w:t xml:space="preserve"> I</w:t>
      </w:r>
      <w:r>
        <w:t xml:space="preserve"> don't</w:t>
      </w:r>
      <w:r>
        <w:t xml:space="preserve"> need</w:t>
      </w:r>
      <w:r>
        <w:t xml:space="preserve"> keeners.</w:t>
      </w:r>
      <w:r>
        <w:t xml:space="preserve"> I</w:t>
      </w:r>
      <w:r>
        <w:t xml:space="preserve"> need</w:t>
      </w:r>
      <w:r>
        <w:t xml:space="preserve"> veteran</w:t>
      </w:r>
      <w:r>
        <w:t xml:space="preserve"> presence.</w:t>
        <w:br/>
        <w:t>算我欠你一回</w:t>
        <w:br/>
        <w:t>I</w:t>
      </w:r>
      <w:r>
        <w:t xml:space="preserve"> owe</w:t>
      </w:r>
      <w:r>
        <w:t xml:space="preserve"> you.</w:t>
        <w:br/>
        <w:t>赛场见?</w:t>
        <w:br/>
        <w:t>All</w:t>
      </w:r>
      <w:r>
        <w:t xml:space="preserve"> right,</w:t>
      </w:r>
      <w:r>
        <w:t xml:space="preserve"> see</w:t>
      </w:r>
      <w:r>
        <w:t xml:space="preserve"> you</w:t>
      </w:r>
      <w:r>
        <w:t xml:space="preserve"> over</w:t>
      </w:r>
      <w:r>
        <w:t xml:space="preserve"> there?</w:t>
        <w:br/>
        <w:t>不去</w:t>
      </w:r>
      <w:r>
        <w:t xml:space="preserve"> 这周末去Oliver的木屋</w:t>
      </w:r>
      <w:r>
        <w:t xml:space="preserve"> 他把钥匙都给我了</w:t>
        <w:br/>
        <w:t>Nope.</w:t>
      </w:r>
      <w:r>
        <w:t xml:space="preserve"> Got</w:t>
      </w:r>
      <w:r>
        <w:t xml:space="preserve"> the</w:t>
      </w:r>
      <w:r>
        <w:t xml:space="preserve"> keys</w:t>
      </w:r>
      <w:r>
        <w:t xml:space="preserve"> to</w:t>
      </w:r>
      <w:r>
        <w:t xml:space="preserve"> Oliver's</w:t>
      </w:r>
      <w:r>
        <w:t xml:space="preserve"> cabin</w:t>
      </w:r>
      <w:r>
        <w:t xml:space="preserve"> this</w:t>
      </w:r>
      <w:r>
        <w:t xml:space="preserve"> weekend.</w:t>
        <w:br/>
        <w:t>McNally</w:t>
      </w:r>
      <w:r>
        <w:t xml:space="preserve"> 力求获胜</w:t>
        <w:br/>
        <w:t>McNally</w:t>
      </w:r>
      <w:r>
        <w:t xml:space="preserve"> for</w:t>
      </w:r>
      <w:r>
        <w:t xml:space="preserve"> the</w:t>
      </w:r>
      <w:r>
        <w:t xml:space="preserve"> win.</w:t>
      </w:r>
      <w:r>
        <w:t xml:space="preserve"> </w:t>
        <w:br/>
        <w:t>您可真有团队精神</w:t>
        <w:br/>
        <w:t>Nice</w:t>
      </w:r>
      <w:r>
        <w:t xml:space="preserve"> community</w:t>
      </w:r>
      <w:r>
        <w:t xml:space="preserve"> spirit.</w:t>
        <w:br/>
        <w:t>我都把棒冰的钱给Oliver了</w:t>
      </w:r>
      <w:r>
        <w:t xml:space="preserve"> 你少说风凉话了</w:t>
        <w:br/>
        <w:t>I</w:t>
      </w:r>
      <w:r>
        <w:t xml:space="preserve"> already</w:t>
      </w:r>
      <w:r>
        <w:t xml:space="preserve"> gave</w:t>
      </w:r>
      <w:r>
        <w:t xml:space="preserve"> Oliver</w:t>
      </w:r>
      <w:r>
        <w:t xml:space="preserve"> money</w:t>
      </w:r>
      <w:r>
        <w:t xml:space="preserve"> for</w:t>
      </w:r>
      <w:r>
        <w:t xml:space="preserve"> popsicles,</w:t>
      </w:r>
      <w:r>
        <w:t xml:space="preserve"> so</w:t>
      </w:r>
      <w:r>
        <w:t xml:space="preserve"> suck</w:t>
      </w:r>
      <w:r>
        <w:t xml:space="preserve"> it.</w:t>
        <w:br/>
        <w:t>好啦</w:t>
      </w:r>
      <w:r>
        <w:t xml:space="preserve"> 咱走吧</w:t>
        <w:br/>
        <w:t>Come</w:t>
      </w:r>
      <w:r>
        <w:t xml:space="preserve"> on.</w:t>
      </w:r>
      <w:r>
        <w:t xml:space="preserve"> Let's</w:t>
      </w:r>
      <w:r>
        <w:t xml:space="preserve"> roll.</w:t>
        <w:br/>
        <w:t>我就爱你这点</w:t>
      </w:r>
      <w:r>
        <w:t xml:space="preserve"> McNally</w:t>
      </w:r>
      <w:r>
        <w:t xml:space="preserve"> 缺乏激&amp;hearts;情&amp;hearts;</w:t>
        <w:br/>
        <w:t>That's</w:t>
      </w:r>
      <w:r>
        <w:t xml:space="preserve"> what</w:t>
      </w:r>
      <w:r>
        <w:t xml:space="preserve"> I</w:t>
      </w:r>
      <w:r>
        <w:t xml:space="preserve"> love</w:t>
      </w:r>
      <w:r>
        <w:t xml:space="preserve"> about</w:t>
      </w:r>
      <w:r>
        <w:t xml:space="preserve"> you,</w:t>
      </w:r>
      <w:r>
        <w:t xml:space="preserve"> McNally...</w:t>
      </w:r>
      <w:r>
        <w:t xml:space="preserve"> your</w:t>
      </w:r>
      <w:r>
        <w:t xml:space="preserve"> lack</w:t>
      </w:r>
      <w:r>
        <w:t xml:space="preserve"> of</w:t>
      </w:r>
      <w:r>
        <w:t xml:space="preserve"> enthusiasm.</w:t>
        <w:br/>
        <w:t>接着跟我讲话</w:t>
      </w:r>
      <w:r>
        <w:t xml:space="preserve"> 看起来自然点</w:t>
        <w:br/>
        <w:t>Keep</w:t>
      </w:r>
      <w:r>
        <w:t xml:space="preserve"> talking.</w:t>
      </w:r>
      <w:r>
        <w:t xml:space="preserve"> Look</w:t>
      </w:r>
      <w:r>
        <w:t xml:space="preserve"> natural.</w:t>
      </w:r>
      <w:r>
        <w:t xml:space="preserve"> </w:t>
        <w:br/>
        <w:t>我感觉咱俩挨太近了</w:t>
        <w:br/>
        <w:t>I</w:t>
      </w:r>
      <w:r>
        <w:t xml:space="preserve"> think</w:t>
      </w:r>
      <w:r>
        <w:t xml:space="preserve"> we're</w:t>
      </w:r>
      <w:r>
        <w:t xml:space="preserve"> standing</w:t>
      </w:r>
      <w:r>
        <w:t xml:space="preserve"> too</w:t>
      </w:r>
      <w:r>
        <w:t xml:space="preserve"> close.</w:t>
        <w:br/>
        <w:t>看着就不自然</w:t>
        <w:br/>
        <w:t>It</w:t>
      </w:r>
      <w:r>
        <w:t xml:space="preserve"> doesn't</w:t>
      </w:r>
      <w:r>
        <w:t xml:space="preserve"> look</w:t>
      </w:r>
      <w:r>
        <w:t xml:space="preserve"> natural.</w:t>
        <w:br/>
        <w:t>安啦</w:t>
      </w:r>
      <w:r>
        <w:t xml:space="preserve"> 有Steve在呢</w:t>
        <w:br/>
        <w:t>Look,</w:t>
      </w:r>
      <w:r>
        <w:t xml:space="preserve"> calm</w:t>
      </w:r>
      <w:r>
        <w:t xml:space="preserve"> down.</w:t>
      </w:r>
      <w:r>
        <w:t xml:space="preserve"> Steve's</w:t>
      </w:r>
      <w:r>
        <w:t xml:space="preserve"> got</w:t>
      </w:r>
      <w:r>
        <w:t xml:space="preserve"> this.</w:t>
        <w:br/>
        <w:t>我要干活去了</w:t>
        <w:br/>
        <w:t>I</w:t>
      </w:r>
      <w:r>
        <w:t xml:space="preserve"> got</w:t>
      </w:r>
      <w:r>
        <w:t xml:space="preserve"> work</w:t>
      </w:r>
      <w:r>
        <w:t xml:space="preserve"> to</w:t>
      </w:r>
      <w:r>
        <w:t xml:space="preserve"> do.</w:t>
        <w:br/>
        <w:t>我感觉他刚跟她说我是贱&amp;hearts;人&amp;hearts;</w:t>
        <w:br/>
        <w:t>I</w:t>
      </w:r>
      <w:r>
        <w:t xml:space="preserve"> think</w:t>
      </w:r>
      <w:r>
        <w:t xml:space="preserve"> he</w:t>
      </w:r>
      <w:r>
        <w:t xml:space="preserve"> just</w:t>
      </w:r>
      <w:r>
        <w:t xml:space="preserve"> told</w:t>
      </w:r>
      <w:r>
        <w:t xml:space="preserve"> her</w:t>
      </w:r>
      <w:r>
        <w:t xml:space="preserve"> I'm</w:t>
      </w:r>
      <w:r>
        <w:t xml:space="preserve"> a</w:t>
      </w:r>
      <w:r>
        <w:t xml:space="preserve"> bitch.</w:t>
      </w:r>
      <w:r>
        <w:t xml:space="preserve"> </w:t>
        <w:br/>
        <w:t>他怎么会做那种事?</w:t>
        <w:br/>
        <w:t>Why</w:t>
      </w:r>
      <w:r>
        <w:t xml:space="preserve"> would</w:t>
      </w:r>
      <w:r>
        <w:t xml:space="preserve"> he</w:t>
      </w:r>
      <w:r>
        <w:t xml:space="preserve"> do</w:t>
      </w:r>
      <w:r>
        <w:t xml:space="preserve"> that?</w:t>
        <w:br/>
        <w:t>因为那是事实</w:t>
        <w:br/>
        <w:t>Because</w:t>
      </w:r>
      <w:r>
        <w:t xml:space="preserve"> it's</w:t>
      </w:r>
      <w:r>
        <w:t xml:space="preserve"> true.</w:t>
        <w:br/>
        <w:t>算了</w:t>
      </w:r>
      <w:r>
        <w:t xml:space="preserve"> 反正他也不是啥好人</w:t>
        <w:br/>
        <w:t>Although,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He's</w:t>
      </w:r>
      <w:r>
        <w:t xml:space="preserve"> not</w:t>
      </w:r>
      <w:r>
        <w:t xml:space="preserve"> so</w:t>
      </w:r>
      <w:r>
        <w:t xml:space="preserve"> nice.</w:t>
        <w:br/>
        <w:t>这我们也没办法</w:t>
      </w:r>
      <w:r>
        <w:t xml:space="preserve"> 都是遗传</w:t>
        <w:br/>
        <w:t>We</w:t>
      </w:r>
      <w:r>
        <w:t xml:space="preserve"> can't</w:t>
      </w:r>
      <w:r>
        <w:t xml:space="preserve"> really</w:t>
      </w:r>
      <w:r>
        <w:t xml:space="preserve"> help</w:t>
      </w:r>
      <w:r>
        <w:t xml:space="preserve"> it.</w:t>
      </w:r>
      <w:r>
        <w:t xml:space="preserve"> It's</w:t>
      </w:r>
      <w:r>
        <w:t xml:space="preserve"> in</w:t>
      </w:r>
      <w:r>
        <w:t xml:space="preserve"> our</w:t>
      </w:r>
      <w:r>
        <w:t xml:space="preserve"> genes.</w:t>
      </w:r>
      <w:r>
        <w:t xml:space="preserve"> </w:t>
        <w:br/>
        <w:t>Steve人挺好的</w:t>
        <w:br/>
        <w:t>I</w:t>
      </w:r>
      <w:r>
        <w:t xml:space="preserve"> think</w:t>
      </w:r>
      <w:r>
        <w:t xml:space="preserve"> Steve's</w:t>
      </w:r>
      <w:r>
        <w:t xml:space="preserve"> nice.</w:t>
        <w:br/>
        <w:t>好个屁</w:t>
      </w:r>
      <w:r>
        <w:t xml:space="preserve"> 他这么努力表现</w:t>
        <w:br/>
        <w:t>No,</w:t>
      </w:r>
      <w:r>
        <w:t xml:space="preserve"> he's</w:t>
      </w:r>
      <w:r>
        <w:t xml:space="preserve"> not.</w:t>
      </w:r>
      <w:r>
        <w:t xml:space="preserve"> He's</w:t>
      </w:r>
      <w:r>
        <w:t xml:space="preserve"> just</w:t>
      </w:r>
      <w:r>
        <w:t xml:space="preserve"> on</w:t>
      </w:r>
      <w:r>
        <w:t xml:space="preserve"> his</w:t>
      </w:r>
      <w:r>
        <w:t xml:space="preserve"> best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behavior</w:t>
        <w:br/>
        <w:t>不过是因为你长得真的很好看</w:t>
        <w:br/>
        <w:t>'cause</w:t>
      </w:r>
      <w:r>
        <w:t xml:space="preserve"> you're</w:t>
      </w:r>
      <w:r>
        <w:t xml:space="preserve"> really</w:t>
      </w:r>
      <w:r>
        <w:t xml:space="preserve"> good-looking.</w:t>
        <w:br/>
        <w:t>他刚告诉她我很自私</w:t>
      </w:r>
      <w:r>
        <w:t xml:space="preserve"> 话说回来</w:t>
      </w:r>
      <w:r>
        <w:t xml:space="preserve"> 你最近怎样?</w:t>
        <w:br/>
        <w:t>He</w:t>
      </w:r>
      <w:r>
        <w:t xml:space="preserve"> just</w:t>
      </w:r>
      <w:r>
        <w:t xml:space="preserve"> told</w:t>
      </w:r>
      <w:r>
        <w:t xml:space="preserve"> her</w:t>
      </w:r>
      <w:r>
        <w:t xml:space="preserve"> I'm</w:t>
      </w:r>
      <w:r>
        <w:t xml:space="preserve"> selfish.</w:t>
      </w:r>
      <w:r>
        <w:t xml:space="preserve"> How</w:t>
      </w:r>
      <w:r>
        <w:t xml:space="preserve"> are</w:t>
      </w:r>
      <w:r>
        <w:t xml:space="preserve"> you</w:t>
      </w:r>
      <w:r>
        <w:t xml:space="preserve"> doing,</w:t>
      </w:r>
      <w:r>
        <w:t xml:space="preserve"> by</w:t>
      </w:r>
      <w:r>
        <w:t xml:space="preserve"> the</w:t>
      </w:r>
      <w:r>
        <w:t xml:space="preserve"> way?</w:t>
        <w:br/>
        <w:t>虽然感觉不怎么真诚</w:t>
      </w:r>
      <w:r>
        <w:t xml:space="preserve"> 但其实我是真心的</w:t>
        <w:br/>
        <w:t>It</w:t>
      </w:r>
      <w:r>
        <w:t xml:space="preserve"> didn't</w:t>
      </w:r>
      <w:r>
        <w:t xml:space="preserve"> really</w:t>
      </w:r>
      <w:r>
        <w:t xml:space="preserve"> sound</w:t>
      </w:r>
      <w:r>
        <w:t xml:space="preserve"> sincere,</w:t>
      </w:r>
      <w:r>
        <w:t xml:space="preserve"> but</w:t>
      </w:r>
      <w:r>
        <w:t xml:space="preserve"> it</w:t>
      </w:r>
      <w:r>
        <w:t xml:space="preserve"> was.</w:t>
        <w:br/>
        <w:t>这几周确实不好过</w:t>
        <w:br/>
        <w:t>Just</w:t>
      </w:r>
      <w:r>
        <w:t xml:space="preserve"> been</w:t>
      </w:r>
      <w:r>
        <w:t xml:space="preserve"> a</w:t>
      </w:r>
      <w:r>
        <w:t xml:space="preserve"> crazy</w:t>
      </w:r>
      <w:r>
        <w:t xml:space="preserve"> couple</w:t>
      </w:r>
      <w:r>
        <w:t xml:space="preserve"> weeks,</w:t>
      </w:r>
      <w:r>
        <w:t xml:space="preserve"> </w:t>
        <w:br/>
        <w:t>不过我很高兴能返工</w:t>
        <w:br/>
        <w:t>but</w:t>
      </w:r>
      <w:r>
        <w:t xml:space="preserve"> I'm</w:t>
      </w:r>
      <w:r>
        <w:t xml:space="preserve"> glad</w:t>
      </w:r>
      <w:r>
        <w:t xml:space="preserve"> to</w:t>
      </w:r>
      <w:r>
        <w:t xml:space="preserve"> be</w:t>
      </w:r>
      <w:r>
        <w:t xml:space="preserve"> back</w:t>
      </w:r>
      <w:r>
        <w:t xml:space="preserve"> at</w:t>
      </w:r>
      <w:r>
        <w:t xml:space="preserve"> work,</w:t>
      </w:r>
      <w:r>
        <w:t xml:space="preserve"> so...</w:t>
      </w:r>
      <w:r>
        <w:t xml:space="preserve"> </w:t>
        <w:br/>
        <w:t>哟</w:t>
      </w:r>
      <w:r>
        <w:t xml:space="preserve"> 小妹</w:t>
      </w:r>
      <w:r>
        <w:t xml:space="preserve"> 最近好吗?</w:t>
        <w:br/>
        <w:t>Hey,</w:t>
      </w:r>
      <w:r>
        <w:t xml:space="preserve"> Sis.</w:t>
      </w:r>
      <w:r>
        <w:t xml:space="preserve"> What's</w:t>
      </w:r>
      <w:r>
        <w:t xml:space="preserve"> going</w:t>
      </w:r>
      <w:r>
        <w:t xml:space="preserve"> on?</w:t>
      </w:r>
      <w:r>
        <w:t xml:space="preserve"> </w:t>
        <w:br/>
        <w:t>嘿</w:t>
        <w:br/>
        <w:t>Hey.</w:t>
        <w:br/>
        <w:t>你看</w:t>
      </w:r>
      <w:r>
        <w:t xml:space="preserve"> 我就说她很紧张吧</w:t>
        <w:br/>
        <w:t>See?</w:t>
      </w:r>
      <w:r>
        <w:t xml:space="preserve"> I</w:t>
      </w:r>
      <w:r>
        <w:t xml:space="preserve"> told</w:t>
      </w:r>
      <w:r>
        <w:t xml:space="preserve"> you</w:t>
      </w:r>
      <w:r>
        <w:t xml:space="preserve"> she</w:t>
      </w:r>
      <w:r>
        <w:t xml:space="preserve"> was</w:t>
      </w:r>
      <w:r>
        <w:t xml:space="preserve"> nervous.</w:t>
        <w:br/>
        <w:t>换了平时</w:t>
      </w:r>
      <w:r>
        <w:t xml:space="preserve"> 她这会儿早一拳砸我脸上了</w:t>
        <w:br/>
        <w:t>Usually,</w:t>
      </w:r>
      <w:r>
        <w:t xml:space="preserve"> she</w:t>
      </w:r>
      <w:r>
        <w:t xml:space="preserve"> would</w:t>
      </w:r>
      <w:r>
        <w:t xml:space="preserve"> punch</w:t>
      </w:r>
      <w:r>
        <w:t xml:space="preserve"> me</w:t>
      </w:r>
      <w:r>
        <w:t xml:space="preserve"> in</w:t>
      </w:r>
      <w:r>
        <w:t xml:space="preserve"> the</w:t>
      </w:r>
      <w:r>
        <w:t xml:space="preserve"> face</w:t>
      </w:r>
      <w:r>
        <w:t xml:space="preserve"> by</w:t>
      </w:r>
      <w:r>
        <w:t xml:space="preserve"> now.</w:t>
        <w:br/>
        <w:t>快闭嘴</w:t>
        <w:br/>
        <w:t>Stop</w:t>
      </w:r>
      <w:r>
        <w:t xml:space="preserve"> talking.</w:t>
      </w:r>
      <w:r>
        <w:t xml:space="preserve"> </w:t>
        <w:br/>
        <w:t>没事</w:t>
        <w:br/>
        <w:t>It's</w:t>
      </w:r>
      <w:r>
        <w:t xml:space="preserve"> okay.</w:t>
        <w:br/>
        <w:t>你哥刚花了一小时告诉我</w:t>
      </w:r>
      <w:r>
        <w:t xml:space="preserve"> 你有多了不起</w:t>
        <w:br/>
        <w:t>Your</w:t>
      </w:r>
      <w:r>
        <w:t xml:space="preserve"> brother</w:t>
      </w:r>
      <w:r>
        <w:t xml:space="preserve"> just</w:t>
      </w:r>
      <w:r>
        <w:t xml:space="preserve"> spent</w:t>
      </w:r>
      <w:r>
        <w:t xml:space="preserve"> an</w:t>
      </w:r>
      <w:r>
        <w:t xml:space="preserve"> hour</w:t>
      </w:r>
      <w:r>
        <w:t xml:space="preserve"> telling</w:t>
      </w:r>
      <w:r>
        <w:t xml:space="preserve"> me</w:t>
      </w:r>
      <w:r>
        <w:t xml:space="preserve"> how</w:t>
      </w:r>
      <w:r>
        <w:t xml:space="preserve"> amazing</w:t>
      </w:r>
      <w:r>
        <w:t xml:space="preserve"> you</w:t>
      </w:r>
      <w:r>
        <w:t xml:space="preserve"> are.</w:t>
        <w:br/>
        <w:t>现在还有一件事我有点为难</w:t>
        <w:br/>
        <w:t>There's</w:t>
      </w:r>
      <w:r>
        <w:t xml:space="preserve"> just</w:t>
      </w:r>
      <w:r>
        <w:t xml:space="preserve"> one</w:t>
      </w:r>
      <w:r>
        <w:t xml:space="preserve"> thing</w:t>
      </w:r>
      <w:r>
        <w:t xml:space="preserve"> that</w:t>
      </w:r>
      <w:r>
        <w:t xml:space="preserve"> I</w:t>
      </w:r>
      <w:r>
        <w:t xml:space="preserve"> can't</w:t>
      </w:r>
      <w:r>
        <w:t xml:space="preserve"> get</w:t>
      </w:r>
      <w:r>
        <w:t xml:space="preserve"> a</w:t>
      </w:r>
      <w:r>
        <w:t xml:space="preserve"> handle</w:t>
      </w:r>
      <w:r>
        <w:t xml:space="preserve"> on.</w:t>
        <w:br/>
        <w:t>你做过社区服务吗?</w:t>
        <w:br/>
        <w:t>Have</w:t>
      </w:r>
      <w:r>
        <w:t xml:space="preserve"> you</w:t>
      </w:r>
      <w:r>
        <w:t xml:space="preserve"> ever</w:t>
      </w:r>
      <w:r>
        <w:t xml:space="preserve"> done</w:t>
      </w:r>
      <w:r>
        <w:t xml:space="preserve"> any</w:t>
      </w:r>
      <w:r>
        <w:t xml:space="preserve"> community</w:t>
      </w:r>
      <w:r>
        <w:t xml:space="preserve"> service?</w:t>
        <w:br/>
        <w:t>或者说跟孩子一起合作过吗?</w:t>
      </w:r>
      <w:r>
        <w:t xml:space="preserve"> 不是必须的</w:t>
        <w:br/>
        <w:t>Or</w:t>
      </w:r>
      <w:r>
        <w:t xml:space="preserve"> even</w:t>
      </w:r>
      <w:r>
        <w:t xml:space="preserve"> just</w:t>
      </w:r>
      <w:r>
        <w:t xml:space="preserve"> worked</w:t>
      </w:r>
      <w:r>
        <w:t xml:space="preserve"> with</w:t>
      </w:r>
      <w:r>
        <w:t xml:space="preserve"> kids?</w:t>
      </w:r>
      <w:r>
        <w:t xml:space="preserve"> It's</w:t>
      </w:r>
      <w:r>
        <w:t xml:space="preserve"> not</w:t>
      </w:r>
      <w:r>
        <w:t xml:space="preserve"> necessary.</w:t>
        <w:br/>
        <w:t>只是这样履历更好看</w:t>
        <w:br/>
        <w:t>It's</w:t>
      </w:r>
      <w:r>
        <w:t xml:space="preserve"> just</w:t>
      </w:r>
      <w:r>
        <w:t xml:space="preserve"> that...</w:t>
      </w:r>
      <w:r>
        <w:t xml:space="preserve"> it</w:t>
      </w:r>
      <w:r>
        <w:t xml:space="preserve"> looks</w:t>
      </w:r>
      <w:r>
        <w:t xml:space="preserve"> good.</w:t>
        <w:br/>
        <w:t>你是说给问题少年组织球赛那种?</w:t>
        <w:br/>
        <w:t>Uh,</w:t>
      </w:r>
      <w:r>
        <w:t xml:space="preserve"> do</w:t>
      </w:r>
      <w:r>
        <w:t xml:space="preserve"> you</w:t>
      </w:r>
      <w:r>
        <w:t xml:space="preserve"> mean</w:t>
      </w:r>
      <w:r>
        <w:t xml:space="preserve"> like</w:t>
      </w:r>
      <w:r>
        <w:t xml:space="preserve"> organizing</w:t>
      </w:r>
      <w:r>
        <w:t xml:space="preserve"> a</w:t>
      </w:r>
      <w:r>
        <w:t xml:space="preserve"> sporting</w:t>
      </w:r>
      <w:r>
        <w:t xml:space="preserve"> event</w:t>
      </w:r>
      <w:r>
        <w:t xml:space="preserve"> for</w:t>
      </w:r>
      <w:r>
        <w:t xml:space="preserve"> at-risk</w:t>
      </w:r>
      <w:r>
        <w:t xml:space="preserve"> youth,</w:t>
      </w:r>
      <w:r>
        <w:t xml:space="preserve"> uh,</w:t>
      </w:r>
      <w:r>
        <w:t xml:space="preserve"> sort</w:t>
      </w:r>
      <w:r>
        <w:t xml:space="preserve"> of</w:t>
      </w:r>
      <w:r>
        <w:t xml:space="preserve"> thing?</w:t>
        <w:br/>
        <w:t>比如今天在Jamestown举&amp;hearts;行&amp;hearts;的</w:t>
      </w:r>
      <w:r>
        <w:t xml:space="preserve"> 警&amp;hearts;察&amp;hearts;对少年棒球赛?</w:t>
        <w:br/>
        <w:t>Like</w:t>
      </w:r>
      <w:r>
        <w:t xml:space="preserve"> the</w:t>
      </w:r>
      <w:r>
        <w:t xml:space="preserve"> cops'n'kids</w:t>
      </w:r>
      <w:r>
        <w:t xml:space="preserve"> baseball</w:t>
      </w:r>
      <w:r>
        <w:t xml:space="preserve"> game</w:t>
      </w:r>
      <w:r>
        <w:t xml:space="preserve"> today</w:t>
      </w:r>
      <w:r>
        <w:t xml:space="preserve"> in</w:t>
      </w:r>
      <w:r>
        <w:t xml:space="preserve"> Jamestown?</w:t>
        <w:br/>
        <w:t>这事Gail可全包了</w:t>
        <w:br/>
        <w:t>Gail's</w:t>
      </w:r>
      <w:r>
        <w:t xml:space="preserve"> all</w:t>
      </w:r>
      <w:r>
        <w:t xml:space="preserve"> over</w:t>
      </w:r>
      <w:r>
        <w:t xml:space="preserve"> that.</w:t>
      </w:r>
      <w:r>
        <w:t xml:space="preserve"> </w:t>
        <w:br/>
        <w:t>真的吗?</w:t>
        <w:br/>
        <w:t>Really?</w:t>
        <w:br/>
        <w:t>当然了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这是我的那个...</w:t>
        <w:br/>
        <w:t>Yeah.</w:t>
      </w:r>
      <w:r>
        <w:t xml:space="preserve"> That's</w:t>
      </w:r>
      <w:r>
        <w:t xml:space="preserve"> my...</w:t>
      </w:r>
      <w:r>
        <w:t xml:space="preserve"> Oh,</w:t>
      </w:r>
      <w:r>
        <w:t xml:space="preserve"> what...</w:t>
        <w:br/>
        <w:t>这就是我所谓的激&amp;hearts;情&amp;hearts;项目</w:t>
        <w:br/>
        <w:t>what</w:t>
      </w:r>
      <w:r>
        <w:t xml:space="preserve"> I've</w:t>
      </w:r>
      <w:r>
        <w:t xml:space="preserve"> always</w:t>
      </w:r>
      <w:r>
        <w:t xml:space="preserve"> called</w:t>
      </w:r>
      <w:r>
        <w:t xml:space="preserve"> that</w:t>
      </w:r>
      <w:r>
        <w:t xml:space="preserve"> as</w:t>
      </w:r>
      <w:r>
        <w:t xml:space="preserve"> my</w:t>
      </w:r>
      <w:r>
        <w:t xml:space="preserve"> passion</w:t>
      </w:r>
      <w:r>
        <w:t xml:space="preserve"> project.</w:t>
        <w:br/>
        <w:t>我最喜欢把球聚在一起了</w:t>
        <w:br/>
        <w:t>I</w:t>
      </w:r>
      <w:r>
        <w:t xml:space="preserve"> love</w:t>
      </w:r>
      <w:r>
        <w:t xml:space="preserve"> getting</w:t>
      </w:r>
      <w:r>
        <w:t xml:space="preserve"> balls</w:t>
      </w:r>
      <w:r>
        <w:t xml:space="preserve"> together.</w:t>
        <w:br/>
        <w:t>还有小孩</w:t>
      </w:r>
      <w:r>
        <w:t xml:space="preserve"> 还有球棒</w:t>
        <w:br/>
        <w:t>And</w:t>
      </w:r>
      <w:r>
        <w:t xml:space="preserve"> kids,</w:t>
      </w:r>
      <w:r>
        <w:t xml:space="preserve"> you</w:t>
      </w:r>
      <w:r>
        <w:t xml:space="preserve"> know?</w:t>
      </w:r>
      <w:r>
        <w:t xml:space="preserve"> And...</w:t>
      </w:r>
      <w:r>
        <w:t xml:space="preserve"> and</w:t>
      </w:r>
      <w:r>
        <w:t xml:space="preserve"> bats.</w:t>
        <w:br/>
        <w:t>这可是团队合作的好榜样</w:t>
        <w:br/>
        <w:t>It's</w:t>
      </w:r>
      <w:r>
        <w:t xml:space="preserve"> a</w:t>
      </w:r>
      <w:r>
        <w:t xml:space="preserve"> "go,</w:t>
      </w:r>
      <w:r>
        <w:t xml:space="preserve"> team"</w:t>
      </w:r>
      <w:r>
        <w:t xml:space="preserve"> situation.</w:t>
        <w:br/>
        <w:t>那个社区也有好几个孩子是我负责的</w:t>
        <w:br/>
        <w:t>I'm</w:t>
      </w:r>
      <w:r>
        <w:t xml:space="preserve"> the</w:t>
      </w:r>
      <w:r>
        <w:t xml:space="preserve"> caseworker</w:t>
      </w:r>
      <w:r>
        <w:t xml:space="preserve"> for</w:t>
      </w:r>
      <w:r>
        <w:t xml:space="preserve"> a</w:t>
      </w:r>
      <w:r>
        <w:t xml:space="preserve"> number</w:t>
      </w:r>
      <w:r>
        <w:t xml:space="preserve"> of</w:t>
      </w:r>
      <w:r>
        <w:t xml:space="preserve"> kids</w:t>
      </w:r>
      <w:r>
        <w:t xml:space="preserve"> in</w:t>
      </w:r>
      <w:r>
        <w:t xml:space="preserve"> that</w:t>
      </w:r>
      <w:r>
        <w:t xml:space="preserve"> community.</w:t>
        <w:br/>
        <w:t>说不定我也会过去看看</w:t>
        <w:br/>
        <w:t>Maybe</w:t>
      </w:r>
      <w:r>
        <w:t xml:space="preserve"> I'll</w:t>
      </w:r>
      <w:r>
        <w:t xml:space="preserve"> come</w:t>
      </w:r>
      <w:r>
        <w:t xml:space="preserve"> by.</w:t>
      </w:r>
      <w:r>
        <w:t xml:space="preserve"> </w:t>
        <w:br/>
        <w:t>那可太...太好了</w:t>
        <w:br/>
        <w:t>That</w:t>
      </w:r>
      <w:r>
        <w:t xml:space="preserve"> sounds</w:t>
      </w:r>
      <w:r>
        <w:t xml:space="preserve"> just...</w:t>
      </w:r>
      <w:r>
        <w:t xml:space="preserve"> that</w:t>
      </w:r>
      <w:r>
        <w:t xml:space="preserve"> sounds</w:t>
      </w:r>
      <w:r>
        <w:t xml:space="preserve"> great.</w:t>
        <w:br/>
        <w:t>你可以带手套来</w:t>
        <w:br/>
        <w:t>I</w:t>
      </w:r>
      <w:r>
        <w:t xml:space="preserve"> think</w:t>
      </w:r>
      <w:r>
        <w:t xml:space="preserve"> you</w:t>
      </w:r>
      <w:r>
        <w:t xml:space="preserve"> should</w:t>
      </w:r>
      <w:r>
        <w:t xml:space="preserve"> bring</w:t>
      </w:r>
      <w:r>
        <w:t xml:space="preserve"> a</w:t>
      </w:r>
      <w:r>
        <w:t xml:space="preserve"> glove.</w:t>
      </w:r>
      <w:r>
        <w:t xml:space="preserve"> </w:t>
        <w:br/>
        <w:t>说不定我真就带着去了</w:t>
        <w:br/>
        <w:t>Maybe</w:t>
      </w:r>
      <w:r>
        <w:t xml:space="preserve"> I</w:t>
      </w:r>
      <w:r>
        <w:t xml:space="preserve"> will.</w:t>
        <w:br/>
        <w:t>借我的也行</w:t>
      </w:r>
      <w:r>
        <w:t xml:space="preserve"> 反正我有好多</w:t>
        <w:br/>
        <w:t>Or</w:t>
      </w:r>
      <w:r>
        <w:t xml:space="preserve"> you</w:t>
      </w:r>
      <w:r>
        <w:t xml:space="preserve"> could</w:t>
      </w:r>
      <w:r>
        <w:t xml:space="preserve"> borrow</w:t>
      </w:r>
      <w:r>
        <w:t xml:space="preserve"> mine,</w:t>
      </w:r>
      <w:r>
        <w:t xml:space="preserve"> 'cause</w:t>
      </w:r>
      <w:r>
        <w:t xml:space="preserve"> I</w:t>
      </w:r>
      <w:r>
        <w:t xml:space="preserve"> have</w:t>
      </w:r>
      <w:r>
        <w:t xml:space="preserve"> so</w:t>
      </w:r>
      <w:r>
        <w:t xml:space="preserve"> many.</w:t>
        <w:br/>
        <w:t>很高兴跟你谈心</w:t>
        <w:br/>
        <w:t>It</w:t>
      </w:r>
      <w:r>
        <w:t xml:space="preserve"> was</w:t>
      </w:r>
      <w:r>
        <w:t xml:space="preserve"> nice</w:t>
      </w:r>
      <w:r>
        <w:t xml:space="preserve"> talking</w:t>
      </w:r>
      <w:r>
        <w:t xml:space="preserve"> to</w:t>
      </w:r>
      <w:r>
        <w:t xml:space="preserve"> you.</w:t>
      </w:r>
      <w:r>
        <w:t xml:space="preserve"> Okay.</w:t>
        <w:br/>
        <w:t>有一种奇怪的感觉流遍我全身</w:t>
        <w:br/>
        <w:t>There</w:t>
      </w:r>
      <w:r>
        <w:t xml:space="preserve"> is</w:t>
      </w:r>
      <w:r>
        <w:t xml:space="preserve"> a</w:t>
      </w:r>
      <w:r>
        <w:t xml:space="preserve"> strange</w:t>
      </w:r>
      <w:r>
        <w:t xml:space="preserve"> sensation</w:t>
      </w:r>
      <w:r>
        <w:t xml:space="preserve"> spreading</w:t>
      </w:r>
      <w:r>
        <w:t xml:space="preserve"> through</w:t>
      </w:r>
      <w:r>
        <w:t xml:space="preserve"> my</w:t>
      </w:r>
      <w:r>
        <w:t xml:space="preserve"> body.</w:t>
        <w:br/>
        <w:t>是恐惧吗</w:t>
      </w:r>
      <w:r>
        <w:t xml:space="preserve"> 因为你从没打过棒球?</w:t>
        <w:br/>
        <w:t>That's</w:t>
      </w:r>
      <w:r>
        <w:t xml:space="preserve"> fear,</w:t>
      </w:r>
      <w:r>
        <w:t xml:space="preserve"> because</w:t>
      </w:r>
      <w:r>
        <w:t xml:space="preserve"> you've</w:t>
      </w:r>
      <w:r>
        <w:t xml:space="preserve"> never</w:t>
      </w:r>
      <w:r>
        <w:t xml:space="preserve"> played</w:t>
      </w:r>
      <w:r>
        <w:t xml:space="preserve"> baseball?</w:t>
        <w:br/>
        <w:t>不是</w:t>
      </w:r>
      <w:r>
        <w:t xml:space="preserve"> 我觉得可能是感激</w:t>
        <w:br/>
        <w:t>No.</w:t>
      </w:r>
      <w:r>
        <w:t xml:space="preserve"> I</w:t>
      </w:r>
      <w:r>
        <w:t xml:space="preserve"> actually</w:t>
      </w:r>
      <w:r>
        <w:t xml:space="preserve"> think</w:t>
      </w:r>
      <w:r>
        <w:t xml:space="preserve"> it's</w:t>
      </w:r>
      <w:r>
        <w:t xml:space="preserve"> gratitude.</w:t>
        <w:br/>
        <w:t>谢谢你</w:t>
        <w:br/>
        <w:t>Thank</w:t>
      </w:r>
      <w:r>
        <w:t xml:space="preserve"> you.</w:t>
        <w:br/>
        <w:t>客气</w:t>
        <w:br/>
        <w:t>Well,</w:t>
      </w:r>
      <w:r>
        <w:t xml:space="preserve"> okay.</w:t>
      </w:r>
      <w:r>
        <w:t xml:space="preserve"> </w:t>
        <w:br/>
        <w:t>谢谢你</w:t>
        <w:br/>
        <w:t>Thank</w:t>
      </w:r>
      <w:r>
        <w:t xml:space="preserve"> you.</w:t>
        <w:br/>
        <w:t>那个好像是三垒</w:t>
        <w:br/>
        <w:t>That</w:t>
      </w:r>
      <w:r>
        <w:t xml:space="preserve"> looks</w:t>
      </w:r>
      <w:r>
        <w:t xml:space="preserve"> like</w:t>
      </w:r>
      <w:r>
        <w:t xml:space="preserve"> third</w:t>
      </w:r>
      <w:r>
        <w:t xml:space="preserve"> base.</w:t>
        <w:br/>
        <w:t>你之前打过棒球啊</w:t>
        <w:br/>
        <w:t>I</w:t>
      </w:r>
      <w:r>
        <w:t xml:space="preserve"> see</w:t>
      </w:r>
      <w:r>
        <w:t xml:space="preserve"> you've</w:t>
      </w:r>
      <w:r>
        <w:t xml:space="preserve"> played</w:t>
      </w:r>
      <w:r>
        <w:t xml:space="preserve"> baseball</w:t>
      </w:r>
      <w:r>
        <w:t xml:space="preserve"> before.</w:t>
        <w:br/>
        <w:t>我只是...感觉得到自己到了三垒</w:t>
        <w:br/>
        <w:t>I</w:t>
      </w:r>
      <w:r>
        <w:t xml:space="preserve"> just...</w:t>
      </w:r>
      <w:r>
        <w:t xml:space="preserve"> recognize</w:t>
      </w:r>
      <w:r>
        <w:t xml:space="preserve"> third</w:t>
      </w:r>
      <w:r>
        <w:t xml:space="preserve"> base</w:t>
      </w:r>
      <w:r>
        <w:t xml:space="preserve"> when</w:t>
      </w:r>
      <w:r>
        <w:t xml:space="preserve"> I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there.</w:t>
        <w:br/>
        <w:t>Nick!</w:t>
        <w:br/>
        <w:t>Nick!</w:t>
        <w:br/>
        <w:t>哇!</w:t>
      </w:r>
      <w:r>
        <w:t xml:space="preserve"> 好帅的后门滑球!</w:t>
        <w:br/>
        <w:t>Ooh!</w:t>
      </w:r>
      <w:r>
        <w:t xml:space="preserve"> Nice</w:t>
      </w:r>
      <w:r>
        <w:t xml:space="preserve"> backdoor</w:t>
      </w:r>
      <w:r>
        <w:t xml:space="preserve"> slider!</w:t>
      </w:r>
      <w:r>
        <w:t xml:space="preserve"> </w:t>
        <w:br/>
        <w:t>听不懂</w:t>
      </w:r>
      <w:r>
        <w:t xml:space="preserve"> 但看着好帅</w:t>
        <w:br/>
        <w:t>I</w:t>
      </w:r>
      <w:r>
        <w:t xml:space="preserve"> have</w:t>
      </w:r>
      <w:r>
        <w:t xml:space="preserve"> no</w:t>
      </w:r>
      <w:r>
        <w:t xml:space="preserve"> idea</w:t>
      </w:r>
      <w:r>
        <w:t xml:space="preserve"> what</w:t>
      </w:r>
      <w:r>
        <w:t xml:space="preserve"> that</w:t>
      </w:r>
      <w:r>
        <w:t xml:space="preserve"> means,</w:t>
      </w:r>
      <w:r>
        <w:t xml:space="preserve"> but</w:t>
      </w:r>
      <w:r>
        <w:t xml:space="preserve"> that</w:t>
      </w:r>
      <w:r>
        <w:t xml:space="preserve"> was</w:t>
      </w:r>
      <w:r>
        <w:t xml:space="preserve"> awesome.</w:t>
        <w:br/>
        <w:t>你跟我走吧</w:t>
        <w:br/>
        <w:t>You</w:t>
      </w:r>
      <w:r>
        <w:t xml:space="preserve"> are</w:t>
      </w:r>
      <w:r>
        <w:t xml:space="preserve"> with</w:t>
      </w:r>
      <w:r>
        <w:t xml:space="preserve"> me.</w:t>
      </w:r>
      <w:r>
        <w:t xml:space="preserve"> </w:t>
        <w:br/>
        <w:t>怎么</w:t>
      </w:r>
      <w:r>
        <w:t xml:space="preserve"> 要跟Oliver上三垒?</w:t>
        <w:br/>
        <w:t>So</w:t>
      </w:r>
      <w:r>
        <w:t xml:space="preserve"> this</w:t>
      </w:r>
      <w:r>
        <w:t xml:space="preserve"> means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third</w:t>
      </w:r>
      <w:r>
        <w:t xml:space="preserve"> base</w:t>
      </w:r>
      <w:r>
        <w:t xml:space="preserve"> with</w:t>
      </w:r>
      <w:r>
        <w:t xml:space="preserve"> Oliver?</w:t>
        <w:br/>
        <w:t>你想要我去什么位置</w:t>
      </w:r>
      <w:r>
        <w:t xml:space="preserve"> 教练?</w:t>
        <w:br/>
        <w:t>All</w:t>
      </w:r>
      <w:r>
        <w:t xml:space="preserve"> right,</w:t>
      </w:r>
      <w:r>
        <w:t xml:space="preserve"> where</w:t>
      </w:r>
      <w:r>
        <w:t xml:space="preserve"> do</w:t>
      </w:r>
      <w:r>
        <w:t xml:space="preserve"> you</w:t>
      </w:r>
      <w:r>
        <w:t xml:space="preserve"> want</w:t>
      </w:r>
      <w:r>
        <w:t xml:space="preserve"> me,</w:t>
      </w:r>
      <w:r>
        <w:t xml:space="preserve"> Coach?</w:t>
      </w:r>
      <w:r>
        <w:t xml:space="preserve"> </w:t>
        <w:br/>
        <w:t>来</w:t>
      </w:r>
      <w:r>
        <w:t xml:space="preserve"> 帮我搭把手</w:t>
        <w:br/>
        <w:t>Uh...</w:t>
      </w:r>
      <w:r>
        <w:t xml:space="preserve"> Here.</w:t>
      </w:r>
      <w:r>
        <w:t xml:space="preserve"> Give</w:t>
      </w:r>
      <w:r>
        <w:t xml:space="preserve"> me</w:t>
      </w:r>
      <w:r>
        <w:t xml:space="preserve"> a</w:t>
      </w:r>
      <w:r>
        <w:t xml:space="preserve"> hand.</w:t>
        <w:br/>
        <w:br/>
        <w:t>你帮我盯着这群孩子</w:t>
      </w:r>
      <w:r>
        <w:t xml:space="preserve"> 好吗?</w:t>
        <w:br/>
        <w:t>Okay,</w:t>
      </w:r>
      <w:r>
        <w:t xml:space="preserve"> I</w:t>
      </w:r>
      <w:r>
        <w:t xml:space="preserve"> want</w:t>
      </w:r>
      <w:r>
        <w:t xml:space="preserve"> you</w:t>
      </w:r>
      <w:r>
        <w:t xml:space="preserve"> to</w:t>
      </w:r>
      <w:r>
        <w:t xml:space="preserve"> help</w:t>
      </w:r>
      <w:r>
        <w:t xml:space="preserve"> me</w:t>
      </w:r>
      <w:r>
        <w:t xml:space="preserve"> keep</w:t>
      </w:r>
      <w:r>
        <w:t xml:space="preserve"> an</w:t>
      </w:r>
      <w:r>
        <w:t xml:space="preserve"> eye</w:t>
      </w:r>
      <w:r>
        <w:t xml:space="preserve"> on</w:t>
      </w:r>
      <w:r>
        <w:t xml:space="preserve"> these</w:t>
      </w:r>
      <w:r>
        <w:t xml:space="preserve"> kids,</w:t>
      </w:r>
      <w:r>
        <w:t xml:space="preserve"> okay?</w:t>
        <w:br/>
        <w:t>没有混帮派的</w:t>
      </w:r>
      <w:r>
        <w:t xml:space="preserve"> 但生活在这里的孩子</w:t>
        <w:br/>
        <w:t>None</w:t>
      </w:r>
      <w:r>
        <w:t xml:space="preserve"> of</w:t>
      </w:r>
      <w:r>
        <w:t xml:space="preserve"> them</w:t>
      </w:r>
      <w:r>
        <w:t xml:space="preserve"> are</w:t>
      </w:r>
      <w:r>
        <w:t xml:space="preserve"> ganged</w:t>
      </w:r>
      <w:r>
        <w:t xml:space="preserve"> up,</w:t>
      </w:r>
      <w:r>
        <w:t xml:space="preserve"> but</w:t>
      </w:r>
      <w:r>
        <w:t xml:space="preserve"> in</w:t>
      </w:r>
      <w:r>
        <w:t xml:space="preserve"> this</w:t>
      </w:r>
      <w:r>
        <w:t xml:space="preserve"> neighborhood,</w:t>
      </w:r>
      <w:r>
        <w:t xml:space="preserve"> </w:t>
        <w:br/>
        <w:t>很容易就会走上这条路</w:t>
        <w:br/>
        <w:t>it's</w:t>
      </w:r>
      <w:r>
        <w:t xml:space="preserve"> a</w:t>
      </w:r>
      <w:r>
        <w:t xml:space="preserve"> viable</w:t>
      </w:r>
      <w:r>
        <w:t xml:space="preserve"> alternative.</w:t>
        <w:br/>
        <w:t>这一区本来马上就要变成安全的社区了</w:t>
        <w:br/>
        <w:t>I</w:t>
      </w:r>
      <w:r>
        <w:t xml:space="preserve"> mean,</w:t>
      </w:r>
      <w:r>
        <w:t xml:space="preserve"> this</w:t>
      </w:r>
      <w:r>
        <w:t xml:space="preserve"> neighborhood</w:t>
      </w:r>
      <w:r>
        <w:t xml:space="preserve"> was</w:t>
      </w:r>
      <w:r>
        <w:t xml:space="preserve"> right</w:t>
      </w:r>
      <w:r>
        <w:t xml:space="preserve"> on</w:t>
      </w:r>
      <w:r>
        <w:t xml:space="preserve"> the</w:t>
      </w:r>
      <w:r>
        <w:t xml:space="preserve"> edge</w:t>
      </w:r>
      <w:r>
        <w:t xml:space="preserve"> of</w:t>
      </w:r>
      <w:r>
        <w:t xml:space="preserve"> becoming</w:t>
      </w:r>
      <w:r>
        <w:t xml:space="preserve"> a</w:t>
      </w:r>
      <w:r>
        <w:t xml:space="preserve"> safe</w:t>
      </w:r>
      <w:r>
        <w:t xml:space="preserve"> community.</w:t>
        <w:br/>
        <w:t>结果Boz</w:t>
      </w:r>
      <w:r>
        <w:t xml:space="preserve"> Shepherd接管了著名的Jameson帮</w:t>
        <w:br/>
        <w:t>Then</w:t>
      </w:r>
      <w:r>
        <w:t xml:space="preserve"> Boz</w:t>
      </w:r>
      <w:r>
        <w:t xml:space="preserve"> Shepherd</w:t>
      </w:r>
      <w:r>
        <w:t xml:space="preserve"> took</w:t>
      </w:r>
      <w:r>
        <w:t xml:space="preserve"> over</w:t>
      </w:r>
      <w:r>
        <w:t xml:space="preserve"> what's</w:t>
      </w:r>
      <w:r>
        <w:t xml:space="preserve"> known</w:t>
      </w:r>
      <w:r>
        <w:t xml:space="preserve"> as</w:t>
      </w:r>
      <w:r>
        <w:t xml:space="preserve"> the</w:t>
      </w:r>
      <w:r>
        <w:t xml:space="preserve"> Jameson</w:t>
      </w:r>
      <w:r>
        <w:t xml:space="preserve"> Gang.</w:t>
        <w:br/>
        <w:t>我知道</w:t>
      </w:r>
      <w:r>
        <w:t xml:space="preserve"> 我看过记录</w:t>
      </w:r>
      <w:r>
        <w:t xml:space="preserve"> 谋杀伤人贩毒的犯罪率都上升了</w:t>
        <w:br/>
        <w:t>I</w:t>
      </w:r>
      <w:r>
        <w:t xml:space="preserve"> know.</w:t>
      </w:r>
      <w:r>
        <w:t xml:space="preserve"> I</w:t>
      </w:r>
      <w:r>
        <w:t xml:space="preserve"> read</w:t>
      </w:r>
      <w:r>
        <w:t xml:space="preserve"> the</w:t>
      </w:r>
      <w:r>
        <w:t xml:space="preserve"> stats.</w:t>
      </w:r>
      <w:r>
        <w:t xml:space="preserve"> Homicide's</w:t>
      </w:r>
      <w:r>
        <w:t xml:space="preserve"> up,</w:t>
      </w:r>
      <w:r>
        <w:t xml:space="preserve"> assaults,</w:t>
      </w:r>
      <w:r>
        <w:t xml:space="preserve"> drug</w:t>
      </w:r>
      <w:r>
        <w:t xml:space="preserve"> arrests.</w:t>
        <w:br/>
        <w:t>但这里才是真正的战场</w:t>
        <w:br/>
        <w:t>But</w:t>
      </w:r>
      <w:r>
        <w:t xml:space="preserve"> the</w:t>
      </w:r>
      <w:r>
        <w:t xml:space="preserve"> real</w:t>
      </w:r>
      <w:r>
        <w:t xml:space="preserve"> story</w:t>
      </w:r>
      <w:r>
        <w:t xml:space="preserve"> is</w:t>
      </w:r>
      <w:r>
        <w:t xml:space="preserve"> this</w:t>
      </w:r>
      <w:r>
        <w:t xml:space="preserve"> field.</w:t>
        <w:br/>
        <w:t>投资商本来想投钱</w:t>
      </w:r>
      <w:r>
        <w:t xml:space="preserve"> 把这里改造成真正的运动场</w:t>
        <w:br/>
        <w:t>You</w:t>
      </w:r>
      <w:r>
        <w:t xml:space="preserve"> know,</w:t>
      </w:r>
      <w:r>
        <w:t xml:space="preserve"> local</w:t>
      </w:r>
      <w:r>
        <w:t xml:space="preserve"> shopkeepers</w:t>
      </w:r>
      <w:r>
        <w:t xml:space="preserve"> were</w:t>
      </w:r>
      <w:r>
        <w:t xml:space="preserve"> gonna</w:t>
      </w:r>
      <w:r>
        <w:t xml:space="preserve"> pitch</w:t>
      </w:r>
      <w:r>
        <w:t xml:space="preserve"> in,</w:t>
      </w:r>
      <w:r>
        <w:t xml:space="preserve"> put</w:t>
      </w:r>
      <w:r>
        <w:t xml:space="preserve"> a</w:t>
      </w:r>
      <w:r>
        <w:t xml:space="preserve"> real</w:t>
      </w:r>
      <w:r>
        <w:t xml:space="preserve"> playground</w:t>
      </w:r>
      <w:r>
        <w:t xml:space="preserve"> here,</w:t>
        <w:br/>
        <w:t>结果黑帮和毒品问题出现了</w:t>
      </w:r>
      <w:r>
        <w:t xml:space="preserve"> 带走了所有的希望</w:t>
        <w:br/>
        <w:t>and</w:t>
      </w:r>
      <w:r>
        <w:t xml:space="preserve"> then</w:t>
      </w:r>
      <w:r>
        <w:t xml:space="preserve"> the</w:t>
      </w:r>
      <w:r>
        <w:t xml:space="preserve"> gangs</w:t>
      </w:r>
      <w:r>
        <w:t xml:space="preserve"> and</w:t>
      </w:r>
      <w:r>
        <w:t xml:space="preserve"> the</w:t>
      </w:r>
      <w:r>
        <w:t xml:space="preserve"> drug</w:t>
      </w:r>
      <w:r>
        <w:t xml:space="preserve"> problem</w:t>
      </w:r>
      <w:r>
        <w:t xml:space="preserve"> drove</w:t>
      </w:r>
      <w:r>
        <w:t xml:space="preserve"> that</w:t>
      </w:r>
      <w:r>
        <w:t xml:space="preserve"> hope</w:t>
      </w:r>
      <w:r>
        <w:t xml:space="preserve"> into</w:t>
      </w:r>
      <w:r>
        <w:t xml:space="preserve"> the</w:t>
      </w:r>
      <w:r>
        <w:t xml:space="preserve"> ground.</w:t>
        <w:br/>
        <w:t>Yogi</w:t>
      </w:r>
      <w:r>
        <w:t xml:space="preserve"> Berra!(传奇棒球运动员)</w:t>
        <w:br/>
        <w:t>Yogi</w:t>
      </w:r>
      <w:r>
        <w:t xml:space="preserve"> Berra!</w:t>
        <w:br/>
        <w:t>天哪!</w:t>
        <w:br/>
        <w:t>Ohh,</w:t>
      </w:r>
      <w:r>
        <w:t xml:space="preserve"> man!</w:t>
        <w:br/>
        <w:t>最近好吗?</w:t>
        <w:br/>
        <w:t>How</w:t>
      </w:r>
      <w:r>
        <w:t xml:space="preserve"> you</w:t>
      </w:r>
      <w:r>
        <w:t xml:space="preserve"> doing?</w:t>
      </w:r>
      <w:r>
        <w:t xml:space="preserve"> </w:t>
        <w:br/>
        <w:t>简直好极了</w:t>
        <w:br/>
        <w:t>Oh,</w:t>
      </w:r>
      <w:r>
        <w:t xml:space="preserve"> man,</w:t>
      </w:r>
      <w:r>
        <w:t xml:space="preserve"> a</w:t>
      </w:r>
      <w:r>
        <w:t xml:space="preserve"> hundred</w:t>
      </w:r>
      <w:r>
        <w:t xml:space="preserve"> times</w:t>
      </w:r>
      <w:r>
        <w:t xml:space="preserve"> better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now.</w:t>
        <w:br/>
        <w:t>这是Juliet</w:t>
      </w:r>
      <w:r>
        <w:t xml:space="preserve"> Ward</w:t>
      </w:r>
      <w:r>
        <w:t xml:space="preserve"> 从温哥华调来的</w:t>
        <w:br/>
        <w:t>Look...</w:t>
      </w:r>
      <w:r>
        <w:t xml:space="preserve"> meet</w:t>
      </w:r>
      <w:r>
        <w:t xml:space="preserve"> Juliet</w:t>
      </w:r>
      <w:r>
        <w:t xml:space="preserve"> Ward.</w:t>
      </w:r>
      <w:r>
        <w:t xml:space="preserve"> She's</w:t>
      </w:r>
      <w:r>
        <w:t xml:space="preserve"> a</w:t>
      </w:r>
      <w:r>
        <w:t xml:space="preserve"> transfer</w:t>
      </w:r>
      <w:r>
        <w:t xml:space="preserve"> from</w:t>
      </w:r>
      <w:r>
        <w:t xml:space="preserve"> Vancouver.</w:t>
        <w:br/>
        <w:t>这是Noelle</w:t>
        <w:br/>
        <w:t>This</w:t>
      </w:r>
      <w:r>
        <w:t xml:space="preserve"> is</w:t>
      </w:r>
      <w:r>
        <w:t xml:space="preserve"> Noelle.</w:t>
      </w:r>
      <w:r>
        <w:t xml:space="preserve"> </w:t>
        <w:br/>
        <w:t>很高兴认识你</w:t>
        <w:br/>
        <w:t>Lovely</w:t>
      </w:r>
      <w:r>
        <w:t xml:space="preserve"> to</w:t>
      </w:r>
      <w:r>
        <w:t xml:space="preserve"> meet</w:t>
      </w:r>
      <w:r>
        <w:t xml:space="preserve"> you.</w:t>
      </w:r>
      <w:r>
        <w:t xml:space="preserve"> </w:t>
        <w:br/>
        <w:t>我也是</w:t>
        <w:br/>
        <w:t>Nice</w:t>
      </w:r>
      <w:r>
        <w:t xml:space="preserve"> to</w:t>
      </w:r>
      <w:r>
        <w:t xml:space="preserve"> meet</w:t>
      </w:r>
      <w:r>
        <w:t xml:space="preserve"> you.</w:t>
        <w:br/>
        <w:t>你也是来比赛的吧?</w:t>
        <w:br/>
        <w:t>You're</w:t>
      </w:r>
      <w:r>
        <w:t xml:space="preserve"> gonna</w:t>
      </w:r>
      <w:r>
        <w:t xml:space="preserve"> play,</w:t>
      </w:r>
      <w:r>
        <w:t xml:space="preserve"> yeah?</w:t>
      </w:r>
      <w:r>
        <w:t xml:space="preserve"> </w:t>
        <w:br/>
        <w:t>我倒是想</w:t>
        <w:br/>
        <w:t>Uh,</w:t>
      </w:r>
      <w:r>
        <w:t xml:space="preserve"> I</w:t>
      </w:r>
      <w:r>
        <w:t xml:space="preserve"> wish.</w:t>
        <w:br/>
        <w:t>这是15分局的比赛</w:t>
      </w:r>
      <w:r>
        <w:t xml:space="preserve"> 我现在是总部的了</w:t>
        <w:br/>
        <w:t>15</w:t>
      </w:r>
      <w:r>
        <w:t xml:space="preserve"> Division</w:t>
      </w:r>
      <w:r>
        <w:t xml:space="preserve"> joint.</w:t>
      </w:r>
      <w:r>
        <w:t xml:space="preserve"> I</w:t>
      </w:r>
      <w:r>
        <w:t xml:space="preserve"> am</w:t>
      </w:r>
      <w:r>
        <w:t xml:space="preserve"> headquarters</w:t>
      </w:r>
      <w:r>
        <w:t xml:space="preserve"> now.</w:t>
        <w:br/>
        <w:t>来嘛</w:t>
      </w:r>
      <w:r>
        <w:t xml:space="preserve"> 我们差一个投手</w:t>
        <w:br/>
        <w:t>Come</w:t>
      </w:r>
      <w:r>
        <w:t xml:space="preserve"> on.</w:t>
      </w:r>
      <w:r>
        <w:t xml:space="preserve"> We</w:t>
      </w:r>
      <w:r>
        <w:t xml:space="preserve"> could</w:t>
      </w:r>
      <w:r>
        <w:t xml:space="preserve"> really</w:t>
      </w:r>
      <w:r>
        <w:t xml:space="preserve"> use</w:t>
      </w:r>
      <w:r>
        <w:t xml:space="preserve"> a</w:t>
      </w:r>
      <w:r>
        <w:t xml:space="preserve"> ringer.</w:t>
      </w:r>
      <w:r>
        <w:t xml:space="preserve"> </w:t>
        <w:br/>
        <w:t>社区外展棒球赛</w:t>
      </w:r>
      <w:r>
        <w:t xml:space="preserve"> 不得作弊</w:t>
        <w:br/>
        <w:t>No</w:t>
      </w:r>
      <w:r>
        <w:t xml:space="preserve"> cheating</w:t>
      </w:r>
      <w:r>
        <w:t xml:space="preserve"> in</w:t>
      </w:r>
      <w:r>
        <w:t xml:space="preserve"> community-outreach</w:t>
      </w:r>
      <w:r>
        <w:t xml:space="preserve"> baseball.</w:t>
        <w:br/>
        <w:t>规矩就是规矩</w:t>
        <w:br/>
        <w:t>Rules.</w:t>
      </w:r>
      <w:r>
        <w:t xml:space="preserve"> </w:t>
        <w:br/>
        <w:t>我知道</w:t>
      </w:r>
      <w:r>
        <w:t xml:space="preserve"> 我知道</w:t>
        <w:br/>
        <w:t>I</w:t>
      </w:r>
      <w:r>
        <w:t xml:space="preserve"> know.</w:t>
      </w:r>
      <w:r>
        <w:t xml:space="preserve"> I</w:t>
      </w:r>
      <w:r>
        <w:t xml:space="preserve"> know.</w:t>
        <w:br/>
        <w:t>真想不到啊</w:t>
      </w:r>
      <w:r>
        <w:t xml:space="preserve"> 现在咱俩都不出外勤了</w:t>
        <w:br/>
        <w:t>Can</w:t>
      </w:r>
      <w:r>
        <w:t xml:space="preserve"> you</w:t>
      </w:r>
      <w:r>
        <w:t xml:space="preserve"> believe</w:t>
      </w:r>
      <w:r>
        <w:t xml:space="preserve"> that</w:t>
      </w:r>
      <w:r>
        <w:t xml:space="preserve"> the</w:t>
      </w:r>
      <w:r>
        <w:t xml:space="preserve"> two</w:t>
      </w:r>
      <w:r>
        <w:t xml:space="preserve"> of</w:t>
      </w:r>
      <w:r>
        <w:t xml:space="preserve"> us</w:t>
      </w:r>
      <w:r>
        <w:t xml:space="preserve"> are</w:t>
      </w:r>
      <w:r>
        <w:t xml:space="preserve"> actually</w:t>
      </w:r>
      <w:r>
        <w:t xml:space="preserve"> behind</w:t>
      </w:r>
      <w:r>
        <w:t xml:space="preserve"> a</w:t>
      </w:r>
      <w:r>
        <w:t xml:space="preserve"> desk</w:t>
      </w:r>
      <w:r>
        <w:t xml:space="preserve"> now?</w:t>
        <w:br/>
        <w:t>城市也没分崩离析啊</w:t>
        <w:br/>
        <w:t>And</w:t>
      </w:r>
      <w:r>
        <w:t xml:space="preserve"> the</w:t>
      </w:r>
      <w:r>
        <w:t xml:space="preserve"> city</w:t>
      </w:r>
      <w:r>
        <w:t xml:space="preserve"> hasn't</w:t>
      </w:r>
      <w:r>
        <w:t xml:space="preserve"> fallen</w:t>
      </w:r>
      <w:r>
        <w:t xml:space="preserve"> apart.</w:t>
      </w:r>
      <w:r>
        <w:t xml:space="preserve"> </w:t>
        <w:br/>
        <w:t>暂时是没有</w:t>
        <w:br/>
        <w:t>Mm.</w:t>
      </w:r>
      <w:r>
        <w:t xml:space="preserve"> Not</w:t>
      </w:r>
      <w:r>
        <w:t xml:space="preserve"> yet,</w:t>
      </w:r>
      <w:r>
        <w:t xml:space="preserve"> anyway.</w:t>
        <w:br/>
        <w:t>今天Juliet是我的助理教练</w:t>
        <w:br/>
        <w:t>Juliet's</w:t>
      </w:r>
      <w:r>
        <w:t xml:space="preserve"> gonna</w:t>
      </w:r>
      <w:r>
        <w:t xml:space="preserve"> be</w:t>
      </w:r>
      <w:r>
        <w:t xml:space="preserve"> my</w:t>
      </w:r>
      <w:r>
        <w:t xml:space="preserve"> assistant</w:t>
      </w:r>
      <w:r>
        <w:t xml:space="preserve"> coach</w:t>
      </w:r>
      <w:r>
        <w:t xml:space="preserve"> today.</w:t>
      </w:r>
      <w:r>
        <w:t xml:space="preserve"> </w:t>
        <w:br/>
        <w:t>我估计他的计划是我们输</w:t>
        <w:br/>
        <w:t>Yeah,</w:t>
      </w:r>
      <w:r>
        <w:t xml:space="preserve"> um,</w:t>
      </w:r>
      <w:r>
        <w:t xml:space="preserve"> he</w:t>
      </w:r>
      <w:r>
        <w:t xml:space="preserve"> plans</w:t>
      </w:r>
      <w:r>
        <w:t xml:space="preserve"> for</w:t>
      </w:r>
      <w:r>
        <w:t xml:space="preserve"> us</w:t>
      </w:r>
      <w:r>
        <w:t xml:space="preserve"> to</w:t>
      </w:r>
      <w:r>
        <w:t xml:space="preserve"> lose,</w:t>
      </w:r>
      <w:r>
        <w:t xml:space="preserve"> I</w:t>
      </w:r>
      <w:r>
        <w:t xml:space="preserve"> guess.</w:t>
        <w:br/>
        <w:t>不不不</w:t>
      </w:r>
      <w:r>
        <w:t xml:space="preserve"> 我们打起比赛很努力的</w:t>
        <w:br/>
        <w:t>Oh,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We</w:t>
      </w:r>
      <w:r>
        <w:t xml:space="preserve"> play</w:t>
      </w:r>
      <w:r>
        <w:t xml:space="preserve"> hard</w:t>
      </w:r>
      <w:r>
        <w:t xml:space="preserve"> around</w:t>
      </w:r>
      <w:r>
        <w:t xml:space="preserve"> here.</w:t>
        <w:br/>
        <w:t>如果你不尽全力</w:t>
      </w:r>
      <w:r>
        <w:t xml:space="preserve"> 别人看得出来的</w:t>
        <w:br/>
        <w:t>People</w:t>
      </w:r>
      <w:r>
        <w:t xml:space="preserve"> can</w:t>
      </w:r>
      <w:r>
        <w:t xml:space="preserve"> tell</w:t>
      </w:r>
      <w:r>
        <w:t xml:space="preserve"> when</w:t>
      </w:r>
      <w:r>
        <w:t xml:space="preserve"> you're</w:t>
      </w:r>
      <w:r>
        <w:t xml:space="preserve"> not</w:t>
      </w:r>
      <w:r>
        <w:t xml:space="preserve"> doing</w:t>
      </w:r>
      <w:r>
        <w:t xml:space="preserve"> your</w:t>
      </w:r>
      <w:r>
        <w:t xml:space="preserve"> best.</w:t>
        <w:br/>
        <w:t>这话倒是真的</w:t>
        <w:br/>
        <w:t>I'm</w:t>
      </w:r>
      <w:r>
        <w:t xml:space="preserve"> sure</w:t>
      </w:r>
      <w:r>
        <w:t xml:space="preserve"> you're</w:t>
      </w:r>
      <w:r>
        <w:t xml:space="preserve"> right</w:t>
      </w:r>
      <w:r>
        <w:t xml:space="preserve"> about</w:t>
      </w:r>
      <w:r>
        <w:t xml:space="preserve"> that.</w:t>
        <w:br/>
        <w:t>你觉得这离围墙有多远?</w:t>
        <w:br/>
        <w:t>How</w:t>
      </w:r>
      <w:r>
        <w:t xml:space="preserve"> far</w:t>
      </w:r>
      <w:r>
        <w:t xml:space="preserve"> do</w:t>
      </w:r>
      <w:r>
        <w:t xml:space="preserve"> you</w:t>
      </w:r>
      <w:r>
        <w:t xml:space="preserve"> think</w:t>
      </w:r>
      <w:r>
        <w:t xml:space="preserve"> it</w:t>
      </w:r>
      <w:r>
        <w:t xml:space="preserve"> is</w:t>
      </w:r>
      <w:r>
        <w:t xml:space="preserve"> to</w:t>
      </w:r>
      <w:r>
        <w:t xml:space="preserve"> the</w:t>
      </w:r>
      <w:r>
        <w:t xml:space="preserve"> fence?</w:t>
        <w:br/>
        <w:t>不知道</w:t>
      </w:r>
      <w:r>
        <w:t xml:space="preserve"> 我不是力量型的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也就是平均</w:t>
        <w:br/>
        <w:t>I</w:t>
      </w:r>
      <w:r>
        <w:t xml:space="preserve"> don't</w:t>
      </w:r>
      <w:r>
        <w:t xml:space="preserve"> know.</w:t>
      </w:r>
      <w:r>
        <w:t xml:space="preserve"> I</w:t>
      </w:r>
      <w:r>
        <w:t xml:space="preserve"> don't</w:t>
      </w:r>
      <w:r>
        <w:t xml:space="preserve"> hit</w:t>
      </w:r>
      <w:r>
        <w:t xml:space="preserve"> for</w:t>
      </w:r>
      <w:r>
        <w:t xml:space="preserve"> power.</w:t>
      </w:r>
      <w:r>
        <w:t xml:space="preserve"> I</w:t>
      </w:r>
      <w:r>
        <w:t xml:space="preserve"> hit</w:t>
      </w:r>
      <w:r>
        <w:t xml:space="preserve"> for</w:t>
      </w:r>
      <w:r>
        <w:t xml:space="preserve"> average.</w:t>
        <w:br/>
        <w:t>谁要花钱来看单打啊</w:t>
        <w:br/>
        <w:t>Nobody</w:t>
      </w:r>
      <w:r>
        <w:t xml:space="preserve"> pays</w:t>
      </w:r>
      <w:r>
        <w:t xml:space="preserve"> to</w:t>
      </w:r>
      <w:r>
        <w:t xml:space="preserve"> see</w:t>
      </w:r>
      <w:r>
        <w:t xml:space="preserve"> singles.</w:t>
      </w:r>
      <w:r>
        <w:t xml:space="preserve"> </w:t>
        <w:br/>
        <w:t>谁要花钱来看这种东西啊</w:t>
        <w:br/>
        <w:t>Nobody's</w:t>
      </w:r>
      <w:r>
        <w:t xml:space="preserve"> paying</w:t>
      </w:r>
      <w:r>
        <w:t xml:space="preserve"> for</w:t>
      </w:r>
      <w:r>
        <w:t xml:space="preserve"> any</w:t>
      </w:r>
      <w:r>
        <w:t xml:space="preserve"> of</w:t>
      </w:r>
      <w:r>
        <w:t xml:space="preserve"> this.</w:t>
        <w:br/>
        <w:t>帮我把这些发出去</w:t>
        <w:br/>
        <w:t>Help</w:t>
      </w:r>
      <w:r>
        <w:t xml:space="preserve"> me</w:t>
      </w:r>
      <w:r>
        <w:t xml:space="preserve"> hand</w:t>
      </w:r>
      <w:r>
        <w:t xml:space="preserve"> these</w:t>
      </w:r>
      <w:r>
        <w:t xml:space="preserve"> out.</w:t>
        <w:br/>
        <w:t>黄色的?</w:t>
        <w:br/>
        <w:t>Yellow?</w:t>
      </w:r>
      <w:r>
        <w:t xml:space="preserve"> </w:t>
        <w:br/>
        <w:t>对</w:t>
      </w:r>
      <w:r>
        <w:t xml:space="preserve"> 浅黄色</w:t>
      </w:r>
      <w:r>
        <w:t xml:space="preserve"> 跟帮派没啥关系</w:t>
        <w:br/>
        <w:t>Yes.</w:t>
      </w:r>
      <w:r>
        <w:t xml:space="preserve"> Light</w:t>
      </w:r>
      <w:r>
        <w:t xml:space="preserve"> yellow,</w:t>
      </w:r>
      <w:r>
        <w:t xml:space="preserve"> no</w:t>
      </w:r>
      <w:r>
        <w:t xml:space="preserve"> gang</w:t>
      </w:r>
      <w:r>
        <w:t xml:space="preserve"> affiliations.</w:t>
        <w:br/>
        <w:t>没想到啊</w:t>
      </w:r>
      <w:r>
        <w:t xml:space="preserve"> 这颜色这么凶险</w:t>
        <w:br/>
        <w:t>Surprising.</w:t>
      </w:r>
      <w:r>
        <w:t xml:space="preserve"> Such</w:t>
      </w:r>
      <w:r>
        <w:t xml:space="preserve"> a</w:t>
      </w:r>
      <w:r>
        <w:t xml:space="preserve"> menacing</w:t>
      </w:r>
      <w:r>
        <w:t xml:space="preserve"> color.</w:t>
        <w:br/>
        <w:t>是吧</w:t>
        <w:br/>
        <w:t>I</w:t>
      </w:r>
      <w:r>
        <w:t xml:space="preserve"> guess.</w:t>
        <w:br/>
        <w:t>天哪</w:t>
        <w:br/>
        <w:t>Oh,</w:t>
      </w:r>
      <w:r>
        <w:t xml:space="preserve"> my</w:t>
      </w:r>
      <w:r>
        <w:t xml:space="preserve"> God.</w:t>
        <w:br/>
        <w:t>天哪</w:t>
      </w:r>
      <w:r>
        <w:t xml:space="preserve"> 她真的来了</w:t>
        <w:br/>
        <w:t>Oh,</w:t>
      </w:r>
      <w:r>
        <w:t xml:space="preserve"> my</w:t>
      </w:r>
      <w:r>
        <w:t xml:space="preserve"> God.</w:t>
      </w:r>
      <w:r>
        <w:t xml:space="preserve"> She...</w:t>
      </w:r>
      <w:r>
        <w:t xml:space="preserve"> she</w:t>
      </w:r>
      <w:r>
        <w:t xml:space="preserve"> came.</w:t>
        <w:br/>
        <w:t>我看起来像是参与其中的样子吗?</w:t>
        <w:br/>
        <w:t>Do</w:t>
      </w:r>
      <w:r>
        <w:t xml:space="preserve"> I...</w:t>
      </w:r>
      <w:r>
        <w:t xml:space="preserve"> do</w:t>
      </w:r>
      <w:r>
        <w:t xml:space="preserve"> I</w:t>
      </w:r>
      <w:r>
        <w:t xml:space="preserve"> look</w:t>
      </w:r>
      <w:r>
        <w:t xml:space="preserve"> like</w:t>
      </w:r>
      <w:r>
        <w:t xml:space="preserve"> I'm</w:t>
      </w:r>
      <w:r>
        <w:t xml:space="preserve"> participating?</w:t>
        <w:br/>
        <w:t>看起来像管事儿的</w:t>
      </w:r>
      <w:r>
        <w:t xml:space="preserve"> Peck</w:t>
      </w:r>
      <w:r>
        <w:t xml:space="preserve"> 你做得很好了</w:t>
        <w:br/>
        <w:t>Large</w:t>
      </w:r>
      <w:r>
        <w:t xml:space="preserve"> and</w:t>
      </w:r>
      <w:r>
        <w:t xml:space="preserve"> in</w:t>
      </w:r>
      <w:r>
        <w:t xml:space="preserve"> charge,</w:t>
      </w:r>
      <w:r>
        <w:t xml:space="preserve"> Peck.</w:t>
      </w:r>
      <w:r>
        <w:t xml:space="preserve"> You're</w:t>
      </w:r>
      <w:r>
        <w:t xml:space="preserve"> doing</w:t>
      </w:r>
      <w:r>
        <w:t xml:space="preserve"> great.</w:t>
        <w:br/>
        <w:t>你再咀嚼120下</w:t>
      </w:r>
      <w:r>
        <w:t xml:space="preserve"> 我就可以把你扔湖里了</w:t>
        <w:br/>
        <w:t>120</w:t>
      </w:r>
      <w:r>
        <w:t xml:space="preserve"> more</w:t>
      </w:r>
      <w:r>
        <w:t xml:space="preserve"> clicks</w:t>
      </w:r>
      <w:r>
        <w:t xml:space="preserve"> to</w:t>
      </w:r>
      <w:r>
        <w:t xml:space="preserve"> go,</w:t>
      </w:r>
      <w:r>
        <w:t xml:space="preserve"> and</w:t>
      </w:r>
      <w:r>
        <w:t xml:space="preserve"> then</w:t>
      </w:r>
      <w:r>
        <w:t xml:space="preserve"> I'm</w:t>
      </w:r>
      <w:r>
        <w:t xml:space="preserve"> throwing</w:t>
      </w:r>
      <w:r>
        <w:t xml:space="preserve"> you</w:t>
      </w:r>
      <w:r>
        <w:t xml:space="preserve"> in</w:t>
      </w:r>
      <w:r>
        <w:t xml:space="preserve"> a</w:t>
      </w:r>
      <w:r>
        <w:t xml:space="preserve"> lake.</w:t>
        <w:br/>
        <w:t>可以穿衣</w:t>
      </w:r>
      <w:r>
        <w:t xml:space="preserve"> 也可不&amp;hearts;穿&amp;hearts;</w:t>
        <w:br/>
        <w:t>Clothing</w:t>
      </w:r>
      <w:r>
        <w:t xml:space="preserve"> optional.</w:t>
        <w:br/>
        <w:t>你知道我比较想选什么吗?</w:t>
        <w:br/>
        <w:t>Would</w:t>
      </w:r>
      <w:r>
        <w:t xml:space="preserve"> you</w:t>
      </w:r>
      <w:r>
        <w:t xml:space="preserve"> like</w:t>
      </w:r>
      <w:r>
        <w:t xml:space="preserve"> to</w:t>
      </w:r>
      <w:r>
        <w:t xml:space="preserve"> know</w:t>
      </w:r>
      <w:r>
        <w:t xml:space="preserve"> which</w:t>
      </w:r>
      <w:r>
        <w:t xml:space="preserve"> option</w:t>
      </w:r>
      <w:r>
        <w:t xml:space="preserve"> I</w:t>
      </w:r>
      <w:r>
        <w:t xml:space="preserve"> prefer?</w:t>
        <w:br/>
        <w:t>你觉得飞车党要花多长时间</w:t>
      </w:r>
      <w:r>
        <w:t xml:space="preserve"> 才能渗透到警局内部?</w:t>
        <w:br/>
        <w:t>How</w:t>
      </w:r>
      <w:r>
        <w:t xml:space="preserve"> long</w:t>
      </w:r>
      <w:r>
        <w:t xml:space="preserve"> do</w:t>
      </w:r>
      <w:r>
        <w:t xml:space="preserve"> you</w:t>
      </w:r>
      <w:r>
        <w:t xml:space="preserve"> think</w:t>
      </w:r>
      <w:r>
        <w:t xml:space="preserve"> it</w:t>
      </w:r>
      <w:r>
        <w:t xml:space="preserve"> would</w:t>
      </w:r>
      <w:r>
        <w:t xml:space="preserve"> take</w:t>
      </w:r>
      <w:r>
        <w:t xml:space="preserve"> for</w:t>
      </w:r>
      <w:r>
        <w:t xml:space="preserve"> a</w:t>
      </w:r>
      <w:r>
        <w:t xml:space="preserve"> biker</w:t>
      </w:r>
      <w:r>
        <w:t xml:space="preserve"> to</w:t>
      </w:r>
      <w:r>
        <w:t xml:space="preserve"> infiltrate</w:t>
      </w:r>
      <w:r>
        <w:t xml:space="preserve"> the</w:t>
      </w:r>
      <w:r>
        <w:t xml:space="preserve"> police</w:t>
      </w:r>
      <w:r>
        <w:t xml:space="preserve"> force?</w:t>
        <w:br/>
        <w:t>啥?</w:t>
        <w:br/>
        <w:t>Say</w:t>
      </w:r>
      <w:r>
        <w:t xml:space="preserve"> again?</w:t>
      </w:r>
      <w:r>
        <w:t xml:space="preserve"> </w:t>
        <w:br/>
        <w:t>假设性的问题啦</w:t>
        <w:br/>
        <w:t>Hypothetical</w:t>
      </w:r>
      <w:r>
        <w:t xml:space="preserve"> question.</w:t>
        <w:br/>
        <w:t>怎么渗透?</w:t>
        <w:br/>
        <w:t>Infiltrate</w:t>
      </w:r>
      <w:r>
        <w:t xml:space="preserve"> in</w:t>
      </w:r>
      <w:r>
        <w:t xml:space="preserve"> what</w:t>
      </w:r>
      <w:r>
        <w:t xml:space="preserve"> way?</w:t>
        <w:br/>
        <w:t>比方说有个女警</w:t>
        <w:br/>
        <w:t>Let's</w:t>
      </w:r>
      <w:r>
        <w:t xml:space="preserve"> say</w:t>
      </w:r>
      <w:r>
        <w:t xml:space="preserve"> there's</w:t>
      </w:r>
      <w:r>
        <w:t xml:space="preserve"> a</w:t>
      </w:r>
      <w:r>
        <w:t xml:space="preserve"> female</w:t>
      </w:r>
      <w:r>
        <w:t xml:space="preserve"> cop,</w:t>
      </w:r>
      <w:r>
        <w:t xml:space="preserve"> right?</w:t>
        <w:br/>
        <w:t>单身</w:t>
      </w:r>
      <w:r>
        <w:t xml:space="preserve"> 可爱</w:t>
      </w:r>
      <w:r>
        <w:t xml:space="preserve"> 就喜欢坏男孩</w:t>
        <w:br/>
        <w:t>Single,</w:t>
      </w:r>
      <w:r>
        <w:t xml:space="preserve"> cute,</w:t>
      </w:r>
      <w:r>
        <w:t xml:space="preserve"> uh,</w:t>
      </w:r>
      <w:r>
        <w:t xml:space="preserve"> predisposed</w:t>
      </w:r>
      <w:r>
        <w:t xml:space="preserve"> to</w:t>
      </w:r>
      <w:r>
        <w:t xml:space="preserve"> like</w:t>
      </w:r>
      <w:r>
        <w:t xml:space="preserve"> bad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boys.</w:t>
        <w:br/>
        <w:t>然后出现了一个黑帮成员</w:t>
        <w:br/>
        <w:t>And</w:t>
      </w:r>
      <w:r>
        <w:t xml:space="preserve"> there's</w:t>
      </w:r>
      <w:r>
        <w:t xml:space="preserve"> this</w:t>
      </w:r>
      <w:r>
        <w:t xml:space="preserve"> guy</w:t>
      </w:r>
      <w:r>
        <w:t xml:space="preserve"> who</w:t>
      </w:r>
      <w:r>
        <w:t xml:space="preserve"> is</w:t>
      </w:r>
      <w:r>
        <w:t xml:space="preserve"> affiliated</w:t>
      </w:r>
      <w:r>
        <w:t xml:space="preserve"> with</w:t>
      </w:r>
      <w:r>
        <w:t xml:space="preserve"> a</w:t>
      </w:r>
      <w:r>
        <w:t xml:space="preserve"> gang.</w:t>
        <w:br/>
        <w:t>她疯狂地爱上了他</w:t>
        <w:br/>
        <w:t>He</w:t>
      </w:r>
      <w:r>
        <w:t xml:space="preserve"> makes</w:t>
      </w:r>
      <w:r>
        <w:t xml:space="preserve"> her</w:t>
      </w:r>
      <w:r>
        <w:t xml:space="preserve"> fall</w:t>
      </w:r>
      <w:r>
        <w:t xml:space="preserve"> madly</w:t>
      </w:r>
      <w:r>
        <w:t xml:space="preserve"> in</w:t>
      </w:r>
      <w:r>
        <w:t xml:space="preserve"> love</w:t>
      </w:r>
      <w:r>
        <w:t xml:space="preserve"> with</w:t>
      </w:r>
      <w:r>
        <w:t xml:space="preserve"> him.</w:t>
        <w:br/>
        <w:t>然后她就成了内奸了</w:t>
        <w:br/>
        <w:t>And</w:t>
      </w:r>
      <w:r>
        <w:t xml:space="preserve"> next</w:t>
      </w:r>
      <w:r>
        <w:t xml:space="preserve"> thing</w:t>
      </w:r>
      <w:r>
        <w:t xml:space="preserve"> you</w:t>
      </w:r>
      <w:r>
        <w:t xml:space="preserve"> know,</w:t>
      </w:r>
      <w:r>
        <w:t xml:space="preserve"> she's</w:t>
      </w:r>
      <w:r>
        <w:t xml:space="preserve"> a</w:t>
      </w:r>
      <w:r>
        <w:t xml:space="preserve"> mole.</w:t>
        <w:br/>
        <w:t>McNally</w:t>
      </w:r>
      <w:r>
        <w:t xml:space="preserve"> 你是背着我跟飞车党搞上了吗?</w:t>
        <w:br/>
        <w:t>McNally,</w:t>
      </w:r>
      <w:r>
        <w:t xml:space="preserve"> are</w:t>
      </w:r>
      <w:r>
        <w:t xml:space="preserve"> you</w:t>
      </w:r>
      <w:r>
        <w:t xml:space="preserve"> dating</w:t>
      </w:r>
      <w:r>
        <w:t xml:space="preserve"> a</w:t>
      </w:r>
      <w:r>
        <w:t xml:space="preserve"> biker</w:t>
      </w:r>
      <w:r>
        <w:t xml:space="preserve"> behind</w:t>
      </w:r>
      <w:r>
        <w:t xml:space="preserve"> my</w:t>
      </w:r>
      <w:r>
        <w:t xml:space="preserve"> back?</w:t>
        <w:br/>
        <w:t>闭嘴吧</w:t>
      </w:r>
      <w:r>
        <w:t xml:space="preserve"> 我说的不是我</w:t>
        <w:br/>
        <w:t>Shut</w:t>
      </w:r>
      <w:r>
        <w:t xml:space="preserve"> up.</w:t>
      </w:r>
      <w:r>
        <w:t xml:space="preserve"> I'm</w:t>
      </w:r>
      <w:r>
        <w:t xml:space="preserve"> not</w:t>
      </w:r>
      <w:r>
        <w:t xml:space="preserve"> talking</w:t>
      </w:r>
      <w:r>
        <w:t xml:space="preserve"> about</w:t>
      </w:r>
      <w:r>
        <w:t xml:space="preserve"> me.</w:t>
      </w:r>
      <w:r>
        <w:t xml:space="preserve"> </w:t>
        <w:br/>
        <w:t>那你说谁呢?</w:t>
        <w:br/>
        <w:t>Who</w:t>
      </w:r>
      <w:r>
        <w:t xml:space="preserve"> are</w:t>
      </w:r>
      <w:r>
        <w:t xml:space="preserve"> you</w:t>
      </w:r>
      <w:r>
        <w:t xml:space="preserve"> talking</w:t>
      </w:r>
      <w:r>
        <w:t xml:space="preserve"> about?</w:t>
        <w:br/>
        <w:t>没谁</w:t>
      </w:r>
      <w:r>
        <w:t xml:space="preserve"> 没什么</w:t>
        <w:br/>
        <w:t>Nobody.</w:t>
      </w:r>
      <w:r>
        <w:t xml:space="preserve"> Nothing.</w:t>
        <w:br/>
        <w:t>三振出局</w:t>
        <w:br/>
        <w:t>Third</w:t>
      </w:r>
      <w:r>
        <w:t xml:space="preserve"> out.</w:t>
        <w:br/>
        <w:t>随便啦</w:t>
      </w:r>
      <w:r>
        <w:t xml:space="preserve"> 反正刚那下也是侥幸赢的</w:t>
        <w:br/>
        <w:t>Whatever.</w:t>
      </w:r>
      <w:r>
        <w:t xml:space="preserve"> That</w:t>
      </w:r>
      <w:r>
        <w:t xml:space="preserve"> was</w:t>
      </w:r>
      <w:r>
        <w:t xml:space="preserve"> a</w:t>
      </w:r>
      <w:r>
        <w:t xml:space="preserve"> lucky</w:t>
      </w:r>
      <w:r>
        <w:t xml:space="preserve"> fluke.</w:t>
        <w:br/>
        <w:t>我可是职业少年队的</w:t>
      </w:r>
      <w:r>
        <w:t xml:space="preserve"> 绝对打趴你们</w:t>
        <w:br/>
        <w:t>I</w:t>
      </w:r>
      <w:r>
        <w:t xml:space="preserve"> played</w:t>
      </w:r>
      <w:r>
        <w:t xml:space="preserve"> in</w:t>
      </w:r>
      <w:r>
        <w:t xml:space="preserve"> the</w:t>
      </w:r>
      <w:r>
        <w:t xml:space="preserve"> minors,</w:t>
      </w:r>
      <w:r>
        <w:t xml:space="preserve"> man.</w:t>
      </w:r>
      <w:r>
        <w:t xml:space="preserve"> I'm</w:t>
      </w:r>
      <w:r>
        <w:t xml:space="preserve"> gonna</w:t>
      </w:r>
      <w:r>
        <w:t xml:space="preserve"> take</w:t>
      </w:r>
      <w:r>
        <w:t xml:space="preserve"> you</w:t>
      </w:r>
      <w:r>
        <w:t xml:space="preserve"> guys</w:t>
      </w:r>
      <w:r>
        <w:t xml:space="preserve"> down.</w:t>
        <w:br/>
        <w:t>是吗?</w:t>
      </w:r>
      <w:r>
        <w:t xml:space="preserve"> 我以前是部队国家队的</w:t>
      </w:r>
      <w:r>
        <w:t xml:space="preserve"> 放马过来</w:t>
        <w:br/>
        <w:t>Oh,</w:t>
      </w:r>
      <w:r>
        <w:t xml:space="preserve"> yeah?</w:t>
      </w:r>
      <w:r>
        <w:t xml:space="preserve"> Well,</w:t>
      </w:r>
      <w:r>
        <w:t xml:space="preserve"> I</w:t>
      </w:r>
      <w:r>
        <w:t xml:space="preserve"> used</w:t>
      </w:r>
      <w:r>
        <w:t xml:space="preserve"> to</w:t>
      </w:r>
      <w:r>
        <w:t xml:space="preserve"> play</w:t>
      </w:r>
      <w:r>
        <w:t xml:space="preserve"> on</w:t>
      </w:r>
      <w:r>
        <w:t xml:space="preserve"> the</w:t>
      </w:r>
      <w:r>
        <w:t xml:space="preserve"> force's</w:t>
      </w:r>
      <w:r>
        <w:t xml:space="preserve"> national</w:t>
      </w:r>
      <w:r>
        <w:t xml:space="preserve"> team,</w:t>
      </w:r>
      <w:r>
        <w:t xml:space="preserve"> so</w:t>
      </w:r>
      <w:r>
        <w:t xml:space="preserve"> bring</w:t>
      </w:r>
      <w:r>
        <w:t xml:space="preserve"> it.</w:t>
        <w:br/>
        <w:t>部队?</w:t>
      </w:r>
      <w:r>
        <w:t xml:space="preserve"> 你是说陆军部队?</w:t>
        <w:br/>
        <w:t>"Force's"?</w:t>
      </w:r>
      <w:r>
        <w:t xml:space="preserve"> Army,</w:t>
      </w:r>
      <w:r>
        <w:t xml:space="preserve"> you</w:t>
      </w:r>
      <w:r>
        <w:t xml:space="preserve"> mean?</w:t>
      </w:r>
      <w:r>
        <w:t xml:space="preserve"> </w:t>
        <w:br/>
        <w:t>是</w:t>
      </w:r>
      <w:r>
        <w:t xml:space="preserve"> 长官</w:t>
      </w:r>
      <w:r>
        <w:t xml:space="preserve"> 人生经验丰富</w:t>
        <w:br/>
        <w:t>Yes,</w:t>
      </w:r>
      <w:r>
        <w:t xml:space="preserve"> sir.</w:t>
      </w:r>
      <w:r>
        <w:t xml:space="preserve"> See</w:t>
      </w:r>
      <w:r>
        <w:t xml:space="preserve"> the</w:t>
      </w:r>
      <w:r>
        <w:t xml:space="preserve"> world.</w:t>
        <w:br/>
        <w:t>杀敌</w:t>
        <w:br/>
        <w:t>Kill</w:t>
      </w:r>
      <w:r>
        <w:t xml:space="preserve"> bad</w:t>
      </w:r>
      <w:r>
        <w:t xml:space="preserve"> guys.</w:t>
      </w:r>
      <w:r>
        <w:t xml:space="preserve"> </w:t>
        <w:br/>
        <w:t>保和平</w:t>
        <w:br/>
        <w:t>Keep</w:t>
      </w:r>
      <w:r>
        <w:t xml:space="preserve"> the</w:t>
      </w:r>
      <w:r>
        <w:t xml:space="preserve"> peace.</w:t>
        <w:br/>
        <w:t>规矩就是规矩</w:t>
        <w:br/>
        <w:t>Rules</w:t>
      </w:r>
      <w:r>
        <w:t xml:space="preserve"> are</w:t>
      </w:r>
      <w:r>
        <w:t xml:space="preserve"> rules.</w:t>
        <w:br/>
        <w:t>喂</w:t>
      </w:r>
      <w:r>
        <w:t xml:space="preserve"> 那个不算啊</w:t>
      </w:r>
      <w:r>
        <w:t xml:space="preserve"> 你吹黑哨</w:t>
        <w:br/>
        <w:t>Yo,</w:t>
      </w:r>
      <w:r>
        <w:t xml:space="preserve"> that</w:t>
      </w:r>
      <w:r>
        <w:t xml:space="preserve"> ump</w:t>
      </w:r>
      <w:r>
        <w:t xml:space="preserve"> is</w:t>
      </w:r>
      <w:r>
        <w:t xml:space="preserve"> bogus,</w:t>
      </w:r>
      <w:r>
        <w:t xml:space="preserve"> man.</w:t>
      </w:r>
      <w:r>
        <w:t xml:space="preserve"> That</w:t>
      </w:r>
      <w:r>
        <w:t xml:space="preserve"> was</w:t>
      </w:r>
      <w:r>
        <w:t xml:space="preserve"> a</w:t>
      </w:r>
      <w:r>
        <w:t xml:space="preserve"> bogus</w:t>
      </w:r>
      <w:r>
        <w:t xml:space="preserve"> call.</w:t>
        <w:br/>
        <w:t>Brooklyn</w:t>
      </w:r>
      <w:r>
        <w:t xml:space="preserve"> 把你手&amp;hearts;机&amp;hearts;从我眼前拿开</w:t>
        <w:br/>
        <w:t>Brooklyn,</w:t>
      </w:r>
      <w:r>
        <w:t xml:space="preserve"> get</w:t>
      </w:r>
      <w:r>
        <w:t xml:space="preserve"> your</w:t>
      </w:r>
      <w:r>
        <w:t xml:space="preserve"> phone</w:t>
      </w:r>
      <w:r>
        <w:t xml:space="preserve"> out</w:t>
      </w:r>
      <w:r>
        <w:t xml:space="preserve"> of</w:t>
      </w:r>
      <w:r>
        <w:t xml:space="preserve"> my</w:t>
      </w:r>
      <w:r>
        <w:t xml:space="preserve"> face.</w:t>
        <w:br/>
        <w:t>Boris在那边</w:t>
      </w:r>
      <w:r>
        <w:t xml:space="preserve"> 他在找你</w:t>
        <w:br/>
        <w:t>Boris</w:t>
      </w:r>
      <w:r>
        <w:t xml:space="preserve"> is</w:t>
      </w:r>
      <w:r>
        <w:t xml:space="preserve"> over</w:t>
      </w:r>
      <w:r>
        <w:t xml:space="preserve"> there.</w:t>
      </w:r>
      <w:r>
        <w:t xml:space="preserve"> He's</w:t>
      </w:r>
      <w:r>
        <w:t xml:space="preserve"> looking</w:t>
      </w:r>
      <w:r>
        <w:t xml:space="preserve"> for</w:t>
      </w:r>
      <w:r>
        <w:t xml:space="preserve"> you.</w:t>
        <w:br/>
        <w:t>你告诉Boris</w:t>
      </w:r>
      <w:r>
        <w:t xml:space="preserve"> 我还是懒得理他</w:t>
        <w:br/>
        <w:t>Well,</w:t>
      </w:r>
      <w:r>
        <w:t xml:space="preserve"> you</w:t>
      </w:r>
      <w:r>
        <w:t xml:space="preserve"> can</w:t>
      </w:r>
      <w:r>
        <w:t xml:space="preserve"> tell</w:t>
      </w:r>
      <w:r>
        <w:t xml:space="preserve"> Boris</w:t>
      </w:r>
      <w:r>
        <w:t xml:space="preserve"> I'm</w:t>
      </w:r>
      <w:r>
        <w:t xml:space="preserve"> still</w:t>
      </w:r>
      <w:r>
        <w:t xml:space="preserve"> not</w:t>
      </w:r>
      <w:r>
        <w:t xml:space="preserve"> talking</w:t>
      </w:r>
      <w:r>
        <w:t xml:space="preserve"> to</w:t>
      </w:r>
      <w:r>
        <w:t xml:space="preserve"> him.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</w:t>
        <w:br/>
        <w:t>把这T恤穿上</w:t>
        <w:br/>
        <w:t>Hey,</w:t>
      </w:r>
      <w:r>
        <w:t xml:space="preserve"> you</w:t>
      </w:r>
      <w:r>
        <w:t xml:space="preserve"> got</w:t>
      </w:r>
      <w:r>
        <w:t xml:space="preserve"> to</w:t>
      </w:r>
      <w:r>
        <w:t xml:space="preserve"> wear</w:t>
      </w:r>
      <w:r>
        <w:t xml:space="preserve"> a</w:t>
      </w:r>
      <w:r>
        <w:t xml:space="preserve"> shirt.</w:t>
        <w:br/>
        <w:t>我才不&amp;hearts;穿&amp;hearts;这种东西</w:t>
        <w:br/>
        <w:t>I'm</w:t>
      </w:r>
      <w:r>
        <w:t xml:space="preserve"> not</w:t>
      </w:r>
      <w:r>
        <w:t xml:space="preserve"> putting</w:t>
      </w:r>
      <w:r>
        <w:t xml:space="preserve"> on</w:t>
      </w:r>
      <w:r>
        <w:t xml:space="preserve"> that</w:t>
      </w:r>
      <w:r>
        <w:t xml:space="preserve"> thing.</w:t>
        <w:br/>
        <w:t>不&amp;hearts;穿&amp;hearts;就别玩</w:t>
        <w:br/>
        <w:t>No</w:t>
      </w:r>
      <w:r>
        <w:t xml:space="preserve"> shirt,</w:t>
      </w:r>
      <w:r>
        <w:t xml:space="preserve"> no</w:t>
      </w:r>
      <w:r>
        <w:t xml:space="preserve"> play.</w:t>
        <w:br/>
        <w:t>那就太可惜了</w:t>
        <w:br/>
        <w:t>Which</w:t>
      </w:r>
      <w:r>
        <w:t xml:space="preserve"> would</w:t>
      </w:r>
      <w:r>
        <w:t xml:space="preserve"> be</w:t>
      </w:r>
      <w:r>
        <w:t xml:space="preserve"> a</w:t>
      </w:r>
      <w:r>
        <w:t xml:space="preserve"> shame.</w:t>
        <w:br/>
        <w:t>这衣服谁穿着都难看</w:t>
        <w:br/>
        <w:t>That</w:t>
      </w:r>
      <w:r>
        <w:t xml:space="preserve"> color</w:t>
      </w:r>
      <w:r>
        <w:t xml:space="preserve"> doesn't</w:t>
      </w:r>
      <w:r>
        <w:t xml:space="preserve"> even</w:t>
      </w:r>
      <w:r>
        <w:t xml:space="preserve"> look</w:t>
      </w:r>
      <w:r>
        <w:t xml:space="preserve"> good</w:t>
      </w:r>
      <w:r>
        <w:t xml:space="preserve"> on</w:t>
      </w:r>
      <w:r>
        <w:t xml:space="preserve"> anyone.</w:t>
        <w:br/>
        <w:t>这不好说</w:t>
      </w:r>
      <w:r>
        <w:t xml:space="preserve"> 我觉得我穿着就挺好看</w:t>
        <w:br/>
        <w:t>I</w:t>
      </w:r>
      <w:r>
        <w:t xml:space="preserve"> don't</w:t>
      </w:r>
      <w:r>
        <w:t xml:space="preserve"> know</w:t>
      </w:r>
      <w:r>
        <w:t xml:space="preserve"> that.</w:t>
      </w:r>
      <w:r>
        <w:t xml:space="preserve"> I</w:t>
      </w:r>
      <w:r>
        <w:t xml:space="preserve"> think</w:t>
      </w:r>
      <w:r>
        <w:t xml:space="preserve"> I</w:t>
      </w:r>
      <w:r>
        <w:t xml:space="preserve"> look</w:t>
      </w:r>
      <w:r>
        <w:t xml:space="preserve"> pretty</w:t>
      </w:r>
      <w:r>
        <w:t xml:space="preserve"> good</w:t>
      </w:r>
      <w:r>
        <w:t xml:space="preserve"> in</w:t>
      </w:r>
      <w:r>
        <w:t xml:space="preserve"> this.</w:t>
        <w:br/>
        <w:t>连你都不行</w:t>
      </w:r>
      <w:r>
        <w:t xml:space="preserve"> 金发妞</w:t>
        <w:br/>
        <w:t>Not</w:t>
      </w:r>
      <w:r>
        <w:t xml:space="preserve"> even</w:t>
      </w:r>
      <w:r>
        <w:t xml:space="preserve"> you,</w:t>
      </w:r>
      <w:r>
        <w:t xml:space="preserve"> blondie.</w:t>
        <w:br/>
        <w:t>今天可是我休假日</w:t>
        <w:br/>
        <w:t>Know</w:t>
      </w:r>
      <w:r>
        <w:t xml:space="preserve"> what?</w:t>
      </w:r>
      <w:r>
        <w:t xml:space="preserve"> My</w:t>
      </w:r>
      <w:r>
        <w:t xml:space="preserve"> day</w:t>
      </w:r>
      <w:r>
        <w:t xml:space="preserve"> off...</w:t>
      </w:r>
      <w:r>
        <w:t xml:space="preserve"> mnh-mnh.</w:t>
        <w:br/>
        <w:t>换了我可不想改变这里</w:t>
        <w:br/>
        <w:t>I</w:t>
      </w:r>
      <w:r>
        <w:t xml:space="preserve"> would</w:t>
      </w:r>
      <w:r>
        <w:t xml:space="preserve"> not</w:t>
      </w:r>
      <w:r>
        <w:t xml:space="preserve"> be</w:t>
      </w:r>
      <w:r>
        <w:t xml:space="preserve"> trying</w:t>
      </w:r>
      <w:r>
        <w:t xml:space="preserve"> to</w:t>
      </w:r>
      <w:r>
        <w:t xml:space="preserve"> change</w:t>
      </w:r>
      <w:r>
        <w:t xml:space="preserve"> the</w:t>
      </w:r>
      <w:r>
        <w:t xml:space="preserve"> neighborhood,</w:t>
      </w:r>
      <w:r>
        <w:t xml:space="preserve"> okay?</w:t>
        <w:br/>
        <w:t>这里的人是不会变的</w:t>
        <w:br/>
        <w:t>People</w:t>
      </w:r>
      <w:r>
        <w:t xml:space="preserve"> around</w:t>
      </w:r>
      <w:r>
        <w:t xml:space="preserve"> here</w:t>
      </w:r>
      <w:r>
        <w:t xml:space="preserve"> never</w:t>
      </w:r>
      <w:r>
        <w:t xml:space="preserve"> change.</w:t>
        <w:br/>
        <w:t>你肯定有更重要的事要做呗</w:t>
        <w:br/>
        <w:t>Yeah,</w:t>
      </w:r>
      <w:r>
        <w:t xml:space="preserve"> I'm</w:t>
      </w:r>
      <w:r>
        <w:t xml:space="preserve"> sure</w:t>
      </w:r>
      <w:r>
        <w:t xml:space="preserve"> you'd</w:t>
      </w:r>
      <w:r>
        <w:t xml:space="preserve"> have</w:t>
      </w:r>
      <w:r>
        <w:t xml:space="preserve"> much</w:t>
      </w:r>
      <w:r>
        <w:t xml:space="preserve"> better</w:t>
      </w:r>
      <w:r>
        <w:t xml:space="preserve"> things</w:t>
      </w:r>
      <w:r>
        <w:t xml:space="preserve"> to</w:t>
      </w:r>
      <w:r>
        <w:t xml:space="preserve"> do.</w:t>
      </w:r>
      <w:r>
        <w:t xml:space="preserve"> </w:t>
        <w:br/>
        <w:t>确实</w:t>
        <w:br/>
        <w:t>Uh,</w:t>
      </w:r>
      <w:r>
        <w:t xml:space="preserve"> I</w:t>
      </w:r>
      <w:r>
        <w:t xml:space="preserve"> do,</w:t>
      </w:r>
      <w:r>
        <w:t xml:space="preserve"> okay?</w:t>
        <w:br/>
        <w:t>最重要的</w:t>
      </w:r>
      <w:r>
        <w:t xml:space="preserve"> 补眠</w:t>
      </w:r>
      <w:r>
        <w:t xml:space="preserve"> 其次</w:t>
      </w:r>
      <w:r>
        <w:t xml:space="preserve"> 魔兽哇</w:t>
        <w:br/>
        <w:t>Off</w:t>
      </w:r>
      <w:r>
        <w:t xml:space="preserve"> the</w:t>
      </w:r>
      <w:r>
        <w:t xml:space="preserve"> top</w:t>
      </w:r>
      <w:r>
        <w:t xml:space="preserve"> of</w:t>
      </w:r>
      <w:r>
        <w:t xml:space="preserve"> my</w:t>
      </w:r>
      <w:r>
        <w:t xml:space="preserve"> head...</w:t>
      </w:r>
      <w:r>
        <w:t xml:space="preserve"> sleeping.</w:t>
      </w:r>
      <w:r>
        <w:t xml:space="preserve"> Second...</w:t>
      </w:r>
      <w:r>
        <w:t xml:space="preserve"> "World</w:t>
      </w:r>
      <w:r>
        <w:t xml:space="preserve"> of</w:t>
      </w:r>
      <w:r>
        <w:t xml:space="preserve"> Warcraft."</w:t>
        <w:br/>
        <w:t>昨晚刚升了一级</w:t>
      </w:r>
      <w:r>
        <w:t xml:space="preserve"> 超赞</w:t>
        <w:br/>
        <w:t>I</w:t>
      </w:r>
      <w:r>
        <w:t xml:space="preserve"> just</w:t>
      </w:r>
      <w:r>
        <w:t xml:space="preserve"> leveled</w:t>
      </w:r>
      <w:r>
        <w:t xml:space="preserve"> up</w:t>
      </w:r>
      <w:r>
        <w:t xml:space="preserve"> last</w:t>
      </w:r>
      <w:r>
        <w:t xml:space="preserve"> night.</w:t>
      </w:r>
      <w:r>
        <w:t xml:space="preserve"> It</w:t>
      </w:r>
      <w:r>
        <w:t xml:space="preserve"> was</w:t>
      </w:r>
      <w:r>
        <w:t xml:space="preserve"> awesome.</w:t>
      </w:r>
      <w:r>
        <w:t xml:space="preserve"> </w:t>
        <w:br/>
        <w:t>第三</w:t>
      </w:r>
      <w:r>
        <w:t xml:space="preserve"> 练习乌克丽丽</w:t>
        <w:br/>
        <w:t>Third...</w:t>
      </w:r>
      <w:r>
        <w:t xml:space="preserve"> ukulele</w:t>
      </w:r>
      <w:r>
        <w:t xml:space="preserve"> practice.</w:t>
        <w:br/>
        <w:t>弹过乌克丽丽吗?</w:t>
        <w:br/>
        <w:t>You</w:t>
      </w:r>
      <w:r>
        <w:t xml:space="preserve"> ever</w:t>
      </w:r>
      <w:r>
        <w:t xml:space="preserve"> played</w:t>
      </w:r>
      <w:r>
        <w:t xml:space="preserve"> the</w:t>
      </w:r>
      <w:r>
        <w:t xml:space="preserve"> ukulele?</w:t>
      </w:r>
      <w:r>
        <w:t xml:space="preserve"> </w:t>
        <w:br/>
        <w:t>这辈子玩过</w:t>
      </w:r>
      <w:r>
        <w:t xml:space="preserve"> 最安抚人心的乐器</w:t>
        <w:br/>
        <w:t>It's</w:t>
      </w:r>
      <w:r>
        <w:t xml:space="preserve"> the</w:t>
      </w:r>
      <w:r>
        <w:t xml:space="preserve"> most</w:t>
      </w:r>
      <w:r>
        <w:t xml:space="preserve"> soothing</w:t>
      </w:r>
      <w:r>
        <w:t xml:space="preserve"> thing</w:t>
      </w:r>
      <w:r>
        <w:t xml:space="preserve"> I've</w:t>
      </w:r>
      <w:r>
        <w:t xml:space="preserve"> ever</w:t>
      </w:r>
      <w:r>
        <w:t xml:space="preserve"> played</w:t>
      </w:r>
      <w:r>
        <w:t xml:space="preserve"> in</w:t>
      </w:r>
      <w:r>
        <w:t xml:space="preserve"> my</w:t>
      </w:r>
      <w:r>
        <w:t xml:space="preserve"> entire</w:t>
      </w:r>
      <w:r>
        <w:t xml:space="preserve"> life.</w:t>
        <w:br/>
        <w:t>如果你愿意的话</w:t>
      </w:r>
      <w:r>
        <w:t xml:space="preserve"> 下班后我可以教你</w:t>
        <w:br/>
        <w:t>After</w:t>
      </w:r>
      <w:r>
        <w:t xml:space="preserve"> work,</w:t>
      </w:r>
      <w:r>
        <w:t xml:space="preserve"> if</w:t>
      </w:r>
      <w:r>
        <w:t xml:space="preserve"> you</w:t>
      </w:r>
      <w:r>
        <w:t xml:space="preserve"> want,</w:t>
      </w:r>
      <w:r>
        <w:t xml:space="preserve"> I</w:t>
      </w:r>
      <w:r>
        <w:t xml:space="preserve"> can</w:t>
      </w:r>
      <w:r>
        <w:t xml:space="preserve"> teach</w:t>
      </w:r>
      <w:r>
        <w:t xml:space="preserve"> you.</w:t>
        <w:br/>
        <w:t>真的吗?</w:t>
        <w:br/>
        <w:t>Really?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</w:t>
        <w:br/>
        <w:t>真的</w:t>
        <w:br/>
        <w:t>Yeah.</w:t>
        <w:br/>
        <w:t>不要</w:t>
        <w:br/>
        <w:t>No.</w:t>
        <w:br/>
        <w:t>等下</w:t>
      </w:r>
      <w:r>
        <w:t xml:space="preserve"> 你的意思是</w:t>
      </w:r>
      <w:r>
        <w:t xml:space="preserve"> 你休假的时候会宅在家?</w:t>
        <w:br/>
        <w:t>Wait.</w:t>
      </w:r>
      <w:r>
        <w:t xml:space="preserve"> Are</w:t>
      </w:r>
      <w:r>
        <w:t xml:space="preserve"> you</w:t>
      </w:r>
      <w:r>
        <w:t xml:space="preserve"> telling</w:t>
      </w:r>
      <w:r>
        <w:t xml:space="preserve"> me</w:t>
      </w:r>
      <w:r>
        <w:t xml:space="preserve"> that</w:t>
      </w:r>
      <w:r>
        <w:t xml:space="preserve"> on</w:t>
      </w:r>
      <w:r>
        <w:t xml:space="preserve"> your</w:t>
      </w:r>
      <w:r>
        <w:t xml:space="preserve"> day</w:t>
      </w:r>
      <w:r>
        <w:t xml:space="preserve"> off,</w:t>
      </w:r>
      <w:r>
        <w:t xml:space="preserve"> you'd</w:t>
      </w:r>
      <w:r>
        <w:t xml:space="preserve"> spend</w:t>
      </w:r>
      <w:r>
        <w:t xml:space="preserve"> it</w:t>
      </w:r>
      <w:r>
        <w:t xml:space="preserve"> indoors?</w:t>
        <w:br/>
        <w:t>警长好</w:t>
        <w:br/>
        <w:t>Hey,</w:t>
      </w:r>
      <w:r>
        <w:t xml:space="preserve"> Staff.</w:t>
      </w:r>
      <w:r>
        <w:t xml:space="preserve"> </w:t>
        <w:br/>
        <w:t>你好</w:t>
        <w:br/>
        <w:t>Hey.</w:t>
        <w:br/>
        <w:t>当然</w:t>
      </w:r>
      <w:r>
        <w:t xml:space="preserve"> 你不知道自我完善吗?</w:t>
        <w:br/>
        <w:t>Yeah.</w:t>
      </w:r>
      <w:r>
        <w:t xml:space="preserve"> You</w:t>
      </w:r>
      <w:r>
        <w:t xml:space="preserve"> ever</w:t>
      </w:r>
      <w:r>
        <w:t xml:space="preserve"> heard</w:t>
      </w:r>
      <w:r>
        <w:t xml:space="preserve"> of</w:t>
      </w:r>
      <w:r>
        <w:t xml:space="preserve"> self-improvement?</w:t>
        <w:br/>
        <w:t>我听过自私完善</w:t>
      </w:r>
      <w:r>
        <w:t xml:space="preserve"> 感觉就是你那样的</w:t>
        <w:br/>
        <w:t>Uh,</w:t>
      </w:r>
      <w:r>
        <w:t xml:space="preserve"> I've</w:t>
      </w:r>
      <w:r>
        <w:t xml:space="preserve"> heard</w:t>
      </w:r>
      <w:r>
        <w:t xml:space="preserve"> of</w:t>
      </w:r>
      <w:r>
        <w:t xml:space="preserve"> selfish</w:t>
      </w:r>
      <w:r>
        <w:t xml:space="preserve"> improvement,</w:t>
      </w:r>
      <w:r>
        <w:t xml:space="preserve"> which</w:t>
      </w:r>
      <w:r>
        <w:t xml:space="preserve"> is</w:t>
      </w:r>
      <w:r>
        <w:t xml:space="preserve"> what</w:t>
      </w:r>
      <w:r>
        <w:t xml:space="preserve"> that</w:t>
      </w:r>
      <w:r>
        <w:t xml:space="preserve"> sounds</w:t>
      </w:r>
      <w:r>
        <w:t xml:space="preserve"> like,</w:t>
        <w:br/>
        <w:t>可不像我们这样</w:t>
      </w:r>
      <w:r>
        <w:t xml:space="preserve"> 切实地帮助他人</w:t>
        <w:br/>
        <w:t>unlike</w:t>
      </w:r>
      <w:r>
        <w:t xml:space="preserve"> this,</w:t>
      </w:r>
      <w:r>
        <w:t xml:space="preserve"> which</w:t>
      </w:r>
      <w:r>
        <w:t xml:space="preserve"> is</w:t>
      </w:r>
      <w:r>
        <w:t xml:space="preserve"> actually</w:t>
      </w:r>
      <w:r>
        <w:t xml:space="preserve"> helping</w:t>
      </w:r>
      <w:r>
        <w:t xml:space="preserve"> other</w:t>
      </w:r>
      <w:r>
        <w:t xml:space="preserve"> people.</w:t>
      </w:r>
      <w:r>
        <w:t xml:space="preserve"> </w:t>
        <w:br/>
        <w:t>好吧好吧</w:t>
        <w:br/>
        <w:t>Okay,</w:t>
      </w:r>
      <w:r>
        <w:t xml:space="preserve"> cool.</w:t>
        <w:br/>
        <w:t>那咱们开警车出去打击犯罪吧</w:t>
        <w:br/>
        <w:t>Then</w:t>
      </w:r>
      <w:r>
        <w:t xml:space="preserve"> let's</w:t>
      </w:r>
      <w:r>
        <w:t xml:space="preserve"> go</w:t>
      </w:r>
      <w:r>
        <w:t xml:space="preserve"> out</w:t>
      </w:r>
      <w:r>
        <w:t xml:space="preserve"> there</w:t>
      </w:r>
      <w:r>
        <w:t xml:space="preserve"> and</w:t>
      </w:r>
      <w:r>
        <w:t xml:space="preserve"> fight</w:t>
      </w:r>
      <w:r>
        <w:t xml:space="preserve"> crime</w:t>
      </w:r>
      <w:r>
        <w:t xml:space="preserve"> in</w:t>
      </w:r>
      <w:r>
        <w:t xml:space="preserve"> a</w:t>
      </w:r>
      <w:r>
        <w:t xml:space="preserve"> squad</w:t>
      </w:r>
      <w:r>
        <w:t xml:space="preserve"> car.</w:t>
        <w:br/>
        <w:t>这地方是罪案高发区</w:t>
      </w:r>
      <w:r>
        <w:t xml:space="preserve"> 好吧?</w:t>
        <w:br/>
        <w:t>This</w:t>
      </w:r>
      <w:r>
        <w:t xml:space="preserve"> is</w:t>
      </w:r>
      <w:r>
        <w:t xml:space="preserve"> a</w:t>
      </w:r>
      <w:r>
        <w:t xml:space="preserve"> high-crime</w:t>
      </w:r>
      <w:r>
        <w:t xml:space="preserve"> area,</w:t>
      </w:r>
      <w:r>
        <w:t xml:space="preserve"> okay?</w:t>
      </w:r>
      <w:r>
        <w:t xml:space="preserve"> </w:t>
        <w:br/>
        <w:t>我们的目的就是为了让民众感觉到我们的存在</w:t>
        <w:br/>
        <w:t>We're</w:t>
      </w:r>
      <w:r>
        <w:t xml:space="preserve"> making</w:t>
      </w:r>
      <w:r>
        <w:t xml:space="preserve"> our</w:t>
      </w:r>
      <w:r>
        <w:t xml:space="preserve"> presence</w:t>
      </w:r>
      <w:r>
        <w:t xml:space="preserve"> felt.</w:t>
        <w:br/>
        <w:t>只要站在这里</w:t>
      </w:r>
      <w:r>
        <w:t xml:space="preserve"> 我们就能阻止犯罪</w:t>
        <w:br/>
        <w:t>Just</w:t>
      </w:r>
      <w:r>
        <w:t xml:space="preserve"> by</w:t>
      </w:r>
      <w:r>
        <w:t xml:space="preserve"> standing</w:t>
      </w:r>
      <w:r>
        <w:t xml:space="preserve"> here,</w:t>
      </w:r>
      <w:r>
        <w:t xml:space="preserve"> we're</w:t>
      </w:r>
      <w:r>
        <w:t xml:space="preserve"> stopping</w:t>
      </w:r>
      <w:r>
        <w:t xml:space="preserve"> crime.</w:t>
        <w:br/>
        <w:t>再说了</w:t>
      </w:r>
      <w:r>
        <w:t xml:space="preserve"> 午饭提供热狗</w:t>
      </w:r>
      <w:r>
        <w:t xml:space="preserve"> 所以...</w:t>
        <w:br/>
        <w:t>Plus,</w:t>
      </w:r>
      <w:r>
        <w:t xml:space="preserve"> they're</w:t>
      </w:r>
      <w:r>
        <w:t xml:space="preserve"> serving</w:t>
      </w:r>
      <w:r>
        <w:t xml:space="preserve"> hot</w:t>
      </w:r>
      <w:r>
        <w:t xml:space="preserve"> dogs</w:t>
      </w:r>
      <w:r>
        <w:t xml:space="preserve"> at</w:t>
      </w:r>
      <w:r>
        <w:t xml:space="preserve"> lunch,</w:t>
      </w:r>
      <w:r>
        <w:t xml:space="preserve"> so...</w:t>
        <w:br/>
        <w:t>Andy</w:t>
      </w:r>
      <w:r>
        <w:t xml:space="preserve"> 那不是鸟</w:t>
      </w:r>
      <w:r>
        <w:t xml:space="preserve"> 是块石头</w:t>
        <w:br/>
        <w:t>Andy,</w:t>
      </w:r>
      <w:r>
        <w:t xml:space="preserve"> it</w:t>
      </w:r>
      <w:r>
        <w:t xml:space="preserve"> wasn't</w:t>
      </w:r>
      <w:r>
        <w:t xml:space="preserve"> a</w:t>
      </w:r>
      <w:r>
        <w:t xml:space="preserve"> bird.</w:t>
      </w:r>
      <w:r>
        <w:t xml:space="preserve"> It</w:t>
      </w:r>
      <w:r>
        <w:t xml:space="preserve"> was</w:t>
      </w:r>
      <w:r>
        <w:t xml:space="preserve"> a</w:t>
      </w:r>
      <w:r>
        <w:t xml:space="preserve"> rock.</w:t>
      </w:r>
      <w:r>
        <w:t xml:space="preserve"> </w:t>
        <w:br/>
        <w:t>我肯定看见羽毛了</w:t>
        <w:br/>
        <w:t>I'm</w:t>
      </w:r>
      <w:r>
        <w:t xml:space="preserve"> pretty</w:t>
      </w:r>
      <w:r>
        <w:t xml:space="preserve"> sure</w:t>
      </w:r>
      <w:r>
        <w:t xml:space="preserve"> I</w:t>
      </w:r>
      <w:r>
        <w:t xml:space="preserve"> saw</w:t>
      </w:r>
      <w:r>
        <w:t xml:space="preserve"> feathers.</w:t>
        <w:br/>
        <w:t>如果它还没死</w:t>
      </w:r>
      <w:r>
        <w:t xml:space="preserve"> 我不可能把它丢在这里啊</w:t>
        <w:br/>
        <w:t>And</w:t>
      </w:r>
      <w:r>
        <w:t xml:space="preserve"> if</w:t>
      </w:r>
      <w:r>
        <w:t xml:space="preserve"> it's</w:t>
      </w:r>
      <w:r>
        <w:t xml:space="preserve"> alive,</w:t>
      </w:r>
      <w:r>
        <w:t xml:space="preserve"> I-I</w:t>
      </w:r>
      <w:r>
        <w:t xml:space="preserve"> can't</w:t>
      </w:r>
      <w:r>
        <w:t xml:space="preserve"> leave</w:t>
      </w:r>
      <w:r>
        <w:t xml:space="preserve"> it</w:t>
      </w:r>
      <w:r>
        <w:t xml:space="preserve"> here.</w:t>
        <w:br/>
        <w:t>好吧</w:t>
      </w:r>
      <w:r>
        <w:t xml:space="preserve"> 你看挡风玻璃</w:t>
      </w:r>
      <w:r>
        <w:t xml:space="preserve"> 如果确实是鸟</w:t>
        <w:br/>
        <w:t>Okay,</w:t>
      </w:r>
      <w:r>
        <w:t xml:space="preserve"> l-look</w:t>
      </w:r>
      <w:r>
        <w:t xml:space="preserve"> at</w:t>
      </w:r>
      <w:r>
        <w:t xml:space="preserve"> that</w:t>
      </w:r>
      <w:r>
        <w:t xml:space="preserve"> windshield.</w:t>
      </w:r>
      <w:r>
        <w:t xml:space="preserve"> If</w:t>
      </w:r>
      <w:r>
        <w:t xml:space="preserve"> it</w:t>
      </w:r>
      <w:r>
        <w:t xml:space="preserve"> was</w:t>
      </w:r>
      <w:r>
        <w:t xml:space="preserve"> a</w:t>
      </w:r>
      <w:r>
        <w:t xml:space="preserve"> bird...</w:t>
        <w:br/>
        <w:t>肯定不是啊</w:t>
      </w:r>
      <w:r>
        <w:t xml:space="preserve"> 但如果真是</w:t>
        <w:br/>
        <w:t>and</w:t>
      </w:r>
      <w:r>
        <w:t xml:space="preserve"> it</w:t>
      </w:r>
      <w:r>
        <w:t xml:space="preserve"> wasn't...</w:t>
      </w:r>
      <w:r>
        <w:t xml:space="preserve"> but</w:t>
      </w:r>
      <w:r>
        <w:t xml:space="preserve"> if</w:t>
      </w:r>
      <w:r>
        <w:t xml:space="preserve"> it</w:t>
      </w:r>
      <w:r>
        <w:t xml:space="preserve"> was...</w:t>
        <w:br/>
        <w:t>你觉得它死了?</w:t>
      </w:r>
      <w:r>
        <w:t xml:space="preserve"> 你是说我们杀死一只小鸟?</w:t>
        <w:br/>
        <w:t>You're</w:t>
      </w:r>
      <w:r>
        <w:t xml:space="preserve"> saying</w:t>
      </w:r>
      <w:r>
        <w:t xml:space="preserve"> it's</w:t>
      </w:r>
      <w:r>
        <w:t xml:space="preserve"> dead?</w:t>
      </w:r>
      <w:r>
        <w:t xml:space="preserve"> You're</w:t>
      </w:r>
      <w:r>
        <w:t xml:space="preserve"> saying</w:t>
      </w:r>
      <w:r>
        <w:t xml:space="preserve"> we</w:t>
      </w:r>
      <w:r>
        <w:t xml:space="preserve"> killed</w:t>
      </w:r>
      <w:r>
        <w:t xml:space="preserve"> the</w:t>
      </w:r>
      <w:r>
        <w:t xml:space="preserve"> bird?</w:t>
        <w:br/>
        <w:t>没有</w:t>
      </w:r>
      <w:r>
        <w:t xml:space="preserve"> 我们没有杀死小鸟</w:t>
      </w:r>
      <w:r>
        <w:t xml:space="preserve"> 我们杀死了一块石头</w:t>
        <w:br/>
        <w:t>No,</w:t>
      </w:r>
      <w:r>
        <w:t xml:space="preserve"> we</w:t>
      </w:r>
      <w:r>
        <w:t xml:space="preserve"> didn't</w:t>
      </w:r>
      <w:r>
        <w:t xml:space="preserve"> kill</w:t>
      </w:r>
      <w:r>
        <w:t xml:space="preserve"> a</w:t>
      </w:r>
      <w:r>
        <w:t xml:space="preserve"> bird.</w:t>
      </w:r>
      <w:r>
        <w:t xml:space="preserve"> We</w:t>
      </w:r>
      <w:r>
        <w:t xml:space="preserve"> killed</w:t>
      </w:r>
      <w:r>
        <w:t xml:space="preserve"> a</w:t>
      </w:r>
      <w:r>
        <w:t xml:space="preserve"> rock.</w:t>
        <w:br/>
        <w:t>如果真是小鸟</w:t>
      </w:r>
      <w:r>
        <w:t xml:space="preserve"> 我们一定要找到它</w:t>
        <w:br/>
        <w:t>If</w:t>
      </w:r>
      <w:r>
        <w:t xml:space="preserve"> it</w:t>
      </w:r>
      <w:r>
        <w:t xml:space="preserve"> was</w:t>
      </w:r>
      <w:r>
        <w:t xml:space="preserve"> a</w:t>
      </w:r>
      <w:r>
        <w:t xml:space="preserve"> bird,</w:t>
      </w:r>
      <w:r>
        <w:t xml:space="preserve"> then</w:t>
      </w:r>
      <w:r>
        <w:t xml:space="preserve"> we</w:t>
      </w:r>
      <w:r>
        <w:t xml:space="preserve"> will</w:t>
      </w:r>
      <w:r>
        <w:t xml:space="preserve"> find</w:t>
      </w:r>
      <w:r>
        <w:t xml:space="preserve"> it,</w:t>
        <w:br/>
        <w:t>把它好好地埋起来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办个小葬礼</w:t>
        <w:br/>
        <w:t>and</w:t>
      </w:r>
      <w:r>
        <w:t xml:space="preserve"> we</w:t>
      </w:r>
      <w:r>
        <w:t xml:space="preserve"> will</w:t>
      </w:r>
      <w:r>
        <w:t xml:space="preserve"> bury</w:t>
      </w:r>
      <w:r>
        <w:t xml:space="preserve"> it</w:t>
      </w:r>
      <w:r>
        <w:t xml:space="preserve"> with</w:t>
      </w:r>
      <w:r>
        <w:t xml:space="preserve"> a</w:t>
      </w:r>
      <w:r>
        <w:t xml:space="preserve"> little</w:t>
      </w:r>
      <w:r>
        <w:t xml:space="preserve"> ceremony,</w:t>
        <w:br/>
        <w:t>然后再继续我们完美的周末</w:t>
      </w:r>
      <w:r>
        <w:t xml:space="preserve"> 好吗?</w:t>
        <w:br/>
        <w:t>and</w:t>
      </w:r>
      <w:r>
        <w:t xml:space="preserve"> then</w:t>
      </w:r>
      <w:r>
        <w:t xml:space="preserve"> we</w:t>
      </w:r>
      <w:r>
        <w:t xml:space="preserve"> will</w:t>
      </w:r>
      <w:r>
        <w:t xml:space="preserve"> continue</w:t>
      </w:r>
      <w:r>
        <w:t xml:space="preserve"> on</w:t>
      </w:r>
      <w:r>
        <w:t xml:space="preserve"> with</w:t>
      </w:r>
      <w:r>
        <w:t xml:space="preserve"> our</w:t>
      </w:r>
      <w:r>
        <w:t xml:space="preserve"> perfect</w:t>
      </w:r>
      <w:r>
        <w:t xml:space="preserve"> weekend,</w:t>
      </w:r>
      <w:r>
        <w:t xml:space="preserve"> okay?</w:t>
        <w:br/>
        <w:t>McNally?</w:t>
        <w:br/>
        <w:t>McNally?</w:t>
      </w:r>
      <w:r>
        <w:t xml:space="preserve"> </w:t>
        <w:br/>
        <w:t>干嘛?</w:t>
        <w:br/>
        <w:t>What?</w:t>
        <w:br/>
        <w:t>毒葛长啥样?</w:t>
        <w:br/>
        <w:t>What</w:t>
      </w:r>
      <w:r>
        <w:t xml:space="preserve"> does</w:t>
      </w:r>
      <w:r>
        <w:t xml:space="preserve"> poison</w:t>
      </w:r>
      <w:r>
        <w:t xml:space="preserve"> ivy</w:t>
      </w:r>
      <w:r>
        <w:t xml:space="preserve"> look</w:t>
      </w:r>
      <w:r>
        <w:t xml:space="preserve"> like?</w:t>
        <w:br/>
        <w:t>变异的三叶香芹</w:t>
        <w:br/>
        <w:t>Like</w:t>
      </w:r>
      <w:r>
        <w:t xml:space="preserve"> mutant</w:t>
      </w:r>
      <w:r>
        <w:t xml:space="preserve"> three-leaf</w:t>
      </w:r>
      <w:r>
        <w:t xml:space="preserve"> parsley.</w:t>
        <w:br/>
        <w:t>啊!</w:t>
      </w:r>
      <w:r>
        <w:t xml:space="preserve"> 别介!</w:t>
        <w:br/>
        <w:t>Aw!</w:t>
      </w:r>
      <w:r>
        <w:t xml:space="preserve"> Come</w:t>
      </w:r>
      <w:r>
        <w:t xml:space="preserve"> on!</w:t>
        <w:br/>
        <w:t>没事</w:t>
      </w:r>
      <w:r>
        <w:t xml:space="preserve"> 没事</w:t>
        <w:br/>
        <w:t>That's</w:t>
      </w:r>
      <w:r>
        <w:t xml:space="preserve"> all</w:t>
      </w:r>
      <w:r>
        <w:t xml:space="preserve"> right.</w:t>
      </w:r>
      <w:r>
        <w:t xml:space="preserve"> That's</w:t>
      </w:r>
      <w:r>
        <w:t xml:space="preserve"> all</w:t>
      </w:r>
      <w:r>
        <w:t xml:space="preserve"> right.</w:t>
        <w:br/>
        <w:t>这是家庭游戏</w:t>
      </w:r>
      <w:r>
        <w:t xml:space="preserve"> 家庭游戏而已</w:t>
        <w:br/>
        <w:t>It's</w:t>
      </w:r>
      <w:r>
        <w:t xml:space="preserve"> a</w:t>
      </w:r>
      <w:r>
        <w:t xml:space="preserve"> family</w:t>
      </w:r>
      <w:r>
        <w:t xml:space="preserve"> game.</w:t>
      </w:r>
      <w:r>
        <w:t xml:space="preserve"> Family</w:t>
      </w:r>
      <w:r>
        <w:t xml:space="preserve"> game.</w:t>
      </w:r>
      <w:r>
        <w:t xml:space="preserve"> Family</w:t>
      </w:r>
      <w:r>
        <w:t xml:space="preserve"> game.</w:t>
        <w:br/>
        <w:t>好了各位</w:t>
      </w:r>
      <w:r>
        <w:t xml:space="preserve"> Chris</w:t>
      </w:r>
      <w:r>
        <w:t xml:space="preserve"> Diaz!</w:t>
      </w:r>
      <w:r>
        <w:t xml:space="preserve"> 为他欢呼!</w:t>
        <w:br/>
        <w:t>All</w:t>
      </w:r>
      <w:r>
        <w:t xml:space="preserve"> right,</w:t>
      </w:r>
      <w:r>
        <w:t xml:space="preserve"> everybody,</w:t>
      </w:r>
      <w:r>
        <w:t xml:space="preserve"> Chris</w:t>
      </w:r>
      <w:r>
        <w:t xml:space="preserve"> Diaz!</w:t>
      </w:r>
      <w:r>
        <w:t xml:space="preserve"> Let's</w:t>
      </w:r>
      <w:r>
        <w:t xml:space="preserve"> hear</w:t>
      </w:r>
      <w:r>
        <w:t xml:space="preserve"> it!</w:t>
        <w:br/>
        <w:t>加油</w:t>
      </w:r>
      <w:r>
        <w:t xml:space="preserve"> Diaz!</w:t>
      </w:r>
      <w:r>
        <w:t xml:space="preserve"> 警&amp;hearts;察&amp;hearts;加油!</w:t>
        <w:br/>
        <w:t>All</w:t>
      </w:r>
      <w:r>
        <w:t xml:space="preserve"> right,</w:t>
      </w:r>
      <w:r>
        <w:t xml:space="preserve"> Diaz!</w:t>
      </w:r>
      <w:r>
        <w:t xml:space="preserve"> Go,</w:t>
      </w:r>
      <w:r>
        <w:t xml:space="preserve"> blue!</w:t>
        <w:br/>
        <w:t>加油</w:t>
      </w:r>
      <w:r>
        <w:t xml:space="preserve"> 别打快球</w:t>
        <w:br/>
        <w:t>Come</w:t>
      </w:r>
      <w:r>
        <w:t xml:space="preserve"> on.</w:t>
      </w:r>
      <w:r>
        <w:t xml:space="preserve"> No</w:t>
      </w:r>
      <w:r>
        <w:t xml:space="preserve"> fastballs.</w:t>
        <w:br/>
        <w:t>Diaz!</w:t>
      </w:r>
      <w:r>
        <w:t xml:space="preserve"> Diaz!</w:t>
      </w:r>
      <w:r>
        <w:t xml:space="preserve"> Diaz!</w:t>
        <w:br/>
        <w:t>Diaz!</w:t>
      </w:r>
      <w:r>
        <w:t xml:space="preserve"> Diaz!</w:t>
      </w:r>
      <w:r>
        <w:t xml:space="preserve"> Diaz!</w:t>
        <w:br/>
        <w:t>Diaz!</w:t>
        <w:br/>
        <w:t>Diaz!</w:t>
      </w:r>
      <w:r>
        <w:t xml:space="preserve"> </w:t>
        <w:br/>
        <w:t>击球</w:t>
      </w:r>
      <w:r>
        <w:t xml:space="preserve"> 击球</w:t>
      </w:r>
      <w:r>
        <w:t xml:space="preserve"> 击球!</w:t>
        <w:br/>
        <w:t>Batter,</w:t>
      </w:r>
      <w:r>
        <w:t xml:space="preserve"> batter,</w:t>
      </w:r>
      <w:r>
        <w:t xml:space="preserve"> batter!</w:t>
        <w:br/>
        <w:br/>
        <w:t>哦!</w:t>
        <w:br/>
        <w:t>Ohh!</w:t>
      </w:r>
      <w:r>
        <w:t xml:space="preserve"> </w:t>
        <w:br/>
        <w:t>弱爆了</w:t>
      </w:r>
      <w:r>
        <w:t xml:space="preserve"> Diaz!</w:t>
      </w:r>
      <w:r>
        <w:t xml:space="preserve"> 弱爆了!</w:t>
        <w:br/>
        <w:t>Weak,</w:t>
      </w:r>
      <w:r>
        <w:t xml:space="preserve"> Diaz!</w:t>
      </w:r>
      <w:r>
        <w:t xml:space="preserve"> Weak!</w:t>
        <w:br/>
        <w:t>这不是我的球棒</w:t>
        <w:br/>
        <w:t>This</w:t>
      </w:r>
      <w:r>
        <w:t xml:space="preserve"> isn't</w:t>
      </w:r>
      <w:r>
        <w:t xml:space="preserve"> my</w:t>
      </w:r>
      <w:r>
        <w:t xml:space="preserve"> bat.</w:t>
        <w:br/>
        <w:t>这不是我的</w:t>
        <w:br/>
        <w:t>This</w:t>
      </w:r>
      <w:r>
        <w:t xml:space="preserve"> isn't...</w:t>
      </w:r>
      <w:r>
        <w:t xml:space="preserve"> this</w:t>
      </w:r>
      <w:r>
        <w:t xml:space="preserve"> isn't.</w:t>
        <w:br/>
        <w:t>你想要这支?</w:t>
      </w:r>
      <w:r>
        <w:t xml:space="preserve"> -</w:t>
      </w:r>
      <w:r>
        <w:t xml:space="preserve"> 对</w:t>
        <w:br/>
        <w:t>Oh,</w:t>
      </w:r>
      <w:r>
        <w:t xml:space="preserve"> you</w:t>
      </w:r>
      <w:r>
        <w:t xml:space="preserve"> want</w:t>
      </w:r>
      <w:r>
        <w:t xml:space="preserve"> this</w:t>
      </w:r>
      <w:r>
        <w:t xml:space="preserve"> one?</w:t>
      </w:r>
      <w:r>
        <w:t xml:space="preserve"> -</w:t>
      </w:r>
      <w:r>
        <w:t xml:space="preserve"> Yeah,</w:t>
      </w:r>
      <w:r>
        <w:t xml:space="preserve"> yeah.</w:t>
        <w:br/>
        <w:t>给你</w:t>
        <w:br/>
        <w:t>All</w:t>
      </w:r>
      <w:r>
        <w:t xml:space="preserve"> right.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</w:t>
        <w:br/>
        <w:t>这下绝对不一样</w:t>
        <w:br/>
        <w:t>That's</w:t>
      </w:r>
      <w:r>
        <w:t xml:space="preserve"> gonna</w:t>
      </w:r>
      <w:r>
        <w:t xml:space="preserve"> make</w:t>
      </w:r>
      <w:r>
        <w:t xml:space="preserve"> a</w:t>
      </w:r>
      <w:r>
        <w:t xml:space="preserve"> difference.</w:t>
        <w:br/>
        <w:t>好吧</w:t>
        <w:br/>
        <w:t>Yeah.</w:t>
        <w:br/>
        <w:t>很好!</w:t>
      </w:r>
      <w:r>
        <w:t xml:space="preserve"> 谢谢</w:t>
      </w:r>
      <w:r>
        <w:t xml:space="preserve"> 好的</w:t>
        <w:br/>
        <w:t>Yes!</w:t>
      </w:r>
      <w:r>
        <w:t xml:space="preserve"> Thanks.</w:t>
      </w:r>
      <w:r>
        <w:t xml:space="preserve"> All</w:t>
      </w:r>
      <w:r>
        <w:t xml:space="preserve"> right.</w:t>
      </w:r>
      <w:r>
        <w:t xml:space="preserve"> Okay.</w:t>
        <w:br/>
        <w:t>加油</w:t>
      </w:r>
      <w:r>
        <w:t xml:space="preserve"> Diaz!</w:t>
      </w:r>
      <w:r>
        <w:t xml:space="preserve"> 加油</w:t>
      </w:r>
      <w:r>
        <w:t xml:space="preserve"> Diaz!</w:t>
        <w:br/>
        <w:t>Come</w:t>
      </w:r>
      <w:r>
        <w:t xml:space="preserve"> on,</w:t>
      </w:r>
      <w:r>
        <w:t xml:space="preserve"> Diaz!</w:t>
      </w:r>
      <w:r>
        <w:t xml:space="preserve"> Come</w:t>
      </w:r>
      <w:r>
        <w:t xml:space="preserve"> on,</w:t>
      </w:r>
      <w:r>
        <w:t xml:space="preserve"> Diaz!</w:t>
        <w:br/>
        <w:t>为了未来!</w:t>
      </w:r>
      <w:r>
        <w:t xml:space="preserve"> 为了未来!</w:t>
        <w:br/>
        <w:t>For</w:t>
      </w:r>
      <w:r>
        <w:t xml:space="preserve"> your</w:t>
      </w:r>
      <w:r>
        <w:t xml:space="preserve"> future!</w:t>
      </w:r>
      <w:r>
        <w:t xml:space="preserve"> For</w:t>
      </w:r>
      <w:r>
        <w:t xml:space="preserve"> your</w:t>
      </w:r>
      <w:r>
        <w:t xml:space="preserve"> future!</w:t>
        <w:br/>
        <w:t>使出金手臂啊!</w:t>
      </w:r>
      <w:r>
        <w:t xml:space="preserve"> 加油!</w:t>
        <w:br/>
        <w:t>Gimme</w:t>
      </w:r>
      <w:r>
        <w:t xml:space="preserve"> that</w:t>
      </w:r>
      <w:r>
        <w:t xml:space="preserve"> golden</w:t>
      </w:r>
      <w:r>
        <w:t xml:space="preserve"> arm!</w:t>
      </w:r>
      <w:r>
        <w:t xml:space="preserve"> Come</w:t>
      </w:r>
      <w:r>
        <w:t xml:space="preserve"> on!</w:t>
        <w:br/>
        <w:t>走</w:t>
        <w:br/>
        <w:t>Here</w:t>
      </w:r>
      <w:r>
        <w:t xml:space="preserve"> we</w:t>
      </w:r>
      <w:r>
        <w:t xml:space="preserve"> go.</w:t>
        <w:br/>
        <w:t>现在就击球</w:t>
      </w:r>
      <w:r>
        <w:t xml:space="preserve"> 现在就击球</w:t>
        <w:br/>
        <w:t>Better</w:t>
      </w:r>
      <w:r>
        <w:t xml:space="preserve"> hit</w:t>
      </w:r>
      <w:r>
        <w:t xml:space="preserve"> it</w:t>
      </w:r>
      <w:r>
        <w:t xml:space="preserve"> now.</w:t>
      </w:r>
      <w:r>
        <w:t xml:space="preserve"> Better</w:t>
      </w:r>
      <w:r>
        <w:t xml:space="preserve"> hit</w:t>
      </w:r>
      <w:r>
        <w:t xml:space="preserve"> it</w:t>
      </w:r>
      <w:r>
        <w:t xml:space="preserve"> now.</w:t>
        <w:br/>
        <w:t>全垒打</w:t>
      </w:r>
      <w:r>
        <w:t xml:space="preserve"> Diaz!</w:t>
      </w:r>
      <w:r>
        <w:t xml:space="preserve"> 全垒打!</w:t>
        <w:br/>
        <w:t>Out</w:t>
      </w:r>
      <w:r>
        <w:t xml:space="preserve"> of</w:t>
      </w:r>
      <w:r>
        <w:t xml:space="preserve"> the</w:t>
      </w:r>
      <w:r>
        <w:t xml:space="preserve"> park,</w:t>
      </w:r>
      <w:r>
        <w:t xml:space="preserve"> Diaz!</w:t>
      </w:r>
      <w:r>
        <w:t xml:space="preserve"> Out</w:t>
      </w:r>
      <w:r>
        <w:t xml:space="preserve"> of</w:t>
      </w:r>
      <w:r>
        <w:t xml:space="preserve"> the</w:t>
      </w:r>
      <w:r>
        <w:t xml:space="preserve"> park!</w:t>
        <w:br/>
        <w:t>快跑快跑!</w:t>
        <w:br/>
        <w:t>Go,</w:t>
      </w:r>
      <w:r>
        <w:t xml:space="preserve"> go,</w:t>
      </w:r>
      <w:r>
        <w:t xml:space="preserve"> go,</w:t>
      </w:r>
      <w:r>
        <w:t xml:space="preserve"> go!</w:t>
        <w:br/>
        <w:t>所有人趴下!</w:t>
        <w:br/>
        <w:t>Everybody,</w:t>
      </w:r>
      <w:r>
        <w:t xml:space="preserve"> down!</w:t>
        <w:br/>
        <w:t>趴下!</w:t>
        <w:br/>
        <w:t>Get</w:t>
      </w:r>
      <w:r>
        <w:t xml:space="preserve"> down!</w:t>
        <w:br/>
        <w:t>低下头!</w:t>
      </w:r>
      <w:r>
        <w:t xml:space="preserve"> 低下头!</w:t>
      </w:r>
      <w:r>
        <w:t xml:space="preserve"> 低头!</w:t>
      </w:r>
      <w:r>
        <w:t xml:space="preserve"> 低头!</w:t>
        <w:br/>
        <w:t>Heads</w:t>
      </w:r>
      <w:r>
        <w:t xml:space="preserve"> down!</w:t>
      </w:r>
      <w:r>
        <w:t xml:space="preserve"> Heads</w:t>
      </w:r>
      <w:r>
        <w:t xml:space="preserve"> down!</w:t>
      </w:r>
      <w:r>
        <w:t xml:space="preserve"> Down!</w:t>
      </w:r>
      <w:r>
        <w:t xml:space="preserve"> Down!</w:t>
      </w:r>
      <w:r>
        <w:t xml:space="preserve"> Down!</w:t>
        <w:br/>
        <w:t>快走</w:t>
      </w:r>
      <w:r>
        <w:t xml:space="preserve"> 快走!</w:t>
        <w:br/>
        <w:t>Go,</w:t>
      </w:r>
      <w:r>
        <w:t xml:space="preserve"> go,</w:t>
      </w:r>
      <w:r>
        <w:t xml:space="preserve"> go,</w:t>
      </w:r>
      <w:r>
        <w:t xml:space="preserve"> go,</w:t>
      </w:r>
      <w:r>
        <w:t xml:space="preserve"> go!</w:t>
        <w:br/>
        <w:t>所有人趴下!</w:t>
      </w:r>
      <w:r>
        <w:t xml:space="preserve"> Epstein!</w:t>
        <w:br/>
        <w:t>Everybody,</w:t>
      </w:r>
      <w:r>
        <w:t xml:space="preserve"> down!</w:t>
      </w:r>
      <w:r>
        <w:t xml:space="preserve"> Epstein!</w:t>
        <w:br/>
        <w:t>喂!</w:t>
      </w:r>
      <w:r>
        <w:t xml:space="preserve"> 趴下!</w:t>
      </w:r>
      <w:r>
        <w:t xml:space="preserve"> 趴地上!</w:t>
        <w:br/>
        <w:t>Hey!</w:t>
      </w:r>
      <w:r>
        <w:t xml:space="preserve"> Get</w:t>
      </w:r>
      <w:r>
        <w:t xml:space="preserve"> down!</w:t>
      </w:r>
      <w:r>
        <w:t xml:space="preserve"> Down</w:t>
      </w:r>
      <w:r>
        <w:t xml:space="preserve"> on</w:t>
      </w:r>
      <w:r>
        <w:t xml:space="preserve"> the</w:t>
      </w:r>
      <w:r>
        <w:t xml:space="preserve"> ground!</w:t>
        <w:br/>
        <w:t>Boris!</w:t>
        <w:br/>
        <w:t>Boris!</w:t>
      </w:r>
      <w:r>
        <w:t xml:space="preserve"> </w:t>
        <w:br/>
        <w:t>喂!</w:t>
        <w:br/>
        <w:t>Hey!</w:t>
      </w:r>
      <w:r>
        <w:t xml:space="preserve"> Hey!</w:t>
        <w:br/>
        <w:t>别碰我!</w:t>
        <w:br/>
        <w:t>Don't</w:t>
      </w:r>
      <w:r>
        <w:t xml:space="preserve"> touch</w:t>
      </w:r>
      <w:r>
        <w:t xml:space="preserve"> me!</w:t>
      </w:r>
      <w:r>
        <w:t xml:space="preserve"> </w:t>
        <w:br/>
        <w:t>趴下!</w:t>
        <w:br/>
        <w:t>Stay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down!</w:t>
        <w:br/>
        <w:t>Boris!</w:t>
        <w:br/>
        <w:t>Boris!</w:t>
        <w:br/>
        <w:t>我会救他的</w:t>
        <w:br/>
        <w:t>I'm</w:t>
      </w:r>
      <w:r>
        <w:t xml:space="preserve"> gonna</w:t>
      </w:r>
      <w:r>
        <w:t xml:space="preserve"> take</w:t>
      </w:r>
      <w:r>
        <w:t xml:space="preserve"> care</w:t>
      </w:r>
      <w:r>
        <w:t xml:space="preserve"> of</w:t>
      </w:r>
      <w:r>
        <w:t xml:space="preserve"> him.</w:t>
      </w:r>
      <w:r>
        <w:t xml:space="preserve"> </w:t>
        <w:br/>
        <w:t>谁来救救他!</w:t>
        <w:br/>
        <w:t>Somebody</w:t>
      </w:r>
      <w:r>
        <w:t xml:space="preserve"> help</w:t>
      </w:r>
      <w:r>
        <w:t xml:space="preserve"> him!</w:t>
        <w:br/>
        <w:t>我们会照顾好他的</w:t>
        <w:br/>
        <w:t>We're</w:t>
      </w:r>
      <w:r>
        <w:t xml:space="preserve"> taking</w:t>
      </w:r>
      <w:r>
        <w:t xml:space="preserve"> care</w:t>
      </w:r>
      <w:r>
        <w:t xml:space="preserve"> of</w:t>
      </w:r>
      <w:r>
        <w:t xml:space="preserve"> him,</w:t>
      </w:r>
      <w:r>
        <w:t xml:space="preserve"> okay?</w:t>
      </w:r>
      <w:r>
        <w:t xml:space="preserve"> </w:t>
        <w:br/>
        <w:t>都是血</w:t>
      </w:r>
      <w:r>
        <w:t xml:space="preserve"> Boris!</w:t>
        <w:br/>
        <w:t>There's</w:t>
      </w:r>
      <w:r>
        <w:t xml:space="preserve"> blood.</w:t>
      </w:r>
      <w:r>
        <w:t xml:space="preserve"> Boris!</w:t>
        <w:br/>
        <w:t>我们会照顾好他的</w:t>
      </w:r>
      <w:r>
        <w:t xml:space="preserve"> 好吗?</w:t>
        <w:br/>
        <w:t>Okay,</w:t>
      </w:r>
      <w:r>
        <w:t xml:space="preserve"> we're...</w:t>
      </w:r>
      <w:r>
        <w:t xml:space="preserve"> we're</w:t>
      </w:r>
      <w:r>
        <w:t xml:space="preserve"> taking</w:t>
      </w:r>
      <w:r>
        <w:t xml:space="preserve"> care</w:t>
      </w:r>
      <w:r>
        <w:t xml:space="preserve"> of</w:t>
      </w:r>
      <w:r>
        <w:t xml:space="preserve"> him,</w:t>
      </w:r>
      <w:r>
        <w:t xml:space="preserve"> okay?</w:t>
        <w:br/>
        <w:t>他会没事的吧?</w:t>
        <w:br/>
        <w:t>He's</w:t>
      </w:r>
      <w:r>
        <w:t xml:space="preserve"> gonna</w:t>
      </w:r>
      <w:r>
        <w:t xml:space="preserve"> be</w:t>
      </w:r>
      <w:r>
        <w:t xml:space="preserve"> okay,</w:t>
      </w:r>
      <w:r>
        <w:t xml:space="preserve"> right?</w:t>
      </w:r>
      <w:r>
        <w:t xml:space="preserve"> </w:t>
        <w:br/>
        <w:t>他们会照顾好他的</w:t>
        <w:br/>
        <w:t>They're</w:t>
      </w:r>
      <w:r>
        <w:t xml:space="preserve"> gonna</w:t>
      </w:r>
      <w:r>
        <w:t xml:space="preserve"> take</w:t>
      </w:r>
      <w:r>
        <w:t xml:space="preserve"> care</w:t>
      </w:r>
      <w:r>
        <w:t xml:space="preserve"> of</w:t>
      </w:r>
      <w:r>
        <w:t xml:space="preserve"> him.</w:t>
        <w:br/>
        <w:t>得有人帮你做笔录</w:t>
        <w:br/>
        <w:t>Just,</w:t>
      </w:r>
      <w:r>
        <w:t xml:space="preserve"> someone</w:t>
      </w:r>
      <w:r>
        <w:t xml:space="preserve"> here</w:t>
      </w:r>
      <w:r>
        <w:t xml:space="preserve"> has</w:t>
      </w:r>
      <w:r>
        <w:t xml:space="preserve"> to</w:t>
      </w:r>
      <w:r>
        <w:t xml:space="preserve"> take</w:t>
      </w:r>
      <w:r>
        <w:t xml:space="preserve"> your</w:t>
      </w:r>
      <w:r>
        <w:t xml:space="preserve"> statement.</w:t>
      </w:r>
      <w:r>
        <w:t xml:space="preserve"> </w:t>
        <w:br/>
        <w:t>你不行吗?</w:t>
        <w:br/>
        <w:t>Can't</w:t>
      </w:r>
      <w:r>
        <w:t xml:space="preserve"> it</w:t>
      </w:r>
      <w:r>
        <w:t xml:space="preserve"> be</w:t>
      </w:r>
      <w:r>
        <w:t xml:space="preserve"> you?</w:t>
        <w:br/>
        <w:t>我也得做笔录</w:t>
      </w:r>
      <w:r>
        <w:t xml:space="preserve"> 因为今天我们都是目击者</w:t>
        <w:br/>
        <w:t>I-I</w:t>
      </w:r>
      <w:r>
        <w:t xml:space="preserve"> have</w:t>
      </w:r>
      <w:r>
        <w:t xml:space="preserve"> to</w:t>
      </w:r>
      <w:r>
        <w:t xml:space="preserve"> give</w:t>
      </w:r>
      <w:r>
        <w:t xml:space="preserve"> my</w:t>
      </w:r>
      <w:r>
        <w:t xml:space="preserve"> statement,</w:t>
      </w:r>
      <w:r>
        <w:t xml:space="preserve"> too,</w:t>
      </w:r>
      <w:r>
        <w:t xml:space="preserve"> 'cause</w:t>
      </w:r>
      <w:r>
        <w:t xml:space="preserve"> we're</w:t>
      </w:r>
      <w:r>
        <w:t xml:space="preserve"> all</w:t>
      </w:r>
      <w:r>
        <w:t xml:space="preserve"> witnesses</w:t>
      </w:r>
      <w:r>
        <w:t xml:space="preserve"> today.</w:t>
        <w:br/>
        <w:t>好的</w:t>
        <w:br/>
        <w:t>Okay.</w:t>
        <w:br/>
        <w:t>我知道你想留下来</w:t>
        <w:br/>
        <w:t>I</w:t>
      </w:r>
      <w:r>
        <w:t xml:space="preserve"> know</w:t>
      </w:r>
      <w:r>
        <w:t xml:space="preserve"> you</w:t>
      </w:r>
      <w:r>
        <w:t xml:space="preserve"> want</w:t>
      </w:r>
      <w:r>
        <w:t xml:space="preserve"> to</w:t>
      </w:r>
      <w:r>
        <w:t xml:space="preserve"> stay.</w:t>
      </w:r>
      <w:r>
        <w:t xml:space="preserve"> </w:t>
        <w:br/>
        <w:t>随时告诉我进展</w:t>
        <w:br/>
        <w:t>Just</w:t>
      </w:r>
      <w:r>
        <w:t xml:space="preserve"> keep</w:t>
      </w:r>
      <w:r>
        <w:t xml:space="preserve"> me</w:t>
      </w:r>
      <w:r>
        <w:t xml:space="preserve"> posted.</w:t>
        <w:br/>
        <w:t>我知道</w:t>
        <w:br/>
        <w:t>I</w:t>
      </w:r>
      <w:r>
        <w:t xml:space="preserve"> will.</w:t>
      </w:r>
      <w:r>
        <w:t xml:space="preserve"> </w:t>
        <w:br/>
        <w:t>我得联&amp;hearts;系&amp;hearts;Frank</w:t>
        <w:br/>
        <w:t>I</w:t>
      </w:r>
      <w:r>
        <w:t xml:space="preserve"> got</w:t>
      </w:r>
      <w:r>
        <w:t xml:space="preserve"> to</w:t>
      </w:r>
      <w:r>
        <w:t xml:space="preserve"> call</w:t>
      </w:r>
      <w:r>
        <w:t xml:space="preserve"> Frank.</w:t>
        <w:br/>
        <w:t>你看到枪手了吗</w:t>
      </w:r>
      <w:r>
        <w:t xml:space="preserve"> Diaz?</w:t>
        <w:br/>
        <w:t>Did</w:t>
      </w:r>
      <w:r>
        <w:t xml:space="preserve"> you</w:t>
      </w:r>
      <w:r>
        <w:t xml:space="preserve"> see</w:t>
      </w:r>
      <w:r>
        <w:t xml:space="preserve"> the</w:t>
      </w:r>
      <w:r>
        <w:t xml:space="preserve"> shooter,</w:t>
      </w:r>
      <w:r>
        <w:t xml:space="preserve"> Diaz?</w:t>
      </w:r>
      <w:r>
        <w:t xml:space="preserve"> </w:t>
        <w:br/>
        <w:t>没有</w:t>
      </w:r>
      <w:r>
        <w:t xml:space="preserve"> 没看清</w:t>
        <w:br/>
        <w:t>No,</w:t>
      </w:r>
      <w:r>
        <w:t xml:space="preserve"> I</w:t>
      </w:r>
      <w:r>
        <w:t xml:space="preserve"> didn't</w:t>
      </w:r>
      <w:r>
        <w:t xml:space="preserve"> get</w:t>
      </w:r>
      <w:r>
        <w:t xml:space="preserve"> a</w:t>
      </w:r>
      <w:r>
        <w:t xml:space="preserve"> good</w:t>
      </w:r>
      <w:r>
        <w:t xml:space="preserve"> look</w:t>
      </w:r>
      <w:r>
        <w:t xml:space="preserve"> at</w:t>
      </w:r>
      <w:r>
        <w:t xml:space="preserve"> him.</w:t>
        <w:br/>
        <w:t>我也没有</w:t>
        <w:br/>
        <w:t>Yeah,</w:t>
      </w:r>
      <w:r>
        <w:t xml:space="preserve"> me</w:t>
      </w:r>
      <w:r>
        <w:t xml:space="preserve"> neither.</w:t>
        <w:br/>
        <w:t>该你做笔录的时候</w:t>
      </w:r>
      <w:r>
        <w:t xml:space="preserve"> 这句你要记得说啊</w:t>
        <w:br/>
        <w:t>Well,</w:t>
      </w:r>
      <w:r>
        <w:t xml:space="preserve"> you</w:t>
      </w:r>
      <w:r>
        <w:t xml:space="preserve"> should</w:t>
      </w:r>
      <w:r>
        <w:t xml:space="preserve"> put</w:t>
      </w:r>
      <w:r>
        <w:t xml:space="preserve"> that</w:t>
      </w:r>
      <w:r>
        <w:t xml:space="preserve"> in</w:t>
      </w:r>
      <w:r>
        <w:t xml:space="preserve"> your</w:t>
      </w:r>
      <w:r>
        <w:t xml:space="preserve"> statement</w:t>
      </w:r>
      <w:r>
        <w:t xml:space="preserve"> when</w:t>
      </w:r>
      <w:r>
        <w:t xml:space="preserve"> it's</w:t>
      </w:r>
      <w:r>
        <w:t xml:space="preserve"> time</w:t>
      </w:r>
      <w:r>
        <w:t xml:space="preserve"> to</w:t>
      </w:r>
      <w:r>
        <w:t xml:space="preserve"> give</w:t>
      </w:r>
      <w:r>
        <w:t xml:space="preserve"> your</w:t>
      </w:r>
      <w:r>
        <w:t xml:space="preserve"> statement.</w:t>
        <w:br/>
        <w:t>我知道的</w:t>
      </w:r>
      <w:r>
        <w:t xml:space="preserve"> 不会插入主观评论</w:t>
        <w:br/>
        <w:t>Yeah,</w:t>
      </w:r>
      <w:r>
        <w:t xml:space="preserve"> no,</w:t>
      </w:r>
      <w:r>
        <w:t xml:space="preserve"> I</w:t>
      </w:r>
      <w:r>
        <w:t xml:space="preserve"> get</w:t>
      </w:r>
      <w:r>
        <w:t xml:space="preserve"> that.</w:t>
      </w:r>
      <w:r>
        <w:t xml:space="preserve"> No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editorializing.</w:t>
        <w:br/>
        <w:t>也就是说</w:t>
      </w:r>
      <w:r>
        <w:t xml:space="preserve"> 你基本上啥都不知道</w:t>
        <w:br/>
        <w:t>Okay,</w:t>
      </w:r>
      <w:r>
        <w:t xml:space="preserve"> so,</w:t>
      </w:r>
      <w:r>
        <w:t xml:space="preserve"> basically,</w:t>
      </w:r>
      <w:r>
        <w:t xml:space="preserve"> you</w:t>
      </w:r>
      <w:r>
        <w:t xml:space="preserve"> can't</w:t>
      </w:r>
      <w:r>
        <w:t xml:space="preserve"> tell</w:t>
      </w:r>
      <w:r>
        <w:t xml:space="preserve"> me</w:t>
      </w:r>
      <w:r>
        <w:t xml:space="preserve"> anything,</w:t>
        <w:br/>
        <w:t>就像你也是这一区的人一样</w:t>
        <w:br/>
        <w:t>so</w:t>
      </w:r>
      <w:r>
        <w:t xml:space="preserve"> it's</w:t>
      </w:r>
      <w:r>
        <w:t xml:space="preserve"> almost</w:t>
      </w:r>
      <w:r>
        <w:t xml:space="preserve"> like</w:t>
      </w:r>
      <w:r>
        <w:t xml:space="preserve"> you</w:t>
      </w:r>
      <w:r>
        <w:t xml:space="preserve"> live</w:t>
      </w:r>
      <w:r>
        <w:t xml:space="preserve"> in</w:t>
      </w:r>
      <w:r>
        <w:t xml:space="preserve"> this</w:t>
      </w:r>
      <w:r>
        <w:t xml:space="preserve"> neighborhood.</w:t>
        <w:br/>
        <w:t>大哥</w:t>
        <w:br/>
        <w:t>Dude.</w:t>
      </w:r>
      <w:r>
        <w:t xml:space="preserve"> </w:t>
        <w:br/>
        <w:t>两名受害者在这里遭到枪击</w:t>
        <w:br/>
        <w:t>The</w:t>
      </w:r>
      <w:r>
        <w:t xml:space="preserve"> two</w:t>
      </w:r>
      <w:r>
        <w:t xml:space="preserve"> victims</w:t>
      </w:r>
      <w:r>
        <w:t xml:space="preserve"> were</w:t>
      </w:r>
      <w:r>
        <w:t xml:space="preserve"> shot</w:t>
      </w:r>
      <w:r>
        <w:t xml:space="preserve"> here,</w:t>
        <w:br/>
        <w:t>现在已经在去医院的路上了</w:t>
        <w:br/>
        <w:t>and</w:t>
      </w:r>
      <w:r>
        <w:t xml:space="preserve"> they're</w:t>
      </w:r>
      <w:r>
        <w:t xml:space="preserve"> on</w:t>
      </w:r>
      <w:r>
        <w:t xml:space="preserve"> their</w:t>
      </w:r>
      <w:r>
        <w:t xml:space="preserve"> way</w:t>
      </w:r>
      <w:r>
        <w:t xml:space="preserve"> to</w:t>
      </w:r>
      <w:r>
        <w:t xml:space="preserve"> Memorial.</w:t>
        <w:br/>
        <w:t>你知道那辆银色SUV的主人是谁吗?</w:t>
        <w:br/>
        <w:t>You</w:t>
      </w:r>
      <w:r>
        <w:t xml:space="preserve"> know</w:t>
      </w:r>
      <w:r>
        <w:t xml:space="preserve"> who</w:t>
      </w:r>
      <w:r>
        <w:t xml:space="preserve"> drives</w:t>
      </w:r>
      <w:r>
        <w:t xml:space="preserve"> a</w:t>
      </w:r>
      <w:r>
        <w:t xml:space="preserve"> silver</w:t>
      </w:r>
      <w:r>
        <w:t xml:space="preserve"> S.U.V.?</w:t>
      </w:r>
      <w:r>
        <w:t xml:space="preserve"> </w:t>
        <w:br/>
        <w:t>Boz</w:t>
      </w:r>
      <w:r>
        <w:t xml:space="preserve"> Shepherd?</w:t>
        <w:br/>
        <w:t>Boz</w:t>
      </w:r>
      <w:r>
        <w:t xml:space="preserve"> Shepherd?</w:t>
        <w:br/>
        <w:t>Dov看到了部分车牌</w:t>
      </w:r>
      <w:r>
        <w:t xml:space="preserve"> 我们正在查证</w:t>
        <w:br/>
        <w:t>Dov</w:t>
      </w:r>
      <w:r>
        <w:t xml:space="preserve"> got</w:t>
      </w:r>
      <w:r>
        <w:t xml:space="preserve"> a</w:t>
      </w:r>
      <w:r>
        <w:t xml:space="preserve"> partial</w:t>
      </w:r>
      <w:r>
        <w:t xml:space="preserve"> plate.</w:t>
      </w:r>
      <w:r>
        <w:t xml:space="preserve"> We're</w:t>
      </w:r>
      <w:r>
        <w:t xml:space="preserve"> checking</w:t>
      </w:r>
      <w:r>
        <w:t xml:space="preserve"> to</w:t>
      </w:r>
      <w:r>
        <w:t xml:space="preserve"> see</w:t>
      </w:r>
      <w:r>
        <w:t xml:space="preserve"> if</w:t>
      </w:r>
      <w:r>
        <w:t xml:space="preserve"> it</w:t>
      </w:r>
      <w:r>
        <w:t xml:space="preserve"> matches.</w:t>
        <w:br/>
        <w:t>过去的十个月内</w:t>
      </w:r>
      <w:r>
        <w:t xml:space="preserve"> 这家伙把这一区变成了战场</w:t>
        <w:br/>
        <w:t>Last</w:t>
      </w:r>
      <w:r>
        <w:t xml:space="preserve"> 10</w:t>
      </w:r>
      <w:r>
        <w:t xml:space="preserve"> months,</w:t>
      </w:r>
      <w:r>
        <w:t xml:space="preserve"> that</w:t>
      </w:r>
      <w:r>
        <w:t xml:space="preserve"> guy</w:t>
      </w:r>
      <w:r>
        <w:t xml:space="preserve"> has</w:t>
      </w:r>
      <w:r>
        <w:t xml:space="preserve"> turned</w:t>
      </w:r>
      <w:r>
        <w:t xml:space="preserve"> this</w:t>
      </w:r>
      <w:r>
        <w:t xml:space="preserve"> neighborhood</w:t>
      </w:r>
      <w:r>
        <w:t xml:space="preserve"> into</w:t>
      </w:r>
      <w:r>
        <w:t xml:space="preserve"> a</w:t>
      </w:r>
      <w:r>
        <w:t xml:space="preserve"> war</w:t>
      </w:r>
      <w:r>
        <w:t xml:space="preserve"> zone.</w:t>
        <w:br/>
        <w:t>就算有人目击到了什么</w:t>
      </w:r>
      <w:r>
        <w:t xml:space="preserve"> 也不会告诉我们</w:t>
        <w:br/>
        <w:t>All</w:t>
      </w:r>
      <w:r>
        <w:t xml:space="preserve"> right,</w:t>
      </w:r>
      <w:r>
        <w:t xml:space="preserve"> if</w:t>
      </w:r>
      <w:r>
        <w:t xml:space="preserve"> anybody</w:t>
      </w:r>
      <w:r>
        <w:t xml:space="preserve"> saw</w:t>
      </w:r>
      <w:r>
        <w:t xml:space="preserve"> anything,</w:t>
      </w:r>
      <w:r>
        <w:t xml:space="preserve"> they</w:t>
      </w:r>
      <w:r>
        <w:t xml:space="preserve"> are</w:t>
      </w:r>
      <w:r>
        <w:t xml:space="preserve"> not</w:t>
      </w:r>
      <w:r>
        <w:t xml:space="preserve"> gonna</w:t>
      </w:r>
      <w:r>
        <w:t xml:space="preserve"> tell</w:t>
      </w:r>
      <w:r>
        <w:t xml:space="preserve"> us</w:t>
      </w:r>
      <w:r>
        <w:t xml:space="preserve"> here.</w:t>
        <w:br/>
        <w:t>我们打算把这些孩子都带回分局</w:t>
        <w:br/>
        <w:t>We're</w:t>
      </w:r>
      <w:r>
        <w:t xml:space="preserve"> gonna</w:t>
      </w:r>
      <w:r>
        <w:t xml:space="preserve"> get</w:t>
      </w:r>
      <w:r>
        <w:t xml:space="preserve"> all</w:t>
      </w:r>
      <w:r>
        <w:t xml:space="preserve"> these</w:t>
      </w:r>
      <w:r>
        <w:t xml:space="preserve"> kids</w:t>
      </w:r>
      <w:r>
        <w:t xml:space="preserve"> and</w:t>
      </w:r>
      <w:r>
        <w:t xml:space="preserve"> take</w:t>
      </w:r>
      <w:r>
        <w:t xml:space="preserve"> them</w:t>
      </w:r>
      <w:r>
        <w:t xml:space="preserve"> down</w:t>
      </w:r>
      <w:r>
        <w:t xml:space="preserve"> to</w:t>
      </w:r>
      <w:r>
        <w:t xml:space="preserve"> 15.</w:t>
      </w:r>
      <w:r>
        <w:t xml:space="preserve"> </w:t>
        <w:br/>
        <w:t>人多比较有保障</w:t>
        <w:br/>
        <w:t>There's</w:t>
      </w:r>
      <w:r>
        <w:t xml:space="preserve"> safety</w:t>
      </w:r>
      <w:r>
        <w:t xml:space="preserve"> in</w:t>
      </w:r>
      <w:r>
        <w:t xml:space="preserve"> numbers.</w:t>
        <w:br/>
        <w:t>你怎么居然没在挠?</w:t>
        <w:br/>
        <w:t>How</w:t>
      </w:r>
      <w:r>
        <w:t xml:space="preserve"> are</w:t>
      </w:r>
      <w:r>
        <w:t xml:space="preserve"> you</w:t>
      </w:r>
      <w:r>
        <w:t xml:space="preserve"> not</w:t>
      </w:r>
      <w:r>
        <w:t xml:space="preserve"> scratching</w:t>
      </w:r>
      <w:r>
        <w:t xml:space="preserve"> right</w:t>
      </w:r>
      <w:r>
        <w:t xml:space="preserve"> now?</w:t>
        <w:br/>
        <w:t>我开车呢</w:t>
        <w:br/>
        <w:t>I</w:t>
      </w:r>
      <w:r>
        <w:t xml:space="preserve"> am</w:t>
      </w:r>
      <w:r>
        <w:t xml:space="preserve"> driving,</w:t>
        <w:br/>
        <w:t>转移注意力了</w:t>
        <w:br/>
        <w:t>so</w:t>
      </w:r>
      <w:r>
        <w:t xml:space="preserve"> it</w:t>
      </w:r>
      <w:r>
        <w:t xml:space="preserve"> gives</w:t>
      </w:r>
      <w:r>
        <w:t xml:space="preserve"> me</w:t>
      </w:r>
      <w:r>
        <w:t xml:space="preserve"> something</w:t>
      </w:r>
      <w:r>
        <w:t xml:space="preserve"> to</w:t>
      </w:r>
      <w:r>
        <w:t xml:space="preserve"> think</w:t>
      </w:r>
      <w:r>
        <w:t xml:space="preserve"> about</w:t>
      </w:r>
      <w:r>
        <w:t xml:space="preserve"> other</w:t>
      </w:r>
      <w:r>
        <w:t xml:space="preserve"> than</w:t>
      </w:r>
      <w:r>
        <w:t xml:space="preserve"> how</w:t>
      </w:r>
      <w:r>
        <w:t xml:space="preserve"> much</w:t>
      </w:r>
      <w:r>
        <w:t xml:space="preserve"> I</w:t>
      </w:r>
      <w:r>
        <w:t xml:space="preserve"> want</w:t>
      </w:r>
      <w:r>
        <w:t xml:space="preserve"> to</w:t>
      </w:r>
      <w:r>
        <w:t xml:space="preserve"> scratch.</w:t>
        <w:br/>
        <w:t>我也可以</w:t>
        <w:br/>
        <w:t>I</w:t>
      </w:r>
      <w:r>
        <w:t xml:space="preserve"> can</w:t>
      </w:r>
      <w:r>
        <w:t xml:space="preserve"> do</w:t>
      </w:r>
      <w:r>
        <w:t xml:space="preserve"> it,</w:t>
      </w:r>
      <w:r>
        <w:t xml:space="preserve"> too.</w:t>
        <w:br/>
        <w:t>好吧</w:t>
      </w:r>
      <w:r>
        <w:t xml:space="preserve"> 我告诉你</w:t>
      </w:r>
      <w:r>
        <w:t xml:space="preserve"> 但你不能跟别人说</w:t>
        <w:br/>
        <w:t>Fine.</w:t>
      </w:r>
      <w:r>
        <w:t xml:space="preserve"> I'm</w:t>
      </w:r>
      <w:r>
        <w:t xml:space="preserve"> gonna</w:t>
      </w:r>
      <w:r>
        <w:t xml:space="preserve"> tell</w:t>
      </w:r>
      <w:r>
        <w:t xml:space="preserve"> you,</w:t>
      </w:r>
      <w:r>
        <w:t xml:space="preserve"> okay?</w:t>
      </w:r>
      <w:r>
        <w:t xml:space="preserve"> But</w:t>
      </w:r>
      <w:r>
        <w:t xml:space="preserve"> you</w:t>
      </w:r>
      <w:r>
        <w:t xml:space="preserve"> got</w:t>
      </w:r>
      <w:r>
        <w:t xml:space="preserve"> to</w:t>
      </w:r>
      <w:r>
        <w:t xml:space="preserve"> keep</w:t>
      </w:r>
      <w:r>
        <w:t xml:space="preserve"> it</w:t>
      </w:r>
      <w:r>
        <w:t xml:space="preserve"> between</w:t>
      </w:r>
      <w:r>
        <w:t xml:space="preserve"> us.</w:t>
        <w:br/>
        <w:t>什么不能跟别人说?</w:t>
        <w:br/>
        <w:t>Keep</w:t>
      </w:r>
      <w:r>
        <w:t xml:space="preserve"> what</w:t>
      </w:r>
      <w:r>
        <w:t xml:space="preserve"> between</w:t>
      </w:r>
      <w:r>
        <w:t xml:space="preserve"> us?</w:t>
      </w:r>
      <w:r>
        <w:t xml:space="preserve"> </w:t>
        <w:br/>
        <w:t>内奸啊!</w:t>
      </w:r>
      <w:r>
        <w:t xml:space="preserve"> 是Juliet</w:t>
        <w:br/>
        <w:t>The</w:t>
      </w:r>
      <w:r>
        <w:t xml:space="preserve"> mole!</w:t>
      </w:r>
      <w:r>
        <w:t xml:space="preserve"> It's</w:t>
      </w:r>
      <w:r>
        <w:t xml:space="preserve"> Juliet.</w:t>
        <w:br/>
        <w:t>Juliet</w:t>
      </w:r>
      <w:r>
        <w:t xml:space="preserve"> Ward?</w:t>
        <w:br/>
        <w:t>Juliet</w:t>
      </w:r>
      <w:r>
        <w:t xml:space="preserve"> Ward?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</w:t>
        <w:br/>
        <w:t>对</w:t>
        <w:br/>
        <w:t>Yes.</w:t>
        <w:br/>
        <w:t>你觉得Juliet</w:t>
      </w:r>
      <w:r>
        <w:t xml:space="preserve"> Ward是飞车党派来我卧底?</w:t>
        <w:br/>
        <w:t>You</w:t>
      </w:r>
      <w:r>
        <w:t xml:space="preserve"> think</w:t>
      </w:r>
      <w:r>
        <w:t xml:space="preserve"> Juliet</w:t>
      </w:r>
      <w:r>
        <w:t xml:space="preserve"> Ward</w:t>
      </w:r>
      <w:r>
        <w:t xml:space="preserve"> is</w:t>
      </w:r>
      <w:r>
        <w:t xml:space="preserve"> a</w:t>
      </w:r>
      <w:r>
        <w:t xml:space="preserve"> mole</w:t>
      </w:r>
      <w:r>
        <w:t xml:space="preserve"> for</w:t>
      </w:r>
      <w:r>
        <w:t xml:space="preserve"> a</w:t>
      </w:r>
      <w:r>
        <w:t xml:space="preserve"> gang</w:t>
      </w:r>
      <w:r>
        <w:t xml:space="preserve"> of</w:t>
      </w:r>
      <w:r>
        <w:t xml:space="preserve"> bikers?</w:t>
        <w:br/>
        <w:t>神秘的调动</w:t>
        <w:br/>
        <w:t>Mysterious</w:t>
      </w:r>
      <w:r>
        <w:t xml:space="preserve"> transfer.</w:t>
      </w:r>
      <w:r>
        <w:t xml:space="preserve"> </w:t>
        <w:br/>
        <w:t>时有发生</w:t>
        <w:br/>
        <w:t>Happens.</w:t>
        <w:br/>
        <w:t>两部手&amp;hearts;机&amp;hearts;</w:t>
        <w:br/>
        <w:t>Two</w:t>
      </w:r>
      <w:r>
        <w:t xml:space="preserve"> phones.</w:t>
      </w:r>
      <w:r>
        <w:t xml:space="preserve"> </w:t>
        <w:br/>
        <w:t>正常</w:t>
        <w:br/>
        <w:t>It's</w:t>
      </w:r>
      <w:r>
        <w:t xml:space="preserve"> fairly</w:t>
      </w:r>
      <w:r>
        <w:t xml:space="preserve"> common.</w:t>
        <w:br/>
        <w:t>好吧</w:t>
      </w:r>
      <w:r>
        <w:t xml:space="preserve"> 我们在监狱那天</w:t>
        <w:br/>
        <w:t>Okay,</w:t>
      </w:r>
      <w:r>
        <w:t xml:space="preserve"> well,</w:t>
      </w:r>
      <w:r>
        <w:t xml:space="preserve"> when</w:t>
      </w:r>
      <w:r>
        <w:t xml:space="preserve"> we</w:t>
      </w:r>
      <w:r>
        <w:t xml:space="preserve"> were</w:t>
      </w:r>
      <w:r>
        <w:t xml:space="preserve"> back</w:t>
      </w:r>
      <w:r>
        <w:t xml:space="preserve"> at</w:t>
      </w:r>
      <w:r>
        <w:t xml:space="preserve"> the</w:t>
      </w:r>
      <w:r>
        <w:t xml:space="preserve"> prison,</w:t>
        <w:br/>
        <w:t>有个犯人认出她来了</w:t>
        <w:br/>
        <w:t>one</w:t>
      </w:r>
      <w:r>
        <w:t xml:space="preserve"> of</w:t>
      </w:r>
      <w:r>
        <w:t xml:space="preserve"> the</w:t>
      </w:r>
      <w:r>
        <w:t xml:space="preserve"> inmates</w:t>
      </w:r>
      <w:r>
        <w:t xml:space="preserve"> recognized</w:t>
      </w:r>
      <w:r>
        <w:t xml:space="preserve"> her</w:t>
      </w:r>
      <w:r>
        <w:t xml:space="preserve"> </w:t>
        <w:br/>
        <w:t>说她是死神帮某药头的前任</w:t>
        <w:br/>
        <w:t>as</w:t>
      </w:r>
      <w:r>
        <w:t xml:space="preserve"> the</w:t>
      </w:r>
      <w:r>
        <w:t xml:space="preserve"> ex</w:t>
      </w:r>
      <w:r>
        <w:t xml:space="preserve"> of</w:t>
      </w:r>
      <w:r>
        <w:t xml:space="preserve"> one</w:t>
      </w:r>
      <w:r>
        <w:t xml:space="preserve"> of</w:t>
      </w:r>
      <w:r>
        <w:t xml:space="preserve"> the</w:t>
      </w:r>
      <w:r>
        <w:t xml:space="preserve"> drug</w:t>
      </w:r>
      <w:r>
        <w:t xml:space="preserve"> dealers</w:t>
      </w:r>
      <w:r>
        <w:t xml:space="preserve"> for</w:t>
      </w:r>
      <w:r>
        <w:t xml:space="preserve"> The</w:t>
      </w:r>
      <w:r>
        <w:t xml:space="preserve"> Reapers.</w:t>
        <w:br/>
        <w:t>真的吗?</w:t>
        <w:br/>
        <w:t>Seriously?</w:t>
        <w:br/>
        <w:t>真的</w:t>
      </w:r>
      <w:r>
        <w:t xml:space="preserve"> 说是在温哥华见过她</w:t>
        <w:br/>
        <w:t>Mm-hmm.</w:t>
      </w:r>
      <w:r>
        <w:t xml:space="preserve"> Said</w:t>
      </w:r>
      <w:r>
        <w:t xml:space="preserve"> she</w:t>
      </w:r>
      <w:r>
        <w:t xml:space="preserve"> recognized</w:t>
      </w:r>
      <w:r>
        <w:t xml:space="preserve"> her</w:t>
      </w:r>
      <w:r>
        <w:t xml:space="preserve"> from</w:t>
      </w:r>
      <w:r>
        <w:t xml:space="preserve"> Vancouver.</w:t>
        <w:br/>
        <w:t>你问过她吗?</w:t>
        <w:br/>
        <w:t>Did</w:t>
      </w:r>
      <w:r>
        <w:t xml:space="preserve"> you</w:t>
      </w:r>
      <w:r>
        <w:t xml:space="preserve"> ask</w:t>
      </w:r>
      <w:r>
        <w:t xml:space="preserve"> her</w:t>
      </w:r>
      <w:r>
        <w:t xml:space="preserve"> about</w:t>
      </w:r>
      <w:r>
        <w:t xml:space="preserve"> that?</w:t>
        <w:br/>
        <w:t>问了</w:t>
      </w:r>
      <w:r>
        <w:t xml:space="preserve"> 她说她是卧底的时候爱上他的</w:t>
        <w:br/>
        <w:t>Yeah,</w:t>
      </w:r>
      <w:r>
        <w:t xml:space="preserve"> she</w:t>
      </w:r>
      <w:r>
        <w:t xml:space="preserve"> said</w:t>
      </w:r>
      <w:r>
        <w:t xml:space="preserve"> that</w:t>
      </w:r>
      <w:r>
        <w:t xml:space="preserve"> she</w:t>
      </w:r>
      <w:r>
        <w:t xml:space="preserve"> fell</w:t>
      </w:r>
      <w:r>
        <w:t xml:space="preserve"> in</w:t>
      </w:r>
      <w:r>
        <w:t xml:space="preserve"> love</w:t>
      </w:r>
      <w:r>
        <w:t xml:space="preserve"> with</w:t>
      </w:r>
      <w:r>
        <w:t xml:space="preserve"> him</w:t>
      </w:r>
      <w:r>
        <w:t xml:space="preserve"> while</w:t>
      </w:r>
      <w:r>
        <w:t xml:space="preserve"> she</w:t>
      </w:r>
      <w:r>
        <w:t xml:space="preserve"> was</w:t>
      </w:r>
      <w:r>
        <w:t xml:space="preserve"> undercover,</w:t>
        <w:br/>
        <w:t>然后她就干净清白地脱身了</w:t>
        <w:br/>
        <w:t>and</w:t>
      </w:r>
      <w:r>
        <w:t xml:space="preserve"> then</w:t>
      </w:r>
      <w:r>
        <w:t xml:space="preserve"> she</w:t>
      </w:r>
      <w:r>
        <w:t xml:space="preserve"> just</w:t>
      </w:r>
      <w:r>
        <w:t xml:space="preserve"> got</w:t>
      </w:r>
      <w:r>
        <w:t xml:space="preserve"> out</w:t>
      </w:r>
      <w:r>
        <w:t xml:space="preserve"> free</w:t>
      </w:r>
      <w:r>
        <w:t xml:space="preserve"> and</w:t>
      </w:r>
      <w:r>
        <w:t xml:space="preserve"> clear,</w:t>
        <w:br/>
        <w:t>所以她现在格外小心</w:t>
        <w:br/>
        <w:t>and</w:t>
      </w:r>
      <w:r>
        <w:t xml:space="preserve"> that's</w:t>
      </w:r>
      <w:r>
        <w:t xml:space="preserve"> why</w:t>
      </w:r>
      <w:r>
        <w:t xml:space="preserve"> she's</w:t>
      </w:r>
      <w:r>
        <w:t xml:space="preserve"> super-cautious</w:t>
      </w:r>
      <w:r>
        <w:t xml:space="preserve"> now.</w:t>
        <w:br/>
        <w:t>好吧</w:t>
      </w:r>
      <w:r>
        <w:t xml:space="preserve"> 听上去蛮有道理的</w:t>
        <w:br/>
        <w:t>Okay.</w:t>
      </w:r>
      <w:r>
        <w:t xml:space="preserve"> Seems</w:t>
      </w:r>
      <w:r>
        <w:t xml:space="preserve"> plausible.</w:t>
      </w:r>
      <w:r>
        <w:t xml:space="preserve"> </w:t>
        <w:br/>
        <w:t>啥?!</w:t>
        <w:br/>
        <w:t>What?!</w:t>
        <w:br/>
        <w:t>那万一她跟他还有联&amp;hearts;系&amp;hearts;呢?</w:t>
        <w:br/>
        <w:t>What...</w:t>
      </w:r>
      <w:r>
        <w:t xml:space="preserve"> what</w:t>
      </w:r>
      <w:r>
        <w:t xml:space="preserve"> if</w:t>
      </w:r>
      <w:r>
        <w:t xml:space="preserve"> she's</w:t>
      </w:r>
      <w:r>
        <w:t xml:space="preserve"> still</w:t>
      </w:r>
      <w:r>
        <w:t xml:space="preserve"> talking</w:t>
      </w:r>
      <w:r>
        <w:t xml:space="preserve"> to</w:t>
      </w:r>
      <w:r>
        <w:t xml:space="preserve"> him?</w:t>
        <w:br/>
        <w:t>万一她跟他透露我们的信息呢?</w:t>
        <w:br/>
        <w:t>You</w:t>
      </w:r>
      <w:r>
        <w:t xml:space="preserve"> know,</w:t>
      </w:r>
      <w:r>
        <w:t xml:space="preserve"> what</w:t>
      </w:r>
      <w:r>
        <w:t xml:space="preserve"> if</w:t>
      </w:r>
      <w:r>
        <w:t xml:space="preserve"> she's</w:t>
      </w:r>
      <w:r>
        <w:t xml:space="preserve"> feeding</w:t>
      </w:r>
      <w:r>
        <w:t xml:space="preserve"> him</w:t>
      </w:r>
      <w:r>
        <w:t xml:space="preserve"> a</w:t>
      </w:r>
      <w:r>
        <w:t xml:space="preserve"> bunch</w:t>
      </w:r>
      <w:r>
        <w:t xml:space="preserve"> of</w:t>
      </w:r>
      <w:r>
        <w:t xml:space="preserve"> information?</w:t>
        <w:br/>
        <w:t>Sam</w:t>
      </w:r>
      <w:r>
        <w:t xml:space="preserve"> 我今早看见她了</w:t>
      </w:r>
      <w:r>
        <w:t xml:space="preserve"> 从一辆普通SUV下来的</w:t>
        <w:br/>
        <w:t>Sam,</w:t>
      </w:r>
      <w:r>
        <w:t xml:space="preserve"> I</w:t>
      </w:r>
      <w:r>
        <w:t xml:space="preserve"> saw</w:t>
      </w:r>
      <w:r>
        <w:t xml:space="preserve"> her</w:t>
      </w:r>
      <w:r>
        <w:t xml:space="preserve"> this</w:t>
      </w:r>
      <w:r>
        <w:t xml:space="preserve"> morning.</w:t>
      </w:r>
      <w:r>
        <w:t xml:space="preserve"> She</w:t>
      </w:r>
      <w:r>
        <w:t xml:space="preserve"> got</w:t>
      </w:r>
      <w:r>
        <w:t xml:space="preserve"> out</w:t>
      </w:r>
      <w:r>
        <w:t xml:space="preserve"> of</w:t>
      </w:r>
      <w:r>
        <w:t xml:space="preserve"> a</w:t>
      </w:r>
      <w:r>
        <w:t xml:space="preserve"> random</w:t>
      </w:r>
      <w:r>
        <w:t xml:space="preserve"> S.U.V.</w:t>
        <w:br/>
        <w:t>McNally</w:t>
      </w:r>
      <w:r>
        <w:t xml:space="preserve"> 你还是赶紧把这事忘了吧</w:t>
        <w:br/>
        <w:t>McNally,</w:t>
      </w:r>
      <w:r>
        <w:t xml:space="preserve"> I</w:t>
      </w:r>
      <w:r>
        <w:t xml:space="preserve"> think</w:t>
      </w:r>
      <w:r>
        <w:t xml:space="preserve"> you</w:t>
      </w:r>
      <w:r>
        <w:t xml:space="preserve"> should</w:t>
      </w:r>
      <w:r>
        <w:t xml:space="preserve"> just</w:t>
      </w:r>
      <w:r>
        <w:t xml:space="preserve"> forget</w:t>
      </w:r>
      <w:r>
        <w:t xml:space="preserve"> about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it.</w:t>
        <w:br/>
        <w:t>为啥?</w:t>
        <w:br/>
        <w:t>Why?</w:t>
      </w:r>
      <w:r>
        <w:t xml:space="preserve"> </w:t>
        <w:br/>
        <w:t>因为我觉得你应该忘掉</w:t>
        <w:br/>
        <w:t>'Cause</w:t>
      </w:r>
      <w:r>
        <w:t xml:space="preserve"> I</w:t>
      </w:r>
      <w:r>
        <w:t xml:space="preserve"> think</w:t>
      </w:r>
      <w:r>
        <w:t xml:space="preserve"> you</w:t>
      </w:r>
      <w:r>
        <w:t xml:space="preserve"> should.</w:t>
        <w:br/>
        <w:t>为什么?</w:t>
        <w:br/>
        <w:t>Why?</w:t>
        <w:br/>
        <w:t>你有什么事瞒着我吗?</w:t>
        <w:br/>
        <w:t>Is</w:t>
      </w:r>
      <w:r>
        <w:t xml:space="preserve"> there</w:t>
      </w:r>
      <w:r>
        <w:t xml:space="preserve"> something</w:t>
      </w:r>
      <w:r>
        <w:t xml:space="preserve"> you're</w:t>
      </w:r>
      <w:r>
        <w:t xml:space="preserve"> not</w:t>
      </w:r>
      <w:r>
        <w:t xml:space="preserve"> telling</w:t>
      </w:r>
      <w:r>
        <w:t xml:space="preserve"> me?</w:t>
        <w:br/>
        <w:t>对</w:t>
      </w:r>
      <w:r>
        <w:t xml:space="preserve"> 我有事瞒着你</w:t>
        <w:br/>
        <w:t>Yes,</w:t>
      </w:r>
      <w:r>
        <w:t xml:space="preserve"> there</w:t>
      </w:r>
      <w:r>
        <w:t xml:space="preserve"> is</w:t>
      </w:r>
      <w:r>
        <w:t xml:space="preserve"> something</w:t>
      </w:r>
      <w:r>
        <w:t xml:space="preserve"> I'm</w:t>
      </w:r>
      <w:r>
        <w:t xml:space="preserve"> not</w:t>
      </w:r>
      <w:r>
        <w:t xml:space="preserve"> telling</w:t>
      </w:r>
      <w:r>
        <w:t xml:space="preserve"> you.</w:t>
        <w:br/>
        <w:t>我一直没告诉你我有多想过这个周末</w:t>
        <w:br/>
        <w:t>I</w:t>
      </w:r>
      <w:r>
        <w:t xml:space="preserve"> haven't</w:t>
      </w:r>
      <w:r>
        <w:t xml:space="preserve"> told</w:t>
      </w:r>
      <w:r>
        <w:t xml:space="preserve"> you</w:t>
      </w:r>
      <w:r>
        <w:t xml:space="preserve"> how</w:t>
      </w:r>
      <w:r>
        <w:t xml:space="preserve"> much</w:t>
      </w:r>
      <w:r>
        <w:t xml:space="preserve"> I</w:t>
      </w:r>
      <w:r>
        <w:t xml:space="preserve"> need</w:t>
      </w:r>
      <w:r>
        <w:t xml:space="preserve"> this</w:t>
      </w:r>
      <w:r>
        <w:t xml:space="preserve"> weekend,</w:t>
        <w:br/>
        <w:t>多想跟你单独在一起</w:t>
        <w:br/>
        <w:t>how</w:t>
      </w:r>
      <w:r>
        <w:t xml:space="preserve"> much</w:t>
      </w:r>
      <w:r>
        <w:t xml:space="preserve"> I</w:t>
      </w:r>
      <w:r>
        <w:t xml:space="preserve"> want</w:t>
      </w:r>
      <w:r>
        <w:t xml:space="preserve"> to</w:t>
      </w:r>
      <w:r>
        <w:t xml:space="preserve"> be</w:t>
      </w:r>
      <w:r>
        <w:t xml:space="preserve"> with</w:t>
      </w:r>
      <w:r>
        <w:t xml:space="preserve"> you</w:t>
      </w:r>
      <w:r>
        <w:t xml:space="preserve"> alone.</w:t>
        <w:br/>
        <w:t>所以我现在告诉你</w:t>
        <w:br/>
        <w:t>So</w:t>
      </w:r>
      <w:r>
        <w:t xml:space="preserve"> now</w:t>
      </w:r>
      <w:r>
        <w:t xml:space="preserve"> I'm</w:t>
      </w:r>
      <w:r>
        <w:t xml:space="preserve"> telling</w:t>
      </w:r>
      <w:r>
        <w:t xml:space="preserve"> you.</w:t>
        <w:br/>
        <w:t>我们会度过最棒的一个周末的</w:t>
        <w:br/>
        <w:t>We're</w:t>
      </w:r>
      <w:r>
        <w:t xml:space="preserve"> gonna</w:t>
      </w:r>
      <w:r>
        <w:t xml:space="preserve"> have</w:t>
      </w:r>
      <w:r>
        <w:t xml:space="preserve"> the</w:t>
      </w:r>
      <w:r>
        <w:t xml:space="preserve"> best</w:t>
      </w:r>
      <w:r>
        <w:t xml:space="preserve"> weekend</w:t>
      </w:r>
      <w:r>
        <w:t xml:space="preserve"> ever.</w:t>
        <w:br/>
        <w:t>有个受害者是Raj</w:t>
      </w:r>
      <w:r>
        <w:t xml:space="preserve"> Varma</w:t>
        <w:br/>
        <w:t>One</w:t>
      </w:r>
      <w:r>
        <w:t xml:space="preserve"> of</w:t>
      </w:r>
      <w:r>
        <w:t xml:space="preserve"> the</w:t>
      </w:r>
      <w:r>
        <w:t xml:space="preserve"> victims</w:t>
      </w:r>
      <w:r>
        <w:t xml:space="preserve"> was</w:t>
      </w:r>
      <w:r>
        <w:t xml:space="preserve"> Raj</w:t>
      </w:r>
      <w:r>
        <w:t xml:space="preserve"> Varma,</w:t>
        <w:br/>
        <w:t>Sidd</w:t>
      </w:r>
      <w:r>
        <w:t xml:space="preserve"> Varma的小&amp;hearts;弟&amp;hearts;弟&amp;hearts;</w:t>
      </w:r>
      <w:r>
        <w:t xml:space="preserve"> 杀街帮的</w:t>
        <w:br/>
        <w:t>Sidd</w:t>
      </w:r>
      <w:r>
        <w:t xml:space="preserve"> Varma's</w:t>
      </w:r>
      <w:r>
        <w:t xml:space="preserve"> baby</w:t>
      </w:r>
      <w:r>
        <w:t xml:space="preserve"> brother...</w:t>
      </w:r>
      <w:r>
        <w:t xml:space="preserve"> Kill</w:t>
      </w:r>
      <w:r>
        <w:t xml:space="preserve"> Street</w:t>
      </w:r>
      <w:r>
        <w:t xml:space="preserve"> Gang.</w:t>
        <w:br/>
        <w:t>是</w:t>
      </w:r>
      <w:r>
        <w:t xml:space="preserve"> 杀街的人最近在抢地盘</w:t>
        <w:br/>
        <w:t>Yeah,</w:t>
      </w:r>
      <w:r>
        <w:t xml:space="preserve"> Kill</w:t>
      </w:r>
      <w:r>
        <w:t xml:space="preserve"> Street's</w:t>
      </w:r>
      <w:r>
        <w:t xml:space="preserve"> been</w:t>
      </w:r>
      <w:r>
        <w:t xml:space="preserve"> jostling</w:t>
      </w:r>
      <w:r>
        <w:t xml:space="preserve"> for</w:t>
      </w:r>
      <w:r>
        <w:t xml:space="preserve"> position</w:t>
      </w:r>
      <w:r>
        <w:t xml:space="preserve"> here.</w:t>
        <w:br/>
        <w:t>Jameson帮一直在反击</w:t>
        <w:br/>
        <w:t>Jameson</w:t>
      </w:r>
      <w:r>
        <w:t xml:space="preserve"> Gang's</w:t>
      </w:r>
      <w:r>
        <w:t xml:space="preserve"> been</w:t>
      </w:r>
      <w:r>
        <w:t xml:space="preserve"> pushing</w:t>
      </w:r>
      <w:r>
        <w:t xml:space="preserve"> back.</w:t>
      </w:r>
      <w:r>
        <w:t xml:space="preserve"> </w:t>
        <w:br/>
        <w:t>也许Raj是在以牙还牙</w:t>
        <w:br/>
        <w:t>Yeah,</w:t>
      </w:r>
      <w:r>
        <w:t xml:space="preserve"> maybe</w:t>
      </w:r>
      <w:r>
        <w:t xml:space="preserve"> Raj</w:t>
      </w:r>
      <w:r>
        <w:t xml:space="preserve"> was</w:t>
      </w:r>
      <w:r>
        <w:t xml:space="preserve"> retaliation.</w:t>
        <w:br/>
        <w:t>有可能</w:t>
        <w:br/>
        <w:t>Yeah.</w:t>
      </w:r>
      <w:r>
        <w:t xml:space="preserve"> </w:t>
        <w:br/>
        <w:t>好了</w:t>
        <w:br/>
        <w:t>Okay.</w:t>
        <w:br/>
        <w:t>Dov看到的部分车牌与Boz的匹配</w:t>
        <w:br/>
        <w:t>Partial</w:t>
      </w:r>
      <w:r>
        <w:t xml:space="preserve"> plate</w:t>
      </w:r>
      <w:r>
        <w:t xml:space="preserve"> that</w:t>
      </w:r>
      <w:r>
        <w:t xml:space="preserve"> Dov</w:t>
      </w:r>
      <w:r>
        <w:t xml:space="preserve"> got</w:t>
      </w:r>
      <w:r>
        <w:t xml:space="preserve"> matches</w:t>
      </w:r>
      <w:r>
        <w:t xml:space="preserve"> Boz.</w:t>
        <w:br/>
        <w:t>那就能带他来问话了</w:t>
        <w:br/>
        <w:t>Well,</w:t>
      </w:r>
      <w:r>
        <w:t xml:space="preserve"> that's</w:t>
      </w:r>
      <w:r>
        <w:t xml:space="preserve"> a</w:t>
      </w:r>
      <w:r>
        <w:t xml:space="preserve"> green</w:t>
      </w:r>
      <w:r>
        <w:t xml:space="preserve"> light</w:t>
      </w:r>
      <w:r>
        <w:t xml:space="preserve"> to</w:t>
      </w:r>
      <w:r>
        <w:t xml:space="preserve"> bring</w:t>
      </w:r>
      <w:r>
        <w:t xml:space="preserve"> him</w:t>
      </w:r>
      <w:r>
        <w:t xml:space="preserve"> in.</w:t>
      </w:r>
      <w:r>
        <w:t xml:space="preserve"> </w:t>
        <w:br/>
        <w:t>对</w:t>
      </w:r>
      <w:r>
        <w:t xml:space="preserve"> 我知道你半年前试过对付他</w:t>
        <w:br/>
        <w:t>Yep.</w:t>
      </w:r>
      <w:r>
        <w:t xml:space="preserve"> I</w:t>
      </w:r>
      <w:r>
        <w:t xml:space="preserve"> know</w:t>
      </w:r>
      <w:r>
        <w:t xml:space="preserve"> you</w:t>
      </w:r>
      <w:r>
        <w:t xml:space="preserve"> took</w:t>
      </w:r>
      <w:r>
        <w:t xml:space="preserve"> a</w:t>
      </w:r>
      <w:r>
        <w:t xml:space="preserve"> shot</w:t>
      </w:r>
      <w:r>
        <w:t xml:space="preserve"> at</w:t>
      </w:r>
      <w:r>
        <w:t xml:space="preserve"> this</w:t>
      </w:r>
      <w:r>
        <w:t xml:space="preserve"> guy</w:t>
      </w:r>
      <w:r>
        <w:t xml:space="preserve"> six</w:t>
      </w:r>
      <w:r>
        <w:t xml:space="preserve"> months</w:t>
      </w:r>
      <w:r>
        <w:t xml:space="preserve"> ago.</w:t>
        <w:br/>
        <w:t>我查到他私藏武器</w:t>
      </w:r>
      <w:r>
        <w:t xml:space="preserve"> 当时都板上钉钉了</w:t>
        <w:br/>
        <w:t>I</w:t>
      </w:r>
      <w:r>
        <w:t xml:space="preserve"> had</w:t>
      </w:r>
      <w:r>
        <w:t xml:space="preserve"> him</w:t>
      </w:r>
      <w:r>
        <w:t xml:space="preserve"> dead</w:t>
      </w:r>
      <w:r>
        <w:t xml:space="preserve"> to</w:t>
      </w:r>
      <w:r>
        <w:t xml:space="preserve"> rights</w:t>
      </w:r>
      <w:r>
        <w:t xml:space="preserve"> with</w:t>
      </w:r>
      <w:r>
        <w:t xml:space="preserve"> that</w:t>
      </w:r>
      <w:r>
        <w:t xml:space="preserve"> stash</w:t>
      </w:r>
      <w:r>
        <w:t xml:space="preserve"> of</w:t>
      </w:r>
    </w:p>
    <w:p>
      <w:r>
        <w:t xml:space="preserve"> weapons.</w:t>
        <w:br/>
        <w:t>有合法可执行的搜查证才叫板上钉钉</w:t>
        <w:br/>
        <w:t>Dead</w:t>
      </w:r>
      <w:r>
        <w:t xml:space="preserve"> to</w:t>
      </w:r>
      <w:r>
        <w:t xml:space="preserve"> rights</w:t>
      </w:r>
      <w:r>
        <w:t xml:space="preserve"> would</w:t>
      </w:r>
      <w:r>
        <w:t xml:space="preserve"> have</w:t>
      </w:r>
      <w:r>
        <w:t xml:space="preserve"> been</w:t>
      </w:r>
      <w:r>
        <w:t xml:space="preserve"> a</w:t>
      </w:r>
      <w:r>
        <w:t xml:space="preserve"> properly</w:t>
      </w:r>
      <w:r>
        <w:t xml:space="preserve"> executed</w:t>
      </w:r>
      <w:r>
        <w:t xml:space="preserve"> search</w:t>
      </w:r>
      <w:r>
        <w:t xml:space="preserve"> warrant.</w:t>
        <w:br/>
        <w:t>我...</w:t>
        <w:br/>
        <w:t>I...</w:t>
      </w:r>
      <w:r>
        <w:t xml:space="preserve"> </w:t>
        <w:br/>
        <w:t>Steve</w:t>
      </w:r>
      <w:r>
        <w:t xml:space="preserve"> 法律不是我定的</w:t>
        <w:br/>
        <w:t>Steve,</w:t>
      </w:r>
      <w:r>
        <w:t xml:space="preserve"> I</w:t>
      </w:r>
      <w:r>
        <w:t xml:space="preserve"> don't</w:t>
      </w:r>
      <w:r>
        <w:t xml:space="preserve"> make</w:t>
      </w:r>
      <w:r>
        <w:t xml:space="preserve"> the</w:t>
      </w:r>
      <w:r>
        <w:t xml:space="preserve"> laws.</w:t>
        <w:br/>
        <w:t>只要确保这回没问题就行</w:t>
        <w:br/>
        <w:t>Let's</w:t>
      </w:r>
      <w:r>
        <w:t xml:space="preserve"> just</w:t>
      </w:r>
      <w:r>
        <w:t xml:space="preserve"> make</w:t>
      </w:r>
      <w:r>
        <w:t xml:space="preserve"> sure</w:t>
      </w:r>
      <w:r>
        <w:t xml:space="preserve"> that</w:t>
      </w:r>
      <w:r>
        <w:t xml:space="preserve"> we</w:t>
      </w:r>
      <w:r>
        <w:t xml:space="preserve"> do</w:t>
      </w:r>
      <w:r>
        <w:t xml:space="preserve"> this</w:t>
      </w:r>
      <w:r>
        <w:t xml:space="preserve"> right.</w:t>
        <w:br/>
        <w:t>大家都注意了</w:t>
      </w:r>
      <w:r>
        <w:t xml:space="preserve"> 行动组已经批准了</w:t>
        <w:br/>
        <w:t>Everybody,</w:t>
      </w:r>
      <w:r>
        <w:t xml:space="preserve"> listen</w:t>
      </w:r>
      <w:r>
        <w:t xml:space="preserve"> up.</w:t>
      </w:r>
      <w:r>
        <w:t xml:space="preserve"> O.T.</w:t>
      </w:r>
      <w:r>
        <w:t xml:space="preserve"> has</w:t>
      </w:r>
      <w:r>
        <w:t xml:space="preserve"> been</w:t>
      </w:r>
      <w:r>
        <w:t xml:space="preserve"> approved.</w:t>
        <w:br/>
        <w:t>大家都穿好警服</w:t>
        <w:br/>
        <w:t>I</w:t>
      </w:r>
      <w:r>
        <w:t xml:space="preserve"> want</w:t>
      </w:r>
      <w:r>
        <w:t xml:space="preserve"> everybody</w:t>
      </w:r>
      <w:r>
        <w:t xml:space="preserve"> back</w:t>
      </w:r>
      <w:r>
        <w:t xml:space="preserve"> in</w:t>
      </w:r>
      <w:r>
        <w:t xml:space="preserve"> their</w:t>
      </w:r>
      <w:r>
        <w:t xml:space="preserve"> uniforms.</w:t>
        <w:br/>
        <w:t>跟那些孩子聊聊</w:t>
        <w:br/>
        <w:t>I</w:t>
      </w:r>
      <w:r>
        <w:t xml:space="preserve"> want</w:t>
      </w:r>
      <w:r>
        <w:t xml:space="preserve"> you</w:t>
      </w:r>
      <w:r>
        <w:t xml:space="preserve"> to</w:t>
      </w:r>
      <w:r>
        <w:t xml:space="preserve"> talk</w:t>
      </w:r>
      <w:r>
        <w:t xml:space="preserve"> to</w:t>
      </w:r>
      <w:r>
        <w:t xml:space="preserve"> those</w:t>
      </w:r>
      <w:r>
        <w:t xml:space="preserve"> kids</w:t>
      </w:r>
      <w:r>
        <w:t xml:space="preserve"> </w:t>
        <w:br/>
        <w:t>看他们在棒球场目击到了什么</w:t>
        <w:br/>
        <w:t>and</w:t>
      </w:r>
      <w:r>
        <w:t xml:space="preserve"> find</w:t>
      </w:r>
      <w:r>
        <w:t xml:space="preserve"> out</w:t>
      </w:r>
      <w:r>
        <w:t xml:space="preserve"> what</w:t>
      </w:r>
      <w:r>
        <w:t xml:space="preserve"> they</w:t>
      </w:r>
      <w:r>
        <w:t xml:space="preserve"> saw</w:t>
      </w:r>
      <w:r>
        <w:t xml:space="preserve"> on</w:t>
      </w:r>
      <w:r>
        <w:t xml:space="preserve"> that</w:t>
      </w:r>
      <w:r>
        <w:t xml:space="preserve"> baseball</w:t>
      </w:r>
      <w:r>
        <w:t xml:space="preserve"> field.</w:t>
        <w:br/>
        <w:t>不好意思</w:t>
      </w:r>
      <w:r>
        <w:t xml:space="preserve"> 警长</w:t>
        <w:br/>
        <w:t>Sorry,</w:t>
      </w:r>
      <w:r>
        <w:t xml:space="preserve"> Staff,</w:t>
      </w:r>
      <w:r>
        <w:t xml:space="preserve"> </w:t>
        <w:br/>
        <w:t>可谁会冒着生命危险</w:t>
      </w:r>
      <w:r>
        <w:t xml:space="preserve"> 替我们指认Boz呢?</w:t>
        <w:br/>
        <w:t>but</w:t>
      </w:r>
      <w:r>
        <w:t xml:space="preserve"> who</w:t>
      </w:r>
      <w:r>
        <w:t xml:space="preserve"> are</w:t>
      </w:r>
      <w:r>
        <w:t xml:space="preserve"> we</w:t>
      </w:r>
      <w:r>
        <w:t xml:space="preserve"> gonna</w:t>
      </w:r>
      <w:r>
        <w:t xml:space="preserve"> find</w:t>
      </w:r>
      <w:r>
        <w:t xml:space="preserve"> that's</w:t>
      </w:r>
      <w:r>
        <w:t xml:space="preserve"> gonna</w:t>
      </w:r>
      <w:r>
        <w:t xml:space="preserve"> take</w:t>
      </w:r>
      <w:r>
        <w:t xml:space="preserve"> the</w:t>
      </w:r>
      <w:r>
        <w:t xml:space="preserve"> risk</w:t>
      </w:r>
      <w:r>
        <w:t xml:space="preserve"> of</w:t>
      </w:r>
      <w:r>
        <w:t xml:space="preserve"> I.D.'ing</w:t>
      </w:r>
      <w:r>
        <w:t xml:space="preserve"> Boz?</w:t>
        <w:br/>
        <w:t>关心他们社区的人</w:t>
        <w:br/>
        <w:t>Somebody</w:t>
      </w:r>
      <w:r>
        <w:t xml:space="preserve"> who</w:t>
      </w:r>
      <w:r>
        <w:t xml:space="preserve"> cares</w:t>
      </w:r>
      <w:r>
        <w:t xml:space="preserve"> about</w:t>
      </w:r>
      <w:r>
        <w:t xml:space="preserve"> their</w:t>
      </w:r>
      <w:r>
        <w:t xml:space="preserve"> community.</w:t>
        <w:br/>
        <w:t>好吗?</w:t>
      </w:r>
      <w:r>
        <w:t xml:space="preserve"> 都友善点儿</w:t>
      </w:r>
      <w:r>
        <w:t xml:space="preserve"> 这还算是拓展活动</w:t>
        <w:br/>
        <w:t>Okay?</w:t>
      </w:r>
      <w:r>
        <w:t xml:space="preserve"> Be</w:t>
      </w:r>
      <w:r>
        <w:t xml:space="preserve"> friendly.</w:t>
      </w:r>
      <w:r>
        <w:t xml:space="preserve"> This</w:t>
      </w:r>
      <w:r>
        <w:t xml:space="preserve"> is</w:t>
      </w:r>
      <w:r>
        <w:t xml:space="preserve"> still</w:t>
      </w:r>
      <w:r>
        <w:t xml:space="preserve"> outreach.</w:t>
        <w:br/>
        <w:t>去吧</w:t>
        <w:br/>
        <w:t>Get</w:t>
      </w:r>
      <w:r>
        <w:t xml:space="preserve"> going.</w:t>
        <w:br/>
        <w:t>我跟你俩去</w:t>
        <w:br/>
        <w:t>I'm</w:t>
      </w:r>
      <w:r>
        <w:t xml:space="preserve"> rolling</w:t>
      </w:r>
      <w:r>
        <w:t xml:space="preserve"> out</w:t>
      </w:r>
      <w:r>
        <w:t xml:space="preserve"> with</w:t>
      </w:r>
      <w:r>
        <w:t xml:space="preserve"> you</w:t>
      </w:r>
      <w:r>
        <w:t xml:space="preserve"> guys.</w:t>
      </w:r>
      <w:r>
        <w:t xml:space="preserve"> </w:t>
        <w:br/>
        <w:t>好</w:t>
        <w:br/>
        <w:t>All</w:t>
      </w:r>
      <w:r>
        <w:t xml:space="preserve"> right.</w:t>
        <w:br/>
        <w:t>各单位注意</w:t>
      </w:r>
      <w:r>
        <w:t xml:space="preserve"> 以下是嫌犯Boz</w:t>
      </w:r>
      <w:r>
        <w:t xml:space="preserve"> Shepherd的通缉令</w:t>
        <w:br/>
        <w:t>All</w:t>
      </w:r>
      <w:r>
        <w:t xml:space="preserve"> units,</w:t>
      </w:r>
      <w:r>
        <w:t xml:space="preserve"> BOLO</w:t>
      </w:r>
      <w:r>
        <w:t xml:space="preserve"> for</w:t>
      </w:r>
      <w:r>
        <w:t xml:space="preserve"> suspect</w:t>
      </w:r>
      <w:r>
        <w:t xml:space="preserve"> Boz</w:t>
      </w:r>
      <w:r>
        <w:t xml:space="preserve"> Shepherd.</w:t>
        <w:br/>
        <w:t>黑人男性</w:t>
      </w:r>
      <w:r>
        <w:t xml:space="preserve"> 20出头</w:t>
      </w:r>
      <w:r>
        <w:t xml:space="preserve"> 6尺2寸</w:t>
      </w:r>
      <w:r>
        <w:t xml:space="preserve"> 180磅</w:t>
      </w:r>
      <w:r>
        <w:t xml:space="preserve"> 驾驶一辆银色SUV</w:t>
        <w:br/>
        <w:t>"Black</w:t>
      </w:r>
      <w:r>
        <w:t xml:space="preserve"> male,</w:t>
      </w:r>
      <w:r>
        <w:t xml:space="preserve"> early</w:t>
      </w:r>
      <w:r>
        <w:t xml:space="preserve"> 20s,</w:t>
      </w:r>
      <w:r>
        <w:t xml:space="preserve"> 6'2",</w:t>
      </w:r>
      <w:r>
        <w:t xml:space="preserve"> 180</w:t>
      </w:r>
      <w:r>
        <w:t xml:space="preserve"> pounds,</w:t>
      </w:r>
      <w:r>
        <w:t xml:space="preserve"> driving</w:t>
      </w:r>
      <w:r>
        <w:t xml:space="preserve"> a</w:t>
      </w:r>
      <w:r>
        <w:t xml:space="preserve"> silver</w:t>
      </w:r>
      <w:r>
        <w:t xml:space="preserve"> S.U.V.,</w:t>
        <w:br/>
        <w:t>尾号&amp;hearts;AUGR639</w:t>
        <w:br/>
        <w:t>tag</w:t>
      </w:r>
      <w:r>
        <w:t xml:space="preserve"> Alpha-Uniform-Golf-Romeo</w:t>
      </w:r>
      <w:r>
        <w:t xml:space="preserve"> 6-3-9.</w:t>
        <w:br/>
        <w:t>举起手来!</w:t>
        <w:br/>
        <w:t>Let</w:t>
      </w:r>
      <w:r>
        <w:t xml:space="preserve"> me</w:t>
      </w:r>
      <w:r>
        <w:t xml:space="preserve"> see</w:t>
      </w:r>
      <w:r>
        <w:t xml:space="preserve"> your</w:t>
      </w:r>
      <w:r>
        <w:t xml:space="preserve"> hands!</w:t>
        <w:br/>
        <w:t>Boz</w:t>
      </w:r>
      <w:r>
        <w:t xml:space="preserve"> Shepherd先生</w:t>
      </w:r>
      <w:r>
        <w:t xml:space="preserve"> 我是Peck警探</w:t>
        <w:br/>
        <w:t>Oh.</w:t>
      </w:r>
      <w:r>
        <w:t xml:space="preserve"> Mr.</w:t>
      </w:r>
      <w:r>
        <w:t xml:space="preserve"> Boz</w:t>
      </w:r>
      <w:r>
        <w:t xml:space="preserve"> Shepherd.</w:t>
      </w:r>
      <w:r>
        <w:t xml:space="preserve"> Detective</w:t>
      </w:r>
      <w:r>
        <w:t xml:space="preserve"> Peck.</w:t>
        <w:br/>
        <w:t>又来找我麻烦了?</w:t>
        <w:br/>
        <w:t>You</w:t>
      </w:r>
      <w:r>
        <w:t xml:space="preserve"> here</w:t>
      </w:r>
      <w:r>
        <w:t xml:space="preserve"> to</w:t>
      </w:r>
      <w:r>
        <w:t xml:space="preserve"> take</w:t>
      </w:r>
      <w:r>
        <w:t xml:space="preserve"> another</w:t>
      </w:r>
      <w:r>
        <w:t xml:space="preserve"> run</w:t>
      </w:r>
      <w:r>
        <w:t xml:space="preserve"> at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https://d.book118.com/996222142000010054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9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9622214200001005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