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rsidRPr="00937657" w14:paraId="7F7A67AA" w14:textId="0AE8485B">
      <w:pPr>
        <w:pStyle w:val="Heading1"/>
        <w:jc w:val="center"/>
        <w:rPr>
          <w:color w:val="000000" w:themeColor="text1"/>
          <w:lang w:eastAsia="zh-CN"/>
        </w:rPr>
      </w:pPr>
      <w:r>
        <w:rPr>
          <w:color w:val="000000" w:themeColor="text1"/>
          <w:sz w:val="44"/>
          <w:lang w:eastAsia="zh-CN"/>
        </w:rPr>
        <w:t>高三百日誓师教师发言稿（34篇）</w:t>
      </w:r>
    </w:p>
    <w:p w:rsidR="001B1F19" w14:paraId="15E7D7A0" w14:textId="27C3F48A">
      <w:pPr>
        <w:rPr>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高三百日誓师教师发言稿（通用34篇）</w:t>
      </w:r>
      <w:r>
        <w:rPr>
          <w:lang w:eastAsia="zh-CN"/>
        </w:rPr>
        <w:br/>
      </w:r>
      <w:r>
        <w:rPr>
          <w:lang w:eastAsia="zh-CN"/>
        </w:rPr>
        <w:t xml:space="preserve">    高三百日誓师教师发言稿 篇1 </w:t>
      </w:r>
      <w:r>
        <w:rPr>
          <w:lang w:eastAsia="zh-CN"/>
        </w:rPr>
        <w:br/>
      </w:r>
      <w:r>
        <w:rPr>
          <w:lang w:eastAsia="zh-CN"/>
        </w:rPr>
        <w:t>　　只见泥泞危险的崎岖小路；</w:t>
      </w:r>
      <w:r>
        <w:rPr>
          <w:lang w:eastAsia="zh-CN"/>
        </w:rPr>
        <w:br/>
      </w:r>
      <w:r>
        <w:rPr>
          <w:lang w:eastAsia="zh-CN"/>
        </w:rPr>
        <w:t>　　没有波澜不惊的平静河流，</w:t>
      </w:r>
      <w:r>
        <w:rPr>
          <w:lang w:eastAsia="zh-CN"/>
        </w:rPr>
        <w:br/>
      </w:r>
      <w:r>
        <w:rPr>
          <w:lang w:eastAsia="zh-CN"/>
        </w:rPr>
        <w:t>　　只见充斥漩涡的暗流险滩；</w:t>
      </w:r>
      <w:r>
        <w:rPr>
          <w:lang w:eastAsia="zh-CN"/>
        </w:rPr>
        <w:br/>
      </w:r>
      <w:r>
        <w:rPr>
          <w:lang w:eastAsia="zh-CN"/>
        </w:rPr>
        <w:t>　　没有碧空万里的澄澈苍穹，</w:t>
      </w:r>
      <w:r>
        <w:rPr>
          <w:lang w:eastAsia="zh-CN"/>
        </w:rPr>
        <w:br/>
      </w:r>
      <w:r>
        <w:rPr>
          <w:lang w:eastAsia="zh-CN"/>
        </w:rPr>
        <w:t>　　只见阴云密布的雾霾天空。</w:t>
      </w:r>
      <w:r>
        <w:rPr>
          <w:lang w:eastAsia="zh-CN"/>
        </w:rPr>
        <w:br/>
      </w:r>
      <w:r>
        <w:rPr>
          <w:lang w:eastAsia="zh-CN"/>
        </w:rPr>
        <w:t>　　——我们，行进在高三漫漫的征途，</w:t>
      </w:r>
      <w:r>
        <w:rPr>
          <w:lang w:eastAsia="zh-CN"/>
        </w:rPr>
        <w:br/>
      </w:r>
      <w:r>
        <w:rPr>
          <w:lang w:eastAsia="zh-CN"/>
        </w:rPr>
        <w:t>　　——我们，手握着通向未来的道路。</w:t>
      </w:r>
      <w:r>
        <w:rPr>
          <w:lang w:eastAsia="zh-CN"/>
        </w:rPr>
        <w:br/>
      </w:r>
      <w:r>
        <w:rPr>
          <w:lang w:eastAsia="zh-CN"/>
        </w:rPr>
        <w:t>　　当试卷如同飞雪般刮来时，我们能否后退？</w:t>
      </w:r>
      <w:r>
        <w:rPr>
          <w:lang w:eastAsia="zh-CN"/>
        </w:rPr>
        <w:br/>
      </w:r>
      <w:r>
        <w:rPr>
          <w:lang w:eastAsia="zh-CN"/>
        </w:rPr>
        <w:t>　　当习题如同雨点般打来时，我们能否逃避？</w:t>
      </w:r>
      <w:r>
        <w:rPr>
          <w:lang w:eastAsia="zh-CN"/>
        </w:rPr>
        <w:br/>
      </w:r>
      <w:r>
        <w:rPr>
          <w:lang w:eastAsia="zh-CN"/>
        </w:rPr>
        <w:t>　　当鲜红的'分数刺痛我们的眼，也刺痛我们的心时，我们能否沮丧，郁郁寡欢？</w:t>
      </w:r>
      <w:r>
        <w:rPr>
          <w:lang w:eastAsia="zh-CN"/>
        </w:rPr>
        <w:br/>
      </w:r>
      <w:r>
        <w:rPr>
          <w:lang w:eastAsia="zh-CN"/>
        </w:rPr>
        <w:t>　　当看见同学的成绩扶摇直上，自己却止步不前时，我们能否颓唐，就此放弃？</w:t>
      </w:r>
      <w:r>
        <w:rPr>
          <w:lang w:eastAsia="zh-CN"/>
        </w:rPr>
        <w:br/>
      </w:r>
      <w:r>
        <w:rPr>
          <w:lang w:eastAsia="zh-CN"/>
        </w:rPr>
        <w:t>　　不！因为我们没有后退的余地！</w:t>
      </w:r>
      <w:r>
        <w:rPr>
          <w:lang w:eastAsia="zh-CN"/>
        </w:rPr>
        <w:br/>
      </w:r>
      <w:r>
        <w:rPr>
          <w:lang w:eastAsia="zh-CN"/>
        </w:rPr>
        <w:t>　　高三意味着冰与火的考验，血与泪的洗礼！</w:t>
      </w:r>
      <w:r>
        <w:rPr>
          <w:lang w:eastAsia="zh-CN"/>
        </w:rPr>
        <w:br/>
      </w:r>
    </w:p>
    <w:p w:rsidR="001B1F19" w14:textId="27C3F48A">
      <w:pPr>
        <w:rPr>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虽然脚下，是崎岖的道路，是令人疲惫的征途，是蔓草，是乱枝，还有刺人的荆棘；</w:t>
      </w:r>
      <w:r>
        <w:rPr>
          <w:lang w:eastAsia="zh-CN"/>
        </w:rPr>
        <w:br/>
      </w:r>
      <w:r>
        <w:rPr>
          <w:lang w:eastAsia="zh-CN"/>
        </w:rPr>
        <w:t>　　但是肩头，是父母的期待，是老师的希望，是同学的信任，还有——那自己的豪言壮语，和非凡志气。</w:t>
      </w:r>
      <w:r>
        <w:rPr>
          <w:lang w:eastAsia="zh-CN"/>
        </w:rPr>
        <w:br/>
      </w:r>
      <w:r>
        <w:rPr>
          <w:lang w:eastAsia="zh-CN"/>
        </w:rPr>
        <w:t>　　高三的磨难，是大浪淘沙的砥砺，也是英雄诞生的赞曲；</w:t>
      </w:r>
      <w:r>
        <w:rPr>
          <w:lang w:eastAsia="zh-CN"/>
        </w:rPr>
        <w:br/>
      </w:r>
      <w:r>
        <w:rPr>
          <w:lang w:eastAsia="zh-CN"/>
        </w:rPr>
        <w:t>　　高三的疲惫，是应当付出的代价，也是迈向成功的阶梯！</w:t>
      </w:r>
      <w:r>
        <w:rPr>
          <w:lang w:eastAsia="zh-CN"/>
        </w:rPr>
        <w:br/>
      </w:r>
      <w:r>
        <w:rPr>
          <w:lang w:eastAsia="zh-CN"/>
        </w:rPr>
        <w:t>　　我们，有揽明月九天，取巨鳌撑天的宏图大志；我们，有精卫填海、夸父逐日的不懈坚持；</w:t>
      </w:r>
      <w:r>
        <w:rPr>
          <w:lang w:eastAsia="zh-CN"/>
        </w:rPr>
        <w:br/>
      </w:r>
      <w:r>
        <w:rPr>
          <w:lang w:eastAsia="zh-CN"/>
        </w:rPr>
        <w:t>　　我们，有风寒问雪路，傲然踏山河的无限自信，我们，有绝尽江河时，悬帆济沧海的不停进取。</w:t>
      </w:r>
      <w:r>
        <w:rPr>
          <w:lang w:eastAsia="zh-CN"/>
        </w:rPr>
        <w:br/>
      </w:r>
      <w:r>
        <w:rPr>
          <w:lang w:eastAsia="zh-CN"/>
        </w:rPr>
        <w:t>　　不断地奋斗，不懈地努力，</w:t>
      </w:r>
      <w:r>
        <w:rPr>
          <w:lang w:eastAsia="zh-CN"/>
        </w:rPr>
        <w:br/>
      </w:r>
      <w:r>
        <w:rPr>
          <w:lang w:eastAsia="zh-CN"/>
        </w:rPr>
        <w:t>　　就让风雨成为催人奋进的战鼓，</w:t>
      </w:r>
      <w:r>
        <w:rPr>
          <w:lang w:eastAsia="zh-CN"/>
        </w:rPr>
        <w:br/>
      </w:r>
      <w:r>
        <w:rPr>
          <w:lang w:eastAsia="zh-CN"/>
        </w:rPr>
        <w:t>　　就让天地赐予我们无尽的勇气！</w:t>
      </w:r>
      <w:r>
        <w:rPr>
          <w:lang w:eastAsia="zh-CN"/>
        </w:rPr>
        <w:br/>
      </w:r>
      <w:r>
        <w:rPr>
          <w:lang w:eastAsia="zh-CN"/>
        </w:rPr>
        <w:t>　　就让我们翻飞为一只只雨燕，在暴风骤雨中徜徉，迎接湛蓝的苍穹，</w:t>
      </w:r>
      <w:r>
        <w:rPr>
          <w:lang w:eastAsia="zh-CN"/>
        </w:rPr>
        <w:br/>
      </w:r>
      <w:r>
        <w:rPr>
          <w:lang w:eastAsia="zh-CN"/>
        </w:rPr>
        <w:t>　　就让我们化身为一条条剑鱼，在惊涛骇浪中奔波，冲向自己的目的地！</w:t>
      </w:r>
      <w:r>
        <w:rPr>
          <w:lang w:eastAsia="zh-CN"/>
        </w:rPr>
        <w:br/>
      </w:r>
      <w:r>
        <w:rPr>
          <w:lang w:eastAsia="zh-CN"/>
        </w:rPr>
        <w:t>　　波澜壮阔的历史，将在这100天里，由我们创造；</w:t>
      </w:r>
      <w:r>
        <w:rPr>
          <w:lang w:eastAsia="zh-CN"/>
        </w:rPr>
        <w:br/>
      </w:r>
      <w:r>
        <w:rPr>
          <w:lang w:eastAsia="zh-CN"/>
        </w:rPr>
        <w:t>　　荡气回肠的未来，将在这100天里，由我们挥毫！</w:t>
      </w:r>
      <w:r>
        <w:rPr>
          <w:lang w:eastAsia="zh-CN"/>
        </w:rPr>
        <w:br/>
      </w:r>
      <w:r>
        <w:rPr>
          <w:lang w:eastAsia="zh-CN"/>
        </w:rPr>
        <w:t>　　不为功勋，不为名利，</w:t>
      </w:r>
      <w:r>
        <w:rPr>
          <w:lang w:eastAsia="zh-CN"/>
        </w:rPr>
        <w:br/>
      </w:r>
      <w:r>
        <w:rPr>
          <w:lang w:eastAsia="zh-CN"/>
        </w:rPr>
        <w:t>　　只为那三年奋斗的意义；</w:t>
      </w:r>
      <w:r>
        <w:rPr>
          <w:lang w:eastAsia="zh-CN"/>
        </w:rPr>
        <w:br/>
      </w:r>
      <w:r>
        <w:rPr>
          <w:lang w:eastAsia="zh-CN"/>
        </w:rPr>
        <w:t>　　坚定信念，不轻言放弃，</w:t>
      </w:r>
      <w:r>
        <w:rPr>
          <w:lang w:eastAsia="zh-CN"/>
        </w:rPr>
        <w:br/>
      </w:r>
      <w:r>
        <w:rPr>
          <w:lang w:eastAsia="zh-CN"/>
        </w:rPr>
        <w:t>　　让我们的青春岁月，就此变得多彩、绚丽！</w:t>
      </w:r>
      <w:r>
        <w:rPr>
          <w:lang w:eastAsia="zh-CN"/>
        </w:rPr>
        <w:br/>
      </w:r>
    </w:p>
    <w:p w:rsidR="001B1F19" w14:textId="27C3F48A">
      <w:pPr>
        <w:rPr>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xml:space="preserve">    高三百日誓师教师发言稿 篇2 </w:t>
      </w:r>
      <w:r>
        <w:rPr>
          <w:lang w:eastAsia="zh-CN"/>
        </w:rPr>
        <w:br/>
      </w:r>
      <w:r>
        <w:rPr>
          <w:lang w:eastAsia="zh-CN"/>
        </w:rPr>
        <w:t>　　尊敬的领导，亲爱的老师，同学们：</w:t>
      </w:r>
      <w:r>
        <w:rPr>
          <w:lang w:eastAsia="zh-CN"/>
        </w:rPr>
        <w:br/>
      </w:r>
      <w:r>
        <w:rPr>
          <w:lang w:eastAsia="zh-CN"/>
        </w:rPr>
        <w:t>　　大家好!</w:t>
      </w:r>
      <w:r>
        <w:rPr>
          <w:lang w:eastAsia="zh-CN"/>
        </w:rPr>
        <w:br/>
      </w:r>
      <w:r>
        <w:rPr>
          <w:lang w:eastAsia="zh-CN"/>
        </w:rPr>
        <w:t>　　时光像离弦之箭，随风飞远!岁月如东去之水，永不回还!</w:t>
      </w:r>
      <w:r>
        <w:rPr>
          <w:lang w:eastAsia="zh-CN"/>
        </w:rPr>
        <w:br/>
      </w:r>
      <w:r>
        <w:rPr>
          <w:lang w:eastAsia="zh-CN"/>
        </w:rPr>
        <w:t>　　不知不觉中，高考离我们只有百日。我们高三全体师生齐聚这里，用我们的豪情和壮志，用我们的勤奋和进取，放飞我们渴盼已久的共同梦想。我们的誓师大会目的非常明确，那就是要进一步激励我们全体高三师生，以火样的激情、必胜的信念、科学的方法和旺盛的斗志，努力拼搏，攀登我们__高中教育质量的新高峰，收获我们今年高考的辉煌。</w:t>
      </w:r>
      <w:r>
        <w:rPr>
          <w:lang w:eastAsia="zh-CN"/>
        </w:rPr>
        <w:br/>
      </w:r>
      <w:r>
        <w:rPr>
          <w:lang w:eastAsia="zh-CN"/>
        </w:rPr>
        <w:t>　　同学们，时间最无情，我们以没有时间彷徨，我们只有与时间赛跑，只有不停的奋战。拼搏不是痛苦，而是快乐，是幸福，你会从中体会到自己的神奇力量。</w:t>
      </w:r>
      <w:r>
        <w:rPr>
          <w:lang w:eastAsia="zh-CN"/>
        </w:rPr>
        <w:br/>
      </w:r>
      <w:r>
        <w:rPr>
          <w:lang w:eastAsia="zh-CN"/>
        </w:rPr>
        <w:t>　　一百天虽短，但一百足以创造奇迹。一天的时间不能增加，但因为我们的行动却完全可以延伸。视时间为生命，视效率为灵魂，精心计划，全身心投入到学习中去，一天便可以发挥三天的功效。只要我们行动起来，把一百天运用到极致，发挥到极致，那么，我们的高考就会精彩到极致。</w:t>
      </w:r>
      <w:r>
        <w:rPr>
          <w:lang w:eastAsia="zh-CN"/>
        </w:rPr>
        <w:br/>
      </w:r>
      <w:r>
        <w:rPr>
          <w:lang w:eastAsia="zh-CN"/>
        </w:rPr>
        <w:t>　　百日冲刺，让梦想腾飞，让我们一起乘风破浪，去拥抱巍峨的高山，一起张开有力的双臂，飞向精彩的霞光，让我们一起泛起激情的浪花，涌入成功的海洋，为自己的高中学习生活画上一个圆满的句号。</w:t>
      </w:r>
      <w:r>
        <w:rPr>
          <w:lang w:eastAsia="zh-CN"/>
        </w:rPr>
        <w:br/>
      </w:r>
    </w:p>
    <w:p w:rsidR="001B1F19" w14:textId="27C3F48A">
      <w:pPr>
        <w:rPr>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这最后的一百会很苦，但为了我们以后不再吃这样的苦。这最后的一百会很累，但这一百的累，是为了我们以后不再受这样的累，去夺取我们那志在必得的辉煌。</w:t>
      </w:r>
      <w:r>
        <w:rPr>
          <w:lang w:eastAsia="zh-CN"/>
        </w:rPr>
        <w:br/>
      </w:r>
      <w:r>
        <w:rPr>
          <w:lang w:eastAsia="zh-CN"/>
        </w:rPr>
        <w:t>　　即使再苦，再累，我们全体高三老师一定会和你们并肩作战，在苦痛中的学海里，我们一定会为你们加足达到彼岸的动力。在勤为径的书山上，我们一定会为你们筑牢攀登顶峰的阶梯。</w:t>
      </w:r>
      <w:r>
        <w:rPr>
          <w:lang w:eastAsia="zh-CN"/>
        </w:rPr>
        <w:br/>
      </w:r>
      <w:r>
        <w:rPr>
          <w:lang w:eastAsia="zh-CN"/>
        </w:rPr>
        <w:t>　　春风得意马蹄急，最是金榜题名时。当越过分数线的你们跳进了高考的龙门时，老师紧张的心放松了，父母紧皱的眉舒展了，六月的太阳因你们会更加灿烂。</w:t>
      </w:r>
      <w:r>
        <w:rPr>
          <w:lang w:eastAsia="zh-CN"/>
        </w:rPr>
        <w:br/>
      </w:r>
      <w:r>
        <w:rPr>
          <w:lang w:eastAsia="zh-CN"/>
        </w:rPr>
        <w:t>　　同学们，我们渴望着，整整一百天后，我们_中的高三学子，能用你们那丰盈的智慧，丰沛的才情，书写下无愧于青春，去愧于母校，无愧于时代，无愧于父老乡亲的最耀眼夺目的风采。</w:t>
      </w:r>
      <w:r>
        <w:rPr>
          <w:lang w:eastAsia="zh-CN"/>
        </w:rPr>
        <w:br/>
      </w:r>
      <w:r>
        <w:rPr>
          <w:lang w:eastAsia="zh-CN"/>
        </w:rPr>
        <w:t>　　请相信，十载寒窗，百日苦练，我们健步登金榜，一腔热血，万丈豪情，我们心中定能创辉煌。衷心的祝愿，我们高三的全体同学们，十年磨剑，百日策马闯雄关。一朝赤风，六月扬眉夺桂冠。</w:t>
      </w:r>
      <w:r>
        <w:rPr>
          <w:lang w:eastAsia="zh-CN"/>
        </w:rPr>
        <w:br/>
      </w:r>
      <w:r>
        <w:rPr>
          <w:lang w:eastAsia="zh-CN"/>
        </w:rPr>
        <w:t>　　谢谢!</w:t>
      </w:r>
      <w:r>
        <w:rPr>
          <w:lang w:eastAsia="zh-CN"/>
        </w:rPr>
        <w:br/>
      </w:r>
      <w:r>
        <w:rPr>
          <w:lang w:eastAsia="zh-CN"/>
        </w:rPr>
        <w:t xml:space="preserve">    高三百日誓师教师发言稿 篇3 </w:t>
      </w:r>
      <w:r>
        <w:rPr>
          <w:lang w:eastAsia="zh-CN"/>
        </w:rPr>
        <w:br/>
      </w:r>
      <w:r>
        <w:rPr>
          <w:lang w:eastAsia="zh-CN"/>
        </w:rPr>
        <w:t>　　尊敬的领导，亲爱的老师，同学们：</w:t>
      </w:r>
      <w:r>
        <w:rPr>
          <w:lang w:eastAsia="zh-CN"/>
        </w:rPr>
        <w:br/>
      </w:r>
      <w:r>
        <w:rPr>
          <w:lang w:eastAsia="zh-CN"/>
        </w:rPr>
        <w:t>　　大家上午好!在这个距离高考仅一百天的庄严时刻，我们高三全体师生齐聚一堂，举行盛大的誓师大会。</w:t>
      </w:r>
      <w:r>
        <w:rPr>
          <w:lang w:eastAsia="zh-CN"/>
        </w:rPr>
        <w:br/>
      </w:r>
    </w:p>
    <w:p w:rsidR="001B1F19" w14:textId="27C3F48A">
      <w:pPr>
        <w:rPr>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亲爱的同学们，看看前面这鲜艳的横幅，置身这庄严的会场，你们有什么感受呢?我想，你们的心一定和我一样，激情满怀，热血沸腾。</w:t>
      </w:r>
      <w:r>
        <w:rPr>
          <w:lang w:eastAsia="zh-CN"/>
        </w:rPr>
        <w:br/>
      </w:r>
      <w:r>
        <w:rPr>
          <w:lang w:eastAsia="zh-CN"/>
        </w:rPr>
        <w:t>　　作为一名高三班主任，最大的快乐莫过于看到我的学生从考场上凯旋。看到你们不分昼夜地笔耕不辍，废寝忘食地置身于题海，我们心中荡漾的是深深的感动。</w:t>
      </w:r>
      <w:r>
        <w:rPr>
          <w:lang w:eastAsia="zh-CN"/>
        </w:rPr>
        <w:br/>
      </w:r>
      <w:r>
        <w:rPr>
          <w:lang w:eastAsia="zh-CN"/>
        </w:rPr>
        <w:t>　　同学们，这三年，你们青春的身影给了我们__二中最好的诠释：年轻、勤奋，活力四射。晨光熹微中，你们吼出了铿锵有力的口号。熟悉的教室里，你们畅游学海、奋笔疾书。你们学会了高效地利用时间，懂得了理智地处理感情。虽然有过青春的懵懂、内心的焦躁、孤独的苦闷，但在与人生价值的较量中，你们学会了取舍和坚持。这就是历经磨练后成熟的高三学子的风貌。同学们，老师钦佩你们。</w:t>
      </w:r>
      <w:r>
        <w:rPr>
          <w:lang w:eastAsia="zh-CN"/>
        </w:rPr>
        <w:br/>
      </w:r>
      <w:r>
        <w:rPr>
          <w:lang w:eastAsia="zh-CN"/>
        </w:rPr>
        <w:t>　　在这最后的一百天里，你们将面临更严格的考验。听课、做题、测验、排名，生活难免单调枯燥，学习必然繁重艰苦，考试必然有喜有忧。也许你们会倍感疲惫，也许你们会迷茫失落，但是，同学们，想想你们刚跨入__二中的意气风发，想想电话那头父母温暖的声音，想想许多年以后，你回望现在坦荡无悔的笑容，请你们大声地告诉我，不管前面有多少困难，你们都能坚持下去吗?你们能更努力一些吗?你们能竭力全力吗?</w:t>
      </w:r>
      <w:r>
        <w:rPr>
          <w:lang w:eastAsia="zh-CN"/>
        </w:rPr>
        <w:br/>
      </w:r>
    </w:p>
    <w:p w:rsidR="001B1F19" w14:textId="27C3F48A">
      <w:pPr>
        <w:rPr>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我很高兴能看到你们自信的笑容，你们不愧是__二中学子。在你们竭力全力应对高考时，你不要忘了可亲可敬的老师。我们不仅仅是发下一张张试卷，解答一道道习题。我们会在你们疲惫时给你们加油，会在你们迷路时给你们指点迷津。亲爱的同学们，我们老师永远是你们的坚强后盾!只为共同的目标，我们大家携手并肩，艰险同担，风雨同行!</w:t>
      </w:r>
      <w:r>
        <w:rPr>
          <w:lang w:eastAsia="zh-CN"/>
        </w:rPr>
        <w:br/>
      </w:r>
      <w:r>
        <w:rPr>
          <w:lang w:eastAsia="zh-CN"/>
        </w:rPr>
        <w:t>　　高考是我们人生的第一场大决战，这是一场血与火、决择与拼搏、历练与成长的的大决战。十二年来，我们披星戴月、寒暑不停、发奋苦读、风雨无阻。十二年的艰辛付出经得起高考的检阅!我们不怕高考，我们期待高考!</w:t>
      </w:r>
      <w:r>
        <w:rPr>
          <w:lang w:eastAsia="zh-CN"/>
        </w:rPr>
        <w:br/>
      </w:r>
      <w:r>
        <w:rPr>
          <w:lang w:eastAsia="zh-CN"/>
        </w:rPr>
        <w:t>　　同学们，你们是国家的栋梁，民族振兴的希望，你们书写着人类的美好未来!高考不是人生的终结考试，不懈奋斗才是人生的魅力所在。命运全在搏击，奋斗就是希望!我们相信，你们是无畏的勇者，你们所向披靡，你们豪情万丈!</w:t>
      </w:r>
      <w:r>
        <w:rPr>
          <w:lang w:eastAsia="zh-CN"/>
        </w:rPr>
        <w:br/>
      </w:r>
      <w:r>
        <w:rPr>
          <w:lang w:eastAsia="zh-CN"/>
        </w:rPr>
        <w:t>　　同学们，__二中是创造奇迹的地方，20__年的高考正阔步向我们走来，你们一定会创造一个新的奇迹!缔造__二中新的神话!</w:t>
      </w:r>
      <w:r>
        <w:rPr>
          <w:lang w:eastAsia="zh-CN"/>
        </w:rPr>
        <w:br/>
      </w:r>
      <w:r>
        <w:rPr>
          <w:lang w:eastAsia="zh-CN"/>
        </w:rPr>
        <w:t>　　谢谢大家!</w:t>
      </w:r>
      <w:r>
        <w:rPr>
          <w:lang w:eastAsia="zh-CN"/>
        </w:rPr>
        <w:br/>
      </w:r>
      <w:r>
        <w:rPr>
          <w:lang w:eastAsia="zh-CN"/>
        </w:rPr>
        <w:t xml:space="preserve">    高三百日誓师教师发言稿 篇4 </w:t>
      </w:r>
      <w:r>
        <w:rPr>
          <w:lang w:eastAsia="zh-CN"/>
        </w:rPr>
        <w:br/>
      </w:r>
      <w:r>
        <w:rPr>
          <w:lang w:eastAsia="zh-CN"/>
        </w:rPr>
        <w:t>　　尊敬的领导，亲爱的老师，同学们：</w:t>
      </w:r>
      <w:r>
        <w:rPr>
          <w:lang w:eastAsia="zh-CN"/>
        </w:rPr>
        <w:br/>
      </w:r>
      <w:r>
        <w:rPr>
          <w:lang w:eastAsia="zh-CN"/>
        </w:rPr>
        <w:t>　　大家下午好!</w:t>
      </w:r>
      <w:r>
        <w:rPr>
          <w:lang w:eastAsia="zh-CN"/>
        </w:rPr>
        <w:br/>
      </w:r>
    </w:p>
    <w:p w:rsidR="001B1F19" w14:textId="27C3F48A">
      <w:pPr>
        <w:rPr>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今天，在这里，我们隆重举行__中学高20__届高考百日誓师大会。能代表高三年级全体教师给大家说说我们的心里话，我甚感荣幸。在电影电视里，我们都曾看见过这样的场面：部队在出征前往往都要举行誓师大会。在古代社会，更还要喝壮行酒。今天，我们在离高考百日之际，也为同学们壮行!一百天的时间太长，那些一时看不到希望的人如此说。他们无疑是准备忘记十几年的征途上所撒下的汗水和眼泪了。这实在让人遗憾，他们没看到：越是在接近目的地时候，就越是考验一个人意志的时候。但我却要说：“一百天的时间太短!”因为那些充满朝气、胸怀理想的同学，他们将更加奋发努力，分秒必争，他们相信，奇迹总是由强者创造的。一分耕耘，终会有一分收获。</w:t>
      </w:r>
      <w:r>
        <w:rPr>
          <w:lang w:eastAsia="zh-CN"/>
        </w:rPr>
        <w:br/>
      </w:r>
      <w:r>
        <w:rPr>
          <w:lang w:eastAsia="zh-CN"/>
        </w:rPr>
        <w:t>　　同学们，回想过去的一千多个日日夜夜，我们读过堆积成山的书籍，做过满天飞的试卷。我们有过成绩步步上升的喜悦，也有过成绩飞落的失落。我们怀着父母殷切的目光，也曾多次描绘过自己理想的蓝图。而今，如梦幻般，我们也站在前一届学兄学姐的加速起跑线上，只等着高考的一声抢响，奔赴那火热的战场。相信我们会如同上届毕业生一样勇夺佳绩，为__中学的校史上再添辉煌的一页。</w:t>
      </w:r>
      <w:r>
        <w:rPr>
          <w:lang w:eastAsia="zh-CN"/>
        </w:rPr>
        <w:br/>
      </w:r>
      <w:r>
        <w:rPr>
          <w:lang w:eastAsia="zh-CN"/>
        </w:rPr>
        <w:t>　　作为你们的老师，几年来，我们朝夕相伴，我有幸陪大家一同走过了你们生命中最亮丽的时节。在这三年里，我们无法给予你们更多的东西，只能倾其所有，为你们明天的扬帆远航推波助澜。一百天的时间内，也许会对你们有更苛刻的要求，更艰苦的训练，更严厉的批评，甚至有些言语和行动令你们难以接受。但请相信，这一切都是为了你们，为了你们能更快成熟、为了你们能出类拔萃、为了你们能有更加辉煌灿烂的明天。因此，希望大家能够理解。</w:t>
      </w:r>
      <w:r>
        <w:rPr>
          <w:lang w:eastAsia="zh-CN"/>
        </w:rPr>
        <w:br/>
      </w:r>
    </w:p>
    <w:p w:rsidR="001B1F19" w14:textId="27C3F48A">
      <w:pPr>
        <w:rPr>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同学们，在高考的最后冲刺阶段，一定牢记认真二字，摒弃杂念，耐住寂寞。不仅课要认认真真地听，作业要认认真真地做，考试要认认真的考，而且地也要认认真真地扫，被子也要认认真真地叠。认真如此，认真就会内化为一种素质，从而帮助同学们获得高考的成功，以至事业的成功。</w:t>
      </w:r>
      <w:r>
        <w:rPr>
          <w:lang w:eastAsia="zh-CN"/>
        </w:rPr>
        <w:br/>
      </w:r>
      <w:r>
        <w:rPr>
          <w:lang w:eastAsia="zh-CN"/>
        </w:rPr>
        <w:t>　　打好高考这一仗，是寒窗苦读的你们和含辛茹苦的全体家长的殷切期盼，也是学校全体老师的希望。今天我们聚集在这里，就是预备在六月打一场漂亮的胜仗，收获我们最大的梦想。我相信有学校领导的关怀、老师们的辛勤耕耘、再加上同学们的刻苦努力，六月一定是我们的!让我们为今日的誓言明天的辉煌共同奋斗、努力吧!</w:t>
      </w:r>
      <w:r>
        <w:rPr>
          <w:lang w:eastAsia="zh-CN"/>
        </w:rPr>
        <w:br/>
      </w:r>
      <w:r>
        <w:rPr>
          <w:lang w:eastAsia="zh-CN"/>
        </w:rPr>
        <w:t>　　谢谢大家!</w:t>
      </w:r>
      <w:r>
        <w:rPr>
          <w:lang w:eastAsia="zh-CN"/>
        </w:rPr>
        <w:br/>
      </w:r>
      <w:r>
        <w:rPr>
          <w:lang w:eastAsia="zh-CN"/>
        </w:rPr>
        <w:t xml:space="preserve">    高三百日誓师教师发言稿 篇5 尊敬的学校领导、各位老师、家长、亲爱的同学们：  </w:t>
      </w:r>
      <w:r>
        <w:rPr>
          <w:lang w:eastAsia="zh-CN"/>
        </w:rPr>
        <w:br/>
      </w:r>
      <w:r>
        <w:rPr>
          <w:lang w:eastAsia="zh-CN"/>
        </w:rPr>
        <w:t>　　大家下午好！</w:t>
      </w:r>
      <w:r>
        <w:rPr>
          <w:lang w:eastAsia="zh-CN"/>
        </w:rPr>
        <w:br/>
      </w:r>
      <w:r>
        <w:rPr>
          <w:lang w:eastAsia="zh-CN"/>
        </w:rPr>
        <w:t>　　冰雪消融，化作千顷碧波；书声朗朗，铺就锦绣前程。不知不觉间，高考仅有三月；无声无息中，龙门逼临百日。初春乍寒，春寒料峭，经历了无数寒风凛冽的冬天，我们全体高三学子终于迎来了十年寒窗中最后一个心中暖洋洋的春天。在这个生机勃勃的季节里，我们欢聚一堂，隆重举行高考百日冲刺誓师大会。此刻，常坟中学有如神舟飞船的发射场，而你们，就像一枚枚蓄势待发的神舟火箭，矗立在巍峨的发射塔架上。百日之后，你们将呼哮着、轰鸣着、升腾着，带着梦想翱翔长空！</w:t>
      </w:r>
      <w:r>
        <w:rPr>
          <w:lang w:eastAsia="zh-CN"/>
        </w:rPr>
        <w:br/>
      </w:r>
    </w:p>
    <w:p w:rsidR="001B1F19" w14:textId="27C3F48A">
      <w:pPr>
        <w:rPr>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作为一名老师代表，我很荣幸能和各位一起分享这具有历史意义的伟大时刻。读书十年，决战百天。剩下一百天，弹指一挥间，从现在开始，你们就已进入到了高考的冲刺阶段，此时此刻，我们全体高三老师的心与你们一起跳动，在你们出征之前，我们老师是你们的战友；在你们蓄势待发之际，我们是你们的导航；在你们展翅腾飞之时，我们是你们坚强的后盾！</w:t>
      </w:r>
      <w:r>
        <w:rPr>
          <w:lang w:eastAsia="zh-CN"/>
        </w:rPr>
        <w:br/>
      </w:r>
      <w:r>
        <w:rPr>
          <w:lang w:eastAsia="zh-CN"/>
        </w:rPr>
        <w:t>　　三年的时光里，作为你们的老师，我们朝夕相伴，真的有幸陪同大家一同走过了你们生命中最亮丽的青春花季。作为你们的老师，我们甘愿全力以赴、倾其所有；我们愿意把自己当成一个即将参加高考的学生一样与你们一道并肩战斗、风雨同舟。你们是幸福的，我们就是快乐的，你们是进步的，我们就是欣慰的，你们是成功的，我们才是最优秀的。可是，光荣的桂冠从来都是用荆棘编成的。接下来的一百天的时间里，老师们也许对你们有更苛刻的要求，更艰苦的训练，更严厉的批评，甚至有些言语和做法令你们难以接受。但我们相信已经长大了的你们能够理解，因为作为一名教师所做的一切，都是为了自己的学生能够有所作为，能在百天后如大鹏一日同风起，扶摇直上九万里。</w:t>
      </w:r>
      <w:r>
        <w:rPr>
          <w:lang w:eastAsia="zh-CN"/>
        </w:rPr>
        <w:br/>
      </w:r>
      <w:r>
        <w:rPr>
          <w:lang w:eastAsia="zh-CN"/>
        </w:rPr>
        <w:t>　　最后一百天，机遇与挑战并存，理想与奋斗齐飞，一分耕耘，总会有一分收获，人生就是这样壮美！年轻没有什么不可以，人生不需要彩排，每天都很精彩，每天都是现场直播！同学们应该明白：拼搏人生，无怨无悔。只有搏过，才能无怨无悔。前行道上会有风雨和小的挫折，我们要信心满怀，从失败中寻找教训，把压力化为动力，正所谓：人在高三飘，哪能不挨刀，多挨三两刀，便可得绝招！</w:t>
      </w:r>
      <w:r>
        <w:rPr>
          <w:lang w:eastAsia="zh-CN"/>
        </w:rPr>
        <w:br/>
      </w:r>
      <w:r>
        <w:rPr>
          <w:lang w:eastAsia="zh-CN"/>
        </w:rPr>
        <w:t>　　老师们，同学们，未来的一百天中，无论你我，务必做到三个字，</w:t>
      </w:r>
      <w:r>
        <w:rPr>
          <w:lang w:eastAsia="zh-CN"/>
        </w:rPr>
        <w:t xml:space="preserve"> 第一个字是勤字。</w:t>
      </w:r>
      <w:r>
        <w:rPr>
          <w:lang w:eastAsia="zh-CN"/>
        </w:rPr>
        <w:t xml:space="preserve"> 勤能补拙、</w:t>
      </w:r>
    </w:p>
    <w:p w:rsidR="001B1F19" w14:textId="27C3F48A">
      <w:pPr>
        <w:rPr>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xml:space="preserve"> 天道酬勤。在未来的一百天中，我们将是这个地球上最勤勉的一群人，每个清晨，当大多数人还沉浸在梦乡中的时候，我们就要开始忙碌：或读书，或教书；每个夜晚，当大多数人已经沉入梦乡的时候，我们还不能停止操劳：或挑灯夜读，或深夜备课。我们一定会勤勤恳恳准备好每一份教案，精心准备好每一道试题，认真做好每一位同学的答卷批阅和分析工作，尽心尽力上好每一堂复习指导课和试卷讲评课，让你们的复习课更有收获，对你们的备考更有帮助。</w:t>
      </w:r>
      <w:r>
        <w:rPr>
          <w:lang w:eastAsia="zh-CN"/>
        </w:rPr>
        <w:br/>
      </w:r>
      <w:r>
        <w:rPr>
          <w:lang w:eastAsia="zh-CN"/>
        </w:rPr>
        <w:t>　　第二个字是谨字。未来的一百天中，我们需要严谨求学、严谨治学。绝不疏忽任何一个知识点，不忽略任何一个错误，不忽视任何一个细节，尽全力将每一天、每一节课、每一次考试都做得尽善尽美，不留缺憾。</w:t>
      </w:r>
      <w:r>
        <w:rPr>
          <w:lang w:eastAsia="zh-CN"/>
        </w:rPr>
        <w:br/>
      </w:r>
      <w:r>
        <w:rPr>
          <w:lang w:eastAsia="zh-CN"/>
        </w:rPr>
        <w:t>　　第三个字是灵字。在这一百天中，我们的学习、工作和生活都要注意讲求实效，灵活应对。作为高三年级的老师，我们一定会将你们的高考当作是自己的子女的高考一样来对待。我们一定会有针对性的给予每一个学生以不同的指导和帮助，尽我们所能地从学习、生活到心理调节等各个层面给予同学们更多的关爱。调动一切信息渠道，尽可能全面地收集最新最快的高层资讯，灵活有效地指导同学们备战高考，决胜高考。</w:t>
      </w:r>
      <w:r>
        <w:rPr>
          <w:lang w:eastAsia="zh-CN"/>
        </w:rPr>
        <w:br/>
      </w:r>
      <w:r>
        <w:rPr>
          <w:lang w:eastAsia="zh-CN"/>
        </w:rPr>
        <w:t>　　老师们，同学们，黄沙百战穿金甲，不破楼兰终不还，这应该成为我们坚定的信念！</w:t>
      </w:r>
    </w:p>
    <w:p w:rsidR="001B1F19" w14:textId="27C3F48A">
      <w:pPr>
        <w:rPr>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xml:space="preserve"> 海到无边天作岸，山登绝顶我为峰，这应该成为我们终极的目标；春风得意马蹄疾，一夜看尽长安花，这应该成为我们高考后的喜悦。春风吹，战鼓擂，冲刺高考谁怕谁？高三苦，高三累，百日冲刺决不后退。一百天后，我们将去参加一场华丽的晚宴，我们都将是晚宴上最耀眼的明星。我们相信，现在的每一滴汗水和每一份付出，都会交织成那绚丽的双翼，在六月破茧而出，在梦想的舞台上，绽放异彩。</w:t>
      </w:r>
      <w:r>
        <w:rPr>
          <w:lang w:eastAsia="zh-CN"/>
        </w:rPr>
        <w:br/>
      </w:r>
      <w:r>
        <w:rPr>
          <w:lang w:eastAsia="zh-CN"/>
        </w:rPr>
        <w:t>　　最后，衷心祝愿全体同学：心想事成，榜上有名，一鸣惊人！祝愿达开中学20__年高考再创辉煌、美名远扬！</w:t>
      </w:r>
      <w:r>
        <w:rPr>
          <w:lang w:eastAsia="zh-CN"/>
        </w:rPr>
        <w:br/>
      </w:r>
      <w:r>
        <w:rPr>
          <w:lang w:eastAsia="zh-CN"/>
        </w:rPr>
        <w:t>　　谢谢大家！</w:t>
      </w:r>
      <w:r>
        <w:rPr>
          <w:lang w:eastAsia="zh-CN"/>
        </w:rPr>
        <w:br/>
      </w:r>
      <w:r>
        <w:rPr>
          <w:lang w:eastAsia="zh-CN"/>
        </w:rPr>
        <w:t xml:space="preserve">    高三百日誓师教师发言稿 篇6 </w:t>
      </w:r>
      <w:r>
        <w:rPr>
          <w:lang w:eastAsia="zh-CN"/>
        </w:rPr>
        <w:br/>
      </w:r>
      <w:r>
        <w:rPr>
          <w:lang w:eastAsia="zh-CN"/>
        </w:rPr>
        <w:t>　　各位老师、同学：</w:t>
      </w:r>
      <w:r>
        <w:rPr>
          <w:lang w:eastAsia="zh-CN"/>
        </w:rPr>
        <w:br/>
      </w:r>
      <w:r>
        <w:rPr>
          <w:lang w:eastAsia="zh-CN"/>
        </w:rPr>
        <w:t>　　大家好!</w:t>
      </w:r>
      <w:r>
        <w:rPr>
          <w:lang w:eastAsia="zh-CN"/>
        </w:rPr>
        <w:br/>
      </w:r>
      <w:r>
        <w:rPr>
          <w:lang w:eastAsia="zh-CN"/>
        </w:rPr>
        <w:t>　　今天我们在这里招考高考百日誓师大会。在这特别的日子里，我代表高三全体教师为高三的同学们鼓劲、加油!</w:t>
      </w:r>
      <w:r>
        <w:rPr>
          <w:lang w:eastAsia="zh-CN"/>
        </w:rPr>
        <w:br/>
      </w:r>
      <w:r>
        <w:rPr>
          <w:lang w:eastAsia="zh-CN"/>
        </w:rPr>
        <w:t>　　同学们!风雨拼搏十几年，距离我们期盼的大学只有一百天了。大学梦，是人生梦的起点，没有经历过大学的人生是有缺憾的人生。</w:t>
      </w:r>
      <w:r>
        <w:rPr>
          <w:lang w:eastAsia="zh-CN"/>
        </w:rPr>
        <w:br/>
      </w:r>
      <w:r>
        <w:rPr>
          <w:lang w:eastAsia="zh-CN"/>
        </w:rPr>
        <w:t>　　为了这个理想，我们披星戴月、寒暑不停，我们阅读过可以摞成山的书籍，做完了满天飞的试卷;我们有过成绩一步一步上升的喜悦。也曾有过成绩飞落的泪水;作为你们的老师，几年来，我们朝夕相伴，踩着清晨的露珠来到学校，又在深夜星光下回到家中，几乎把自己的一切都献给了这一届高三，献给了可爱的你们。</w:t>
      </w:r>
      <w:r>
        <w:rPr>
          <w:lang w:eastAsia="zh-CN"/>
        </w:rPr>
        <w:br/>
      </w:r>
      <w:r>
        <w:rPr>
          <w:lang w:eastAsia="zh-CN"/>
        </w:rPr>
        <w:t>　　可是，那些一时看不到希望的人这样说，一百天的时间太长了。我想，他们无疑是准备放弃十几年的汗水和眼泪了。这让人十分遗憾，因为在接近目标的时候，你却选择了放弃。</w:t>
      </w:r>
      <w:r>
        <w:rPr>
          <w:lang w:eastAsia="zh-CN"/>
        </w:rPr>
        <w:br/>
      </w:r>
    </w:p>
    <w:p w:rsidR="001B1F19" w14:textId="27C3F48A">
      <w:pPr>
        <w:rPr>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许多人都知道亮剑精神。亮剑的精髓就在于不管你面对什么样的对手，首先要敢于亮出自己的宝剑，要敢于亮出自己的气势，即便就是倒下也要到在冲锋的路上，即便就是倒下也要维护一个剑客的尊严。懦弱不能赢得对手的同情，只能留下笑料，甚至在懦弱中灭亡。</w:t>
      </w:r>
      <w:r>
        <w:rPr>
          <w:lang w:eastAsia="zh-CN"/>
        </w:rPr>
        <w:br/>
      </w:r>
      <w:r>
        <w:rPr>
          <w:lang w:eastAsia="zh-CN"/>
        </w:rPr>
        <w:t>　　同学们，此“剑”不亮更待何时!我们不为高考而生，更不会为高考而死，但它既然已经挡到了我们生与死的道路之间，我们就要跨过去!</w:t>
      </w:r>
      <w:r>
        <w:rPr>
          <w:lang w:eastAsia="zh-CN"/>
        </w:rPr>
        <w:br/>
      </w:r>
      <w:r>
        <w:rPr>
          <w:lang w:eastAsia="zh-CN"/>
        </w:rPr>
        <w:t>　　同学们，世上有很多路，只有一条路不能选择——那就是放弃的路;世上没有绝望的处境，只有对处境绝望的人。从现在开始，再也不要抱怨他人，再也不要理会脚下的障碍。前进一步，如果没有用，就再向前一点。</w:t>
      </w:r>
      <w:r>
        <w:rPr>
          <w:lang w:eastAsia="zh-CN"/>
        </w:rPr>
        <w:br/>
      </w:r>
      <w:r>
        <w:rPr>
          <w:lang w:eastAsia="zh-CN"/>
        </w:rPr>
        <w:t>　　一百天的时间真的太短了，那些充满朝气、胸怀理想的同学会这样说。借此机会，我也向这些同学们提出一些建议。</w:t>
      </w:r>
      <w:r>
        <w:rPr>
          <w:lang w:eastAsia="zh-CN"/>
        </w:rPr>
        <w:br/>
      </w:r>
      <w:r>
        <w:rPr>
          <w:lang w:eastAsia="zh-CN"/>
        </w:rPr>
        <w:t>　　人生就是一场比赛，既要有万米长跑的耐力，又要有百米冲刺的速度，起跑位置并不是在一条线上，但谁又能说起跑位置在前的人，一定是第一个到达终点的胜利者呢!九百多天我们从风雨中走来了，在这最后的冲刺阶段，我们决不能松懈，同时要保持乐观自信的心理状态。</w:t>
      </w:r>
      <w:r>
        <w:rPr>
          <w:lang w:eastAsia="zh-CN"/>
        </w:rPr>
        <w:br/>
      </w:r>
    </w:p>
    <w:p w:rsidR="001B1F19" w14:textId="27C3F48A">
      <w:pPr>
        <w:rPr>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同学们，信心从哪里来，没有天生的信心，只有不断培养的信心。行动就是治愈恐惧的良药，而犹豫、拖延将不断滋养恐惧，为明天做准备的最好方法就是集中你所有智慧，所有的热忱，把今天的学习做得尽善尽美，这就是你能应付未来的唯一方法。</w:t>
      </w:r>
      <w:r>
        <w:rPr>
          <w:lang w:eastAsia="zh-CN"/>
        </w:rPr>
        <w:br/>
      </w:r>
      <w:r>
        <w:rPr>
          <w:lang w:eastAsia="zh-CN"/>
        </w:rPr>
        <w:t>　　同学们，高考将翻开你生命中崭新的一页，它会让你的梦想绚丽如画，让你的前程灿烂如星，让你的生命完美如歌，而这一切的可能，只有两个字能够实现——拼搏!</w:t>
      </w:r>
      <w:r>
        <w:rPr>
          <w:lang w:eastAsia="zh-CN"/>
        </w:rPr>
        <w:br/>
      </w:r>
      <w:r>
        <w:rPr>
          <w:lang w:eastAsia="zh-CN"/>
        </w:rPr>
        <w:t>　　同学们，高考号角已经吹响，我代表高三全体师生在这里郑重宣誓：</w:t>
      </w:r>
      <w:r>
        <w:rPr>
          <w:lang w:eastAsia="zh-CN"/>
        </w:rPr>
        <w:br/>
      </w:r>
      <w:r>
        <w:rPr>
          <w:lang w:eastAsia="zh-CN"/>
        </w:rPr>
        <w:t>　　壮志在胸，奋力拼搏!携手并进，共创辉煌!祝大家高考成功，梦想成真。</w:t>
      </w:r>
      <w:r>
        <w:rPr>
          <w:lang w:eastAsia="zh-CN"/>
        </w:rPr>
        <w:br/>
      </w:r>
      <w:r>
        <w:rPr>
          <w:lang w:eastAsia="zh-CN"/>
        </w:rPr>
        <w:t>　　谢谢大家。</w:t>
      </w:r>
      <w:r>
        <w:rPr>
          <w:lang w:eastAsia="zh-CN"/>
        </w:rPr>
        <w:br/>
      </w:r>
      <w:r>
        <w:rPr>
          <w:lang w:eastAsia="zh-CN"/>
        </w:rPr>
        <w:t xml:space="preserve">    高三百日誓师教师发言稿 篇7 </w:t>
      </w:r>
      <w:r>
        <w:rPr>
          <w:lang w:eastAsia="zh-CN"/>
        </w:rPr>
        <w:br/>
      </w:r>
      <w:r>
        <w:rPr>
          <w:lang w:eastAsia="zh-CN"/>
        </w:rPr>
        <w:t>　　1、严冬虽逝，乍暖还寒，但料峭的春寒遮不住我们挑战自我、迎接未来的信心和行动。</w:t>
      </w:r>
      <w:r>
        <w:rPr>
          <w:lang w:eastAsia="zh-CN"/>
        </w:rPr>
        <w:br/>
      </w:r>
      <w:r>
        <w:rPr>
          <w:lang w:eastAsia="zh-CN"/>
        </w:rPr>
        <w:t>　　2、今天，我们聚集在这里，隆重举行高考百日誓师大会，就是预祝在今年如火的夏季，打一场漂亮的胜仗;就是预祝在今年金黄的秋季，收获我们最甜美的梦想。在这个不同寻常的日子里，我们谨代表高三全体教师向同学们致以春天的祝福!</w:t>
      </w:r>
      <w:r>
        <w:rPr>
          <w:lang w:eastAsia="zh-CN"/>
        </w:rPr>
        <w:br/>
      </w:r>
      <w:r>
        <w:rPr>
          <w:lang w:eastAsia="zh-CN"/>
        </w:rPr>
        <w:t>　　3、同学们!风雨拼搏十几载，距离我们期盼的高考只有一百天了。高考，是人生的起点，没有经历高考的人生是有缺憾的。</w:t>
      </w:r>
      <w:r>
        <w:rPr>
          <w:lang w:eastAsia="zh-CN"/>
        </w:rPr>
        <w:br/>
      </w:r>
      <w:r>
        <w:rPr>
          <w:lang w:eastAsia="zh-CN"/>
        </w:rPr>
        <w:t>　　4、为了冲击高考，我们披星戴月、寒暑不停;为了圆梦高考，我们风雨兼程，今生无悔;</w:t>
      </w:r>
      <w:r>
        <w:rPr>
          <w:lang w:eastAsia="zh-CN"/>
        </w:rPr>
        <w:br/>
      </w:r>
      <w:r>
        <w:rPr>
          <w:lang w:eastAsia="zh-CN"/>
        </w:rPr>
        <w:t>　　5、为了老师的期盼，我们枕戈待旦，奋勇争先;为了父母的微笑，我们艰难跋涉，誓破楼兰。</w:t>
      </w:r>
      <w:r>
        <w:rPr>
          <w:lang w:eastAsia="zh-CN"/>
        </w:rPr>
        <w:br/>
      </w:r>
    </w:p>
    <w:p w:rsidR="001B1F19" w14:textId="27C3F48A">
      <w:pPr>
        <w:rPr>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6、逝去的时光，我们阅读过可以摞成山的书籍，做完了可以铺满地的试卷;我们有过成绩上升的喜悦，也曾有过成绩飞落的泪水，但我们终于迎来了这冲天一飞的机会。</w:t>
      </w:r>
      <w:r>
        <w:rPr>
          <w:lang w:eastAsia="zh-CN"/>
        </w:rPr>
        <w:br/>
      </w:r>
      <w:r>
        <w:rPr>
          <w:lang w:eastAsia="zh-CN"/>
        </w:rPr>
        <w:t>　　1、如果是雄鹰，就要翱翔天宇，搏击风浪，与风云际会。</w:t>
      </w:r>
      <w:r>
        <w:rPr>
          <w:lang w:eastAsia="zh-CN"/>
        </w:rPr>
        <w:br/>
      </w:r>
      <w:r>
        <w:rPr>
          <w:lang w:eastAsia="zh-CN"/>
        </w:rPr>
        <w:t>　　2、如果是猛虎，就要聚啸山巅，声震林越，显王者之威。</w:t>
      </w:r>
      <w:r>
        <w:rPr>
          <w:lang w:eastAsia="zh-CN"/>
        </w:rPr>
        <w:br/>
      </w:r>
      <w:r>
        <w:rPr>
          <w:lang w:eastAsia="zh-CN"/>
        </w:rPr>
        <w:t>　　3、如果是激流，就要纵穿沟壑，一路欢歌，汇流入海体味波澜壮阔。</w:t>
      </w:r>
      <w:r>
        <w:rPr>
          <w:lang w:eastAsia="zh-CN"/>
        </w:rPr>
        <w:br/>
      </w:r>
      <w:r>
        <w:rPr>
          <w:lang w:eastAsia="zh-CN"/>
        </w:rPr>
        <w:t>　　4、如果是山花，就要栉风沐雨，傲然绽放，烂漫出春天最迷人的光彩。</w:t>
      </w:r>
      <w:r>
        <w:rPr>
          <w:lang w:eastAsia="zh-CN"/>
        </w:rPr>
        <w:br/>
      </w:r>
      <w:r>
        <w:rPr>
          <w:lang w:eastAsia="zh-CN"/>
        </w:rPr>
        <w:t>　　5、同学们，你们是遵化一中的希望，你们一定能创造一中新的辉煌。</w:t>
      </w:r>
      <w:r>
        <w:rPr>
          <w:lang w:eastAsia="zh-CN"/>
        </w:rPr>
        <w:br/>
      </w:r>
      <w:r>
        <w:rPr>
          <w:lang w:eastAsia="zh-CN"/>
        </w:rPr>
        <w:t>　　6、你们肩负着父母的重托，一定能谱写20__最壮丽的乐章。</w:t>
      </w:r>
      <w:r>
        <w:rPr>
          <w:lang w:eastAsia="zh-CN"/>
        </w:rPr>
        <w:br/>
      </w:r>
      <w:r>
        <w:rPr>
          <w:lang w:eastAsia="zh-CN"/>
        </w:rPr>
        <w:t>　　1、昨天，也许你跌倒过，头破血流，伤痕累累;</w:t>
      </w:r>
      <w:r>
        <w:rPr>
          <w:lang w:eastAsia="zh-CN"/>
        </w:rPr>
        <w:br/>
      </w:r>
      <w:r>
        <w:rPr>
          <w:lang w:eastAsia="zh-CN"/>
        </w:rPr>
        <w:t>　　2、昨天，也许你徘徊过，心浮气躁，手足无措;</w:t>
      </w:r>
      <w:r>
        <w:rPr>
          <w:lang w:eastAsia="zh-CN"/>
        </w:rPr>
        <w:br/>
      </w:r>
      <w:r>
        <w:rPr>
          <w:lang w:eastAsia="zh-CN"/>
        </w:rPr>
        <w:t>　　3、昨天，也许你因为一道无解的题而大发脾气，踌躇踯躅;</w:t>
      </w:r>
      <w:r>
        <w:rPr>
          <w:lang w:eastAsia="zh-CN"/>
        </w:rPr>
        <w:br/>
      </w:r>
      <w:r>
        <w:rPr>
          <w:lang w:eastAsia="zh-CN"/>
        </w:rPr>
        <w:t>　　4、昨天，也许你因为一次考试失败而夜不能寐，悲伤失意。</w:t>
      </w:r>
      <w:r>
        <w:rPr>
          <w:lang w:eastAsia="zh-CN"/>
        </w:rPr>
        <w:br/>
      </w:r>
      <w:r>
        <w:rPr>
          <w:lang w:eastAsia="zh-CN"/>
        </w:rPr>
        <w:t>　　5、但，你们要知道，100天，100天可以创造奇迹，100天可以书写神奇;100天可以让阳光明媚，100天可以让人生无悔。</w:t>
      </w:r>
      <w:r>
        <w:rPr>
          <w:lang w:eastAsia="zh-CN"/>
        </w:rPr>
        <w:br/>
      </w:r>
      <w:r>
        <w:rPr>
          <w:lang w:eastAsia="zh-CN"/>
        </w:rPr>
        <w:t>　　6、努力吧，拼搏吧，奋斗吧，你们还等什么!</w:t>
      </w:r>
      <w:r>
        <w:rPr>
          <w:lang w:eastAsia="zh-CN"/>
        </w:rPr>
        <w:br/>
      </w:r>
      <w:r>
        <w:rPr>
          <w:lang w:eastAsia="zh-CN"/>
        </w:rPr>
        <w:t>　　1、同学们，你们要知道，行百里者半九十，黎明前最黑暗;</w:t>
      </w:r>
      <w:r>
        <w:rPr>
          <w:lang w:eastAsia="zh-CN"/>
        </w:rPr>
        <w:br/>
      </w:r>
      <w:r>
        <w:rPr>
          <w:lang w:eastAsia="zh-CN"/>
        </w:rPr>
        <w:t>　　2、你们要知道，稍一分神，就可能落入深渊，跌入谷底;</w:t>
      </w:r>
      <w:r>
        <w:rPr>
          <w:lang w:eastAsia="zh-CN"/>
        </w:rPr>
        <w:br/>
      </w:r>
      <w:r>
        <w:rPr>
          <w:lang w:eastAsia="zh-CN"/>
        </w:rPr>
        <w:t>　　3、你们要知道，人生只是单程票，没有回，只有去;</w:t>
      </w:r>
      <w:r>
        <w:rPr>
          <w:lang w:eastAsia="zh-CN"/>
        </w:rPr>
        <w:br/>
      </w:r>
    </w:p>
    <w:p w:rsidR="001B1F19" w14:textId="27C3F48A">
      <w:pPr>
        <w:rPr>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4、你们要知道，世事无成，只能仰天长叹，空余悲情。</w:t>
      </w:r>
      <w:r>
        <w:rPr>
          <w:lang w:eastAsia="zh-CN"/>
        </w:rPr>
        <w:br/>
      </w:r>
      <w:r>
        <w:rPr>
          <w:lang w:eastAsia="zh-CN"/>
        </w:rPr>
        <w:t>　　5、你们还等什么，奋斗吧，拼搏吧，努力吧，用青春和热血书写人生最浓墨重彩的一笔!</w:t>
      </w:r>
      <w:r>
        <w:rPr>
          <w:lang w:eastAsia="zh-CN"/>
        </w:rPr>
        <w:br/>
      </w:r>
      <w:r>
        <w:rPr>
          <w:lang w:eastAsia="zh-CN"/>
        </w:rPr>
        <w:t>　　6、同学们，宝剑在手，寒梅飘香，背水一战的时刻来到了!“十年砺剑百日策马闯雄关，一朝试锋六月扬眉传佳音”，我们坚信今年六月的硕果会更加飘香，六月的笑脸将更加灿烂。</w:t>
      </w:r>
      <w:r>
        <w:rPr>
          <w:lang w:eastAsia="zh-CN"/>
        </w:rPr>
        <w:br/>
      </w:r>
      <w:r>
        <w:rPr>
          <w:lang w:eastAsia="zh-CN"/>
        </w:rPr>
        <w:t>　　1、作为高三教师，在这最后一百天里，我们将忠于职守，以校为家;我们将精诚团结，通力合作;</w:t>
      </w:r>
      <w:r>
        <w:rPr>
          <w:lang w:eastAsia="zh-CN"/>
        </w:rPr>
        <w:br/>
      </w:r>
      <w:r>
        <w:rPr>
          <w:lang w:eastAsia="zh-CN"/>
        </w:rPr>
        <w:t>　　2、我们会本着“严管、实干”的宗旨，以敬业务实的精神开拓进取;我们会发扬遵化一中的“团队精神、无私奉献精神、艰苦奋斗精神”;</w:t>
      </w:r>
      <w:r>
        <w:rPr>
          <w:lang w:eastAsia="zh-CN"/>
        </w:rPr>
        <w:br/>
      </w:r>
      <w:r>
        <w:rPr>
          <w:lang w:eastAsia="zh-CN"/>
        </w:rPr>
        <w:t>　　3、我们会秉承“夯实基础、找准路子、抓住弱点、提高能力”的备考原则;我们会立足讲台，对全体学生“高标准、严要求、想周到、做细致”;</w:t>
      </w:r>
      <w:r>
        <w:rPr>
          <w:lang w:eastAsia="zh-CN"/>
        </w:rPr>
        <w:br/>
      </w:r>
      <w:r>
        <w:rPr>
          <w:lang w:eastAsia="zh-CN"/>
        </w:rPr>
        <w:t>　　4、我们将笑对全体学生的提问和质疑;我们将刻苦钻研，潜心备课，不断更新教育理念，努力完善教学方法;</w:t>
      </w:r>
      <w:r>
        <w:rPr>
          <w:lang w:eastAsia="zh-CN"/>
        </w:rPr>
        <w:br/>
      </w:r>
      <w:r>
        <w:rPr>
          <w:lang w:eastAsia="zh-CN"/>
        </w:rPr>
        <w:t>　　5、我们将随时关注高考动态，采集高考最新信息……</w:t>
      </w:r>
      <w:r>
        <w:rPr>
          <w:lang w:eastAsia="zh-CN"/>
        </w:rPr>
        <w:br/>
      </w:r>
      <w:r>
        <w:rPr>
          <w:lang w:eastAsia="zh-CN"/>
        </w:rPr>
        <w:t>　　6、我们将携手并肩，奋力耕耘，竭尽全力为你们服务。</w:t>
      </w:r>
      <w:r>
        <w:rPr>
          <w:lang w:eastAsia="zh-CN"/>
        </w:rPr>
        <w:br/>
      </w:r>
      <w:r>
        <w:rPr>
          <w:lang w:eastAsia="zh-CN"/>
        </w:rPr>
        <w:t>　　合：“甘将心血化时雨，润出桃花一片红。”我们相信通过我们的共同努力，一定能铸就一中辉煌灿烂的明天。</w:t>
      </w:r>
      <w:r>
        <w:rPr>
          <w:lang w:eastAsia="zh-CN"/>
        </w:rPr>
        <w:br/>
      </w:r>
      <w:r>
        <w:rPr>
          <w:lang w:eastAsia="zh-CN"/>
        </w:rPr>
        <w:t>　　1、2、作为老师的我们将与你们风雨同行，相信有你们的地方，有你们的时刻，就会有我们的身影。</w:t>
      </w:r>
      <w:r>
        <w:rPr>
          <w:lang w:eastAsia="zh-CN"/>
        </w:rPr>
        <w:br/>
      </w:r>
    </w:p>
    <w:p w:rsidR="001B1F19" w14:textId="27C3F48A">
      <w:pPr>
        <w:rPr>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3、4、虽然我们不能给你们带来奇迹，但我们一定会为你们在冲刺的跑道上加油助威!</w:t>
      </w:r>
      <w:r>
        <w:rPr>
          <w:lang w:eastAsia="zh-CN"/>
        </w:rPr>
        <w:br/>
      </w:r>
      <w:r>
        <w:rPr>
          <w:lang w:eastAsia="zh-CN"/>
        </w:rPr>
        <w:t>　　5、6、当你们取得进步，我们会为你们欢呼;当你们遇到挫折和困难;我们会与你们共渡难关，我们将与你们同舟共济，永远做你们的坚强后盾!</w:t>
      </w:r>
      <w:r>
        <w:rPr>
          <w:lang w:eastAsia="zh-CN"/>
        </w:rPr>
        <w:br/>
      </w:r>
      <w:r>
        <w:rPr>
          <w:lang w:eastAsia="zh-CN"/>
        </w:rPr>
        <w:t>　　合：你们的成功会是我们最大的欣慰和骄傲!</w:t>
      </w:r>
      <w:r>
        <w:rPr>
          <w:lang w:eastAsia="zh-CN"/>
        </w:rPr>
        <w:br/>
      </w:r>
      <w:r>
        <w:rPr>
          <w:lang w:eastAsia="zh-CN"/>
        </w:rPr>
        <w:t>　　合：就让我们全体高三师生用勤奋和汗水，用智慧和热情，抓住这宝贵的今天，创造美好灿烂的明天!</w:t>
      </w:r>
      <w:r>
        <w:rPr>
          <w:lang w:eastAsia="zh-CN"/>
        </w:rPr>
        <w:br/>
      </w:r>
      <w:r>
        <w:rPr>
          <w:lang w:eastAsia="zh-CN"/>
        </w:rPr>
        <w:t>　　高三全体教师起立，让我们举起右手，庄严宣誓：</w:t>
      </w:r>
      <w:r>
        <w:rPr>
          <w:lang w:eastAsia="zh-CN"/>
        </w:rPr>
        <w:br/>
      </w:r>
      <w:r>
        <w:rPr>
          <w:lang w:eastAsia="zh-CN"/>
        </w:rPr>
        <w:t>　　艰苦奋斗 无私奉献 同心同德 奋战百天</w:t>
      </w:r>
      <w:r>
        <w:rPr>
          <w:lang w:eastAsia="zh-CN"/>
        </w:rPr>
        <w:br/>
      </w:r>
      <w:r>
        <w:rPr>
          <w:lang w:eastAsia="zh-CN"/>
        </w:rPr>
        <w:t>　　心无旁务 精心备考 提高效率 再创佳绩</w:t>
      </w:r>
      <w:r>
        <w:rPr>
          <w:lang w:eastAsia="zh-CN"/>
        </w:rPr>
        <w:br/>
      </w:r>
      <w:r>
        <w:rPr>
          <w:lang w:eastAsia="zh-CN"/>
        </w:rPr>
        <w:t>　　奋战百天 再创佳绩 奋战百天 再创佳绩</w:t>
      </w:r>
      <w:r>
        <w:rPr>
          <w:lang w:eastAsia="zh-CN"/>
        </w:rPr>
        <w:br/>
      </w:r>
      <w:r>
        <w:rPr>
          <w:lang w:eastAsia="zh-CN"/>
        </w:rPr>
        <w:t xml:space="preserve">    高三百日誓师教师发言稿 篇8 </w:t>
      </w:r>
      <w:r>
        <w:rPr>
          <w:lang w:eastAsia="zh-CN"/>
        </w:rPr>
        <w:br/>
      </w:r>
      <w:r>
        <w:rPr>
          <w:lang w:eastAsia="zh-CN"/>
        </w:rPr>
        <w:t>　　尊敬的领导，亲爱的老师，同学们：</w:t>
      </w:r>
      <w:r>
        <w:rPr>
          <w:lang w:eastAsia="zh-CN"/>
        </w:rPr>
        <w:br/>
      </w:r>
      <w:r>
        <w:rPr>
          <w:lang w:eastAsia="zh-CN"/>
        </w:rPr>
        <w:t>　　大家下午好!</w:t>
      </w:r>
      <w:r>
        <w:rPr>
          <w:lang w:eastAsia="zh-CN"/>
        </w:rPr>
        <w:br/>
      </w:r>
      <w:r>
        <w:rPr>
          <w:lang w:eastAsia="zh-CN"/>
        </w:rPr>
        <w:t>　　今天，我们相聚于此，隆重举行高20__级高考百日誓师大会。作为一名高三教师，此刻我最想说的是：朋友们，你们一定行。最后的胜利，一定属于你们。</w:t>
      </w:r>
      <w:r>
        <w:rPr>
          <w:lang w:eastAsia="zh-CN"/>
        </w:rPr>
        <w:br/>
      </w:r>
      <w:r>
        <w:rPr>
          <w:lang w:eastAsia="zh-CN"/>
        </w:rPr>
        <w:t>　　今天，我们要坚定一个共同的，一天涨一分，一百天涨一百分。只要你坚信不疑，只要你尽心尽力，只要你永不放弃，最后的奇迹，一定属于你。</w:t>
      </w:r>
      <w:r>
        <w:rPr>
          <w:lang w:eastAsia="zh-CN"/>
        </w:rPr>
        <w:br/>
      </w:r>
    </w:p>
    <w:p w:rsidR="001B1F19" w14:textId="27C3F48A">
      <w:pPr>
        <w:rPr>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我们中学__级有一位考进__大学的优秀毕业生叫__，她在给母校的一封信中这样写道：记得高考前最后三个月时，我就是利用每天早操前后的时间背诵英语单词。结果一本一百多页的高考词汇居然被我背的倒背如流，因此英语学科考出了__分的好成绩。</w:t>
      </w:r>
      <w:r>
        <w:rPr>
          <w:lang w:eastAsia="zh-CN"/>
        </w:rPr>
        <w:br/>
      </w:r>
      <w:r>
        <w:rPr>
          <w:lang w:eastAsia="zh-CN"/>
        </w:rPr>
        <w:t>　　同学们，如果你荒废了高一高二，但你还拥有高三最宝贵的时间。如果你没有把握好刚过去的一学期，剩下一百天还等待你去创造奇迹!</w:t>
      </w:r>
      <w:r>
        <w:rPr>
          <w:lang w:eastAsia="zh-CN"/>
        </w:rPr>
        <w:br/>
      </w:r>
      <w:r>
        <w:rPr>
          <w:lang w:eastAsia="zh-CN"/>
        </w:rPr>
        <w:t>　　问苍茫大地，谁主沉浮?成绩永远需要默默耕耘，金榜题名必先寒窗苦读。这条路我们走了十二年了，还有最后一百天，我们的同学该怎么做?</w:t>
      </w:r>
      <w:r>
        <w:rPr>
          <w:lang w:eastAsia="zh-CN"/>
        </w:rPr>
        <w:br/>
      </w:r>
      <w:r>
        <w:rPr>
          <w:lang w:eastAsia="zh-CN"/>
        </w:rPr>
        <w:t>　　从今天起，发誓做一个上进的人，瞄准目标，誓死达到。</w:t>
      </w:r>
      <w:r>
        <w:rPr>
          <w:lang w:eastAsia="zh-CN"/>
        </w:rPr>
        <w:br/>
      </w:r>
      <w:r>
        <w:rPr>
          <w:lang w:eastAsia="zh-CN"/>
        </w:rPr>
        <w:t>　　从今天起，发誓做一个认真的人，聚精会神，精益求精。</w:t>
      </w:r>
      <w:r>
        <w:rPr>
          <w:lang w:eastAsia="zh-CN"/>
        </w:rPr>
        <w:br/>
      </w:r>
      <w:r>
        <w:rPr>
          <w:lang w:eastAsia="zh-CN"/>
        </w:rPr>
        <w:t>　　从今天起，发誓做一个大气的人，激情飞扬，胸怀坦荡。</w:t>
      </w:r>
      <w:r>
        <w:rPr>
          <w:lang w:eastAsia="zh-CN"/>
        </w:rPr>
        <w:br/>
      </w:r>
      <w:r>
        <w:rPr>
          <w:lang w:eastAsia="zh-CN"/>
        </w:rPr>
        <w:t>　　从今天起，发誓做一个坚强的人，完善修养，百炼成钢。</w:t>
      </w:r>
      <w:r>
        <w:rPr>
          <w:lang w:eastAsia="zh-CN"/>
        </w:rPr>
        <w:br/>
      </w:r>
      <w:r>
        <w:rPr>
          <w:lang w:eastAsia="zh-CN"/>
        </w:rPr>
        <w:t>　　从今天起，发誓做一个执著的人，到底，永不放弃!</w:t>
      </w:r>
      <w:r>
        <w:rPr>
          <w:lang w:eastAsia="zh-CN"/>
        </w:rPr>
        <w:br/>
      </w:r>
      <w:r>
        <w:rPr>
          <w:lang w:eastAsia="zh-CN"/>
        </w:rPr>
        <w:t>　　坚持到底，永不放弃!!</w:t>
      </w:r>
      <w:r>
        <w:rPr>
          <w:lang w:eastAsia="zh-CN"/>
        </w:rPr>
        <w:br/>
      </w:r>
      <w:r>
        <w:rPr>
          <w:lang w:eastAsia="zh-CN"/>
        </w:rPr>
        <w:t>　　坚持到底，永不放弃!!!</w:t>
      </w:r>
      <w:r>
        <w:rPr>
          <w:lang w:eastAsia="zh-CN"/>
        </w:rPr>
        <w:br/>
      </w:r>
      <w:r>
        <w:rPr>
          <w:lang w:eastAsia="zh-CN"/>
        </w:rPr>
        <w:t>　　谢谢!</w:t>
      </w:r>
      <w:r>
        <w:rPr>
          <w:lang w:eastAsia="zh-CN"/>
        </w:rPr>
        <w:br/>
      </w:r>
      <w:r>
        <w:rPr>
          <w:lang w:eastAsia="zh-CN"/>
        </w:rPr>
        <w:t xml:space="preserve">    高三百日誓师教师发言稿 篇9 没有平坦宽阔的金光大道，  </w:t>
      </w:r>
      <w:r>
        <w:rPr>
          <w:lang w:eastAsia="zh-CN"/>
        </w:rPr>
        <w:br/>
      </w:r>
      <w:r>
        <w:rPr>
          <w:lang w:eastAsia="zh-CN"/>
        </w:rPr>
        <w:t>　　只见泥泞危险的崎岖小路；</w:t>
      </w:r>
      <w:r>
        <w:rPr>
          <w:lang w:eastAsia="zh-CN"/>
        </w:rPr>
        <w:br/>
      </w:r>
      <w:r>
        <w:rPr>
          <w:lang w:eastAsia="zh-CN"/>
        </w:rPr>
        <w:t>　　没有波澜不惊的平静河流，</w:t>
      </w:r>
      <w:r>
        <w:rPr>
          <w:lang w:eastAsia="zh-CN"/>
        </w:rPr>
        <w:br/>
      </w:r>
      <w:r>
        <w:rPr>
          <w:lang w:eastAsia="zh-CN"/>
        </w:rPr>
        <w:t>　　只见充斥漩涡的暗流险滩；</w:t>
      </w:r>
      <w:r>
        <w:rPr>
          <w:lang w:eastAsia="zh-CN"/>
        </w:rPr>
        <w:br/>
      </w:r>
      <w:r>
        <w:rPr>
          <w:lang w:eastAsia="zh-CN"/>
        </w:rPr>
        <w:t>　　没有碧空万里的澄澈苍穹，</w:t>
      </w:r>
      <w:r>
        <w:rPr>
          <w:lang w:eastAsia="zh-CN"/>
        </w:rPr>
        <w:br/>
      </w:r>
    </w:p>
    <w:p w:rsidR="001B1F19" w14:textId="27C3F48A">
      <w:pPr>
        <w:rPr>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只见阴云密布的雾霾天空。</w:t>
      </w:r>
      <w:r>
        <w:rPr>
          <w:lang w:eastAsia="zh-CN"/>
        </w:rPr>
        <w:br/>
      </w:r>
      <w:r>
        <w:rPr>
          <w:lang w:eastAsia="zh-CN"/>
        </w:rPr>
        <w:t>　　&amp;&amp;我们，行进在高三漫漫的征途，</w:t>
      </w:r>
      <w:r>
        <w:rPr>
          <w:lang w:eastAsia="zh-CN"/>
        </w:rPr>
        <w:br/>
      </w:r>
      <w:r>
        <w:rPr>
          <w:lang w:eastAsia="zh-CN"/>
        </w:rPr>
        <w:t>　　&amp;&amp;我们，手握着通向未来的道路。</w:t>
      </w:r>
      <w:r>
        <w:rPr>
          <w:lang w:eastAsia="zh-CN"/>
        </w:rPr>
        <w:br/>
      </w:r>
      <w:r>
        <w:rPr>
          <w:lang w:eastAsia="zh-CN"/>
        </w:rPr>
        <w:t>　　当试卷如同飞雪般刮来时，我们能否后退？</w:t>
      </w:r>
      <w:r>
        <w:rPr>
          <w:lang w:eastAsia="zh-CN"/>
        </w:rPr>
        <w:br/>
      </w:r>
      <w:r>
        <w:rPr>
          <w:lang w:eastAsia="zh-CN"/>
        </w:rPr>
        <w:t>　　当习题如同雨点般打来时，我们能否逃避？</w:t>
      </w:r>
      <w:r>
        <w:rPr>
          <w:lang w:eastAsia="zh-CN"/>
        </w:rPr>
        <w:br/>
      </w:r>
      <w:r>
        <w:rPr>
          <w:lang w:eastAsia="zh-CN"/>
        </w:rPr>
        <w:t>　　当鲜红的分数刺痛我们的眼，也刺痛我们的心时，我们能否沮丧，郁郁寡欢？</w:t>
      </w:r>
      <w:r>
        <w:rPr>
          <w:lang w:eastAsia="zh-CN"/>
        </w:rPr>
        <w:br/>
      </w:r>
      <w:r>
        <w:rPr>
          <w:lang w:eastAsia="zh-CN"/>
        </w:rPr>
        <w:t>　　当看见同学的成绩扶摇直上，自己却止步不前时，我们能否颓唐，就此放弃？</w:t>
      </w:r>
      <w:r>
        <w:rPr>
          <w:lang w:eastAsia="zh-CN"/>
        </w:rPr>
        <w:br/>
      </w:r>
      <w:r>
        <w:rPr>
          <w:lang w:eastAsia="zh-CN"/>
        </w:rPr>
        <w:t>　　不！因为我们没有后退的余地！</w:t>
      </w:r>
      <w:r>
        <w:rPr>
          <w:lang w:eastAsia="zh-CN"/>
        </w:rPr>
        <w:br/>
      </w:r>
      <w:r>
        <w:rPr>
          <w:lang w:eastAsia="zh-CN"/>
        </w:rPr>
        <w:t>　　高三意味着冰与火的考验，血与泪的洗礼！</w:t>
      </w:r>
      <w:r>
        <w:rPr>
          <w:lang w:eastAsia="zh-CN"/>
        </w:rPr>
        <w:br/>
      </w:r>
      <w:r>
        <w:rPr>
          <w:lang w:eastAsia="zh-CN"/>
        </w:rPr>
        <w:t>　　虽然脚下，是崎岖的道路，是令人疲惫的征途，是蔓草，是乱枝，还有刺人的荆棘；</w:t>
      </w:r>
      <w:r>
        <w:rPr>
          <w:lang w:eastAsia="zh-CN"/>
        </w:rPr>
        <w:br/>
      </w:r>
      <w:r>
        <w:rPr>
          <w:lang w:eastAsia="zh-CN"/>
        </w:rPr>
        <w:t>　　但是肩头，是父母的期待，是老师的希望，是同学的信任，还有&amp;&amp;那自己的豪言壮语，和非凡志气。</w:t>
      </w:r>
      <w:r>
        <w:rPr>
          <w:lang w:eastAsia="zh-CN"/>
        </w:rPr>
        <w:br/>
      </w:r>
      <w:r>
        <w:rPr>
          <w:lang w:eastAsia="zh-CN"/>
        </w:rPr>
        <w:t>　　高三的磨难，是大浪淘沙的砥砺，也是英雄诞生的赞曲；</w:t>
      </w:r>
      <w:r>
        <w:rPr>
          <w:lang w:eastAsia="zh-CN"/>
        </w:rPr>
        <w:br/>
      </w:r>
      <w:r>
        <w:rPr>
          <w:lang w:eastAsia="zh-CN"/>
        </w:rPr>
        <w:t>　　高三的疲惫，是应当付出的代价，也是迈向成功的阶梯！</w:t>
      </w:r>
      <w:r>
        <w:rPr>
          <w:lang w:eastAsia="zh-CN"/>
        </w:rPr>
        <w:br/>
      </w:r>
      <w:r>
        <w:rPr>
          <w:lang w:eastAsia="zh-CN"/>
        </w:rPr>
        <w:t>　　我们，有揽明月九天，取巨鳌撑天的宏图大志；我们，有精卫填海、夸父逐日的不懈坚持；</w:t>
      </w:r>
      <w:r>
        <w:rPr>
          <w:lang w:eastAsia="zh-CN"/>
        </w:rPr>
        <w:br/>
      </w:r>
      <w:r>
        <w:rPr>
          <w:lang w:eastAsia="zh-CN"/>
        </w:rPr>
        <w:t>　　我们，有风寒问雪路，傲然踏山河的无限自信，我们，有绝尽江河时，悬帆济沧海的不停进取。</w:t>
      </w:r>
      <w:r>
        <w:rPr>
          <w:lang w:eastAsia="zh-CN"/>
        </w:rPr>
        <w:br/>
      </w:r>
      <w:r>
        <w:rPr>
          <w:lang w:eastAsia="zh-CN"/>
        </w:rPr>
        <w:t>　　不断地奋斗，不懈地努力，</w:t>
      </w:r>
      <w:r>
        <w:rPr>
          <w:lang w:eastAsia="zh-CN"/>
        </w:rPr>
        <w:br/>
      </w:r>
    </w:p>
    <w:p w:rsidR="001B1F19" w14:textId="27C3F48A">
      <w:pPr>
        <w:rPr>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就让风雨成为催人奋进的战鼓，</w:t>
      </w:r>
      <w:r>
        <w:rPr>
          <w:lang w:eastAsia="zh-CN"/>
        </w:rPr>
        <w:br/>
      </w:r>
      <w:r>
        <w:rPr>
          <w:lang w:eastAsia="zh-CN"/>
        </w:rPr>
        <w:t>　　就让天地赐予我们无尽的勇气！</w:t>
      </w:r>
      <w:r>
        <w:rPr>
          <w:lang w:eastAsia="zh-CN"/>
        </w:rPr>
        <w:br/>
      </w:r>
      <w:r>
        <w:rPr>
          <w:lang w:eastAsia="zh-CN"/>
        </w:rPr>
        <w:t>　　就让我们翻飞为一只只雨燕，在暴风骤雨中徜徉，迎接湛蓝的苍穹，</w:t>
      </w:r>
      <w:r>
        <w:rPr>
          <w:lang w:eastAsia="zh-CN"/>
        </w:rPr>
        <w:br/>
      </w:r>
      <w:r>
        <w:rPr>
          <w:lang w:eastAsia="zh-CN"/>
        </w:rPr>
        <w:t>　　就让我们化身为一条条剑鱼，在惊涛骇浪中奔波，冲向自己的目的地！</w:t>
      </w:r>
      <w:r>
        <w:rPr>
          <w:lang w:eastAsia="zh-CN"/>
        </w:rPr>
        <w:br/>
      </w:r>
      <w:r>
        <w:rPr>
          <w:lang w:eastAsia="zh-CN"/>
        </w:rPr>
        <w:t>　　波澜壮阔的历史，将在这100天里，由我们创造；</w:t>
      </w:r>
      <w:r>
        <w:rPr>
          <w:lang w:eastAsia="zh-CN"/>
        </w:rPr>
        <w:br/>
      </w:r>
      <w:r>
        <w:rPr>
          <w:lang w:eastAsia="zh-CN"/>
        </w:rPr>
        <w:t>　　荡气回肠的未来，将在这100天里，由我们挥毫！</w:t>
      </w:r>
      <w:r>
        <w:rPr>
          <w:lang w:eastAsia="zh-CN"/>
        </w:rPr>
        <w:br/>
      </w:r>
      <w:r>
        <w:rPr>
          <w:lang w:eastAsia="zh-CN"/>
        </w:rPr>
        <w:t>　　不为功勋，不为名利，</w:t>
      </w:r>
      <w:r>
        <w:rPr>
          <w:lang w:eastAsia="zh-CN"/>
        </w:rPr>
        <w:br/>
      </w:r>
      <w:r>
        <w:rPr>
          <w:lang w:eastAsia="zh-CN"/>
        </w:rPr>
        <w:t>　　只为那三年奋斗的意义；</w:t>
      </w:r>
      <w:r>
        <w:rPr>
          <w:lang w:eastAsia="zh-CN"/>
        </w:rPr>
        <w:br/>
      </w:r>
      <w:r>
        <w:rPr>
          <w:lang w:eastAsia="zh-CN"/>
        </w:rPr>
        <w:t>　　坚定信念，不轻言放弃，</w:t>
      </w:r>
      <w:r>
        <w:rPr>
          <w:lang w:eastAsia="zh-CN"/>
        </w:rPr>
        <w:br/>
      </w:r>
      <w:r>
        <w:rPr>
          <w:lang w:eastAsia="zh-CN"/>
        </w:rPr>
        <w:t>　　让我们的青春岁月，就此变得多彩、绚丽！</w:t>
      </w:r>
      <w:r>
        <w:rPr>
          <w:lang w:eastAsia="zh-CN"/>
        </w:rPr>
        <w:br/>
      </w:r>
      <w:r>
        <w:rPr>
          <w:lang w:eastAsia="zh-CN"/>
        </w:rPr>
        <w:t xml:space="preserve">    高三百日誓师教师发言稿 篇10 </w:t>
      </w:r>
      <w:r>
        <w:rPr>
          <w:lang w:eastAsia="zh-CN"/>
        </w:rPr>
        <w:br/>
      </w:r>
      <w:r>
        <w:rPr>
          <w:lang w:eastAsia="zh-CN"/>
        </w:rPr>
        <w:t>　　尊敬的领导，亲爱的老师，同学们：</w:t>
      </w:r>
      <w:r>
        <w:rPr>
          <w:lang w:eastAsia="zh-CN"/>
        </w:rPr>
        <w:br/>
      </w:r>
      <w:r>
        <w:rPr>
          <w:lang w:eastAsia="zh-CN"/>
        </w:rPr>
        <w:t>　　下午好!</w:t>
      </w:r>
      <w:r>
        <w:rPr>
          <w:lang w:eastAsia="zh-CN"/>
        </w:rPr>
        <w:br/>
      </w:r>
      <w:r>
        <w:rPr>
          <w:lang w:eastAsia="zh-CN"/>
        </w:rPr>
        <w:t>　　今天，我们聚集在这里，隆重地举行迎高考誓师大会，就是为了要在剩余的一百天里，打一场漂亮的大胜仗。</w:t>
      </w:r>
      <w:r>
        <w:rPr>
          <w:lang w:eastAsia="zh-CN"/>
        </w:rPr>
        <w:br/>
      </w:r>
    </w:p>
    <w:p w:rsidR="001B1F19" w14:textId="27C3F48A">
      <w:pPr>
        <w:rPr>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亲爱的同学们，时光荏苒，逝者如斯，两年前，你们带着纯真的笑脸、求知的热情、成长的渴望，唱着《相逢是首歌》走进了彼此的生活，投入到了__的怀抱中，如今，你们曾经的青葱少年，已经成长为谦谦君子。两年来，在学校领导们的殷切关怀和所有老师的无私奉献中，你们以青春的热情，驱走三九严寒。以严谨的治学，又迎来如火骄阳。你们一起在烈日下，迎接着军训的磨练，不说苦、不喊累，换来了班级墙壁上第一张奖状。高二分班时你们艰难的抉择?同学间真诚的友谊一直陪伴我们走到现在。在南京成人礼的宣誓中，你们郑重庄严承诺，要以决绝真心担负起人生使命。你一定记得，这一切都如昨日刚刚转身离去。</w:t>
      </w:r>
      <w:r>
        <w:rPr>
          <w:lang w:eastAsia="zh-CN"/>
        </w:rPr>
        <w:br/>
      </w:r>
      <w:r>
        <w:rPr>
          <w:lang w:eastAsia="zh-CN"/>
        </w:rPr>
        <w:t>　　可是此时，我们已经置身于教室，开始了我们迈向高考的漫漫征程。两年时光转瞬而逝，曾留下多少值得珍藏的过往。看着眼前你们这一张张意气风发的面孔，都将以这里为起点开始腾飞，老师们的心里怎能不溢满奉献的光荣与骄傲。当然，我要说，同学们，如果没有你们，我的生活也许不会这样痛苦。但是，我更要说，如果不是你们，我更不会这样痛并快乐着。</w:t>
      </w:r>
      <w:r>
        <w:rPr>
          <w:lang w:eastAsia="zh-CN"/>
        </w:rPr>
        <w:br/>
      </w:r>
      <w:r>
        <w:rPr>
          <w:lang w:eastAsia="zh-CN"/>
        </w:rPr>
        <w:t>　　再回首，幸福总是这样短暂而令人留恋。但是今天，在这高中的收获季节，高三的冲刺阶段，我们更需要憧憬和努力。如果把高中三年的学习生活比作一次马拉松，那么同学们，高三马拉松的最后一圈已经开始了，无论你现在是清醒还是迷茫，是疲惫还是轻松，也无论你是在领跑还是已经落后，从今天开始，我们必须要做和只能做好的唯一一件事，就是全力以赴、奋力向前。</w:t>
      </w:r>
      <w:r>
        <w:rPr>
          <w:lang w:eastAsia="zh-CN"/>
        </w:rPr>
        <w:br/>
      </w:r>
      <w:r>
        <w:rPr>
          <w:lang w:eastAsia="zh-CN"/>
        </w:rPr>
        <w:t>　　路在每一个人的脚延伸下，命运却只在自己手中掌握。能成为太阳，就绝不要做月亮。能成为参天大树，你怎甘心去做无名小草!巍峨险峻的高山挡不住汹涌澎湃的激流，汹涌澎湃的激流也永远挡不住乘风破浪的飞舟!</w:t>
      </w:r>
      <w:r>
        <w:rPr>
          <w:lang w:eastAsia="zh-CN"/>
        </w:rPr>
        <w:br/>
      </w:r>
    </w:p>
    <w:p w:rsidR="001B1F19" w14:textId="27C3F48A">
      <w:pPr>
        <w:rPr>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同学们，精神成就事业，态度决定命运。在今日，在此时，你们必须明白，也必须时刻牢记，只有选择勤勉与奋斗，你才是选择希望和收获。只有选择纪律与约束，你才可能选择理智和自由。而选择接受痛苦与失败的历练，你就是选择在走向练达和成熟。而若敢于选择拼搏并超越，你就一定能收获成功和辉煌!</w:t>
      </w:r>
      <w:r>
        <w:rPr>
          <w:lang w:eastAsia="zh-CN"/>
        </w:rPr>
        <w:br/>
      </w:r>
      <w:r>
        <w:rPr>
          <w:lang w:eastAsia="zh-CN"/>
        </w:rPr>
        <w:t>　　同学们，如果你已经准备为高考而战，那就请你先树立下坚忍不拔的意志，鼓舞起直面现实的勇气，激发出笑对挫折的豪情。如果你已经决定为高考而战，那就请你抓紧一切时间，集中一切精力，排除一切干扰，挖掘一切潜能。只有义无反顾地为高考而战，你们今天承受的千难万苦，明天才会在欢声笑语中回荡成金色的记忆。现在的差距不是明天的结果，但明朝盛放的鲜花必将由今日辛勤的汗水浇灌!</w:t>
      </w:r>
      <w:r>
        <w:rPr>
          <w:lang w:eastAsia="zh-CN"/>
        </w:rPr>
        <w:br/>
      </w:r>
      <w:r>
        <w:rPr>
          <w:lang w:eastAsia="zh-CN"/>
        </w:rPr>
        <w:t>　　只要你心中充满激情，充满信念，谁也挡不住你们的前进，更挡不住你们的成功!</w:t>
      </w:r>
      <w:r>
        <w:rPr>
          <w:lang w:eastAsia="zh-CN"/>
        </w:rPr>
        <w:br/>
      </w:r>
    </w:p>
    <w:p w:rsidR="001B1F19" w14:textId="27C3F48A">
      <w:pPr>
        <w:rPr>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因为你们不是一个人在孤军奋战，你们也不是为了自己一个人在战斗。人们常说，家有高三生，父母不安宁。父母的期望，自不待言，每当看到日渐衰老的父母仍然日夜在为生活奔波，看到他们眼中灼热的期望，身为子女你们是否心有不忍?所以，你可能不成功，但是你不能不尽力。老师的期待，更无需多言，生命中人来人往，还有谁比老师为你付出的真情更多?只因你的一点点进步就常常喜形于色，又会为你的偶尔懈怠放纵而怒容满面。每一位高三教师都在无怨无悔地与你们并肩作战：在苦作舟的学海里，我们愿意化身为你们到达彼岸的船桨。在这勤为径的书山上，我们甘愿做你们攀登顶峰的固牢阶梯。高三的全体教师将众志成城，奋力耕耘，竭尽全力，“甘将心血化时雨，润出桃花一片红。”我们坚信通过全体师生的共同努力，以我们的智慧驾驭战场，定能决胜于千里之外。作为你们的老师，我们朝夕相伴，我们有幸陪大家一同走过了你们生命中最亮丽的青春季节。我们愿意记住每一张灿烂如花的笑脸和每一个阳光遍地、书声朗朗的早晨。在这有限的时间里，我们无法给予你们更多的东西，只能倾其所有，助你们扬帆远航。我们全体高三老师的心与同学们的心一起在跳动。三分天注定，七分靠打拼。爱拼才会赢!只要我们努力拼搏，就能取得成功。在龟兔赛跑中，乌龟所以取得最后的胜利，是在于它的锲而不舍。一百天我们从风雨中走来了，在这最后的冲刺中我们决不能气馁，让我们用自己的勤奋来迎接命运的撞击，创造__崭新的辉煌!大学梦，是人生梦的起点，没有经过大学的人生是有缺憾的。我们要抢占人生的制高点，创造无怨无悔的人生!大家千万不要把太多的精力和时间消耗在一时的玩乐当中，当你竭尽自己的最大努力去为实现自己的梦想奋斗时，你将收获超出你预期的成果!</w:t>
      </w:r>
      <w:r>
        <w:rPr>
          <w:lang w:eastAsia="zh-CN"/>
        </w:rPr>
        <w:br/>
      </w:r>
      <w:r>
        <w:rPr>
          <w:lang w:eastAsia="zh-CN"/>
        </w:rPr>
        <w:t>　　在这里，我代表高三全体教师郑重宣誓：我们将精诚团结，恪尽职守。更新理念，完善教法。奉献热忱，勇于挑战。肩负使命，超越自我。如果说奉献是一首诗，那么拼搏就是一首歌。不用扬鞭，自奋青蹄。乐守月光，喜迎晨曦。用生命做炉，热血为笔。尽我心志，誓夺辉煌!</w:t>
      </w:r>
      <w:r>
        <w:rPr>
          <w:lang w:eastAsia="zh-CN"/>
        </w:rPr>
        <w:br/>
      </w:r>
    </w:p>
    <w:p w:rsidR="001B1F19" w14:textId="27C3F48A">
      <w:pPr>
        <w:rPr>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同学们，理想是我们的目标，是我们人生的方向，为了这个目标，山可摇，地可动，但我们的执着不能改，我们的激情壮志不能撼!</w:t>
      </w:r>
      <w:r>
        <w:rPr>
          <w:lang w:eastAsia="zh-CN"/>
        </w:rPr>
        <w:br/>
      </w:r>
      <w:r>
        <w:rPr>
          <w:lang w:eastAsia="zh-CN"/>
        </w:rPr>
        <w:t>　　同学们，高考号角已经吹响，让我们拿起武器，咬紧牙关，破釜沉舟，背水一战。我们将带着从容的微笑，去迎取我们志在必得的辉煌，奋斗百天，让飞翔在六月张开翅膀!奋斗百天，让雄心与智慧在六月闪光!</w:t>
      </w:r>
      <w:r>
        <w:rPr>
          <w:lang w:eastAsia="zh-CN"/>
        </w:rPr>
        <w:br/>
      </w:r>
      <w:r>
        <w:rPr>
          <w:lang w:eastAsia="zh-CN"/>
        </w:rPr>
        <w:t>　　同学们，十二年潜心磨一剑，六月考场谁与争锋!狭路相逢，勇者胜。如今，宝剑在手，华风猎猎，出征的号角已经吹响。旌旗飘扬，誓言铮铮，高考的战鼓已经擂动。百天鏖战__，长剑倚天缚苍龙——还有三个月，只剩一百天。人生难得几回搏，今朝风流数吾辈。我们期待看到，当那六月来到的时候，是“今年花胜去年红”。我们也相信，一定会看到，百天后，你能笑傲“山登绝顶我为峰”。在--年的高考赛场上，每个同学都能大声喊出，谁是真的英雄，当然舍我其谁!</w:t>
      </w:r>
      <w:r>
        <w:rPr>
          <w:lang w:eastAsia="zh-CN"/>
        </w:rPr>
        <w:br/>
      </w:r>
      <w:r>
        <w:rPr>
          <w:lang w:eastAsia="zh-CN"/>
        </w:rPr>
        <w:t>　　谢谢大家。</w:t>
      </w:r>
      <w:r>
        <w:rPr>
          <w:lang w:eastAsia="zh-CN"/>
        </w:rPr>
        <w:br/>
      </w:r>
      <w:r>
        <w:rPr>
          <w:lang w:eastAsia="zh-CN"/>
        </w:rPr>
        <w:t xml:space="preserve">    高三百日誓师教师发言稿 篇11 </w:t>
      </w:r>
      <w:r>
        <w:rPr>
          <w:lang w:eastAsia="zh-CN"/>
        </w:rPr>
        <w:br/>
      </w:r>
      <w:r>
        <w:rPr>
          <w:lang w:eastAsia="zh-CN"/>
        </w:rPr>
        <w:t>　　宁吃百日苦，不留终身憾。</w:t>
      </w:r>
      <w:r>
        <w:rPr>
          <w:lang w:eastAsia="zh-CN"/>
        </w:rPr>
        <w:br/>
      </w:r>
      <w:r>
        <w:rPr>
          <w:lang w:eastAsia="zh-CN"/>
        </w:rPr>
        <w:t>　　道路虽然艰辛，机遇更加珍贵。</w:t>
      </w:r>
      <w:r>
        <w:rPr>
          <w:lang w:eastAsia="zh-CN"/>
        </w:rPr>
        <w:br/>
      </w:r>
      <w:r>
        <w:rPr>
          <w:lang w:eastAsia="zh-CN"/>
        </w:rPr>
        <w:t>　　珍惜三百天，争分夺秒，脚踏实地。</w:t>
      </w:r>
      <w:r>
        <w:rPr>
          <w:lang w:eastAsia="zh-CN"/>
        </w:rPr>
        <w:br/>
      </w:r>
      <w:r>
        <w:rPr>
          <w:lang w:eastAsia="zh-CN"/>
        </w:rPr>
        <w:t>　　奋斗三百天，锲而不舍，竭尽全力。拼搏三百天，勤学苦练，再创佳绩。</w:t>
      </w:r>
      <w:r>
        <w:rPr>
          <w:lang w:eastAsia="zh-CN"/>
        </w:rPr>
        <w:br/>
      </w:r>
      <w:r>
        <w:rPr>
          <w:lang w:eastAsia="zh-CN"/>
        </w:rPr>
        <w:t>　　请父母放心，我们是有良知的人，一定不会让你们心伤。</w:t>
      </w:r>
      <w:r>
        <w:rPr>
          <w:lang w:eastAsia="zh-CN"/>
        </w:rPr>
        <w:br/>
      </w:r>
    </w:p>
    <w:p w:rsidR="001B1F19" w14:textId="27C3F48A">
      <w:pPr>
        <w:rPr>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请老师放心，我们是有骨气的人，一定不会让你们失望。</w:t>
      </w:r>
      <w:r>
        <w:rPr>
          <w:lang w:eastAsia="zh-CN"/>
        </w:rPr>
        <w:br/>
      </w:r>
      <w:r>
        <w:rPr>
          <w:lang w:eastAsia="zh-CN"/>
        </w:rPr>
        <w:t>　　请学校放心，我们是有潜力的人，一定会为母校争光。</w:t>
      </w:r>
      <w:r>
        <w:rPr>
          <w:lang w:eastAsia="zh-CN"/>
        </w:rPr>
        <w:br/>
      </w:r>
      <w:r>
        <w:rPr>
          <w:lang w:eastAsia="zh-CN"/>
        </w:rPr>
        <w:t xml:space="preserve">    高三百日誓师教师发言稿 篇12 </w:t>
      </w:r>
      <w:r>
        <w:rPr>
          <w:lang w:eastAsia="zh-CN"/>
        </w:rPr>
        <w:br/>
      </w:r>
      <w:r>
        <w:rPr>
          <w:lang w:eastAsia="zh-CN"/>
        </w:rPr>
        <w:t>　　尊敬的各位老师、各位家长，亲爱的同学们：</w:t>
      </w:r>
      <w:r>
        <w:rPr>
          <w:lang w:eastAsia="zh-CN"/>
        </w:rPr>
        <w:br/>
      </w:r>
      <w:r>
        <w:rPr>
          <w:lang w:eastAsia="zh-CN"/>
        </w:rPr>
        <w:t>　　寒冬已去，春意盎然。今天，我们迎来了20_届高三“决战高考百日誓师”大会，在这个距离高考仅有100天的庄严时刻，我们高三全体师生齐聚在这里，举行高考备考誓师，互勉互励，共同进取，在激流勇进中圆梦，实现我们共同的理想。再过一百天，同学们就要整装上阵，踏上神圣庄严的高考战场。而今天的誓师仪式是黎明的前奏，是出征的战鼓，是拼搏的号角，是为了能让多年的辛苦拼搏，人生一个阶段的努力画上一个圆满的句号。</w:t>
      </w:r>
      <w:r>
        <w:rPr>
          <w:lang w:eastAsia="zh-CN"/>
        </w:rPr>
        <w:br/>
      </w:r>
    </w:p>
    <w:p w:rsidR="001B1F19" w14:textId="27C3F48A">
      <w:pPr>
        <w:rPr>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同学们，从跨入一中大门的那天起，你们每个人的心中都孕育着自己的理想，为了这个理想，三年来披星戴月，寒暑不停，发奋苦读，风雨无阻.。而在这三年的时光里，作为你们的老师，我们朝夕相伴，真的有幸陪同大家一同走过了你们生命中最亮丽的青春花季，那每一个阳光遍地，书声朗朗的清晨，那每一个朴实真诚，灿烂如花的笑脸，那每一个激情四射，青春驿动的身影，都将是停泊在我们心湖中最美好的记忆。很快，你们又要斗志昂扬的笑傲沙场。只为那一刻，让我们一同携手，艰险同担，风雨同行，向理想的彼岸前行。因为你们的理想弥补着老师的遗憾，你们的努力延续着老师们年少时的梦想，你们的成功就是我们的追求与幸福。现在，那隐约可见的夏日阳光和绚丽彩虹就在你们拼搏之路的前方。让我们同心协力，奋战百天。奋斗一百天，让飞翔的梦在六月张开翅膀;奋斗一百天，让雄心与智慧在六月闪光!铁肩担道义，妙手著华章，为了社会的期望，为了家长的重托，为了学生的成功，在此，我代表高三全体教师郑重宣誓：忠于职守，精诚团结;心系学生，甘苦与共;言传身教，以身作则。脚踏实地，刻苦钻研;更新理念，完善教法;笑对质疑，热情答问;甘于奉献，燃烧激情;肩负使命，永不言弃。</w:t>
      </w:r>
      <w:r>
        <w:rPr>
          <w:lang w:eastAsia="zh-CN"/>
        </w:rPr>
        <w:br/>
      </w:r>
      <w:r>
        <w:rPr>
          <w:lang w:eastAsia="zh-CN"/>
        </w:rPr>
        <w:t>　　高考大纲是我们的蓝本，日常教学是我们的途径，课堂效率是我们的追求，而你们的金榜题名是我们的夙愿。我们为你们保驾护航，为你们摇旗呐喊。我们与你们同甘共苦，与你们风雨同舟。让我们共同挥洒汗水，斗志昂扬，奋战百天。让我们一起倾注热情，决战高考，创造辉煌!</w:t>
      </w:r>
      <w:r>
        <w:rPr>
          <w:lang w:eastAsia="zh-CN"/>
        </w:rPr>
        <w:br/>
      </w:r>
      <w:r>
        <w:rPr>
          <w:lang w:eastAsia="zh-CN"/>
        </w:rPr>
        <w:t>　　最后，送给同学们一副对联：十载寒窗，百天苦练，何人健步登金榜?一腔热血，万丈豪情，我辈英才夺桂冠!我仅代表全校所有老师衷心的祝福同学们在100天后的高考中金榜题名，美梦成真!</w:t>
      </w:r>
      <w:r>
        <w:rPr>
          <w:lang w:eastAsia="zh-CN"/>
        </w:rPr>
        <w:br/>
      </w:r>
      <w:r>
        <w:rPr>
          <w:lang w:eastAsia="zh-CN"/>
        </w:rPr>
        <w:t xml:space="preserve">    高三百日誓师教师发言稿 篇13 </w:t>
      </w:r>
      <w:r>
        <w:rPr>
          <w:lang w:eastAsia="zh-CN"/>
        </w:rPr>
        <w:br/>
      </w:r>
      <w:r>
        <w:rPr>
          <w:lang w:eastAsia="zh-CN"/>
        </w:rPr>
        <w:t>　　尊敬的各位领导、老师、还有台下端坐的亲爱的同学们，</w:t>
      </w:r>
      <w:r>
        <w:rPr>
          <w:lang w:eastAsia="zh-CN"/>
        </w:rPr>
        <w:br/>
      </w:r>
    </w:p>
    <w:p w:rsidR="001B1F19" w14:textId="27C3F48A">
      <w:pPr>
        <w:rPr>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下午好!到今天为止，同学们已经真真正正进入了高考前的冲刺阶段了。无论你在之前的日子里做过些什么，成功或者失败，满意或者不满，欣慰或者懊恼，都已经在不知不觉中记录在了自己的史册里。现在大家该静下心来，规划剩下的时间该干些什么。你们已经毫不遮掩地来到了20__年高考的眼前，必须拿出你们的态度，你们的决心，你们的信念和你们的行动去迎接种.种的挑战，去战胜种.种的困难，去赢取梦寐以求的成功。</w:t>
      </w:r>
      <w:r>
        <w:rPr>
          <w:lang w:eastAsia="zh-CN"/>
        </w:rPr>
        <w:br/>
      </w:r>
      <w:r>
        <w:rPr>
          <w:lang w:eastAsia="zh-CN"/>
        </w:rPr>
        <w:t>　　你们的老师也将全力以赴，陪伴大家走过这短暂但却决定命运的的时光，与你们一起共同品味酸甜苦辣。时间虽短，你们一定要扎扎实实走好每一步。</w:t>
      </w:r>
      <w:r>
        <w:rPr>
          <w:lang w:eastAsia="zh-CN"/>
        </w:rPr>
        <w:br/>
      </w:r>
      <w:r>
        <w:rPr>
          <w:lang w:eastAsia="zh-CN"/>
        </w:rPr>
        <w:t>　　二战期间，为了提高工作效率，丘吉尔给那些行动迟缓的官员们的手杖上贴上“即日起行动起来”的便条，让所有人都知道时间与效率的重要，这为赢得战争的胜利争得了时间。如果你心中还有对成功的渴望，那就要做到成功的两条守则，一是：开始行动，向目标前进;二是：每天继续行动，不断地向前进。__年江苏省高考状元吴敌谈成功经验时说：成功其实根本没有秘诀，如果一定要有的话，只有两条：一是坚持到底，永不放弃，二是你想放弃的话，直接按照第一条去做。</w:t>
      </w:r>
      <w:r>
        <w:rPr>
          <w:lang w:eastAsia="zh-CN"/>
        </w:rPr>
        <w:br/>
      </w:r>
    </w:p>
    <w:p w:rsidR="001B1F19" w14:textId="27C3F48A">
      <w:pPr>
        <w:rPr>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前几年，在美国出了一本书，名字叫SECRET《秘密》，这本书的前言非常具有诱惑力，它是这么写的：世界上所有成功的人，他们或许告诉了你100条理由，但是他们有一个共同的秘密都没有告诉你，那就是他们渴望成功。这句话告诉我们：在你的人生中，无论你的起点是多么的卑微或者说你离终点是多么的遥远，如果你的目标是单一而且足够强烈的话，你最终一定会到达的。所以，世界上凡是成功的人，都具有两个特性：第一是热情，第二是单纯。请同学们记住，高考前的这段时间没有业余时间，也没有周末假期。一个考上清华大学的学生说：三年高中假期他从来没有休息过，真正放下学习的只有半天，就是高考前一天的下午。所以，你们必须有所牺牲，从今天开始舍弃玩乐时间，舍弃物质享受，舍弃轻松度日的念头。如果你爱泡网吧玩游戏，你会把金钱和青春耗费在老板满足的笑容里;如果你对手机、MP4等爱不释手，你会把自己消磨得毫无斗志;如果你要坚持花前月下，那么，你将很快体味到“爱”的苦涩。如果你把时间毫不吝啬地扔给磨蹭、照镜子、打扮这些琐事;那么，你将很快尝到失败的滋味。因为，太阳不会因为你的失意，明天不再升起;月亮不会因为你的抱怨，今晚不再降落。</w:t>
      </w:r>
      <w:r>
        <w:rPr>
          <w:lang w:eastAsia="zh-CN"/>
        </w:rPr>
        <w:br/>
      </w:r>
      <w:r>
        <w:rPr>
          <w:lang w:eastAsia="zh-CN"/>
        </w:rPr>
        <w:t>　　同学们，生命中最快乐的是拼搏，而非成功;生命中最痛苦的是懒散，而非失败。多数同学都喜欢的美职篮球星科比·布莱恩特的成功秘诀是，坚定的信念，和从小到大从不懈怠的勤奋。他被认为是NBA里最勤奋的球员，他给自己制定的训练计划，比任何人都要长，练得比任何人都辛苦。从十三岁到现在，只要没有比赛和其他活动，他要求自己每天要投进700到1,000个球，晚上11点才离开球馆，第二天凌晨又出现在训练场上的他给了主教练菲尔·杰克逊最深刻的印象。科比说：不要给自己在训练中偷懒的机会，哪怕只是一秒钟，求胜的欲望才是你制胜的法宝，记住：运气不能带来成功。</w:t>
      </w:r>
      <w:r>
        <w:rPr>
          <w:lang w:eastAsia="zh-CN"/>
        </w:rPr>
        <w:br/>
      </w:r>
    </w:p>
    <w:p w:rsidR="001B1F19" w14:textId="27C3F48A">
      <w:pPr>
        <w:rPr>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同学们，你的人生是你的，你的成功是你的，你的梦想也是你的，同时你的失败和痛苦也是你的。所以，请你们以最负责任的态度管理好自己的生活和学习，带着足够的自信面对竞争，面对挑战。无论遇到什么样的困难都不要悲观绝望，要善于在困境中发现机会。这个世界上没有绝望的处境，只有对处境绝望的人。哈佛大学心理学家戈尔曼指出，预测一个人未来的成就，智商只能占成功因素的20%，其余的80%则归因于其它因素，其中情商是关键因素，它们是：自我激励，百折不挠;控制冲动，延迟享受;调适情绪，不易烦恼;善解人意，充满希望。</w:t>
      </w:r>
      <w:r>
        <w:rPr>
          <w:lang w:eastAsia="zh-CN"/>
        </w:rPr>
        <w:br/>
      </w:r>
      <w:r>
        <w:rPr>
          <w:lang w:eastAsia="zh-CN"/>
        </w:rPr>
        <w:t>　　“新东方”创始人俞敏洪先生说：在我们的生活中最让我们感动的日子总是那些一心一意为了一个目标而努力奋斗的日子，哪怕为了一个卑微的目标而奋斗也是值得我们骄傲的，因为无数卑微的目标积累起来可能就是一个伟大的成就。同学们，从现在起把梦想深深种在心情的土壤里吧，不要问它能不能发芽，什么时候发芽，只要你小心地守在那一方田地，用辛勤的汗水滋润它，不断地浇水施肥，整土除草，有足够的耐心和韧劲儿，梦想就一定会发芽结果。让我们一起承担起时代赋予我们的责任，带着强烈的求胜欲望，共同谱写__市一中高新的篇章。</w:t>
      </w:r>
      <w:r>
        <w:rPr>
          <w:lang w:eastAsia="zh-CN"/>
        </w:rPr>
        <w:br/>
      </w:r>
      <w:r>
        <w:rPr>
          <w:lang w:eastAsia="zh-CN"/>
        </w:rPr>
        <w:t>　　祝你们梦想成真!</w:t>
      </w:r>
      <w:r>
        <w:rPr>
          <w:lang w:eastAsia="zh-CN"/>
        </w:rPr>
        <w:br/>
      </w:r>
      <w:r>
        <w:rPr>
          <w:lang w:eastAsia="zh-CN"/>
        </w:rPr>
        <w:t>　　谢谢!</w:t>
      </w:r>
      <w:r>
        <w:rPr>
          <w:lang w:eastAsia="zh-CN"/>
        </w:rPr>
        <w:br/>
      </w:r>
      <w:r>
        <w:rPr>
          <w:lang w:eastAsia="zh-CN"/>
        </w:rPr>
        <w:t xml:space="preserve">    高三百日誓师教师发言稿 篇14 </w:t>
      </w:r>
      <w:r>
        <w:rPr>
          <w:lang w:eastAsia="zh-CN"/>
        </w:rPr>
        <w:br/>
      </w:r>
      <w:r>
        <w:rPr>
          <w:lang w:eastAsia="zh-CN"/>
        </w:rPr>
        <w:t>　　人生有多少个三年，但有多少个三年会比高中的三年更让人难忘呢?13班的同学们，三年的烈日熔铸了我们的身躯，三年的寒冬淬炼了我们的体魄，三年前的我们锋芒过盛，三年后的我们大巧不工，我们在这三年里塑造出了让人刮目相看的自我!</w:t>
      </w:r>
      <w:r>
        <w:rPr>
          <w:lang w:eastAsia="zh-CN"/>
        </w:rPr>
        <w:br/>
      </w:r>
    </w:p>
    <w:p w:rsidR="001B1F19" w14:textId="27C3F48A">
      <w:pPr>
        <w:rPr>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是的，高考来了，我们真正的战场来了，但我们会胆怯退缩吗?不会的，我们磨刀霍霍，披坚执锐，不就是要在这最后的战场上披荆斩棘，所向披靡吗?即使没有人为我们擂鼓助威，我们依然英勇无畏;即使没有人为我们击掌喝彩，我们依然绽放光彩;即使没有人为我们洞悉天机，我们还是会竭尽全力!</w:t>
      </w:r>
      <w:r>
        <w:rPr>
          <w:lang w:eastAsia="zh-CN"/>
        </w:rPr>
        <w:br/>
      </w:r>
      <w:r>
        <w:rPr>
          <w:lang w:eastAsia="zh-CN"/>
        </w:rPr>
        <w:t>　　百日誓师誓百日，我们高三最后的一百天能做什么?一百天可以筑起长城一角，一百天可以让红军长征八千里，一百天可以环游世界。13班的同学们，整整一百天呀，足够我们创造出新的奇迹了!我们可以任由汗水浸湿我们衣裳，我们可以任由黑发褪成银丝，但我们不能让时间从指尖流逝，不能任由一分在我们的试卷上被吞噬!在高考来临之前，我们竭尽全力，在高考的三天里，我们，竭尽全力!</w:t>
      </w:r>
      <w:r>
        <w:rPr>
          <w:lang w:eastAsia="zh-CN"/>
        </w:rPr>
        <w:br/>
      </w:r>
      <w:r>
        <w:rPr>
          <w:lang w:eastAsia="zh-CN"/>
        </w:rPr>
        <w:t>　　不要开玩笑说我们的口号是，没蛀牙!我们的口号是：三年磨刀终不负，百日修来榜上名!</w:t>
      </w:r>
      <w:r>
        <w:rPr>
          <w:lang w:eastAsia="zh-CN"/>
        </w:rPr>
        <w:br/>
      </w:r>
      <w:r>
        <w:rPr>
          <w:lang w:eastAsia="zh-CN"/>
        </w:rPr>
        <w:t xml:space="preserve">    高三百日誓师教师发言稿 篇15 </w:t>
      </w:r>
      <w:r>
        <w:rPr>
          <w:lang w:eastAsia="zh-CN"/>
        </w:rPr>
        <w:br/>
      </w:r>
      <w:r>
        <w:rPr>
          <w:lang w:eastAsia="zh-CN"/>
        </w:rPr>
        <w:t>　　同学们，朋友们，我的亲爱的学生们：</w:t>
      </w:r>
      <w:r>
        <w:rPr>
          <w:lang w:eastAsia="zh-CN"/>
        </w:rPr>
        <w:br/>
      </w:r>
      <w:r>
        <w:rPr>
          <w:lang w:eastAsia="zh-CN"/>
        </w:rPr>
        <w:t>　　离高考还有整整100天时间了!看着倒计时牌，大家作何感想呢?有的同学肯定很是着急了：怎么一眨眼高三就快结束了呢?我可远没有学好的呀!也学有的同学会感叹：两百天，我还能做些什么?我还能改变些什么?我们不妨化用伟人的一句诗“一百天太久，只争朝夕!”更何况我们还有两个一百天呢。不要小看这区区一百天。一百个日日夜夜里，有2400个小时，十四万四千分钟。而两百天后，我们迎战的只有四场考试五百四十分钟而已!在这十四万四千分钟里，我们完全可以创造奇迹!</w:t>
      </w:r>
      <w:r>
        <w:rPr>
          <w:lang w:eastAsia="zh-CN"/>
        </w:rPr>
        <w:br/>
      </w:r>
    </w:p>
    <w:p w:rsidR="001B1F19" w14:textId="27C3F48A">
      <w:pPr>
        <w:rPr>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或许，以前你因为骄傲懈怠了自己，成绩有些不如意。那么，从现在起，坚持每一天自戒自省，认真对待每一次考试，认真做好每一科笔记，认真处理每一个问题，集腋成裘，聚沙成塔，二百天后的考场上，你一定会重现英姿圆理想之梦!</w:t>
      </w:r>
      <w:r>
        <w:rPr>
          <w:lang w:eastAsia="zh-CN"/>
        </w:rPr>
        <w:br/>
      </w:r>
      <w:r>
        <w:rPr>
          <w:lang w:eastAsia="zh-CN"/>
        </w:rPr>
        <w:t>　　或许，以前你因为疏懒放纵了自己，家长老师不太满意，那么，从现在起，严格自律奋起直追，抓住最后的契机，分秒必争刻苦学习，像最认真最勤奋的同学看齐，与最优秀最出色的同学竞技，和每一位老师配合默契，愈战越勇，再接再厉，二百天后的考场上，你就是决缰而跃的黑马，一飞冲天的雄鹰!</w:t>
      </w:r>
      <w:r>
        <w:rPr>
          <w:lang w:eastAsia="zh-CN"/>
        </w:rPr>
        <w:br/>
      </w:r>
      <w:r>
        <w:rPr>
          <w:lang w:eastAsia="zh-CN"/>
        </w:rPr>
        <w:t>　　或许，以前你因为自卑看轻了自己，认为前途布满了荆棘。其实，荆棘是你想象的路障，其实，每一朵花都有开放的权力!想一想自己，你可不可以中途放弃，我们从最基础的抓起，还有二十八万八千分钟的收获机遇。问一问自己，你是否尽力，从今天开始，别再浪费时间自怨自艾，增强自信，提高效率，天行尚健君子自强，涓滴之水汇成江河，二百天以后的考场上，你同样会吐露扑鼻的芬芳!</w:t>
      </w:r>
      <w:r>
        <w:rPr>
          <w:lang w:eastAsia="zh-CN"/>
        </w:rPr>
        <w:br/>
      </w:r>
      <w:r>
        <w:rPr>
          <w:lang w:eastAsia="zh-CN"/>
        </w:rPr>
        <w:t>　　在这里，我还是忍不住要唠叨几句：</w:t>
      </w:r>
      <w:r>
        <w:rPr>
          <w:lang w:eastAsia="zh-CN"/>
        </w:rPr>
        <w:br/>
      </w:r>
    </w:p>
    <w:p w:rsidR="001B1F19" w14:textId="27C3F48A">
      <w:pPr>
        <w:rPr>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大家要有角色意识，我们是高三的学生了，当你紧张而又匆忙的进出网吧时是否注意到你留下的那种贼头贼脑心虚胆惊的背影?当你坐在座位上成天表现出四肢乏力，昏昏欲睡时，你还能让人从你身上看出“活力”和“力量”来么?古人说“坐如钟，站如松，走如风”，说的就是要坐有坐相，站有站相。做事就应雷厉风行，干脆利落，要让力量贯注到你的神经末梢。凡事宁愿提前五秒钟而不要拉后一秒钟。我为何就不能体现出十_岁的成熟美来呢?为何就不能有大将风度，以气质服人呢?</w:t>
      </w:r>
      <w:r>
        <w:rPr>
          <w:lang w:eastAsia="zh-CN"/>
        </w:rPr>
        <w:br/>
      </w:r>
      <w:r>
        <w:rPr>
          <w:lang w:eastAsia="zh-CN"/>
        </w:rPr>
        <w:t>　　更要讲究学习方法。“工欲善其事，必先利其器”“磨刀不误砍柴功”“万丈高楼平地起”，等等。这些古训说的就是要重基础的意思，任何好高骛远的想法都是没有好处的。基础的东西就是我们曾经读过的教材，怎样将教材读好读活就是目前最大的复习。一是不要急躁，花一些时间，看看教材，做到对各科的教材心中有数，并形成一个总的印象，所谓“万变不离其宗”：而是不要怕多，再多都是你曾经走过一遭的了，算来也是老朋友了，充分利用原来的课堂笔记，走向老朋友，走近老朋友，他一定会唤起你的回忆的：三是做到高屋建瓴，居高临下，将教材知识形成系统化，明白这一科共有几个单元几章几节，讲了几个知识点，这样你就可以纲举目张了，往后的查漏补缺就有了可能。正如要你到大海捞针，本是不可能的，而你对大海的宽度和深度若有了了解，哪些地方可能藏住针，也就能找到那颗闪闪发光的针了。这是第一点。再有，向课堂45分钟要成效，很多成功的高考经验都说到的一条学习方法就是上好每一堂课，难道你还怀疑吗?还不这样去做吗?而且，高三是知识点、信息点(老师介绍的和你在课外得到的)、应考方法全方位奔向你的时候，课堂不认真就无法牢牢把握住复习的主动权。第三，做好每一套练习题，坚持不懈，永不放弃，把平时的练习当实战，你的意志、能力就会在潜移默化中形成。</w:t>
      </w:r>
      <w:r>
        <w:rPr>
          <w:lang w:eastAsia="zh-CN"/>
        </w:rPr>
        <w:br/>
      </w:r>
    </w:p>
    <w:p w:rsidR="001B1F19" w14:textId="27C3F48A">
      <w:pPr>
        <w:rPr>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同学们，还有最后二百天，还有许多机遇掌握在你的手中，还有许多奇迹等待你创造，但是，天上不会掉馅饼，幻想必定铸成空。达到理想的彼岸，铸就人生第一个辉煌，唯有自信拼搏刻苦努力!让我们师生携手并肩，在最后的二百天里，同心同德，自信自强，在二百天以后的考场上，撑起一方晴空，为了每一个为你付出的人!要知道一个家庭培养出一个人才不容易，但只要出一个人才就可以改变这个家庭的命运!有人说有两种人生：一种是腐烂，一种是燃烧。我想聪明的你一定会做出正确的选择的!</w:t>
      </w:r>
      <w:r>
        <w:rPr>
          <w:lang w:eastAsia="zh-CN"/>
        </w:rPr>
        <w:br/>
      </w:r>
      <w:r>
        <w:rPr>
          <w:lang w:eastAsia="zh-CN"/>
        </w:rPr>
        <w:t>　　好了，今天就说到这里吧，如果你有什么想法，请及时的跟你的父母和科任老师交流，或者直接找我，憋在心里会把你憋坏的。</w:t>
      </w:r>
      <w:r>
        <w:rPr>
          <w:lang w:eastAsia="zh-CN"/>
        </w:rPr>
        <w:br/>
      </w:r>
      <w:r>
        <w:rPr>
          <w:lang w:eastAsia="zh-CN"/>
        </w:rPr>
        <w:t>　　另：要与老师格外亲近，他们可是与我们相处了几年就要分别得朋友了，何不珍惜这很快就会过去的100天呢?更何况还有助于学习和进步呢。要爱我们的母校，这是我们生活了三年的栖息之地啊，应是有感情的，有情有义才是为人之根本。</w:t>
      </w:r>
      <w:r>
        <w:rPr>
          <w:lang w:eastAsia="zh-CN"/>
        </w:rPr>
        <w:br/>
      </w:r>
      <w:r>
        <w:rPr>
          <w:lang w:eastAsia="zh-CN"/>
        </w:rPr>
        <w:t xml:space="preserve">    高三百日誓师教师发言稿 篇16 </w:t>
      </w:r>
      <w:r>
        <w:rPr>
          <w:lang w:eastAsia="zh-CN"/>
        </w:rPr>
        <w:br/>
      </w:r>
      <w:r>
        <w:rPr>
          <w:lang w:eastAsia="zh-CN"/>
        </w:rPr>
        <w:t>　　尊敬的领导、老师，亲爱的同学们：</w:t>
      </w:r>
      <w:r>
        <w:rPr>
          <w:lang w:eastAsia="zh-CN"/>
        </w:rPr>
        <w:br/>
      </w:r>
      <w:r>
        <w:rPr>
          <w:lang w:eastAsia="zh-CN"/>
        </w:rPr>
        <w:t>　　大家好!</w:t>
      </w:r>
      <w:r>
        <w:rPr>
          <w:lang w:eastAsia="zh-CN"/>
        </w:rPr>
        <w:br/>
      </w:r>
    </w:p>
    <w:p w:rsidR="001B1F19" w14:textId="27C3F48A">
      <w:pPr>
        <w:rPr>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我们一直行走在一条筑梦的路上。所有的年岁都随着这条路延伸，增长。不必再说去年六月我们高考失利后的怎样茫然无措，也不必再说去年七月我们因为不甘心而怎样选择重头再来，更不必再说，去年八月我们望着昔日好友各奔东西怎样的纠结思绪……只是仍记得在九月的朝阳下，大家步伐一致的跑操;那嘹亮的口号宣告着我们内心的激情。仍记得十月的秋雨随着我的眼泪，吐诉激情退去后，那仿佛没有休止的学习，让我难以继续。仍记得是十一月的寒风，吹掉了我身上的懒散，吹碎了我想要不劳而获的酣梦，我学着去坚持。还有十二月的冬雪……一路上繁华与荒芜，无论悲喜，我们已然走过;一路上泪水与欢笑，无论去留，我们已然经历。</w:t>
      </w:r>
      <w:r>
        <w:rPr>
          <w:lang w:eastAsia="zh-CN"/>
        </w:rPr>
        <w:br/>
      </w:r>
      <w:r>
        <w:rPr>
          <w:lang w:eastAsia="zh-CN"/>
        </w:rPr>
        <w:t>　　为了梦想不辞辛劳，为了破茧成蝶的美丽，为了凤凰涅槃的新生，我们怀抱“会当水击三千里”的豪情，秉持“天生我才必有用”的信念，演绎夸父逐日的勇敢，呈现精卫填海的执着。一路的奔走，一心一意为了梦想，一日复一日。当新的一年来临，新的学期开始，我们终于可以踮起脚尖，依稀可以望到终点。——因为距离高考只剩下一百天。</w:t>
      </w:r>
      <w:r>
        <w:rPr>
          <w:lang w:eastAsia="zh-CN"/>
        </w:rPr>
        <w:br/>
      </w:r>
    </w:p>
    <w:p w:rsidR="001B1F19" w14:textId="27C3F48A">
      <w:pPr>
        <w:rPr>
          <w:lang w:eastAsia="zh-CN"/>
        </w:rPr>
      </w:pPr>
      <w:r>
        <w:rPr>
          <w:lang w:eastAsia="zh-CN"/>
        </w:rPr>
        <w:t>　　一百天，一个让我们有触目惊心的数字。今天过去，只剩下99天，98天……指缝太宽，时间太瘦。我们再也无法逃避，不能退缩，甚至再不可以把时间浪费在“假如式”的幻想。我们唯一该做的，就是硬着头皮咬紧牙关地坚持，不达目的誓不罢休地努力。是的，在最后的一百天里，努力地去坚持，坚持着去努力。行百里者半九十，道出了冲刺道路上的艰难。难的不是坚持，是坚持到底。诗人柳青说过“人生的道路虽然漫长，但在紧要处只有几步，尤其是在人年轻的时候。”而最后的一百天，便是最最紧要的关头。一百天太过短暂，我们必须把握今天。今天放弃的，明天不会得到;今天逃开的难题，明天依然要面对;今天不想解决的，明天未必就能迎刃而解。不要再让粗心成为理由，失误成为借口，要让细节成为努力的方向，追求细节上的极致。让完美变成一种精益求精的可能，认真对待。让最后的一百天，无愧于心的度过。让一天的完善，加上又一天的完善，最后涂上一个有力的笔触，完成百日冲刺的杰作。这最后的一百天，没有两次，除非谁还想留在“高五”，就这一次，最后一次，努力地去坚持，坚持着去努力。我不再优柔地讲“我会尽力而为”，让我们向着天空高呼“我要全力以赴”。</w:t>
      </w:r>
      <w:r>
        <w:rPr>
          <w:lang w:eastAsia="zh-CN"/>
        </w:rPr>
        <w:br/>
      </w:r>
      <w:r>
        <w:rPr>
          <w:lang w:eastAsia="zh-CN"/>
        </w:rPr>
        <w:t>　　一百天，对于我们固然触目惊心。可它给我们的不是手忙脚乱惊慌失措的理由。繁花开在彼岸，让心灵褪去华美的糖衣，留住静谧的恬淡;剪掉多余的纷繁，稳住简单的步伐;隐匿杂乱的焦虑，守住心中的淡定。时间会波澜不惊的走过，它会葳蕤出一个春天，也会苍白一片世界。一百天里会有多少回测验，多少个难题，多少次考试?我们又该怎样面对过程的成绩?得之泰然，失之淡然，争其必然，顺其自然，自然而然。“非宁静无以致远”，让我们静静走过最后的一百天，坚持不懈的努力这一百天。</w:t>
      </w:r>
      <w:r>
        <w:rPr>
          <w:lang w:eastAsia="zh-CN"/>
        </w:rPr>
        <w:br/>
      </w:r>
      <w:r>
        <w:rPr>
          <w:lang w:eastAsia="zh-CN"/>
        </w:rPr>
        <w:t>　　高一的学弟学妹们，或许这种紧迫感你们还无法体会。但在这里，我将《学记》中的一段话送给你们：发然后禁，则扞格而不胜;时过然后学，则勤苦而难成;杂施而不孙，则坏乱而不修;独学而无友，则孤陋而寡闻;燕朋逆其师，燕辟废其学。此六者，教之所由废也。希望你们在接下来的日子里加油，加油!</w:t>
      </w:r>
      <w:r>
        <w:rPr>
          <w:lang w:eastAsia="zh-CN"/>
        </w:rPr>
        <w:br/>
      </w:r>
      <w:r>
        <w:rPr>
          <w:lang w:eastAsia="zh-CN"/>
        </w:rPr>
        <w:br/>
      </w:r>
      <w:r>
        <w:rPr>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https://d.book118.com/997040131050006046</w:t>
        </w:r>
      </w:hyperlink>
    </w:p>
    <w:p w:rsidR="001B1F19">
      <w:pPr>
        <w:rPr>
          <w:lang w:eastAsia="zh-CN"/>
        </w:rPr>
      </w:pPr>
    </w:p>
    <w:sectPr>
      <w:type w:val="nextPage"/>
      <w:pgSz w:w="11906" w:h="16838"/>
      <w:pgMar w:top="1440" w:right="1800" w:bottom="1440" w:left="1800" w:header="851" w:footer="992" w:gutter="0"/>
      <w:pgNumType w:start="3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 w:val="009376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97040131050006046"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49</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6</cp:revision>
  <dcterms:created xsi:type="dcterms:W3CDTF">2024-01-11T00:28:00Z</dcterms:created>
  <dcterms:modified xsi:type="dcterms:W3CDTF">2024-02-08T13:34:00Z</dcterms:modified>
</cp:coreProperties>
</file>