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2024个人店铺转让合同（32篇）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2024个人店铺转让合同（通用32篇）</w:t>
      </w:r>
      <w:r>
        <w:rPr>
          <w:lang w:eastAsia="zh-CN"/>
        </w:rPr>
        <w:br/>
      </w:r>
      <w:r>
        <w:rPr>
          <w:lang w:eastAsia="zh-CN"/>
        </w:rPr>
        <w:t xml:space="preserve">    2024个人店铺转让合同 篇1 </w:t>
      </w:r>
      <w:r>
        <w:rPr>
          <w:lang w:eastAsia="zh-CN"/>
        </w:rPr>
        <w:br/>
      </w:r>
      <w:r>
        <w:rPr>
          <w:lang w:eastAsia="zh-CN"/>
        </w:rPr>
        <w:t>　　转让方(甲方)：身份证号码：</w:t>
      </w:r>
      <w:r>
        <w:rPr>
          <w:lang w:eastAsia="zh-CN"/>
        </w:rPr>
        <w:br/>
      </w:r>
      <w:r>
        <w:rPr>
          <w:lang w:eastAsia="zh-CN"/>
        </w:rPr>
        <w:t>　　顶让方(乙方)：身份证号码：</w:t>
      </w:r>
      <w:r>
        <w:rPr>
          <w:lang w:eastAsia="zh-CN"/>
        </w:rPr>
        <w:br/>
      </w:r>
      <w:r>
        <w:rPr>
          <w:lang w:eastAsia="zh-CN"/>
        </w:rPr>
        <w:t>　　房东(丙方)：身份证号码：</w:t>
      </w:r>
      <w:r>
        <w:rPr>
          <w:lang w:eastAsia="zh-CN"/>
        </w:rPr>
        <w:br/>
      </w:r>
      <w:r>
        <w:rPr>
          <w:lang w:eastAsia="zh-CN"/>
        </w:rPr>
        <w:t>　　甲、乙、丙三方经友好协商，就店铺转让事宜达成以下协议：</w:t>
      </w:r>
      <w:r>
        <w:rPr>
          <w:lang w:eastAsia="zh-CN"/>
        </w:rPr>
        <w:br/>
      </w:r>
      <w:r>
        <w:rPr>
          <w:lang w:eastAsia="zh-CN"/>
        </w:rPr>
        <w:t>　　一、丙方同意甲方将自我位于的店铺(名为：卡拉卡亚美发店转让给乙方经营，店面面积为平方米;并保证乙方同等享有甲方在原有房屋租赁合同中所享有的权利与义务。</w:t>
      </w:r>
      <w:r>
        <w:rPr>
          <w:lang w:eastAsia="zh-CN"/>
        </w:rPr>
        <w:br/>
      </w:r>
      <w:r>
        <w:rPr>
          <w:lang w:eastAsia="zh-CN"/>
        </w:rPr>
        <w:t>　　二、该店铺的所有权证号码为，产权人为丙。丙方与甲方签订了租赁合同，租期到年月日止，月租为元人民币。店铺交给乙方后，乙方同意代替甲向丙方履行该租赁合同，每月交纳租金及该合同约定由甲方交纳的水电费等各项费用，该合同期满后由乙方领回甲交纳的押金，该押金归乙方所有。</w:t>
      </w:r>
      <w:r>
        <w:rPr>
          <w:lang w:eastAsia="zh-CN"/>
        </w:rPr>
        <w:br/>
      </w:r>
      <w:r>
        <w:rPr>
          <w:lang w:eastAsia="zh-CN"/>
        </w:rPr>
        <w:t>　　三、甲方与乙方签订转让合同，转让金额为元人民币(大写：)。一次付清后，甲方不得再向乙方索取任何其他费用。</w:t>
      </w:r>
      <w:r>
        <w:rPr>
          <w:lang w:eastAsia="zh-CN"/>
        </w:rPr>
        <w:br/>
      </w:r>
      <w:r>
        <w:rPr>
          <w:lang w:eastAsia="zh-CN"/>
        </w:rPr>
        <w:t>　　四、转让后店铺现有的装修、装饰及其他所有设备全部归乙方所有，营业设备等动产归乙方，其中设备包括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五、甲方应当协助乙方办理该店铺的工商营业执照、卫生许可证等相关证件的过户手，乙方接手前该店铺所有的一切债权、债务均由甲方负责;接手后的一切经营行为及产生的债权、债务由乙方负责。</w:t>
      </w:r>
      <w:r>
        <w:rPr>
          <w:lang w:eastAsia="zh-CN"/>
        </w:rPr>
        <w:br/>
      </w:r>
      <w:r>
        <w:rPr>
          <w:lang w:eastAsia="zh-CN"/>
        </w:rPr>
        <w:t>　　六、如由于甲方原因导致自我中途收回店铺，甲方应承担违约职责，并向乙方支付五万元作为违约金。</w:t>
      </w:r>
      <w:r>
        <w:rPr>
          <w:lang w:eastAsia="zh-CN"/>
        </w:rPr>
        <w:br/>
      </w:r>
      <w:r>
        <w:rPr>
          <w:lang w:eastAsia="zh-CN"/>
        </w:rPr>
        <w:t>　　七、本合同一式三份，两方各执一份，自两方签字之日起生效。</w:t>
      </w:r>
      <w:r>
        <w:rPr>
          <w:lang w:eastAsia="zh-CN"/>
        </w:rPr>
        <w:br/>
      </w:r>
      <w:r>
        <w:rPr>
          <w:lang w:eastAsia="zh-CN"/>
        </w:rPr>
        <w:t>　　甲方 ：</w:t>
      </w:r>
      <w:r>
        <w:rPr>
          <w:lang w:eastAsia="zh-CN"/>
        </w:rPr>
        <w:br/>
      </w:r>
      <w:r>
        <w:rPr>
          <w:lang w:eastAsia="zh-CN"/>
        </w:rPr>
        <w:t>　　乙方 ：</w:t>
      </w:r>
      <w:r>
        <w:rPr>
          <w:lang w:eastAsia="zh-CN"/>
        </w:rPr>
        <w:br/>
      </w:r>
      <w:r>
        <w:rPr>
          <w:lang w:eastAsia="zh-CN"/>
        </w:rPr>
        <w:t>　　丙方：</w:t>
      </w:r>
      <w:r>
        <w:rPr>
          <w:lang w:eastAsia="zh-CN"/>
        </w:rPr>
        <w:br/>
      </w:r>
      <w:r>
        <w:rPr>
          <w:lang w:eastAsia="zh-CN"/>
        </w:rPr>
        <w:t>　　年 月 日</w:t>
      </w:r>
      <w:r>
        <w:rPr>
          <w:lang w:eastAsia="zh-CN"/>
        </w:rPr>
        <w:br/>
      </w:r>
      <w:r>
        <w:rPr>
          <w:lang w:eastAsia="zh-CN"/>
        </w:rPr>
        <w:t xml:space="preserve">    2024个人店铺转让合同 篇2 </w:t>
      </w:r>
      <w:r>
        <w:rPr>
          <w:lang w:eastAsia="zh-CN"/>
        </w:rPr>
        <w:br/>
      </w:r>
      <w:r>
        <w:rPr>
          <w:lang w:eastAsia="zh-CN"/>
        </w:rPr>
        <w:t>　　转让方(甲方)：____________</w:t>
      </w:r>
      <w:r>
        <w:rPr>
          <w:lang w:eastAsia="zh-CN"/>
        </w:rPr>
        <w:br/>
      </w:r>
      <w:r>
        <w:rPr>
          <w:lang w:eastAsia="zh-CN"/>
        </w:rPr>
        <w:t>　　顶让方(乙方)：____________</w:t>
      </w:r>
      <w:r>
        <w:rPr>
          <w:lang w:eastAsia="zh-CN"/>
        </w:rPr>
        <w:br/>
      </w:r>
      <w:r>
        <w:rPr>
          <w:lang w:eastAsia="zh-CN"/>
        </w:rPr>
        <w:t>　　房东(丙方)：______________</w:t>
      </w:r>
      <w:r>
        <w:rPr>
          <w:lang w:eastAsia="zh-CN"/>
        </w:rPr>
        <w:br/>
      </w:r>
      <w:r>
        <w:rPr>
          <w:lang w:eastAsia="zh-CN"/>
        </w:rPr>
        <w:t>　　甲、乙、丙三方经友好协商，就店铺转让事宜达成以下协议：</w:t>
      </w:r>
      <w:r>
        <w:rPr>
          <w:lang w:eastAsia="zh-CN"/>
        </w:rPr>
        <w:br/>
      </w:r>
      <w:r>
        <w:rPr>
          <w:lang w:eastAsia="zh-CN"/>
        </w:rPr>
        <w:t>　　1、丙方同意甲方将自己位于______街(路)______号的店铺(原为：______)转让给乙方使用，建筑面积为______平方米;并保证乙方同等享有甲方在原有房屋租赁合同中所享有的权利与义务。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2、该店铺的所有权证号码为______，产权人为丙。丙方与甲方签订了租赁合同，租期到______年______月______日止，月租为______元人民币。店铺交给乙方后，乙方同意代替甲向丙方履行该租赁合同，每月交纳租金及该合同约定由甲方交纳的水电费等各项费用，该合同期满后由乙方领回甲交纳的押金，该押金归乙方所有。</w:t>
      </w:r>
      <w:r>
        <w:rPr>
          <w:lang w:eastAsia="zh-CN"/>
        </w:rPr>
        <w:br/>
      </w:r>
      <w:r>
        <w:rPr>
          <w:lang w:eastAsia="zh-CN"/>
        </w:rPr>
        <w:t>　　3、店铺现有装修、装饰、设备在甲方收到乙方转让金后全部无偿归乙方使用，租赁期满后不动产归丙方所有，动产无偿归乙方(动产与不动产的划分按租赁合同执行)。</w:t>
      </w:r>
      <w:r>
        <w:rPr>
          <w:lang w:eastAsia="zh-CN"/>
        </w:rPr>
        <w:br/>
      </w:r>
      <w:r>
        <w:rPr>
          <w:lang w:eastAsia="zh-CN"/>
        </w:rPr>
        <w:t>　　4、乙方在年月日前一次性向甲方支付顶手费(转让费)共计人民币大写______元，上述费用已包括甲方交给丙方再转付乙方的押金、第三条所述的装修装饰设备及其他相关费用。甲方不得再向乙方索取任何其他费用。</w:t>
      </w:r>
      <w:r>
        <w:rPr>
          <w:lang w:eastAsia="zh-CN"/>
        </w:rPr>
        <w:br/>
      </w:r>
      <w:r>
        <w:rPr>
          <w:lang w:eastAsia="zh-CN"/>
        </w:rPr>
        <w:t>　　5、该店铺的营业执照已由甲方办理，经营范围为______，租期内甲方继续以甲方名义办理营业执照、税务登记等相关手续，但相关费用及由乙方经营引起的债权债务全部由乙方负责，与甲方无关。乙方接手经营前该店铺及营业执照上所载企业所欠一切债务由甲方负责偿还，与乙方无关。</w:t>
      </w:r>
      <w:r>
        <w:rPr>
          <w:lang w:eastAsia="zh-CN"/>
        </w:rPr>
        <w:br/>
      </w:r>
      <w:r>
        <w:rPr>
          <w:lang w:eastAsia="zh-CN"/>
        </w:rPr>
        <w:t>　　6、乙方逾期交付转让金，除甲方交铺日期相应顺延外，乙方每日向甲方支付转让费的千分之一的违约金，逾期30日的，甲方有权解除合同，乙方按转让费的10%向甲方支付违约金。甲方应保证丙方同意甲方转让店铺，如由于甲方原因导致丙方或甲方自己中途收回店铺，甲方同样承担违约责任，并向乙方支付转让费的10%作为违约金。</w:t>
      </w:r>
      <w:r>
        <w:rPr>
          <w:lang w:eastAsia="zh-CN"/>
        </w:rPr>
        <w:br/>
      </w:r>
      <w:r>
        <w:rPr>
          <w:lang w:eastAsia="zh-CN"/>
        </w:rPr>
        <w:t>　　7、如因自然灾害等不可抗因素导致乙方经营受损的与甲方无关，但因国家征用拆迁店铺，有关补偿归乙方。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8、如果合同签订前政府已下令拆迁店铺，甲方退偿全部转让费，赔还乙方接手该店铺的装修损失费，并支付转让费的10%的违约金。如果合同签订之后政府明令拆迁店铺，或者市政建设(如修、扩路、建天桥、立交桥、修地铁等)导致乙方难以经营，乙方有权解除合同，甲方退还剩余租期的转让费，押金仍归乙方(前述顺延除外)。或甲方在每年营业执照有效期届满时仍未办妥年审手续，乙方有权解除合同，甲方应退回全部转让费，赔偿装修、添置设备损失费，并支付转让费的10%的违约金。</w:t>
      </w:r>
      <w:r>
        <w:rPr>
          <w:lang w:eastAsia="zh-CN"/>
        </w:rPr>
        <w:br/>
      </w:r>
      <w:r>
        <w:rPr>
          <w:lang w:eastAsia="zh-CN"/>
        </w:rPr>
        <w:t>　　9、本合同一式三份，三方各执一份，自三方签字之日起生效。</w:t>
      </w:r>
      <w:r>
        <w:rPr>
          <w:lang w:eastAsia="zh-CN"/>
        </w:rPr>
        <w:br/>
      </w:r>
      <w:r>
        <w:rPr>
          <w:lang w:eastAsia="zh-CN"/>
        </w:rPr>
        <w:t>　　甲方签字：____________</w:t>
      </w:r>
      <w:r>
        <w:rPr>
          <w:lang w:eastAsia="zh-CN"/>
        </w:rPr>
        <w:br/>
      </w:r>
      <w:r>
        <w:rPr>
          <w:lang w:eastAsia="zh-CN"/>
        </w:rPr>
        <w:t>　　乙方签字：____________</w:t>
      </w:r>
      <w:r>
        <w:rPr>
          <w:lang w:eastAsia="zh-CN"/>
        </w:rPr>
        <w:br/>
      </w:r>
      <w:r>
        <w:rPr>
          <w:lang w:eastAsia="zh-CN"/>
        </w:rPr>
        <w:t>　　丙方签字：____________</w:t>
      </w:r>
      <w:r>
        <w:rPr>
          <w:lang w:eastAsia="zh-CN"/>
        </w:rPr>
        <w:br/>
      </w:r>
      <w:r>
        <w:rPr>
          <w:lang w:eastAsia="zh-CN"/>
        </w:rPr>
        <w:t>　　______年______月______日</w:t>
      </w:r>
      <w:r>
        <w:rPr>
          <w:lang w:eastAsia="zh-CN"/>
        </w:rPr>
        <w:br/>
      </w:r>
      <w:r>
        <w:rPr>
          <w:lang w:eastAsia="zh-CN"/>
        </w:rPr>
        <w:t xml:space="preserve">    2024个人店铺转让合同 篇3 </w:t>
      </w:r>
      <w:r>
        <w:rPr>
          <w:lang w:eastAsia="zh-CN"/>
        </w:rPr>
        <w:br/>
      </w:r>
      <w:r>
        <w:rPr>
          <w:lang w:eastAsia="zh-CN"/>
        </w:rPr>
        <w:t>　　甲方：__________________</w:t>
      </w:r>
      <w:r>
        <w:rPr>
          <w:lang w:eastAsia="zh-CN"/>
        </w:rPr>
        <w:br/>
      </w:r>
      <w:r>
        <w:rPr>
          <w:lang w:eastAsia="zh-CN"/>
        </w:rPr>
        <w:t>　　乙方：__________________</w:t>
      </w:r>
      <w:r>
        <w:rPr>
          <w:lang w:eastAsia="zh-CN"/>
        </w:rPr>
        <w:br/>
      </w:r>
      <w:r>
        <w:rPr>
          <w:lang w:eastAsia="zh-CN"/>
        </w:rPr>
        <w:t>　　甲、乙、丙三方经友好协商，就店铺转让事宜达成以下协议：</w:t>
      </w:r>
      <w:r>
        <w:rPr>
          <w:lang w:eastAsia="zh-CN"/>
        </w:rPr>
        <w:br/>
      </w:r>
      <w:r>
        <w:rPr>
          <w:lang w:eastAsia="zh-CN"/>
        </w:rPr>
        <w:t>　　一、丙方同意甲方将自己位于号的店铺(原为：转让给乙方使用，建筑面积为_______同等享有甲方在原有房屋租赁合同中所享有的权利与义务。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二、月租金为_______元人民币(大写：_______)，租金为每月交付一次，并于约定日期交至房东。店铺转让给乙方后，乙方同意代替甲方向丙方履行原有店铺租赁合同中所规定的条款，并且每年定期交纳租金及该合同所约定的应由甲方交纳的水电费及其他各项费用。</w:t>
      </w:r>
      <w:r>
        <w:rPr>
          <w:lang w:eastAsia="zh-CN"/>
        </w:rPr>
        <w:br/>
      </w:r>
      <w:r>
        <w:rPr>
          <w:lang w:eastAsia="zh-CN"/>
        </w:rPr>
        <w:t>　　四、转让后店铺现有的装修、装饰及其他所有设备全部归乙方所有，营业设备等动产归乙方(动产与不动产的划分按原有租赁合同执行)。</w:t>
      </w:r>
      <w:r>
        <w:rPr>
          <w:lang w:eastAsia="zh-CN"/>
        </w:rPr>
        <w:br/>
      </w:r>
      <w:r>
        <w:rPr>
          <w:lang w:eastAsia="zh-CN"/>
        </w:rPr>
        <w:t>　　五、乙方在_____年____月____日一次性向甲方支付转让费共计人民币_______元，(大写：_______)，上述费用已包括第三条所述的装修、装饰、设备(见附件一)及其他相关费用，此外甲方不得再向乙方索取任何其他费用。</w:t>
      </w:r>
      <w:r>
        <w:rPr>
          <w:lang w:eastAsia="zh-CN"/>
        </w:rPr>
        <w:br/>
      </w:r>
      <w:r>
        <w:rPr>
          <w:lang w:eastAsia="zh-CN"/>
        </w:rPr>
        <w:t>　　六、甲方应该协助乙方办理该店铺的工商营业执照、卫生许可证等相关证件的过户手续，但相关费用由乙方负责;乙方接手前该店铺所有的一切债权、债务均由甲方负责;接手后的一切经营行为及产生的债权、债务由乙方负责。</w:t>
      </w:r>
      <w:r>
        <w:rPr>
          <w:lang w:eastAsia="zh-CN"/>
        </w:rPr>
        <w:br/>
      </w:r>
      <w:r>
        <w:rPr>
          <w:lang w:eastAsia="zh-CN"/>
        </w:rPr>
        <w:t>　　七、如乙方逾期交付转让金，除甲方交铺日期相应顺延外，乙方应每日向甲方支付转让费的千分之一作为违约金，逾期30日的，甲方有权解除合同，并且乙方必须按照转让费的10%向甲方支付违约金。如果由于甲方原因导致转让中止，甲方同样承担违约责任，并向乙方支付转让费的10%作为违约金。</w:t>
      </w:r>
      <w:r>
        <w:rPr>
          <w:lang w:eastAsia="zh-CN"/>
        </w:rPr>
        <w:br/>
      </w:r>
      <w:r>
        <w:rPr>
          <w:lang w:eastAsia="zh-CN"/>
        </w:rPr>
        <w:t>　　八、如因自然灾害等不可抗因素导致乙方经营受损的与甲方无关，但遇政府规划，国家征用拆迁店铺，其有关补偿归乙方。</w:t>
      </w:r>
      <w:r>
        <w:rPr>
          <w:lang w:eastAsia="zh-CN"/>
        </w:rPr>
        <w:br/>
      </w:r>
      <w:r>
        <w:rPr>
          <w:lang w:eastAsia="zh-CN"/>
        </w:rPr>
        <w:t>　　九、本合同一式三份，三方各执一份，自三方签字之日起生效。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甲方：__________________乙方：__________________</w:t>
      </w:r>
      <w:r>
        <w:rPr>
          <w:lang w:eastAsia="zh-CN"/>
        </w:rPr>
        <w:br/>
      </w:r>
      <w:r>
        <w:rPr>
          <w:lang w:eastAsia="zh-CN"/>
        </w:rPr>
        <w:t>　　日期：__________________日期：__________________</w:t>
      </w:r>
      <w:r>
        <w:rPr>
          <w:lang w:eastAsia="zh-CN"/>
        </w:rPr>
        <w:br/>
      </w:r>
      <w:r>
        <w:rPr>
          <w:lang w:eastAsia="zh-CN"/>
        </w:rPr>
        <w:t xml:space="preserve">    2024个人店铺转让合同 篇4 </w:t>
      </w:r>
      <w:r>
        <w:rPr>
          <w:lang w:eastAsia="zh-CN"/>
        </w:rPr>
        <w:br/>
      </w:r>
      <w:r>
        <w:rPr>
          <w:lang w:eastAsia="zh-CN"/>
        </w:rPr>
        <w:t>　　转让方(甲方)：_____</w:t>
      </w:r>
      <w:r>
        <w:rPr>
          <w:lang w:eastAsia="zh-CN"/>
        </w:rPr>
        <w:br/>
      </w:r>
      <w:r>
        <w:rPr>
          <w:lang w:eastAsia="zh-CN"/>
        </w:rPr>
        <w:t>　　身份证号码：_____</w:t>
      </w:r>
      <w:r>
        <w:rPr>
          <w:lang w:eastAsia="zh-CN"/>
        </w:rPr>
        <w:br/>
      </w:r>
      <w:r>
        <w:rPr>
          <w:lang w:eastAsia="zh-CN"/>
        </w:rPr>
        <w:t>　　顶让方(乙方)：_____</w:t>
      </w:r>
      <w:r>
        <w:rPr>
          <w:lang w:eastAsia="zh-CN"/>
        </w:rPr>
        <w:br/>
      </w:r>
      <w:r>
        <w:rPr>
          <w:lang w:eastAsia="zh-CN"/>
        </w:rPr>
        <w:t>　　身份证号码：_____</w:t>
      </w:r>
      <w:r>
        <w:rPr>
          <w:lang w:eastAsia="zh-CN"/>
        </w:rPr>
        <w:br/>
      </w:r>
      <w:r>
        <w:rPr>
          <w:lang w:eastAsia="zh-CN"/>
        </w:rPr>
        <w:t>　　甲、乙、双方经友好协商，就店铺转让事宜达成以下协议：</w:t>
      </w:r>
      <w:r>
        <w:rPr>
          <w:lang w:eastAsia="zh-CN"/>
        </w:rPr>
        <w:br/>
      </w:r>
      <w:r>
        <w:rPr>
          <w:lang w:eastAsia="zh-CN"/>
        </w:rPr>
        <w:t>　　一、甲方同意将自己位于__________街(路)_____号的店铺转让给乙方使用，建筑面积为_____平方米;并保证乙方同等享有甲方在原有房屋租赁合同中所享有的权利与义务。</w:t>
      </w:r>
      <w:r>
        <w:rPr>
          <w:lang w:eastAsia="zh-CN"/>
        </w:rPr>
        <w:br/>
      </w:r>
      <w:r>
        <w:rPr>
          <w:lang w:eastAsia="zh-CN"/>
        </w:rPr>
        <w:t>　　二、店铺转让给乙方后，乙方同意代替甲方履行原有店铺租赁合同中所规定的条款，并且定期交纳租金及该合同所约定的应由甲方交纳的水电费及其他各项费用。</w:t>
      </w:r>
      <w:r>
        <w:rPr>
          <w:lang w:eastAsia="zh-CN"/>
        </w:rPr>
        <w:br/>
      </w:r>
      <w:r>
        <w:rPr>
          <w:lang w:eastAsia="zh-CN"/>
        </w:rPr>
        <w:t>　　三、转让后店铺现有的装修、装饰及其他所有设备和房屋装修等;营业设备等全部归乙方。</w:t>
      </w:r>
      <w:r>
        <w:rPr>
          <w:lang w:eastAsia="zh-CN"/>
        </w:rPr>
        <w:br/>
      </w:r>
      <w:r>
        <w:rPr>
          <w:lang w:eastAsia="zh-CN"/>
        </w:rPr>
        <w:t>　　四、乙方在___年___月___日前分两次向甲方支付转让费共计人民币_____元，(大写：_____)，第一年付款_____%，第二年付清余下____%费用。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五、甲方应该协助乙方办理该店铺的工商营业执照、卫生许可证等相关证件的过户手续，但相关费用由乙方负责;乙方接手前该店铺所有的一切债权、债务均由甲方负责;接手后的一切经营行为及产生的债权、债务由乙方负责。</w:t>
      </w:r>
      <w:r>
        <w:rPr>
          <w:lang w:eastAsia="zh-CN"/>
        </w:rPr>
        <w:br/>
      </w:r>
      <w:r>
        <w:rPr>
          <w:lang w:eastAsia="zh-CN"/>
        </w:rPr>
        <w:t>　　六、如乙方逾期交付转让金，乙方应每日向甲方支付转让费的千分之一作为违约金，逾期30日的，甲方有权解除合同，并且乙方必须按照转让费的10%向甲方支付违约金。如果由于甲方原因导致转让中止，甲方同样承担违约责任，并向乙方支付转让费的10%作为违约金</w:t>
      </w:r>
      <w:r>
        <w:rPr>
          <w:lang w:eastAsia="zh-CN"/>
        </w:rPr>
        <w:br/>
      </w:r>
      <w:r>
        <w:rPr>
          <w:lang w:eastAsia="zh-CN"/>
        </w:rPr>
        <w:t>　　七、如因自然灾害等不可抗因素导致乙方经营受损的与甲方无关，但遇政府规划，国家征用拆迁店铺，其有关补偿归乙方。</w:t>
      </w:r>
      <w:r>
        <w:rPr>
          <w:lang w:eastAsia="zh-CN"/>
        </w:rPr>
        <w:br/>
      </w:r>
      <w:r>
        <w:rPr>
          <w:lang w:eastAsia="zh-CN"/>
        </w:rPr>
        <w:t>　　八、本合同一式两份，双方各执一份，自双方签字之日起生效。</w:t>
      </w:r>
      <w:r>
        <w:rPr>
          <w:lang w:eastAsia="zh-CN"/>
        </w:rPr>
        <w:br/>
      </w:r>
      <w:r>
        <w:rPr>
          <w:lang w:eastAsia="zh-CN"/>
        </w:rPr>
        <w:t>　　甲方签字：</w:t>
      </w:r>
      <w:r>
        <w:rPr>
          <w:lang w:eastAsia="zh-CN"/>
        </w:rPr>
        <w:br/>
      </w:r>
      <w:r>
        <w:rPr>
          <w:lang w:eastAsia="zh-CN"/>
        </w:rPr>
        <w:t>　　乙方签字：</w:t>
      </w:r>
      <w:r>
        <w:rPr>
          <w:lang w:eastAsia="zh-CN"/>
        </w:rPr>
        <w:br/>
      </w:r>
      <w:r>
        <w:rPr>
          <w:lang w:eastAsia="zh-CN"/>
        </w:rPr>
        <w:t>　　日期：</w:t>
      </w:r>
      <w:r>
        <w:rPr>
          <w:lang w:eastAsia="zh-CN"/>
        </w:rPr>
        <w:br/>
      </w:r>
      <w:r>
        <w:rPr>
          <w:lang w:eastAsia="zh-CN"/>
        </w:rPr>
        <w:t xml:space="preserve">    2024个人店铺转让合同 篇5 </w:t>
      </w:r>
      <w:r>
        <w:rPr>
          <w:lang w:eastAsia="zh-CN"/>
        </w:rPr>
        <w:br/>
      </w:r>
      <w:r>
        <w:rPr>
          <w:lang w:eastAsia="zh-CN"/>
        </w:rPr>
        <w:t>　　转让方(甲方)：_____________身份证号码：_____________________</w:t>
      </w:r>
      <w:r>
        <w:rPr>
          <w:lang w:eastAsia="zh-CN"/>
        </w:rPr>
        <w:br/>
      </w:r>
      <w:r>
        <w:rPr>
          <w:lang w:eastAsia="zh-CN"/>
        </w:rPr>
        <w:t>　　受让方(乙方)：_____________身份证号码：_____________________</w:t>
      </w:r>
      <w:r>
        <w:rPr>
          <w:lang w:eastAsia="zh-CN"/>
        </w:rPr>
        <w:br/>
      </w:r>
      <w:r>
        <w:rPr>
          <w:lang w:eastAsia="zh-CN"/>
        </w:rPr>
        <w:t>　　出租方(丙方)：_____________身份证号码：_____________________</w:t>
      </w:r>
      <w:r>
        <w:rPr>
          <w:lang w:eastAsia="zh-CN"/>
        </w:rPr>
        <w:br/>
      </w:r>
      <w:r>
        <w:rPr>
          <w:lang w:eastAsia="zh-CN"/>
        </w:rPr>
        <w:t>　　根据我国《合同法》的有关规定，经甲、乙、丙三方友好协商，就下述门面转让事宜达成如下协议：</w:t>
      </w:r>
      <w:r>
        <w:rPr>
          <w:lang w:eastAsia="zh-CN"/>
        </w:rPr>
        <w:br/>
      </w:r>
      <w:r>
        <w:rPr>
          <w:lang w:eastAsia="zh-CN"/>
        </w:rPr>
        <w:t>　　1、转让门面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转让门面位于______________，建筑面积_______平方米;丙方为上述转让门面的所有权人和出租方。现对甲、乙双方根据本合同约定转让上述门面承租权的行为，丙方表现同意。</w:t>
      </w:r>
      <w:r>
        <w:rPr>
          <w:lang w:eastAsia="zh-CN"/>
        </w:rPr>
        <w:br/>
      </w:r>
      <w:r>
        <w:rPr>
          <w:lang w:eastAsia="zh-CN"/>
        </w:rPr>
        <w:t>　　原甲、丙双方所签门面租赁合同的权利与义务转由乙方享有和履行，乙方与丙方不再另行签订租赁合同。本合同生效和门面交接完毕后，甲、丙双方之间原门面租赁合同终止履行，权利义务自行解除。</w:t>
      </w:r>
      <w:r>
        <w:rPr>
          <w:lang w:eastAsia="zh-CN"/>
        </w:rPr>
        <w:br/>
      </w:r>
      <w:r>
        <w:rPr>
          <w:lang w:eastAsia="zh-CN"/>
        </w:rPr>
        <w:t>　　2、租金的结算与支付</w:t>
      </w:r>
      <w:r>
        <w:rPr>
          <w:lang w:eastAsia="zh-CN"/>
        </w:rPr>
        <w:br/>
      </w:r>
      <w:r>
        <w:rPr>
          <w:lang w:eastAsia="zh-CN"/>
        </w:rPr>
        <w:t>　　丙方与甲方原租赁合同，约定的租赁期间为_______年，即自___年___月___日起___年___月___日止，月租金为___元人民币，现甲方剩余租期为___月，门面转让前尚欠租金、水电费、物业管理费等共计人民币___元，上述欠交款项由乙方在本合同生效后三日内支付给甲方。</w:t>
      </w:r>
      <w:r>
        <w:rPr>
          <w:lang w:eastAsia="zh-CN"/>
        </w:rPr>
        <w:br/>
      </w:r>
      <w:r>
        <w:rPr>
          <w:lang w:eastAsia="zh-CN"/>
        </w:rPr>
        <w:t>　　门面转让乙方后，甲、丙双方原门面租赁合同中所约定的租金转由乙方根据该合同约定(指有关金额、时间、付款方式和违约责任等条款)向丙方支付，甲方不再负有支付义务。</w:t>
      </w:r>
      <w:r>
        <w:rPr>
          <w:lang w:eastAsia="zh-CN"/>
        </w:rPr>
        <w:br/>
      </w:r>
      <w:r>
        <w:rPr>
          <w:lang w:eastAsia="zh-CN"/>
        </w:rPr>
        <w:t>　　3、门面设施、设备的归属</w:t>
      </w:r>
      <w:r>
        <w:rPr>
          <w:lang w:eastAsia="zh-CN"/>
        </w:rPr>
        <w:br/>
      </w:r>
      <w:r>
        <w:rPr>
          <w:lang w:eastAsia="zh-CN"/>
        </w:rPr>
        <w:t>　　转让门面现有装修设施在转让后归乙方所有。</w:t>
      </w:r>
      <w:r>
        <w:rPr>
          <w:lang w:eastAsia="zh-CN"/>
        </w:rPr>
        <w:br/>
      </w:r>
      <w:r>
        <w:rPr>
          <w:lang w:eastAsia="zh-CN"/>
        </w:rPr>
        <w:t>　　转让门面租赁期(含门面租赁合同续签期限)届满后，该门面装修设施的不动产归丙方所有，营业设备等动产归乙方(动产与不动产的划分按原有租赁合同执行)所有。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乙方在接收该门面后，有权根据经营需要，在保证房屋安全使用的情况下进行再次装修。</w:t>
      </w:r>
      <w:r>
        <w:rPr>
          <w:lang w:eastAsia="zh-CN"/>
        </w:rPr>
        <w:br/>
      </w:r>
      <w:r>
        <w:rPr>
          <w:lang w:eastAsia="zh-CN"/>
        </w:rPr>
        <w:t>　　4、门面转让费的支付</w:t>
      </w:r>
      <w:r>
        <w:rPr>
          <w:lang w:eastAsia="zh-CN"/>
        </w:rPr>
        <w:br/>
      </w:r>
      <w:r>
        <w:rPr>
          <w:lang w:eastAsia="zh-CN"/>
        </w:rPr>
        <w:t>　　乙方于本合同签订之日向甲方支付定金___元。甲方在合同签订次日向乙方腾让门面并交付钥匙，同时乙方向甲方支付转让费共计人民币___元，(大写：______)，上述费用已包括第三条所述的装修、装饰、设备(详见《转让财物交接清单》)及其他相关费用，此外甲方不得再向乙方索取任何其他费用。</w:t>
      </w:r>
      <w:r>
        <w:rPr>
          <w:lang w:eastAsia="zh-CN"/>
        </w:rPr>
        <w:br/>
      </w:r>
      <w:r>
        <w:rPr>
          <w:lang w:eastAsia="zh-CN"/>
        </w:rPr>
        <w:t>　　5、债权债务的处理</w:t>
      </w:r>
      <w:r>
        <w:rPr>
          <w:lang w:eastAsia="zh-CN"/>
        </w:rPr>
        <w:br/>
      </w:r>
      <w:r>
        <w:rPr>
          <w:lang w:eastAsia="zh-CN"/>
        </w:rPr>
        <w:t>　　乙方接手前该店铺所有的一切债权、债务均由甲方负责;接手后的一切经营行为及产生的债权、债务由乙方负责。</w:t>
      </w:r>
      <w:r>
        <w:rPr>
          <w:lang w:eastAsia="zh-CN"/>
        </w:rPr>
        <w:br/>
      </w:r>
      <w:r>
        <w:rPr>
          <w:lang w:eastAsia="zh-CN"/>
        </w:rPr>
        <w:t>　　6、交接条件、时间及方式</w:t>
      </w:r>
      <w:r>
        <w:rPr>
          <w:lang w:eastAsia="zh-CN"/>
        </w:rPr>
        <w:br/>
      </w:r>
      <w:r>
        <w:rPr>
          <w:lang w:eastAsia="zh-CN"/>
        </w:rPr>
        <w:t>　　转让门面定于___年___月___日正式交接。</w:t>
      </w:r>
      <w:r>
        <w:rPr>
          <w:lang w:eastAsia="zh-CN"/>
        </w:rPr>
        <w:br/>
      </w:r>
      <w:r>
        <w:rPr>
          <w:lang w:eastAsia="zh-CN"/>
        </w:rPr>
        <w:t>　　门面交接时，甲方应腾空非《转让财物交接清单》范围内的一切设施、物品和货物，保持门面已有装修、装饰、设施、设备、门窗、墙面、地面和天花板面的完好和完整，以便于使用。</w:t>
      </w:r>
      <w:r>
        <w:rPr>
          <w:lang w:eastAsia="zh-CN"/>
        </w:rPr>
        <w:br/>
      </w:r>
      <w:r>
        <w:rPr>
          <w:lang w:eastAsia="zh-CN"/>
        </w:rPr>
        <w:t>　　办理门面交接手续时，由甲、乙、丙三方共同进行现场验收，按照《转让财物交接清单》点验、接收有关财物，交接完毕后，甲、乙、丙三方应共同签署《转让财物交接清单》，在丙方的现场监督下，甲方向乙方交付门面钥匙。门面钥匙一经交付，转让门面即告验收、交付完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转让门面不符合约定的交接条件时，乙方有权拒绝交接，甲方应及时整改、修复，直至符合交接条件为止。并将视为甲方逾期交付门面，由甲方承担逾期交付的违约责任。</w:t>
      </w:r>
      <w:r>
        <w:rPr>
          <w:lang w:eastAsia="zh-CN"/>
        </w:rPr>
        <w:br/>
      </w:r>
      <w:r>
        <w:rPr>
          <w:lang w:eastAsia="zh-CN"/>
        </w:rPr>
        <w:t>　　7、违约责任</w:t>
      </w:r>
      <w:r>
        <w:rPr>
          <w:lang w:eastAsia="zh-CN"/>
        </w:rPr>
        <w:br/>
      </w:r>
      <w:r>
        <w:rPr>
          <w:lang w:eastAsia="zh-CN"/>
        </w:rPr>
        <w:t>　　甲方保证该门面有合法承租权并有权依法转让，应该按时交付门面，甲方逾期交付门面时，按下列方式计算违约金：逾期交付天数___元/天;超过___天甲方仍不能交付转让门面时，乙方有权通知甲方解除合同，返还已支付的门面转让费，和按上述约定追偿违约金。</w:t>
      </w:r>
      <w:r>
        <w:rPr>
          <w:lang w:eastAsia="zh-CN"/>
        </w:rPr>
        <w:br/>
      </w:r>
      <w:r>
        <w:rPr>
          <w:lang w:eastAsia="zh-CN"/>
        </w:rPr>
        <w:t>　　乙方应按时接收门面和支付门面转让费。乙方逾期接收门面超过___天时，甲方有权通知乙方解除合同，不予返还已支付的门面转让费。乙方逾期支付门面转让费时，按下列方式计算违约金：逾期付款天数___元/天。</w:t>
      </w:r>
      <w:r>
        <w:rPr>
          <w:lang w:eastAsia="zh-CN"/>
        </w:rPr>
        <w:br/>
      </w:r>
      <w:r>
        <w:rPr>
          <w:lang w:eastAsia="zh-CN"/>
        </w:rPr>
        <w:t>　　丙方保证该转让门面为其合法所有，享有门面的出租权，否则应该赔偿乙方转让费用同等的损失。</w:t>
      </w:r>
      <w:r>
        <w:rPr>
          <w:lang w:eastAsia="zh-CN"/>
        </w:rPr>
        <w:br/>
      </w:r>
      <w:r>
        <w:rPr>
          <w:lang w:eastAsia="zh-CN"/>
        </w:rPr>
        <w:t>　　转让方(甲方)：____________日期：___年___月___日</w:t>
      </w:r>
      <w:r>
        <w:rPr>
          <w:lang w:eastAsia="zh-CN"/>
        </w:rPr>
        <w:br/>
      </w:r>
      <w:r>
        <w:rPr>
          <w:lang w:eastAsia="zh-CN"/>
        </w:rPr>
        <w:t>　　受让方(乙方)：____________日期：___年___月___日</w:t>
      </w:r>
      <w:r>
        <w:rPr>
          <w:lang w:eastAsia="zh-CN"/>
        </w:rPr>
        <w:br/>
      </w:r>
      <w:r>
        <w:rPr>
          <w:lang w:eastAsia="zh-CN"/>
        </w:rPr>
        <w:t>　　出租方(丙方)：____________日期：___年___月___日</w:t>
      </w:r>
      <w:r>
        <w:rPr>
          <w:lang w:eastAsia="zh-CN"/>
        </w:rPr>
        <w:br/>
      </w:r>
      <w:r>
        <w:rPr>
          <w:lang w:eastAsia="zh-CN"/>
        </w:rPr>
        <w:t xml:space="preserve">    2024个人店铺转让合同 篇6 </w:t>
      </w:r>
      <w:r>
        <w:rPr>
          <w:lang w:eastAsia="zh-CN"/>
        </w:rPr>
        <w:br/>
      </w:r>
      <w:r>
        <w:rPr>
          <w:lang w:eastAsia="zh-CN"/>
        </w:rPr>
        <w:t>　　转让方(甲方)： 身份证号码：</w:t>
      </w:r>
      <w:r>
        <w:rPr>
          <w:lang w:eastAsia="zh-CN"/>
        </w:rPr>
        <w:br/>
      </w:r>
      <w:r>
        <w:rPr>
          <w:lang w:eastAsia="zh-CN"/>
        </w:rPr>
        <w:t>　　顶让方(乙方)： 身份证号码：</w:t>
      </w:r>
      <w:r>
        <w:rPr>
          <w:lang w:eastAsia="zh-CN"/>
        </w:rPr>
        <w:br/>
      </w:r>
      <w:r>
        <w:rPr>
          <w:lang w:eastAsia="zh-CN"/>
        </w:rPr>
        <w:t>　　甲、乙、双方经友好协商，就店铺转让事宜达成以下协议：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一、甲方同意将自己位于文化路店铺转让给乙方使用，建筑面积为并保证乙方同等享有甲方在原有房屋租赁合同中所享有的权利与义务。</w:t>
      </w:r>
      <w:r>
        <w:rPr>
          <w:lang w:eastAsia="zh-CN"/>
        </w:rPr>
        <w:br/>
      </w:r>
      <w:r>
        <w:rPr>
          <w:lang w:eastAsia="zh-CN"/>
        </w:rPr>
        <w:t>　　二、店铺转让给乙方后，乙方同意代替甲方履行原有店铺租赁合同中所规定的条款，并且定期交纳租金及该合同所约定的应由甲方交纳的水电费及其他各项费用。</w:t>
      </w:r>
      <w:r>
        <w:rPr>
          <w:lang w:eastAsia="zh-CN"/>
        </w:rPr>
        <w:br/>
      </w:r>
      <w:r>
        <w:rPr>
          <w:lang w:eastAsia="zh-CN"/>
        </w:rPr>
        <w:t>　　三、转让后店铺现有的装修、装饰及其他所有设备和房屋装修等;营业设备等全部归乙方。</w:t>
      </w:r>
      <w:r>
        <w:rPr>
          <w:lang w:eastAsia="zh-CN"/>
        </w:rPr>
        <w:br/>
      </w:r>
      <w:r>
        <w:rPr>
          <w:lang w:eastAsia="zh-CN"/>
        </w:rPr>
        <w:t>　　四、乙方在 年 月 日前向甲方支付转让费共计人民币 元，(大写： )。</w:t>
      </w:r>
      <w:r>
        <w:rPr>
          <w:lang w:eastAsia="zh-CN"/>
        </w:rPr>
        <w:br/>
      </w:r>
      <w:r>
        <w:rPr>
          <w:lang w:eastAsia="zh-CN"/>
        </w:rPr>
        <w:t>　　五、甲方应该协助乙方办理该店铺的工商营业执照、卫生许可证等相关证件的过户手续，但相关费用由乙方负责;乙方接手前该店铺所有的一切债权、债务均由甲方负责;接手后的一切经营行为及产生的债权、债务由乙方负责。</w:t>
      </w:r>
      <w:r>
        <w:rPr>
          <w:lang w:eastAsia="zh-CN"/>
        </w:rPr>
        <w:br/>
      </w:r>
      <w:r>
        <w:rPr>
          <w:lang w:eastAsia="zh-CN"/>
        </w:rPr>
        <w:t>　　六、甲方有权解除合同，并且乙方必须按照转让费的10%向甲方支付违约金。如果由于甲方原因导致转让中止，甲方同样承担违约责任，并向乙方支付转让费的10%作为违约金。</w:t>
      </w:r>
      <w:r>
        <w:rPr>
          <w:lang w:eastAsia="zh-CN"/>
        </w:rPr>
        <w:br/>
      </w:r>
      <w:r>
        <w:rPr>
          <w:lang w:eastAsia="zh-CN"/>
        </w:rPr>
        <w:t>　　七、如因自然灾害等不可抗因素导致乙方经营受损的与甲方无关，但遇政府规划，国家征用店铺，其有关补偿归乙方。</w:t>
      </w:r>
      <w:r>
        <w:rPr>
          <w:lang w:eastAsia="zh-CN"/>
        </w:rPr>
        <w:br/>
      </w:r>
      <w:r>
        <w:rPr>
          <w:lang w:eastAsia="zh-CN"/>
        </w:rPr>
        <w:t>　　八、本合同一式两份，双方各执一份，自双方签字之日起生效。</w:t>
      </w:r>
      <w:r>
        <w:rPr>
          <w:lang w:eastAsia="zh-CN"/>
        </w:rPr>
        <w:br/>
      </w:r>
      <w:r>
        <w:rPr>
          <w:lang w:eastAsia="zh-CN"/>
        </w:rPr>
        <w:t>　　甲方(公章)：_________ 乙方(公章)：_________</w:t>
      </w:r>
      <w:r>
        <w:rPr>
          <w:lang w:eastAsia="zh-CN"/>
        </w:rPr>
        <w:br/>
      </w:r>
      <w:r>
        <w:rPr>
          <w:lang w:eastAsia="zh-CN"/>
        </w:rPr>
        <w:t>　　法定代表人(签字)：_________ 法定代表人(签字)：_________</w:t>
      </w:r>
      <w:r>
        <w:rPr>
          <w:lang w:eastAsia="zh-CN"/>
        </w:rPr>
        <w:br/>
      </w:r>
      <w:r>
        <w:rPr>
          <w:lang w:eastAsia="zh-CN"/>
        </w:rPr>
        <w:t>　　_________年____月____日 _________年____月____日</w:t>
      </w:r>
      <w:r>
        <w:rPr>
          <w:lang w:eastAsia="zh-CN"/>
        </w:rPr>
        <w:br/>
      </w:r>
      <w:r>
        <w:rPr>
          <w:lang w:eastAsia="zh-CN"/>
        </w:rPr>
        <w:t xml:space="preserve">    2024个人店铺转让合同 篇7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转让方(甲方)：</w:t>
      </w:r>
      <w:r>
        <w:rPr>
          <w:lang w:eastAsia="zh-CN"/>
        </w:rPr>
        <w:br/>
      </w:r>
      <w:r>
        <w:rPr>
          <w:lang w:eastAsia="zh-CN"/>
        </w:rPr>
        <w:t>　　身份证号码：</w:t>
      </w:r>
      <w:r>
        <w:rPr>
          <w:lang w:eastAsia="zh-CN"/>
        </w:rPr>
        <w:br/>
      </w:r>
      <w:r>
        <w:rPr>
          <w:lang w:eastAsia="zh-CN"/>
        </w:rPr>
        <w:t>　　受让方(甲方)：</w:t>
      </w:r>
      <w:r>
        <w:rPr>
          <w:lang w:eastAsia="zh-CN"/>
        </w:rPr>
        <w:br/>
      </w:r>
      <w:r>
        <w:rPr>
          <w:lang w:eastAsia="zh-CN"/>
        </w:rPr>
        <w:t>　　身份证号码：</w:t>
      </w:r>
      <w:r>
        <w:rPr>
          <w:lang w:eastAsia="zh-CN"/>
        </w:rPr>
        <w:br/>
      </w:r>
      <w:r>
        <w:rPr>
          <w:lang w:eastAsia="zh-CN"/>
        </w:rPr>
        <w:t>　　甲乙双方本着平等互利、诚实信用原则，经友好协商，就奶吧店铺转让事宜达成以下协议：</w:t>
      </w:r>
      <w:r>
        <w:rPr>
          <w:lang w:eastAsia="zh-CN"/>
        </w:rPr>
        <w:br/>
      </w:r>
      <w:r>
        <w:rPr>
          <w:lang w:eastAsia="zh-CN"/>
        </w:rPr>
        <w:t>　　一、甲方同意将_____转让给乙方，建筑面积为__平方米，并负责协调房东按照同等条件将上述____店铺租赁给乙方使用。</w:t>
      </w:r>
      <w:r>
        <w:rPr>
          <w:lang w:eastAsia="zh-CN"/>
        </w:rPr>
        <w:br/>
      </w:r>
      <w:r>
        <w:rPr>
          <w:lang w:eastAsia="zh-CN"/>
        </w:rPr>
        <w:t>　　二、甲方与房东___签订的租赁合同于____年_月_日到期，房租已交至____年_月_日，甲方负责协调房东自____年_月_日起由乙方直接与房东签订租赁合同。</w:t>
      </w:r>
      <w:r>
        <w:rPr>
          <w:lang w:eastAsia="zh-CN"/>
        </w:rPr>
        <w:br/>
      </w:r>
      <w:r>
        <w:rPr>
          <w:lang w:eastAsia="zh-CN"/>
        </w:rPr>
        <w:t>　　三、转让后店铺现有装修、装饰及所有设备全部归乙方所有。转让费为贰万元整，上述转让费包括并不限于____年_月_日前房租、房东房屋租赁押金壹仟元、操作技术及所列设备。</w:t>
      </w:r>
      <w:r>
        <w:rPr>
          <w:lang w:eastAsia="zh-CN"/>
        </w:rPr>
        <w:br/>
      </w:r>
      <w:r>
        <w:rPr>
          <w:lang w:eastAsia="zh-CN"/>
        </w:rPr>
        <w:t>　　其中转让设备包括巴士消毒机、冰激凌机、冷藏柜、消毒柜、冰箱、柜式空调、汉堡机、炸锅、桌椅等动产，在乙方支付转让费90%(壹万捌仟元整)后，甲方向乙方办理店铺转让交接手续，上述设备的所有权即归乙方。</w:t>
      </w:r>
      <w:r>
        <w:rPr>
          <w:lang w:eastAsia="zh-CN"/>
        </w:rPr>
        <w:br/>
      </w:r>
      <w:r>
        <w:rPr>
          <w:lang w:eastAsia="zh-CN"/>
        </w:rPr>
        <w:t>　　四、转让费支付</w:t>
      </w:r>
      <w:r>
        <w:rPr>
          <w:lang w:eastAsia="zh-CN"/>
        </w:rPr>
        <w:br/>
      </w:r>
      <w:r>
        <w:rPr>
          <w:lang w:eastAsia="zh-CN"/>
        </w:rPr>
        <w:t>　　转让费共计贰万元整，分三期支付。</w:t>
      </w:r>
      <w:r>
        <w:rPr>
          <w:lang w:eastAsia="zh-CN"/>
        </w:rPr>
        <w:br/>
      </w:r>
      <w:r>
        <w:rPr>
          <w:lang w:eastAsia="zh-CN"/>
        </w:rPr>
        <w:t>　　1、第一笔转让费定金为__元(叁仟元整)于__年_月_日支付;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2、第二笔____元(壹万伍仟元整)于___年__月_日前支付(以教会乙方操作技术并告知___情况及相关信息为条件);</w:t>
      </w:r>
      <w:r>
        <w:rPr>
          <w:lang w:eastAsia="zh-CN"/>
        </w:rPr>
        <w:br/>
      </w:r>
      <w:r>
        <w:rPr>
          <w:lang w:eastAsia="zh-CN"/>
        </w:rPr>
        <w:t>　　3、剩余___元(贰仟元整)于甲方协助乙方办理完经营手续后，教会操作技术及会员情况交接完毕后付清(___年__月_日)。</w:t>
      </w:r>
      <w:r>
        <w:rPr>
          <w:lang w:eastAsia="zh-CN"/>
        </w:rPr>
        <w:br/>
      </w:r>
      <w:r>
        <w:rPr>
          <w:lang w:eastAsia="zh-CN"/>
        </w:rPr>
        <w:t>　　五、上述转让费已包含第三条所描述的全部费用，除此以外甲方不得再向乙方索取任何其他费用。</w:t>
      </w:r>
      <w:r>
        <w:rPr>
          <w:lang w:eastAsia="zh-CN"/>
        </w:rPr>
        <w:br/>
      </w:r>
      <w:r>
        <w:rPr>
          <w:lang w:eastAsia="zh-CN"/>
        </w:rPr>
        <w:t>　　六、甲方负责教会乙方与鲜奶吧相关的操作技术，不得有任何保留。</w:t>
      </w:r>
      <w:r>
        <w:rPr>
          <w:lang w:eastAsia="zh-CN"/>
        </w:rPr>
        <w:br/>
      </w:r>
      <w:r>
        <w:rPr>
          <w:lang w:eastAsia="zh-CN"/>
        </w:rPr>
        <w:t>　　七、甲方负责将现有会员信息交接给乙方，提供详细附表(附表包括会员姓名、身份证号码、家庭住址，所缴纳的会费金额等)，乙方负责承担甲方提供的上述附表所列债务，附表之外债务由甲方负责，与乙方无关。</w:t>
      </w:r>
      <w:r>
        <w:rPr>
          <w:lang w:eastAsia="zh-CN"/>
        </w:rPr>
        <w:br/>
      </w:r>
      <w:r>
        <w:rPr>
          <w:lang w:eastAsia="zh-CN"/>
        </w:rPr>
        <w:t>　　八、任何一方违约，全额赔偿守约方的`损失。</w:t>
      </w:r>
      <w:r>
        <w:rPr>
          <w:lang w:eastAsia="zh-CN"/>
        </w:rPr>
        <w:br/>
      </w:r>
      <w:r>
        <w:rPr>
          <w:lang w:eastAsia="zh-CN"/>
        </w:rPr>
        <w:t>　　九、履行本协议发生的纠纷，双方协商解决，协商不成的，由店铺所在地法院裁决。</w:t>
      </w:r>
      <w:r>
        <w:rPr>
          <w:lang w:eastAsia="zh-CN"/>
        </w:rPr>
        <w:br/>
      </w:r>
      <w:r>
        <w:rPr>
          <w:lang w:eastAsia="zh-CN"/>
        </w:rPr>
        <w:t>　　十、本协议一式两份，甲乙双方各执一份。</w:t>
      </w:r>
      <w:r>
        <w:rPr>
          <w:lang w:eastAsia="zh-CN"/>
        </w:rPr>
        <w:br/>
      </w:r>
      <w:r>
        <w:rPr>
          <w:lang w:eastAsia="zh-CN"/>
        </w:rPr>
        <w:t>　　十一、本协议自双方签字或盖章之日起生效。</w:t>
      </w:r>
      <w:r>
        <w:rPr>
          <w:lang w:eastAsia="zh-CN"/>
        </w:rPr>
        <w:br/>
      </w:r>
      <w:r>
        <w:rPr>
          <w:lang w:eastAsia="zh-CN"/>
        </w:rPr>
        <w:t>　　甲方 ：</w:t>
      </w:r>
      <w:r>
        <w:rPr>
          <w:lang w:eastAsia="zh-CN"/>
        </w:rPr>
        <w:br/>
      </w:r>
      <w:r>
        <w:rPr>
          <w:lang w:eastAsia="zh-CN"/>
        </w:rPr>
        <w:t>　　乙方 ：</w:t>
      </w:r>
      <w:r>
        <w:rPr>
          <w:lang w:eastAsia="zh-CN"/>
        </w:rPr>
        <w:br/>
      </w:r>
      <w:r>
        <w:rPr>
          <w:lang w:eastAsia="zh-CN"/>
        </w:rPr>
        <w:t>　　年 月 日</w:t>
      </w:r>
      <w:r>
        <w:rPr>
          <w:lang w:eastAsia="zh-CN"/>
        </w:rPr>
        <w:br/>
      </w:r>
      <w:r>
        <w:rPr>
          <w:lang w:eastAsia="zh-CN"/>
        </w:rPr>
        <w:t xml:space="preserve">    2024个人店铺转让合同 篇8 </w:t>
      </w:r>
      <w:r>
        <w:rPr>
          <w:lang w:eastAsia="zh-CN"/>
        </w:rPr>
        <w:br/>
      </w:r>
      <w:r>
        <w:rPr>
          <w:lang w:eastAsia="zh-CN"/>
        </w:rPr>
        <w:t>　　转让方(以下简称“甲方”)：____________</w:t>
      </w:r>
      <w:r>
        <w:rPr>
          <w:lang w:eastAsia="zh-CN"/>
        </w:rPr>
        <w:br/>
      </w:r>
      <w:r>
        <w:rPr>
          <w:lang w:eastAsia="zh-CN"/>
        </w:rPr>
        <w:t>　　身份证号码：__________________________</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受让方(以下简称“乙方”)：____________</w:t>
      </w:r>
      <w:r>
        <w:rPr>
          <w:lang w:eastAsia="zh-CN"/>
        </w:rPr>
        <w:br/>
      </w:r>
      <w:r>
        <w:rPr>
          <w:lang w:eastAsia="zh-CN"/>
        </w:rPr>
        <w:t>　　身份证号码：__________________________</w:t>
      </w:r>
      <w:r>
        <w:rPr>
          <w:lang w:eastAsia="zh-CN"/>
        </w:rPr>
        <w:br/>
      </w:r>
      <w:r>
        <w:rPr>
          <w:lang w:eastAsia="zh-CN"/>
        </w:rPr>
        <w:t>　　出租方(以下简称“丙方”)：____________</w:t>
      </w:r>
      <w:r>
        <w:rPr>
          <w:lang w:eastAsia="zh-CN"/>
        </w:rPr>
        <w:br/>
      </w:r>
      <w:r>
        <w:rPr>
          <w:lang w:eastAsia="zh-CN"/>
        </w:rPr>
        <w:t>　　身份证号码：__________________________</w:t>
      </w:r>
      <w:r>
        <w:rPr>
          <w:lang w:eastAsia="zh-CN"/>
        </w:rPr>
        <w:br/>
      </w:r>
      <w:r>
        <w:rPr>
          <w:lang w:eastAsia="zh-CN"/>
        </w:rPr>
        <w:t>　　鉴于甲丙双方于________年____月____日签订《店面租赁协议》(以下简称“租赁协议”)，约定由甲方承租丙方位于________________的店面，现甲方将上述店面承租权转让给乙方，甲、乙、丙三方经友好协商，就店面转让事宜达成以下协议：</w:t>
      </w:r>
      <w:r>
        <w:rPr>
          <w:lang w:eastAsia="zh-CN"/>
        </w:rPr>
        <w:br/>
      </w:r>
      <w:r>
        <w:rPr>
          <w:lang w:eastAsia="zh-CN"/>
        </w:rPr>
        <w:t>　　一、丙方同意甲方将位于_________________的店面(原为：___________)承租权转让给乙方，乙方用于经营___________用途。建筑面积为_________平方米;原甲、丙双方所签订的租赁协议的权利与义务转由乙方享有和履行，乙方与丙方不再另行签订租赁协议。本协议生效和店面交接完毕后，甲方退出甲、丙双方之间的店面租赁协议，丙方同意原协议中甲方的权利义务由乙方承继。</w:t>
      </w:r>
      <w:r>
        <w:rPr>
          <w:lang w:eastAsia="zh-CN"/>
        </w:rPr>
        <w:br/>
      </w:r>
      <w:r>
        <w:rPr>
          <w:lang w:eastAsia="zh-CN"/>
        </w:rPr>
        <w:t>　　二、丙方与甲方原签订的租赁协议，租期为_____年____月____日至________年____月____日止，月租金为______元人民币(大写：____________)，店面转让乙方后，甲、丙双方原店面租赁协议中所约定的租金转由乙方根据租赁协议约定(指有关金额、时间、付款方式和违约责任等条款)向丙方支付，甲方不再负有支付义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三、转让后店面现有的装修、装饰及其他所有设备(详见《转让财物交接清单》)全部归乙方所有，租赁期满后与店面形成附和的装饰装修归丙方所有，未与店面形成附和的装饰装修物以及营业设备归乙方所有。</w:t>
      </w:r>
      <w:r>
        <w:rPr>
          <w:lang w:eastAsia="zh-CN"/>
        </w:rPr>
        <w:br/>
      </w:r>
      <w:r>
        <w:rPr>
          <w:lang w:eastAsia="zh-CN"/>
        </w:rPr>
        <w:t>　　四、乙方应向甲方支付转让费共计人民币__________元，具体支付方式如下：</w:t>
      </w:r>
      <w:r>
        <w:rPr>
          <w:lang w:eastAsia="zh-CN"/>
        </w:rPr>
        <w:br/>
      </w:r>
      <w:r>
        <w:rPr>
          <w:lang w:eastAsia="zh-CN"/>
        </w:rPr>
        <w:t>　　1、乙方应于_______年____月_____日前向甲方支付第一笔转让款人民币__________元;</w:t>
      </w:r>
      <w:r>
        <w:rPr>
          <w:lang w:eastAsia="zh-CN"/>
        </w:rPr>
        <w:br/>
      </w:r>
      <w:r>
        <w:rPr>
          <w:lang w:eastAsia="zh-CN"/>
        </w:rPr>
        <w:t>　　2、在甲方将店面交付乙方使用后_____日内，乙方应向甲方付清剩余转让款计人民币___________元。</w:t>
      </w:r>
      <w:r>
        <w:rPr>
          <w:lang w:eastAsia="zh-CN"/>
        </w:rPr>
        <w:br/>
      </w:r>
      <w:r>
        <w:rPr>
          <w:lang w:eastAsia="zh-CN"/>
        </w:rPr>
        <w:t>　　转入账户：户名：__________,开户行：_______________,账号：________________________.</w:t>
      </w:r>
      <w:r>
        <w:rPr>
          <w:lang w:eastAsia="zh-CN"/>
        </w:rPr>
        <w:br/>
      </w:r>
      <w:r>
        <w:rPr>
          <w:lang w:eastAsia="zh-CN"/>
        </w:rPr>
        <w:t>　　上述费用已包括第三条所述的装修、装饰、设备及其他相关费用，此外甲方不得再向乙方索取任何其他费用。</w:t>
      </w:r>
      <w:r>
        <w:rPr>
          <w:lang w:eastAsia="zh-CN"/>
        </w:rPr>
        <w:br/>
      </w:r>
      <w:r>
        <w:rPr>
          <w:lang w:eastAsia="zh-CN"/>
        </w:rPr>
        <w:t>　　五、甲丙双方应该协助乙方办理该店面的工商营业执照、卫生许可证等相关证件的办理手续，但相关费用由乙方负责;乙方接手前该店面所有的一切债权、债务均由甲方负责;接手后的一切经营行为及产生的债权、债务由乙方负责。如因甲方或丙方原因致使乙方无法办理工商营业执照、卫生许可证等相关证件手续，乙方有权解除协议，并要求甲方返还已付转让款。</w:t>
      </w:r>
      <w:r>
        <w:rPr>
          <w:lang w:eastAsia="zh-CN"/>
        </w:rPr>
        <w:br/>
      </w:r>
      <w:r>
        <w:rPr>
          <w:lang w:eastAsia="zh-CN"/>
        </w:rPr>
        <w:t>　　六、交接条件、时间及方式</w:t>
      </w:r>
      <w:r>
        <w:rPr>
          <w:lang w:eastAsia="zh-CN"/>
        </w:rPr>
        <w:br/>
      </w:r>
      <w:r>
        <w:rPr>
          <w:lang w:eastAsia="zh-CN"/>
        </w:rPr>
        <w:t>　　转让店面定于______年___月____日正式交接，以三方确认的《转让财务交接清单》为准。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店面交接时，甲方应腾空非《转让财物交接清单》范围内的一切设施、物品和货物，保持店面已有装修、装饰、设施、设备、门窗、墙面、地面和天花板面的完好和完整，以便于使用。</w:t>
      </w:r>
      <w:r>
        <w:rPr>
          <w:lang w:eastAsia="zh-CN"/>
        </w:rPr>
        <w:br/>
      </w:r>
      <w:r>
        <w:rPr>
          <w:lang w:eastAsia="zh-CN"/>
        </w:rPr>
        <w:t>　　办理店面交接手续时，由甲、乙、丙三方共同进行现场验收，按照《转让财物交接清单》点验、接收有关财物，交接完毕后，甲、乙、丙三方应共同签署《转让财物交接清单》，在丙方的现场监督下，甲方向乙方交付店面钥匙。店面钥匙一经交付，转让店面即告验收、交付完毕。</w:t>
      </w:r>
      <w:r>
        <w:rPr>
          <w:lang w:eastAsia="zh-CN"/>
        </w:rPr>
        <w:br/>
      </w:r>
      <w:r>
        <w:rPr>
          <w:lang w:eastAsia="zh-CN"/>
        </w:rPr>
        <w:t>　　转让店面不符合约定的交接条件时，乙方有权拒绝交接，甲方应及时整改、修复，直至符合交接条件为止。并将视为甲方逾期交付店面，由甲方承担逾期交付的违约责任。</w:t>
      </w:r>
      <w:r>
        <w:rPr>
          <w:lang w:eastAsia="zh-CN"/>
        </w:rPr>
        <w:br/>
      </w:r>
      <w:r>
        <w:rPr>
          <w:lang w:eastAsia="zh-CN"/>
        </w:rPr>
        <w:t>　　七、甲方与丙方的租赁协议到期后，在同等条件下，乙方有优先向丙方承租的权利。并且在乙方租赁期间，乙方拥有转租权。</w:t>
      </w:r>
      <w:r>
        <w:rPr>
          <w:lang w:eastAsia="zh-CN"/>
        </w:rPr>
        <w:br/>
      </w:r>
      <w:r>
        <w:rPr>
          <w:lang w:eastAsia="zh-CN"/>
        </w:rPr>
        <w:t>　　八、若转让店面在租赁期内遭遇政府拆迁或其它给乙方经营造成影响的情形的，乙方有权解除协议并要求甲方退还转让费。</w:t>
      </w:r>
      <w:r>
        <w:rPr>
          <w:lang w:eastAsia="zh-CN"/>
        </w:rPr>
        <w:br/>
      </w:r>
      <w:r>
        <w:rPr>
          <w:lang w:eastAsia="zh-CN"/>
        </w:rPr>
        <w:t>　　九、如因自然灾害等不可抗力因素导致乙方经营受损的与甲方无关，但遇政府规划，国家征用拆迁店面，其有关的拆迁补偿归乙方享有。</w:t>
      </w:r>
      <w:r>
        <w:rPr>
          <w:lang w:eastAsia="zh-CN"/>
        </w:rPr>
        <w:br/>
      </w:r>
      <w:r>
        <w:rPr>
          <w:lang w:eastAsia="zh-CN"/>
        </w:rPr>
        <w:t>　　十、三方对于协议事项产生纠纷的，应友好协商解决，协商不成的，应向店面所在地人民法院提起诉讼。</w:t>
      </w:r>
      <w:r>
        <w:rPr>
          <w:lang w:eastAsia="zh-CN"/>
        </w:rPr>
        <w:br/>
      </w:r>
      <w:r>
        <w:rPr>
          <w:lang w:eastAsia="zh-CN"/>
        </w:rPr>
        <w:t>　　十一、本协议_____式_____份，三方各执_____份，自三方签字之日起生效。</w:t>
      </w:r>
      <w:r>
        <w:rPr>
          <w:lang w:eastAsia="zh-CN"/>
        </w:rPr>
        <w:br/>
      </w:r>
      <w:r>
        <w:rPr>
          <w:lang w:eastAsia="zh-CN"/>
        </w:rPr>
        <w:t>　　甲方签字：__________________</w:t>
      </w:r>
      <w:r>
        <w:rPr>
          <w:lang w:eastAsia="zh-CN"/>
        </w:rPr>
        <w:br/>
      </w:r>
      <w:r>
        <w:rPr>
          <w:lang w:eastAsia="zh-CN"/>
        </w:rPr>
        <w:t>　　日期：______年___月____日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乙方签字：__________________</w:t>
      </w:r>
      <w:r>
        <w:rPr>
          <w:lang w:eastAsia="zh-CN"/>
        </w:rPr>
        <w:br/>
      </w:r>
      <w:r>
        <w:rPr>
          <w:lang w:eastAsia="zh-CN"/>
        </w:rPr>
        <w:t>　　日期：______年___月____日</w:t>
      </w:r>
      <w:r>
        <w:rPr>
          <w:lang w:eastAsia="zh-CN"/>
        </w:rPr>
        <w:br/>
      </w:r>
      <w:r>
        <w:rPr>
          <w:lang w:eastAsia="zh-CN"/>
        </w:rPr>
        <w:t>　　丙方签字：__________________</w:t>
      </w:r>
      <w:r>
        <w:rPr>
          <w:lang w:eastAsia="zh-CN"/>
        </w:rPr>
        <w:br/>
      </w:r>
      <w:r>
        <w:rPr>
          <w:lang w:eastAsia="zh-CN"/>
        </w:rPr>
        <w:t>　　日期：______年___月____日</w:t>
      </w:r>
      <w:r>
        <w:rPr>
          <w:lang w:eastAsia="zh-CN"/>
        </w:rPr>
        <w:br/>
      </w:r>
      <w:r>
        <w:rPr>
          <w:lang w:eastAsia="zh-CN"/>
        </w:rPr>
        <w:t xml:space="preserve">    2024个人店铺转让合同 篇9 </w:t>
      </w:r>
      <w:r>
        <w:rPr>
          <w:lang w:eastAsia="zh-CN"/>
        </w:rPr>
        <w:br/>
      </w:r>
      <w:r>
        <w:rPr>
          <w:lang w:eastAsia="zh-CN"/>
        </w:rPr>
        <w:t>　　铺租赁合同简洁版范文内容如下，希望对你有帮助。</w:t>
      </w:r>
      <w:r>
        <w:rPr>
          <w:lang w:eastAsia="zh-CN"/>
        </w:rPr>
        <w:br/>
      </w:r>
      <w:r>
        <w:rPr>
          <w:lang w:eastAsia="zh-CN"/>
        </w:rPr>
        <w:t>　　出租方(以下称甲方)</w:t>
      </w:r>
      <w:r>
        <w:rPr>
          <w:lang w:eastAsia="zh-CN"/>
        </w:rPr>
        <w:br/>
      </w:r>
      <w:r>
        <w:rPr>
          <w:lang w:eastAsia="zh-CN"/>
        </w:rPr>
        <w:t>　　身份证号码：_______________</w:t>
      </w:r>
      <w:r>
        <w:rPr>
          <w:lang w:eastAsia="zh-CN"/>
        </w:rPr>
        <w:br/>
      </w:r>
      <w:r>
        <w:rPr>
          <w:lang w:eastAsia="zh-CN"/>
        </w:rPr>
        <w:t>　　联系电话：_______________</w:t>
      </w:r>
      <w:r>
        <w:rPr>
          <w:lang w:eastAsia="zh-CN"/>
        </w:rPr>
        <w:br/>
      </w:r>
      <w:r>
        <w:rPr>
          <w:lang w:eastAsia="zh-CN"/>
        </w:rPr>
        <w:t>　　承租方(以下称乙方)</w:t>
      </w:r>
      <w:r>
        <w:rPr>
          <w:lang w:eastAsia="zh-CN"/>
        </w:rPr>
        <w:br/>
      </w:r>
      <w:r>
        <w:rPr>
          <w:lang w:eastAsia="zh-CN"/>
        </w:rPr>
        <w:t>　　身份证号码：_______________</w:t>
      </w:r>
      <w:r>
        <w:rPr>
          <w:lang w:eastAsia="zh-CN"/>
        </w:rPr>
        <w:br/>
      </w:r>
      <w:r>
        <w:rPr>
          <w:lang w:eastAsia="zh-CN"/>
        </w:rPr>
        <w:t>　　联系电话：_______________</w:t>
      </w:r>
      <w:r>
        <w:rPr>
          <w:lang w:eastAsia="zh-CN"/>
        </w:rPr>
        <w:br/>
      </w:r>
      <w:r>
        <w:rPr>
          <w:lang w:eastAsia="zh-CN"/>
        </w:rPr>
        <w:t>　　甲方同意将自己的产权商铺出租给乙方，双方在法律的基础上，经友好协商，制定如下协议：</w:t>
      </w:r>
      <w:r>
        <w:rPr>
          <w:lang w:eastAsia="zh-CN"/>
        </w:rPr>
        <w:br/>
      </w:r>
      <w:r>
        <w:rPr>
          <w:lang w:eastAsia="zh-CN"/>
        </w:rPr>
        <w:t>　　一、房屋地址</w:t>
      </w:r>
      <w:r>
        <w:rPr>
          <w:lang w:eastAsia="zh-CN"/>
        </w:rPr>
        <w:br/>
      </w:r>
      <w:r>
        <w:rPr>
          <w:lang w:eastAsia="zh-CN"/>
        </w:rPr>
        <w:t>　　甲方出租的商铺坐落于__________街__________号，建筑面积_______________平方米。</w:t>
      </w:r>
      <w:r>
        <w:rPr>
          <w:lang w:eastAsia="zh-CN"/>
        </w:rPr>
        <w:br/>
      </w:r>
      <w:r>
        <w:rPr>
          <w:lang w:eastAsia="zh-CN"/>
        </w:rPr>
        <w:t>　　二、租赁期限</w:t>
      </w:r>
      <w:r>
        <w:rPr>
          <w:lang w:eastAsia="zh-CN"/>
        </w:rPr>
        <w:br/>
      </w:r>
      <w:r>
        <w:rPr>
          <w:lang w:eastAsia="zh-CN"/>
        </w:rPr>
        <w:t>　　双方商定房屋租期为___________年，自___________年_____月_____日起至_______________年_____月_____日止。</w:t>
      </w:r>
      <w:r>
        <w:rPr>
          <w:lang w:eastAsia="zh-CN"/>
        </w:rPr>
        <w:br/>
      </w:r>
      <w:r>
        <w:rPr>
          <w:lang w:eastAsia="zh-CN"/>
        </w:rPr>
        <w:t>　　三、承租方有下列情形之一的，出租方可以中止合同，收回房屋：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1、承租方擅自将房屋转租、转让或转借的;</w:t>
      </w:r>
      <w:r>
        <w:rPr>
          <w:lang w:eastAsia="zh-CN"/>
        </w:rPr>
        <w:br/>
      </w:r>
      <w:r>
        <w:rPr>
          <w:lang w:eastAsia="zh-CN"/>
        </w:rPr>
        <w:t>　　2、承租方利用承租房屋进行违法经营及犯罪活动的;</w:t>
      </w:r>
      <w:r>
        <w:rPr>
          <w:lang w:eastAsia="zh-CN"/>
        </w:rPr>
        <w:br/>
      </w:r>
      <w:r>
        <w:rPr>
          <w:lang w:eastAsia="zh-CN"/>
        </w:rPr>
        <w:t>　　3、承租方拖欠租金累计达__________天的，并赔偿违约金__________元。</w:t>
      </w:r>
      <w:r>
        <w:rPr>
          <w:lang w:eastAsia="zh-CN"/>
        </w:rPr>
        <w:br/>
      </w:r>
      <w:r>
        <w:rPr>
          <w:lang w:eastAsia="zh-CN"/>
        </w:rPr>
        <w:t>　　合同期满后，如出租方仍继续出租房屋，承租方享有优先权。但租金按当时的物价及周围门市租金涨幅，由双方协商后作适当调整。</w:t>
      </w:r>
      <w:r>
        <w:rPr>
          <w:lang w:eastAsia="zh-CN"/>
        </w:rPr>
        <w:br/>
      </w:r>
      <w:r>
        <w:rPr>
          <w:lang w:eastAsia="zh-CN"/>
        </w:rPr>
        <w:t>　　四、租金及交纳方式</w:t>
      </w:r>
      <w:r>
        <w:rPr>
          <w:lang w:eastAsia="zh-CN"/>
        </w:rPr>
        <w:br/>
      </w:r>
      <w:r>
        <w:rPr>
          <w:lang w:eastAsia="zh-CN"/>
        </w:rPr>
        <w:t>　　1、每年租金为人民币_____________，大写：_______________万仟元整。</w:t>
      </w:r>
      <w:r>
        <w:rPr>
          <w:lang w:eastAsia="zh-CN"/>
        </w:rPr>
        <w:br/>
      </w:r>
      <w:r>
        <w:rPr>
          <w:lang w:eastAsia="zh-CN"/>
        </w:rPr>
        <w:t>　　2、承租方以现金形式向出租方支付租金，租金暂定为每年支付一次，并必须提前一个月时间，于__________年__________月__________日前交至出租方。</w:t>
      </w:r>
      <w:r>
        <w:rPr>
          <w:lang w:eastAsia="zh-CN"/>
        </w:rPr>
        <w:br/>
      </w:r>
      <w:r>
        <w:rPr>
          <w:lang w:eastAsia="zh-CN"/>
        </w:rPr>
        <w:t>　　3、承租方必须按照约定时间向甲方缴纳租金，如无故拖欠，甲方将有权向乙方每天按实欠租金的__________%加收滞纳金。</w:t>
      </w:r>
      <w:r>
        <w:rPr>
          <w:lang w:eastAsia="zh-CN"/>
        </w:rPr>
        <w:br/>
      </w:r>
      <w:r>
        <w:rPr>
          <w:lang w:eastAsia="zh-CN"/>
        </w:rPr>
        <w:t>　　五、租赁期间房屋修缮</w:t>
      </w:r>
      <w:r>
        <w:rPr>
          <w:lang w:eastAsia="zh-CN"/>
        </w:rPr>
        <w:br/>
      </w:r>
      <w:r>
        <w:rPr>
          <w:lang w:eastAsia="zh-CN"/>
        </w:rPr>
        <w:t>　　出租方将房屋交给承租方后，承租方的装修及修缮，出租方概不负责，其经营情况也与出租方无关;租期结束或中途双方协商解除合同，承租方不得破坏已装修部分及房屋架构。</w:t>
      </w:r>
      <w:r>
        <w:rPr>
          <w:lang w:eastAsia="zh-CN"/>
        </w:rPr>
        <w:br/>
      </w:r>
      <w:r>
        <w:rPr>
          <w:lang w:eastAsia="zh-CN"/>
        </w:rPr>
        <w:t>　　六、各项费用的缴纳</w:t>
      </w:r>
      <w:r>
        <w:rPr>
          <w:lang w:eastAsia="zh-CN"/>
        </w:rPr>
        <w:br/>
      </w:r>
      <w:r>
        <w:rPr>
          <w:lang w:eastAsia="zh-CN"/>
        </w:rPr>
        <w:t>　　1、物业管理费：乙方自行向物业管理公司交纳;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2、水电费：由乙方自行缴纳;(水表底数为_____________度，电表底数为________________度，此度数以后的费用由乙方承担，直至合同期满)</w:t>
      </w:r>
      <w:r>
        <w:rPr>
          <w:lang w:eastAsia="zh-CN"/>
        </w:rPr>
        <w:br/>
      </w:r>
      <w:r>
        <w:rPr>
          <w:lang w:eastAsia="zh-CN"/>
        </w:rPr>
        <w:t>　　3、维修费：租赁期间，由于乙方导致租赁房屋的质量或房屋的内部设施损毁，包括门窗、水电等，维修费由乙方负责。</w:t>
      </w:r>
      <w:r>
        <w:rPr>
          <w:lang w:eastAsia="zh-CN"/>
        </w:rPr>
        <w:br/>
      </w:r>
      <w:r>
        <w:rPr>
          <w:lang w:eastAsia="zh-CN"/>
        </w:rPr>
        <w:t>　　4、使用该房屋进行商业活动产生的其它各项费用均由乙方缴纳，(其中包括乙方自已申请安装电话、宽带、有线电视等设备的费用)</w:t>
      </w:r>
      <w:r>
        <w:rPr>
          <w:lang w:eastAsia="zh-CN"/>
        </w:rPr>
        <w:br/>
      </w:r>
      <w:r>
        <w:rPr>
          <w:lang w:eastAsia="zh-CN"/>
        </w:rPr>
        <w:t>　　七、出租方与承租方的变更</w:t>
      </w:r>
      <w:r>
        <w:rPr>
          <w:lang w:eastAsia="zh-CN"/>
        </w:rPr>
        <w:br/>
      </w:r>
      <w:r>
        <w:rPr>
          <w:lang w:eastAsia="zh-CN"/>
        </w:rPr>
        <w:t>　　1、如果出租方将房产所有权转移给第三方时，合同对新的房产所有者继续有效。承租方出卖房屋，须提前3个月通知承租人，在同等条件下，承租人有优先购买权。</w:t>
      </w:r>
      <w:r>
        <w:rPr>
          <w:lang w:eastAsia="zh-CN"/>
        </w:rPr>
        <w:br/>
      </w:r>
      <w:r>
        <w:rPr>
          <w:lang w:eastAsia="zh-CN"/>
        </w:rPr>
        <w:t>　　2、租赁期间，乙方如因转让或其他原因将房屋转租给第三方使用，必须事先书面向甲方申请，由第三方书面确认，征得甲方的书面同意。取得使用权的第三方即成为本合同的当事乙方，享有原乙方的权利，承担原乙方的义务。</w:t>
      </w:r>
      <w:r>
        <w:rPr>
          <w:lang w:eastAsia="zh-CN"/>
        </w:rPr>
        <w:br/>
      </w:r>
      <w:r>
        <w:rPr>
          <w:lang w:eastAsia="zh-CN"/>
        </w:rPr>
        <w:t>　　八、违约金和违约责任</w:t>
      </w:r>
      <w:r>
        <w:rPr>
          <w:lang w:eastAsia="zh-CN"/>
        </w:rPr>
        <w:br/>
      </w:r>
      <w:r>
        <w:rPr>
          <w:lang w:eastAsia="zh-CN"/>
        </w:rPr>
        <w:t>　　1、若出租方在承租方没有违反本合同的情况下提前解除合同或租给他人，视为甲方违约，负责赔偿违约金__________元。</w:t>
      </w:r>
      <w:r>
        <w:rPr>
          <w:lang w:eastAsia="zh-CN"/>
        </w:rPr>
        <w:br/>
      </w:r>
      <w:r>
        <w:rPr>
          <w:lang w:eastAsia="zh-CN"/>
        </w:rPr>
        <w:t>　　2、若乙方在甲方没有违反本合同的情况下提前解除合同，视为乙方违约，乙方负责赔偿违约金__________元。</w:t>
      </w:r>
      <w:r>
        <w:rPr>
          <w:lang w:eastAsia="zh-CN"/>
        </w:rPr>
        <w:br/>
      </w:r>
      <w:r>
        <w:rPr>
          <w:lang w:eastAsia="zh-CN"/>
        </w:rPr>
        <w:t>　　3、承租方违反合同，擅自将承租房屋转给他人使用的视为违约，应支付违约金__________元。如因此造成承租房屋损坏的，还应负责修复或赔偿。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九、免责条件</w:t>
      </w:r>
      <w:r>
        <w:rPr>
          <w:lang w:eastAsia="zh-CN"/>
        </w:rPr>
        <w:br/>
      </w:r>
      <w:r>
        <w:rPr>
          <w:lang w:eastAsia="zh-CN"/>
        </w:rPr>
        <w:t>　　若租赁房屋因不可抗力的自然灾害导致损毁或造成承租人损失的，双方互不承担责任。租赁期间，若乙方因不可抗力的自然灾害导致不能使用租赁房屋，乙方需立即书面通知甲方。</w:t>
      </w:r>
      <w:r>
        <w:rPr>
          <w:lang w:eastAsia="zh-CN"/>
        </w:rPr>
        <w:br/>
      </w:r>
      <w:r>
        <w:rPr>
          <w:lang w:eastAsia="zh-CN"/>
        </w:rPr>
        <w:t>　　十、争议的解决方式</w:t>
      </w:r>
      <w:r>
        <w:rPr>
          <w:lang w:eastAsia="zh-CN"/>
        </w:rPr>
        <w:br/>
      </w:r>
      <w:r>
        <w:rPr>
          <w:lang w:eastAsia="zh-CN"/>
        </w:rPr>
        <w:t>　　本合同如出现争议，双方应友好协商解决，协商不成时，任何一方均可以向人民法院起诉。</w:t>
      </w:r>
      <w:r>
        <w:rPr>
          <w:lang w:eastAsia="zh-CN"/>
        </w:rPr>
        <w:br/>
      </w:r>
      <w:r>
        <w:rPr>
          <w:lang w:eastAsia="zh-CN"/>
        </w:rPr>
        <w:t>　　十一、本合同如有未尽事宜，甲、乙双方应在法律的基础上共同协商，作出补充规定，补充规定与本合同具有同等效力。</w:t>
      </w:r>
      <w:r>
        <w:rPr>
          <w:lang w:eastAsia="zh-CN"/>
        </w:rPr>
        <w:br/>
      </w:r>
      <w:r>
        <w:rPr>
          <w:lang w:eastAsia="zh-CN"/>
        </w:rPr>
        <w:t>　　十二、本合同双方签字盖章后生效，本合同1式2份，甲、乙双方各执1份。</w:t>
      </w:r>
      <w:r>
        <w:rPr>
          <w:lang w:eastAsia="zh-CN"/>
        </w:rPr>
        <w:br/>
      </w:r>
      <w:r>
        <w:rPr>
          <w:lang w:eastAsia="zh-CN"/>
        </w:rPr>
        <w:t>　　出租方(盖章)_______________承租方(盖章)_______________</w:t>
      </w:r>
      <w:r>
        <w:rPr>
          <w:lang w:eastAsia="zh-CN"/>
        </w:rPr>
        <w:br/>
      </w:r>
      <w:r>
        <w:rPr>
          <w:lang w:eastAsia="zh-CN"/>
        </w:rPr>
        <w:t>　　日期：_______________以上为店铺转让合同简洁版的解答</w:t>
      </w:r>
      <w:r>
        <w:rPr>
          <w:lang w:eastAsia="zh-CN"/>
        </w:rPr>
        <w:br/>
      </w:r>
      <w:r>
        <w:rPr>
          <w:lang w:eastAsia="zh-CN"/>
        </w:rPr>
        <w:t xml:space="preserve">    2024个人店铺转让合同 篇10 </w:t>
      </w:r>
      <w:r>
        <w:rPr>
          <w:lang w:eastAsia="zh-CN"/>
        </w:rPr>
        <w:br/>
      </w:r>
      <w:r>
        <w:rPr>
          <w:lang w:eastAsia="zh-CN"/>
        </w:rPr>
        <w:t>　　甲方：</w:t>
      </w:r>
      <w:r>
        <w:rPr>
          <w:lang w:eastAsia="zh-CN"/>
        </w:rPr>
        <w:br/>
      </w:r>
      <w:r>
        <w:rPr>
          <w:lang w:eastAsia="zh-CN"/>
        </w:rPr>
        <w:t>　　身份证号：</w:t>
      </w:r>
      <w:r>
        <w:rPr>
          <w:lang w:eastAsia="zh-CN"/>
        </w:rPr>
        <w:br/>
      </w:r>
      <w:r>
        <w:rPr>
          <w:lang w:eastAsia="zh-CN"/>
        </w:rPr>
        <w:t>　　居住地址：</w:t>
      </w:r>
      <w:r>
        <w:rPr>
          <w:lang w:eastAsia="zh-CN"/>
        </w:rPr>
        <w:br/>
      </w:r>
      <w:r>
        <w:rPr>
          <w:lang w:eastAsia="zh-CN"/>
        </w:rPr>
        <w:t>　　乙方：</w:t>
      </w:r>
      <w:r>
        <w:rPr>
          <w:lang w:eastAsia="zh-CN"/>
        </w:rPr>
        <w:br/>
      </w:r>
      <w:r>
        <w:rPr>
          <w:lang w:eastAsia="zh-CN"/>
        </w:rPr>
        <w:t>　　身份证号：</w:t>
      </w:r>
      <w:r>
        <w:rPr>
          <w:lang w:eastAsia="zh-CN"/>
        </w:rPr>
        <w:br/>
      </w:r>
      <w:r>
        <w:rPr>
          <w:lang w:eastAsia="zh-CN"/>
        </w:rPr>
        <w:t>　　居住地址：</w:t>
      </w:r>
      <w:r>
        <w:rPr>
          <w:lang w:eastAsia="zh-CN"/>
        </w:rPr>
        <w:br/>
      </w:r>
      <w:r>
        <w:rPr>
          <w:lang w:eastAsia="zh-CN"/>
        </w:rPr>
        <w:t>　　店铺于 年 月 日在位于 处，甲乙双方以各占50%股份共计投资人民币 元，其中，甲方投入 元，乙方投入 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现在甲方愿意将经营权、店面租凭合同以及相关手续等全部有偿转让给乙方，乙方愿意受让。现甲乙双方根据《中华人民共和国合同法》的规定，经友好协商一致，就转让事宜，达成如下协议：</w:t>
      </w:r>
      <w:r>
        <w:rPr>
          <w:lang w:eastAsia="zh-CN"/>
        </w:rPr>
        <w:br/>
      </w:r>
      <w:r>
        <w:rPr>
          <w:lang w:eastAsia="zh-CN"/>
        </w:rPr>
        <w:t>　　一、店面转让的价格及转让款的支付期限和方式：</w:t>
      </w:r>
      <w:r>
        <w:rPr>
          <w:lang w:eastAsia="zh-CN"/>
        </w:rPr>
        <w:br/>
      </w:r>
      <w:r>
        <w:rPr>
          <w:lang w:eastAsia="zh-CN"/>
        </w:rPr>
        <w:t>　　1、甲方将其所持店面50%股份以及相关手续，以共计人民币 元的价格转让给乙方。</w:t>
      </w:r>
      <w:r>
        <w:rPr>
          <w:lang w:eastAsia="zh-CN"/>
        </w:rPr>
        <w:br/>
      </w:r>
      <w:r>
        <w:rPr>
          <w:lang w:eastAsia="zh-CN"/>
        </w:rPr>
        <w:t>　　2、乙方支付甲方转让款的方式：</w:t>
      </w:r>
      <w:r>
        <w:rPr>
          <w:lang w:eastAsia="zh-CN"/>
        </w:rPr>
        <w:br/>
      </w:r>
      <w:r>
        <w:rPr>
          <w:lang w:eastAsia="zh-CN"/>
        </w:rPr>
        <w:t>　　1)在转让该店以前甲方已经收有外边客户欠款共计 元，现折算给甲方以冲抵其转让款的一部份;</w:t>
      </w:r>
      <w:r>
        <w:rPr>
          <w:lang w:eastAsia="zh-CN"/>
        </w:rPr>
        <w:br/>
      </w:r>
      <w:r>
        <w:rPr>
          <w:lang w:eastAsia="zh-CN"/>
        </w:rPr>
        <w:t>　　2)在转让该店以前官店处的欠款是甲方负责賖出，现折算给甲方负责收回，以冲抵其转让款的一部份;</w:t>
      </w:r>
      <w:r>
        <w:rPr>
          <w:lang w:eastAsia="zh-CN"/>
        </w:rPr>
        <w:br/>
      </w:r>
      <w:r>
        <w:rPr>
          <w:lang w:eastAsia="zh-CN"/>
        </w:rPr>
        <w:t>　　3)现双方在签定本协议之后，立即支付余下的所有转让款共 元给甲方。</w:t>
      </w:r>
      <w:r>
        <w:rPr>
          <w:lang w:eastAsia="zh-CN"/>
        </w:rPr>
        <w:br/>
      </w:r>
      <w:r>
        <w:rPr>
          <w:lang w:eastAsia="zh-CN"/>
        </w:rPr>
        <w:t>　　3、该店转让以前，除 处的欠款由甲方收归已有以外，所有该店以前乃至以后所有的欠款归乙方收回归自己所有。</w:t>
      </w:r>
      <w:r>
        <w:rPr>
          <w:lang w:eastAsia="zh-CN"/>
        </w:rPr>
        <w:br/>
      </w:r>
      <w:r>
        <w:rPr>
          <w:lang w:eastAsia="zh-CN"/>
        </w:rPr>
        <w:t>　　二、甲方保证对该店转让给乙方的股份拥有完全处理权，保证该股份没有设定质押，保证股份未被查封，并免遭第三人追索，否则甲方应当承担由此引起的一切经济和法律责任。</w:t>
      </w:r>
      <w:r>
        <w:rPr>
          <w:lang w:eastAsia="zh-CN"/>
        </w:rPr>
        <w:br/>
      </w:r>
      <w:r>
        <w:rPr>
          <w:lang w:eastAsia="zh-CN"/>
        </w:rPr>
        <w:t>　　三、有关店面盈亏(含债权债务)的分担：</w:t>
      </w:r>
      <w:r>
        <w:rPr>
          <w:lang w:eastAsia="zh-CN"/>
        </w:rPr>
        <w:br/>
      </w:r>
      <w:r>
        <w:rPr>
          <w:lang w:eastAsia="zh-CN"/>
        </w:rPr>
        <w:t>　　1、本协议书生效后，乙方全部享有该店后期经营的利润，承担全部后期的风险及亏损。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2、如因甲方在签订本协议书时，未如实告知乙方有关店在股份转让前所负债务，致使乙方在成为该店老板后遭受损失的，乙方有权向甲方追偿。</w:t>
      </w:r>
      <w:r>
        <w:rPr>
          <w:lang w:eastAsia="zh-CN"/>
        </w:rPr>
        <w:br/>
      </w:r>
      <w:r>
        <w:rPr>
          <w:lang w:eastAsia="zh-CN"/>
        </w:rPr>
        <w:t>　　四、违约责任：</w:t>
      </w:r>
      <w:r>
        <w:rPr>
          <w:lang w:eastAsia="zh-CN"/>
        </w:rPr>
        <w:br/>
      </w:r>
      <w:r>
        <w:rPr>
          <w:lang w:eastAsia="zh-CN"/>
        </w:rPr>
        <w:t>　　1、本协议书一经生效，双方必须自觉履行，任何一方未按协议书的规定全面履行义务，应当依照法律和本协议书的规定承担责任。</w:t>
      </w:r>
      <w:r>
        <w:rPr>
          <w:lang w:eastAsia="zh-CN"/>
        </w:rPr>
        <w:br/>
      </w:r>
      <w:r>
        <w:rPr>
          <w:lang w:eastAsia="zh-CN"/>
        </w:rPr>
        <w:t>　　2、如由于甲方的原因，致使乙方不能如期办理变更登记，或者严重影响乙方实现订立本协议书的目的，甲方应按照乙方已经支付转让款的双倍作为违约金陪偿给乙方。如因甲方违约给乙方造成损失，甲方支付的违约金金额低于实际损失的，甲方必须另予以补偿;</w:t>
      </w:r>
      <w:r>
        <w:rPr>
          <w:lang w:eastAsia="zh-CN"/>
        </w:rPr>
        <w:br/>
      </w:r>
      <w:r>
        <w:rPr>
          <w:lang w:eastAsia="zh-CN"/>
        </w:rPr>
        <w:t>　　3、如乙方未按本协议第一条规定，在规定时间内未能全部付清给甲方，每逾期一天，则乙方按转让款金额每日百分之一支付赔偿金。</w:t>
      </w:r>
      <w:r>
        <w:rPr>
          <w:lang w:eastAsia="zh-CN"/>
        </w:rPr>
        <w:br/>
      </w:r>
      <w:r>
        <w:rPr>
          <w:lang w:eastAsia="zh-CN"/>
        </w:rPr>
        <w:t>　　五、有关费用的负担：</w:t>
      </w:r>
      <w:r>
        <w:rPr>
          <w:lang w:eastAsia="zh-CN"/>
        </w:rPr>
        <w:br/>
      </w:r>
      <w:r>
        <w:rPr>
          <w:lang w:eastAsia="zh-CN"/>
        </w:rPr>
        <w:t>　　在本次股份转让过程中发生的有关费用，由乙方承担。</w:t>
      </w:r>
      <w:r>
        <w:rPr>
          <w:lang w:eastAsia="zh-CN"/>
        </w:rPr>
        <w:br/>
      </w:r>
      <w:r>
        <w:rPr>
          <w:lang w:eastAsia="zh-CN"/>
        </w:rPr>
        <w:t>　　七、争议解决方式：</w:t>
      </w:r>
      <w:r>
        <w:rPr>
          <w:lang w:eastAsia="zh-CN"/>
        </w:rPr>
        <w:br/>
      </w:r>
      <w:r>
        <w:rPr>
          <w:lang w:eastAsia="zh-CN"/>
        </w:rPr>
        <w:t>　　因本协议产生的或与本协议有关的任何争议，应由各方友好协商解决，协商不成时，可按相关法律法规向所在地人民法院提起诉讼。</w:t>
      </w:r>
      <w:r>
        <w:rPr>
          <w:lang w:eastAsia="zh-CN"/>
        </w:rPr>
        <w:br/>
      </w:r>
      <w:r>
        <w:rPr>
          <w:lang w:eastAsia="zh-CN"/>
        </w:rPr>
        <w:t>　　八、生效条件：</w:t>
      </w:r>
      <w:r>
        <w:rPr>
          <w:lang w:eastAsia="zh-CN"/>
        </w:rPr>
        <w:br/>
      </w:r>
      <w:r>
        <w:rPr>
          <w:lang w:eastAsia="zh-CN"/>
        </w:rPr>
        <w:t>　　本协议书经甲乙双方签字后生效。双方应于协议书生效后依法向工商行政管理机关办理变更登记手续。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九、本协议书一式两份，甲乙双方各执一份，具有同等法律效力。</w:t>
      </w:r>
      <w:r>
        <w:rPr>
          <w:lang w:eastAsia="zh-CN"/>
        </w:rPr>
        <w:br/>
      </w:r>
      <w:r>
        <w:rPr>
          <w:lang w:eastAsia="zh-CN"/>
        </w:rPr>
        <w:t>　　转让方：受让方：</w:t>
      </w:r>
      <w:r>
        <w:rPr>
          <w:lang w:eastAsia="zh-CN"/>
        </w:rPr>
        <w:br/>
      </w:r>
      <w:r>
        <w:rPr>
          <w:lang w:eastAsia="zh-CN"/>
        </w:rPr>
        <w:t>　　签定日期 年 月 日</w:t>
      </w:r>
      <w:r>
        <w:rPr>
          <w:lang w:eastAsia="zh-CN"/>
        </w:rPr>
        <w:br/>
      </w:r>
      <w:r>
        <w:rPr>
          <w:lang w:eastAsia="zh-CN"/>
        </w:rPr>
        <w:t xml:space="preserve">    2024个人店铺转让合同 篇11 </w:t>
      </w:r>
      <w:r>
        <w:rPr>
          <w:lang w:eastAsia="zh-CN"/>
        </w:rPr>
        <w:br/>
      </w:r>
      <w:r>
        <w:rPr>
          <w:lang w:eastAsia="zh-CN"/>
        </w:rPr>
        <w:t>　　转让方(甲方)：____________</w:t>
      </w:r>
      <w:r>
        <w:rPr>
          <w:lang w:eastAsia="zh-CN"/>
        </w:rPr>
        <w:br/>
      </w:r>
      <w:r>
        <w:rPr>
          <w:lang w:eastAsia="zh-CN"/>
        </w:rPr>
        <w:t>　　顶让方(乙方)：____________</w:t>
      </w:r>
      <w:r>
        <w:rPr>
          <w:lang w:eastAsia="zh-CN"/>
        </w:rPr>
        <w:br/>
      </w:r>
      <w:r>
        <w:rPr>
          <w:lang w:eastAsia="zh-CN"/>
        </w:rPr>
        <w:t>　　房东(丙方)：______________</w:t>
      </w:r>
      <w:r>
        <w:rPr>
          <w:lang w:eastAsia="zh-CN"/>
        </w:rPr>
        <w:br/>
      </w:r>
      <w:r>
        <w:rPr>
          <w:lang w:eastAsia="zh-CN"/>
        </w:rPr>
        <w:t>　　甲、乙、丙三方经友好协商，就店铺转让事宜达成以下协议：</w:t>
      </w:r>
      <w:r>
        <w:rPr>
          <w:lang w:eastAsia="zh-CN"/>
        </w:rPr>
        <w:br/>
      </w:r>
      <w:r>
        <w:rPr>
          <w:lang w:eastAsia="zh-CN"/>
        </w:rPr>
        <w:t>　　1、丙方同意甲方将自己位于______街(路)______号的店铺(原为：______)转让给乙方使用，建筑面积为______平方米;并保证乙方同等享有甲方在原有房屋租赁合同中所享有的权利与义务。</w:t>
      </w:r>
      <w:r>
        <w:rPr>
          <w:lang w:eastAsia="zh-CN"/>
        </w:rPr>
        <w:br/>
      </w:r>
      <w:r>
        <w:rPr>
          <w:lang w:eastAsia="zh-CN"/>
        </w:rPr>
        <w:t>　　2、该店铺的所有权证号码为______，产权人为丙。丙方与甲方签订了租赁合同，租期到______年______月______日止，月租为______元人民币。店铺交给乙方后，乙方同意代替甲向丙方履行该租赁合同，每月交纳租金及该合同约定由甲方交纳的水电费等各项费用，该合同期满后由乙方领回甲交纳的押金，该押金归乙方所有。</w:t>
      </w:r>
      <w:r>
        <w:rPr>
          <w:lang w:eastAsia="zh-CN"/>
        </w:rPr>
        <w:br/>
      </w:r>
      <w:r>
        <w:rPr>
          <w:lang w:eastAsia="zh-CN"/>
        </w:rPr>
        <w:t>　　3、店铺现有装修、装饰、设备在甲方收到乙方转让金后全部无偿归乙方使用，租赁期满后不动产归丙方所有，动产无偿归乙方(动产与不动产的划分按租赁合同执行)。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4、乙方在年月日前一次性向甲方支付顶手费(转让费)共计人民币大写______元，上述费用已包括甲方交给丙方再转付乙方的押金、第三条所述的装修装饰设备及其他相关费用。甲方不得再向乙方索取任何其他费用。</w:t>
      </w:r>
      <w:r>
        <w:rPr>
          <w:lang w:eastAsia="zh-CN"/>
        </w:rPr>
        <w:br/>
      </w:r>
      <w:r>
        <w:rPr>
          <w:lang w:eastAsia="zh-CN"/>
        </w:rPr>
        <w:t>　　5、该店铺的营业执照已由甲方办理，经营范围为______，租期内甲方继续以甲方名义办理营业执照、税务登记等相关手续，但相关费用及由乙方经营引起的债权债务全部由乙方负责，与甲方无关。乙方接手经营前该店铺及营业执照上所载企业所欠一切债务由甲方负责偿还，与乙方无关。</w:t>
      </w:r>
      <w:r>
        <w:rPr>
          <w:lang w:eastAsia="zh-CN"/>
        </w:rPr>
        <w:br/>
      </w:r>
      <w:r>
        <w:rPr>
          <w:lang w:eastAsia="zh-CN"/>
        </w:rPr>
        <w:t>　　6、乙方逾期交付转让金，除甲方交铺日期相应顺延外，乙方每日向甲方支付转让费的千分之一的违约金，逾期30日的，甲方有权解除合同，乙方按转让费的10%向甲方支付违约金。甲方应保证丙方同意甲方转让店铺，如由于甲方原因导致丙方或甲方自己中途收回店铺，甲方同样承担违约责任，并向乙方支付转让费的10%作为违约金。</w:t>
      </w:r>
      <w:r>
        <w:rPr>
          <w:lang w:eastAsia="zh-CN"/>
        </w:rPr>
        <w:br/>
      </w:r>
      <w:r>
        <w:rPr>
          <w:lang w:eastAsia="zh-CN"/>
        </w:rPr>
        <w:t>　　7、如因自然灾害等不可抗因素导致乙方经营受损的与甲方无关，但因国家征用拆迁店铺，有关补偿归乙方。</w:t>
      </w:r>
      <w:r>
        <w:rPr>
          <w:lang w:eastAsia="zh-CN"/>
        </w:rPr>
        <w:br/>
      </w:r>
      <w:r>
        <w:rPr>
          <w:lang w:eastAsia="zh-CN"/>
        </w:rPr>
        <w:t>　　8、如果合同签订前政府已下令拆迁店铺，甲方退偿全部转让费，赔还乙方接手该店铺的装修损失费，并支付转让费的10%的违约金。如果合同签订之后政府明令拆迁店铺，或者市政建设(如修、扩路、建天桥、立交桥、修地铁等)导致乙方难以经营，乙方有权解除合同。甲方退还剩余租期的转让费，押金仍归乙方(前述顺延除外)。或甲方在每年营业执照有效期届满时仍未办妥年审手续，乙方有权解除合同，甲方应退回全部转让费，赔偿装修、添置设备损失费，并支付转让费的10%的违约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9、本合同一式三份，三方各执一份，自三方签字之日起生效。</w:t>
      </w:r>
      <w:r>
        <w:rPr>
          <w:lang w:eastAsia="zh-CN"/>
        </w:rPr>
        <w:br/>
      </w:r>
      <w:r>
        <w:rPr>
          <w:lang w:eastAsia="zh-CN"/>
        </w:rPr>
        <w:t>　　甲方签字：____________</w:t>
      </w:r>
      <w:r>
        <w:rPr>
          <w:lang w:eastAsia="zh-CN"/>
        </w:rPr>
        <w:br/>
      </w:r>
      <w:r>
        <w:rPr>
          <w:lang w:eastAsia="zh-CN"/>
        </w:rPr>
        <w:t>　　乙方签字：____________</w:t>
      </w:r>
      <w:r>
        <w:rPr>
          <w:lang w:eastAsia="zh-CN"/>
        </w:rPr>
        <w:br/>
      </w:r>
      <w:r>
        <w:rPr>
          <w:lang w:eastAsia="zh-CN"/>
        </w:rPr>
        <w:t>　　丙方签字：____________</w:t>
      </w:r>
      <w:r>
        <w:rPr>
          <w:lang w:eastAsia="zh-CN"/>
        </w:rPr>
        <w:br/>
      </w:r>
      <w:r>
        <w:rPr>
          <w:lang w:eastAsia="zh-CN"/>
        </w:rPr>
        <w:t>　　______年______月______日 ______年______月______日</w:t>
      </w:r>
      <w:r>
        <w:rPr>
          <w:lang w:eastAsia="zh-CN"/>
        </w:rPr>
        <w:br/>
      </w:r>
      <w:r>
        <w:rPr>
          <w:lang w:eastAsia="zh-CN"/>
        </w:rPr>
        <w:t xml:space="preserve">    2024个人店铺转让合同 篇12 </w:t>
      </w:r>
      <w:r>
        <w:rPr>
          <w:lang w:eastAsia="zh-CN"/>
        </w:rPr>
        <w:br/>
      </w:r>
      <w:r>
        <w:rPr>
          <w:lang w:eastAsia="zh-CN"/>
        </w:rPr>
        <w:t>　　转让方：</w:t>
      </w:r>
      <w:r>
        <w:rPr>
          <w:lang w:eastAsia="zh-CN"/>
        </w:rPr>
        <w:br/>
      </w:r>
      <w:r>
        <w:rPr>
          <w:lang w:eastAsia="zh-CN"/>
        </w:rPr>
        <w:t>　　受让方：</w:t>
      </w:r>
      <w:r>
        <w:rPr>
          <w:lang w:eastAsia="zh-CN"/>
        </w:rPr>
        <w:br/>
      </w:r>
      <w:r>
        <w:rPr>
          <w:lang w:eastAsia="zh-CN"/>
        </w:rPr>
        <w:t>　　根据我国《民法典》的有关规定，经甲、乙双方经友好协商，就下述店铺转让事宜达成如下协议：</w:t>
      </w:r>
      <w:r>
        <w:rPr>
          <w:lang w:eastAsia="zh-CN"/>
        </w:rPr>
        <w:br/>
      </w:r>
      <w:r>
        <w:rPr>
          <w:lang w:eastAsia="zh-CN"/>
        </w:rPr>
        <w:t>　　第一条 店铺基本情况</w:t>
      </w:r>
      <w:r>
        <w:rPr>
          <w:lang w:eastAsia="zh-CN"/>
        </w:rPr>
        <w:br/>
      </w:r>
      <w:r>
        <w:rPr>
          <w:lang w:eastAsia="zh-CN"/>
        </w:rPr>
        <w:t>　　1、转让的店铺位于 建筑面积 平方米;</w:t>
      </w:r>
      <w:r>
        <w:rPr>
          <w:lang w:eastAsia="zh-CN"/>
        </w:rPr>
        <w:br/>
      </w:r>
      <w:r>
        <w:rPr>
          <w:lang w:eastAsia="zh-CN"/>
        </w:rPr>
        <w:t>　　2、该店铺装修情况、设备及货物：详见附件一：财产转让清单</w:t>
      </w:r>
      <w:r>
        <w:rPr>
          <w:lang w:eastAsia="zh-CN"/>
        </w:rPr>
        <w:br/>
      </w:r>
      <w:r>
        <w:rPr>
          <w:lang w:eastAsia="zh-CN"/>
        </w:rPr>
        <w:t>　　3、该店铺的个体工商户营业执照户主为 ，现对甲、乙双方根据本合同约定转让上述店铺行为表现同意并出具了书面证明。</w:t>
      </w:r>
      <w:r>
        <w:rPr>
          <w:lang w:eastAsia="zh-CN"/>
        </w:rPr>
        <w:br/>
      </w:r>
      <w:r>
        <w:rPr>
          <w:lang w:eastAsia="zh-CN"/>
        </w:rPr>
        <w:t>　　4、酒街时代商贸城为上述转让店铺房屋的所有权人和出租方。</w:t>
      </w:r>
      <w:r>
        <w:rPr>
          <w:lang w:eastAsia="zh-CN"/>
        </w:rPr>
        <w:br/>
      </w:r>
      <w:r>
        <w:rPr>
          <w:lang w:eastAsia="zh-CN"/>
        </w:rPr>
        <w:t>　　第二条 转让费及支付</w:t>
      </w:r>
      <w:r>
        <w:rPr>
          <w:lang w:eastAsia="zh-CN"/>
        </w:rPr>
        <w:br/>
      </w:r>
      <w:r>
        <w:rPr>
          <w:lang w:eastAsia="zh-CN"/>
        </w:rPr>
        <w:t>　　1、上述店铺的转让费共 元，大写：人民币 ，上述费用中包括装修、装饰、设备及其他相关费用，甲方不得再向乙方索取任何其他费用。</w:t>
      </w:r>
      <w:r>
        <w:rPr>
          <w:lang w:eastAsia="zh-CN"/>
        </w:rPr>
        <w:br/>
      </w:r>
      <w:r>
        <w:rPr>
          <w:lang w:eastAsia="zh-CN"/>
        </w:rPr>
        <w:t>　　2、租金：甲方与酒街时代商贸城签订的《房屋租赁合同》，约定的租赁期截止到20__年月</w:t>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xml:space="preserve"> 日止，甲方已付清全部租金、水电费、物业费等其他费用，甲方尚有押金20__元酒街时代商贸城未退。</w:t>
      </w:r>
      <w:r>
        <w:rPr>
          <w:lang w:eastAsia="zh-CN"/>
        </w:rPr>
        <w:br/>
      </w:r>
      <w:r>
        <w:rPr>
          <w:lang w:eastAsia="zh-CN"/>
        </w:rPr>
        <w:t>　　甲方不再向乙方收取甲方已支付的租金、水电费、物业费等其他费用。</w:t>
      </w:r>
      <w:r>
        <w:rPr>
          <w:lang w:eastAsia="zh-CN"/>
        </w:rPr>
        <w:br/>
      </w:r>
      <w:r>
        <w:rPr>
          <w:lang w:eastAsia="zh-CN"/>
        </w:rPr>
        <w:t>　　本合同生效后，租房押金20__元归乙方所有，由乙方自行处置。</w:t>
      </w:r>
      <w:r>
        <w:rPr>
          <w:lang w:eastAsia="zh-CN"/>
        </w:rPr>
        <w:br/>
      </w:r>
      <w:r>
        <w:rPr>
          <w:lang w:eastAsia="zh-CN"/>
        </w:rPr>
        <w:t>　　3、上述转让费共计 元，乙方于合同签订当日支付 元，于 年 月 日前一次性付清剩余 元。</w:t>
      </w:r>
      <w:r>
        <w:rPr>
          <w:lang w:eastAsia="zh-CN"/>
        </w:rPr>
        <w:br/>
      </w:r>
      <w:r>
        <w:rPr>
          <w:lang w:eastAsia="zh-CN"/>
        </w:rPr>
        <w:t>　　第三条 财产的移交</w:t>
      </w:r>
      <w:r>
        <w:rPr>
          <w:lang w:eastAsia="zh-CN"/>
        </w:rPr>
        <w:br/>
      </w:r>
      <w:r>
        <w:rPr>
          <w:lang w:eastAsia="zh-CN"/>
        </w:rPr>
        <w:t>　　本合同签订后，乙方付清 元后，甲方向乙方交付店铺钥匙、公章及营业执照等相关证件，乙方清点后，在财产转让清单上签字确认。</w:t>
      </w:r>
      <w:r>
        <w:rPr>
          <w:lang w:eastAsia="zh-CN"/>
        </w:rPr>
        <w:br/>
      </w:r>
      <w:r>
        <w:rPr>
          <w:lang w:eastAsia="zh-CN"/>
        </w:rPr>
        <w:t>　　第四条 双方的权利义务</w:t>
      </w:r>
      <w:r>
        <w:rPr>
          <w:lang w:eastAsia="zh-CN"/>
        </w:rPr>
        <w:br/>
      </w:r>
      <w:r>
        <w:rPr>
          <w:lang w:eastAsia="zh-CN"/>
        </w:rPr>
        <w:t>　　1、甲方保证向乙方交付商铺时无任何债务、罚款、欠费情况，如存在上述情况全部责任由甲方承担。</w:t>
      </w:r>
      <w:r>
        <w:rPr>
          <w:lang w:eastAsia="zh-CN"/>
        </w:rPr>
        <w:br/>
      </w:r>
      <w:r>
        <w:rPr>
          <w:lang w:eastAsia="zh-CN"/>
        </w:rPr>
        <w:t>　　2、甲方应按合同约定条件及时间向乙方交付商铺。</w:t>
      </w:r>
      <w:r>
        <w:rPr>
          <w:lang w:eastAsia="zh-CN"/>
        </w:rPr>
        <w:br/>
      </w:r>
      <w:r>
        <w:rPr>
          <w:lang w:eastAsia="zh-CN"/>
        </w:rPr>
        <w:t>　　3、乙方应按合同约定时间足额向甲方支付转让费。</w:t>
      </w:r>
      <w:r>
        <w:rPr>
          <w:lang w:eastAsia="zh-CN"/>
        </w:rPr>
        <w:br/>
      </w:r>
      <w:r>
        <w:rPr>
          <w:lang w:eastAsia="zh-CN"/>
        </w:rPr>
        <w:t>　　4、乙方接手后在营业过程中，若与他人产生经济或民事纠纷，由乙方负责。</w:t>
      </w:r>
      <w:r>
        <w:rPr>
          <w:lang w:eastAsia="zh-CN"/>
        </w:rPr>
        <w:br/>
      </w:r>
      <w:r>
        <w:rPr>
          <w:lang w:eastAsia="zh-CN"/>
        </w:rPr>
        <w:t>　　如该纠纷给 及甲方造成损失，全部损失由乙方承担。</w:t>
      </w:r>
      <w:r>
        <w:rPr>
          <w:lang w:eastAsia="zh-CN"/>
        </w:rPr>
        <w:br/>
      </w:r>
      <w:r>
        <w:rPr>
          <w:lang w:eastAsia="zh-CN"/>
        </w:rPr>
        <w:t>　　5、本合同生效后，甲方与酒街时代商贸城签订的《房屋租赁合同》终止履行，权利义务自行解除。</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该合同的权利与义务转由乙方享有和履行，该合同到期后，由乙方自行决定是否重新与酒街时代商贸城签订新的《房屋租赁合同》。</w:t>
      </w:r>
      <w:r>
        <w:rPr>
          <w:lang w:eastAsia="zh-CN"/>
        </w:rPr>
        <w:br/>
      </w:r>
      <w:r>
        <w:rPr>
          <w:lang w:eastAsia="zh-CN"/>
        </w:rPr>
        <w:t>　　6、店铺转让后，如乙方如对店铺进行装修，必须经过酒街时代商贸城的同意，否则由此造成的损失全部由乙方承担，与甲方无关。</w:t>
      </w:r>
      <w:r>
        <w:rPr>
          <w:lang w:eastAsia="zh-CN"/>
        </w:rPr>
        <w:br/>
      </w:r>
      <w:r>
        <w:rPr>
          <w:lang w:eastAsia="zh-CN"/>
        </w:rPr>
        <w:t>　　第五条 特别约定</w:t>
      </w:r>
      <w:r>
        <w:rPr>
          <w:lang w:eastAsia="zh-CN"/>
        </w:rPr>
        <w:br/>
      </w:r>
      <w:r>
        <w:rPr>
          <w:lang w:eastAsia="zh-CN"/>
        </w:rPr>
        <w:t>　　1、乙方经营该店铺，可以使用 的个体工商户营业执照，也可选择申请注册办理新的个体工商户营业执照，甲方对此无协助义务。</w:t>
      </w:r>
      <w:r>
        <w:rPr>
          <w:lang w:eastAsia="zh-CN"/>
        </w:rPr>
        <w:br/>
      </w:r>
      <w:r>
        <w:rPr>
          <w:lang w:eastAsia="zh-CN"/>
        </w:rPr>
        <w:t>　　2、如乙方使用活动，所产生的债权、债务、罚款、欠费等纠纷，全部由乙方自行承担、自行解决。</w:t>
      </w:r>
      <w:r>
        <w:rPr>
          <w:lang w:eastAsia="zh-CN"/>
        </w:rPr>
        <w:br/>
      </w:r>
      <w:r>
        <w:rPr>
          <w:lang w:eastAsia="zh-CN"/>
        </w:rPr>
        <w:t>　　如因上述原因给甲方或 造成损失，全部责任由乙方承担，乙方赔偿的费用包括甲方、 支付的赔偿费、诉讼费、律师费、差旅费及其他直接或间接经济损失。</w:t>
      </w:r>
      <w:r>
        <w:rPr>
          <w:lang w:eastAsia="zh-CN"/>
        </w:rPr>
        <w:br/>
      </w:r>
      <w:r>
        <w:rPr>
          <w:lang w:eastAsia="zh-CN"/>
        </w:rPr>
        <w:t>　　第六条违约责任</w:t>
      </w:r>
      <w:r>
        <w:rPr>
          <w:lang w:eastAsia="zh-CN"/>
        </w:rPr>
        <w:br/>
      </w:r>
      <w:r>
        <w:rPr>
          <w:lang w:eastAsia="zh-CN"/>
        </w:rPr>
        <w:t>　　乙方未按本合同约定支付转让费的，每逾期一日向甲方支付500元的违约金，直至乙方全部付清为止。</w:t>
      </w:r>
      <w:r>
        <w:rPr>
          <w:lang w:eastAsia="zh-CN"/>
        </w:rPr>
        <w:br/>
      </w:r>
      <w:r>
        <w:rPr>
          <w:lang w:eastAsia="zh-CN"/>
        </w:rPr>
        <w:t>　　第七条 争议解决</w:t>
      </w:r>
      <w:r>
        <w:rPr>
          <w:lang w:eastAsia="zh-CN"/>
        </w:rPr>
        <w:br/>
      </w:r>
      <w:r>
        <w:rPr>
          <w:lang w:eastAsia="zh-CN"/>
        </w:rPr>
        <w:t>　　在履行合同中发生的或与本合同有关的争端，双方应协商解决，协商不成的，应向甲方居住地有管辖权的人民法院诉讼解决。</w:t>
      </w:r>
      <w:r>
        <w:rPr>
          <w:lang w:eastAsia="zh-CN"/>
        </w:rPr>
        <w:br/>
      </w:r>
      <w:r>
        <w:rPr>
          <w:lang w:eastAsia="zh-CN"/>
        </w:rPr>
        <w:t>　　第八条 合同的生效及其他</w:t>
      </w:r>
      <w:r>
        <w:rPr>
          <w:lang w:eastAsia="zh-CN"/>
        </w:rPr>
        <w:br/>
      </w:r>
      <w:r>
        <w:rPr>
          <w:lang w:eastAsia="zh-CN"/>
        </w:rPr>
        <w:t>　　1、本合同应在双方签字盖章后开始生效。</w:t>
      </w:r>
      <w:r>
        <w:rPr>
          <w:lang w:eastAsia="zh-CN"/>
        </w:rPr>
        <w:br/>
      </w:r>
      <w:r>
        <w:rPr>
          <w:lang w:eastAsia="zh-CN"/>
        </w:rPr>
        <w:t>　　2、本合同未尽事宜，双方可另行订立补充协议，补充协议与本合同具有同等法律效力。</w:t>
      </w:r>
      <w:r>
        <w:rPr>
          <w:lang w:eastAsia="zh-CN"/>
        </w:rPr>
        <w:br/>
      </w:r>
      <w:r>
        <w:rPr>
          <w:lang w:eastAsia="zh-CN"/>
        </w:rPr>
        <w:t>　　3、本合同一式</w:t>
      </w:r>
      <w:r>
        <w:rPr>
          <w:lang w:eastAsia="zh-CN"/>
        </w:rPr>
        <w:t xml:space="preserve"> 二</w:t>
      </w:r>
      <w:r>
        <w:rPr>
          <w:lang w:eastAsia="zh-CN"/>
        </w:rPr>
        <w:t xml:space="preserve"> 份，其中甲乙双方各执</w:t>
      </w:r>
      <w:r>
        <w:rPr>
          <w:lang w:eastAsia="zh-CN"/>
        </w:rPr>
        <w:t xml:space="preserve"> 一</w:t>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xml:space="preserve"> 份，具体同等法律效力。</w:t>
      </w:r>
      <w:r>
        <w:rPr>
          <w:lang w:eastAsia="zh-CN"/>
        </w:rPr>
        <w:br/>
      </w:r>
      <w:r>
        <w:rPr>
          <w:lang w:eastAsia="zh-CN"/>
        </w:rPr>
        <w:t>　　甲方：_________乙方：_________</w:t>
      </w:r>
      <w:r>
        <w:rPr>
          <w:lang w:eastAsia="zh-CN"/>
        </w:rPr>
        <w:br/>
      </w:r>
      <w:r>
        <w:rPr>
          <w:lang w:eastAsia="zh-CN"/>
        </w:rPr>
        <w:t>　　法定代表人：_________　法定代表人：_________</w:t>
      </w:r>
      <w:r>
        <w:rPr>
          <w:lang w:eastAsia="zh-CN"/>
        </w:rPr>
        <w:br/>
      </w:r>
      <w:r>
        <w:rPr>
          <w:lang w:eastAsia="zh-CN"/>
        </w:rPr>
        <w:t>　　_________年____月____日　　　_________年____月____日</w:t>
      </w:r>
      <w:r>
        <w:rPr>
          <w:lang w:eastAsia="zh-CN"/>
        </w:rPr>
        <w:br/>
      </w:r>
      <w:r>
        <w:rPr>
          <w:lang w:eastAsia="zh-CN"/>
        </w:rPr>
        <w:t xml:space="preserve">    2024个人店铺转让合同 篇13 </w:t>
      </w:r>
      <w:r>
        <w:rPr>
          <w:lang w:eastAsia="zh-CN"/>
        </w:rPr>
        <w:br/>
      </w:r>
      <w:r>
        <w:rPr>
          <w:lang w:eastAsia="zh-CN"/>
        </w:rPr>
        <w:t>　　转让方(甲方)：__________身份证号码：__________________顶让方(乙方)：__________身份证号码：__________________甲、乙双方经友好协商，就店铺转让事宜达成以下协议：</w:t>
      </w:r>
      <w:r>
        <w:rPr>
          <w:lang w:eastAsia="zh-CN"/>
        </w:rPr>
        <w:br/>
      </w:r>
      <w:r>
        <w:rPr>
          <w:lang w:eastAsia="zh-CN"/>
        </w:rPr>
        <w:t>　　一、房屋位置、面积：</w:t>
      </w:r>
      <w:r>
        <w:rPr>
          <w:lang w:eastAsia="zh-CN"/>
        </w:rPr>
        <w:br/>
      </w:r>
      <w:r>
        <w:rPr>
          <w:lang w:eastAsia="zh-CN"/>
        </w:rPr>
        <w:t>　　甲方同意将位于_______________店铺转让给乙方使用，共上下层，建筑面积为____平方米;并保证乙方同等享有甲方在原有房屋租赁合同中所享有的权利与义务。</w:t>
      </w:r>
      <w:r>
        <w:rPr>
          <w:lang w:eastAsia="zh-CN"/>
        </w:rPr>
        <w:br/>
      </w:r>
      <w:r>
        <w:rPr>
          <w:lang w:eastAsia="zh-CN"/>
        </w:rPr>
        <w:t>　　二、转让权益：</w:t>
      </w:r>
      <w:r>
        <w:rPr>
          <w:lang w:eastAsia="zh-CN"/>
        </w:rPr>
        <w:br/>
      </w:r>
      <w:r>
        <w:rPr>
          <w:lang w:eastAsia="zh-CN"/>
        </w:rPr>
        <w:t>　　转让后店铺现有的装修、装饰全部归乙方。甲方原有的营业执照、设备等由甲方自行处理。店铺转让给乙方后，乙方同意代替甲方履行原有店铺租赁合同中所规定的条款，并且定期交纳租金及该合同所约定的应由甲方交纳的水电费及其他各项费用。乙方接手前该店铺所有的一切债权、债务均由甲方负责;即接手后的一切经营行为及产生的债权、债务由乙方负责。</w:t>
      </w:r>
      <w:r>
        <w:rPr>
          <w:lang w:eastAsia="zh-CN"/>
        </w:rPr>
        <w:br/>
      </w:r>
      <w:r>
        <w:rPr>
          <w:lang w:eastAsia="zh-CN"/>
        </w:rPr>
        <w:t>　　三、转让金额：</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乙方在_____年__月__日向甲方支付转让费定金共计人民币_____元(大写：)转让金余额为方必须在本协议签订之日起日内搬离，乙方自年月日起完全接收本房屋。</w:t>
      </w:r>
      <w:r>
        <w:rPr>
          <w:lang w:eastAsia="zh-CN"/>
        </w:rPr>
        <w:br/>
      </w:r>
      <w:r>
        <w:rPr>
          <w:lang w:eastAsia="zh-CN"/>
        </w:rPr>
        <w:t>　　四、违约责任：</w:t>
      </w:r>
      <w:r>
        <w:rPr>
          <w:lang w:eastAsia="zh-CN"/>
        </w:rPr>
        <w:br/>
      </w:r>
      <w:r>
        <w:rPr>
          <w:lang w:eastAsia="zh-CN"/>
        </w:rPr>
        <w:t>　　如因甲方与房东之间的原因，导致本店不得转让或房租有所调整，或者甲方签字后若出现要回房屋使用权或以各种借口增加乙方额外费用的情况时，以上情况甲方要全权承担该房屋转让的违约责任，即付给乙方支付转让金倍的违约金。</w:t>
      </w:r>
      <w:r>
        <w:rPr>
          <w:lang w:eastAsia="zh-CN"/>
        </w:rPr>
        <w:br/>
      </w:r>
      <w:r>
        <w:rPr>
          <w:lang w:eastAsia="zh-CN"/>
        </w:rPr>
        <w:t>　　五、本合同一式两份，双方各执一份，自双方签字之日起生效。未尽事宜，协商解决。</w:t>
      </w:r>
      <w:r>
        <w:rPr>
          <w:lang w:eastAsia="zh-CN"/>
        </w:rPr>
        <w:br/>
      </w:r>
      <w:r>
        <w:rPr>
          <w:lang w:eastAsia="zh-CN"/>
        </w:rPr>
        <w:t>　　甲方(签章)：</w:t>
      </w:r>
      <w:r>
        <w:rPr>
          <w:lang w:eastAsia="zh-CN"/>
        </w:rPr>
        <w:br/>
      </w:r>
      <w:r>
        <w:rPr>
          <w:lang w:eastAsia="zh-CN"/>
        </w:rPr>
        <w:t>　　联系电话：</w:t>
      </w:r>
      <w:r>
        <w:rPr>
          <w:lang w:eastAsia="zh-CN"/>
        </w:rPr>
        <w:br/>
      </w:r>
      <w:r>
        <w:rPr>
          <w:lang w:eastAsia="zh-CN"/>
        </w:rPr>
        <w:t>　　乙方(签章)：</w:t>
      </w:r>
      <w:r>
        <w:rPr>
          <w:lang w:eastAsia="zh-CN"/>
        </w:rPr>
        <w:br/>
      </w:r>
      <w:r>
        <w:rPr>
          <w:lang w:eastAsia="zh-CN"/>
        </w:rPr>
        <w:t>　　联系电话：</w:t>
      </w:r>
      <w:r>
        <w:rPr>
          <w:lang w:eastAsia="zh-CN"/>
        </w:rPr>
        <w:br/>
      </w:r>
      <w:r>
        <w:rPr>
          <w:lang w:eastAsia="zh-CN"/>
        </w:rPr>
        <w:t>　　日期：</w:t>
      </w:r>
      <w:r>
        <w:rPr>
          <w:lang w:eastAsia="zh-CN"/>
        </w:rPr>
        <w:br/>
      </w:r>
      <w:r>
        <w:rPr>
          <w:lang w:eastAsia="zh-CN"/>
        </w:rPr>
        <w:t xml:space="preserve">    2024个人店铺转让合同 篇14 </w:t>
      </w:r>
      <w:r>
        <w:rPr>
          <w:lang w:eastAsia="zh-CN"/>
        </w:rPr>
        <w:br/>
      </w:r>
      <w:r>
        <w:rPr>
          <w:lang w:eastAsia="zh-CN"/>
        </w:rPr>
        <w:t>　　甲方:</w:t>
      </w:r>
      <w:r>
        <w:rPr>
          <w:lang w:eastAsia="zh-CN"/>
        </w:rPr>
        <w:br/>
      </w:r>
      <w:r>
        <w:rPr>
          <w:lang w:eastAsia="zh-CN"/>
        </w:rPr>
        <w:t>　　乙方:</w:t>
      </w:r>
      <w:r>
        <w:rPr>
          <w:lang w:eastAsia="zh-CN"/>
        </w:rPr>
        <w:br/>
      </w:r>
      <w:r>
        <w:rPr>
          <w:lang w:eastAsia="zh-CN"/>
        </w:rPr>
        <w:t>　　甲方将 商铺转让给乙方,现就转让事宜达成如下协议:</w:t>
      </w:r>
      <w:r>
        <w:rPr>
          <w:lang w:eastAsia="zh-CN"/>
        </w:rPr>
        <w:br/>
      </w:r>
      <w:r>
        <w:rPr>
          <w:lang w:eastAsia="zh-CN"/>
        </w:rPr>
        <w:t>　　1. 甲乙双方就转让中牵涉到的各项事宜达成共识后,并在确认本协议书中双方的各项权利和义务无误时,签定本协议.</w:t>
      </w:r>
      <w:r>
        <w:rPr>
          <w:lang w:eastAsia="zh-CN"/>
        </w:rPr>
        <w:br/>
      </w:r>
      <w:r>
        <w:rPr>
          <w:lang w:eastAsia="zh-CN"/>
        </w:rPr>
        <w:t>　　2. 甲方的权利和义务:</w:t>
      </w:r>
      <w:r>
        <w:rPr>
          <w:lang w:eastAsia="zh-CN"/>
        </w:rPr>
        <w:br/>
      </w:r>
      <w:r>
        <w:rPr>
          <w:lang w:eastAsia="zh-CN"/>
        </w:rPr>
        <w:t>　　(1).转让费(大写:</w:t>
      </w:r>
      <w:r>
        <w:rPr>
          <w:lang w:eastAsia="zh-CN"/>
        </w:rPr>
        <w:t xml:space="preserve"> 整).转让协议书签定后,甲方配合乙方与产权人(</w:t>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xml:space="preserve"> )签定正式租赁合同.同时,乙方将转让费交给甲方,转让手续全部结束.</w:t>
      </w:r>
      <w:r>
        <w:rPr>
          <w:lang w:eastAsia="zh-CN"/>
        </w:rPr>
        <w:br/>
      </w:r>
      <w:r>
        <w:rPr>
          <w:lang w:eastAsia="zh-CN"/>
        </w:rPr>
        <w:t>　　(2).甲方在与乙方交接之前须和商铺业主结清以前的费用.甲方的营业时间至__年__月__日.甲方必须在___年___月___日以前办理并完成变更或注销等手续.否则视甲方违约.</w:t>
      </w:r>
      <w:r>
        <w:rPr>
          <w:lang w:eastAsia="zh-CN"/>
        </w:rPr>
        <w:br/>
      </w:r>
      <w:r>
        <w:rPr>
          <w:lang w:eastAsia="zh-CN"/>
        </w:rPr>
        <w:t>　　(3).甲方对现有转让物品及装修等情况列出物品清单及装修说明.并作好正常交接手续.</w:t>
      </w:r>
      <w:r>
        <w:rPr>
          <w:lang w:eastAsia="zh-CN"/>
        </w:rPr>
        <w:br/>
      </w:r>
      <w:r>
        <w:rPr>
          <w:lang w:eastAsia="zh-CN"/>
        </w:rPr>
        <w:t>　　(4.)甲方同意下述条件在乙方与该商铺的产权人签定___的租赁合同中,得以完整的体现:与该商铺的产权人签定的租赁合同期限为:____年___月___日至__年___月__日: 金为/月__年内不变.</w:t>
      </w:r>
      <w:r>
        <w:rPr>
          <w:lang w:eastAsia="zh-CN"/>
        </w:rPr>
        <w:br/>
      </w:r>
      <w:r>
        <w:rPr>
          <w:lang w:eastAsia="zh-CN"/>
        </w:rPr>
        <w:t>　　乙方的免租期为____年___月___日至___年___月___日.</w:t>
      </w:r>
      <w:r>
        <w:rPr>
          <w:lang w:eastAsia="zh-CN"/>
        </w:rPr>
        <w:br/>
      </w:r>
      <w:r>
        <w:rPr>
          <w:lang w:eastAsia="zh-CN"/>
        </w:rPr>
        <w:t>　　甲方现有门口的广告位可供乙方使用，相关手续由乙方自理.</w:t>
      </w:r>
      <w:r>
        <w:rPr>
          <w:lang w:eastAsia="zh-CN"/>
        </w:rPr>
        <w:br/>
      </w:r>
      <w:r>
        <w:rPr>
          <w:lang w:eastAsia="zh-CN"/>
        </w:rPr>
        <w:t>　　(5.)违约责任:甲方如在本协议签定后___个工作日内不能或没有完成上述义务,甲方应退给乙方正支付转让费RMB_______万元整.</w:t>
      </w:r>
      <w:r>
        <w:rPr>
          <w:lang w:eastAsia="zh-CN"/>
        </w:rPr>
        <w:br/>
      </w:r>
      <w:r>
        <w:rPr>
          <w:lang w:eastAsia="zh-CN"/>
        </w:rPr>
        <w:t>　　(6.)甲方应协助乙方与商铺产权人签完租赁合同.</w:t>
      </w:r>
      <w:r>
        <w:rPr>
          <w:lang w:eastAsia="zh-CN"/>
        </w:rPr>
        <w:br/>
      </w:r>
      <w:r>
        <w:rPr>
          <w:lang w:eastAsia="zh-CN"/>
        </w:rPr>
        <w:t>　　(7.)甲方应在签完租赁合同后的___个工作日内将房屋移交给乙方.</w:t>
      </w:r>
      <w:r>
        <w:rPr>
          <w:lang w:eastAsia="zh-CN"/>
        </w:rPr>
        <w:br/>
      </w:r>
      <w:r>
        <w:rPr>
          <w:lang w:eastAsia="zh-CN"/>
        </w:rPr>
        <w:t>　　3.乙方的权利和义务:</w:t>
      </w:r>
      <w:r>
        <w:rPr>
          <w:lang w:eastAsia="zh-CN"/>
        </w:rPr>
        <w:br/>
      </w:r>
      <w:r>
        <w:rPr>
          <w:lang w:eastAsia="zh-CN"/>
        </w:rPr>
        <w:t>　　(1).乙方必需在转让协议书签定后, 在与商铺产权人签定租赁合同当日.一次性支付万元整给甲方.</w:t>
      </w:r>
      <w:r>
        <w:rPr>
          <w:lang w:eastAsia="zh-CN"/>
        </w:rPr>
        <w:br/>
      </w:r>
      <w:r>
        <w:rPr>
          <w:lang w:eastAsia="zh-CN"/>
        </w:rPr>
        <w:t>　　(2).乙方的环保.卫生.消防.酒类等许可证和营业执照均由乙方自己办理.</w:t>
      </w:r>
      <w:r>
        <w:rPr>
          <w:lang w:eastAsia="zh-CN"/>
        </w:rPr>
        <w:br/>
      </w:r>
    </w:p>
    <w:p w:rsidR="001B1F19" w14:textId="27C3F48A">
      <w:pPr>
        <w:rPr>
          <w:rFonts w:hint="eastAsia"/>
          <w:lang w:eastAsia="zh-CN"/>
        </w:rPr>
      </w:pPr>
      <w:r>
        <w:rPr>
          <w:lang w:eastAsia="zh-CN"/>
        </w:rPr>
        <w:t>　　(3).乙方应及时配合甲方变更原有的租赁合同,并同意支付原租赁合同约定的各项相关费用.</w:t>
      </w:r>
      <w:r>
        <w:rPr>
          <w:lang w:eastAsia="zh-CN"/>
        </w:rPr>
        <w:br/>
      </w:r>
      <w:r>
        <w:rPr>
          <w:lang w:eastAsia="zh-CN"/>
        </w:rPr>
        <w:t>　　(4).违约责任:乙方在转让手续全部结束后若没有及时支付转让费,则视为违约,则甲方有权单方面终止转让协议,由此造成的一切后果由乙方承担.</w:t>
      </w:r>
      <w:r>
        <w:rPr>
          <w:lang w:eastAsia="zh-CN"/>
        </w:rPr>
        <w:br/>
      </w:r>
      <w:r>
        <w:rPr>
          <w:lang w:eastAsia="zh-CN"/>
        </w:rPr>
        <w:t>　　(5).甲乙双方应按上述约定的内容签约.</w:t>
      </w:r>
      <w:r>
        <w:rPr>
          <w:lang w:eastAsia="zh-CN"/>
        </w:rPr>
        <w:br/>
      </w:r>
      <w:r>
        <w:rPr>
          <w:lang w:eastAsia="zh-CN"/>
        </w:rPr>
        <w:t>　　(6).本转让合同书依照中华人民共和国有关法规拟定,如有未尽事宜,双方可以另拟书面协议或依有关法律予补充说明.如有疑义,将依照中华人民共和国有关法律,通过有关机构进行仲裁解决.</w:t>
      </w:r>
      <w:r>
        <w:rPr>
          <w:lang w:eastAsia="zh-CN"/>
        </w:rPr>
        <w:br/>
      </w:r>
      <w:r>
        <w:rPr>
          <w:lang w:eastAsia="zh-CN"/>
        </w:rPr>
        <w:t>　　(7).本转让合同书一式二份,甲乙二方各执一份.经二方签署之日起生效.</w:t>
      </w:r>
      <w:r>
        <w:rPr>
          <w:lang w:eastAsia="zh-CN"/>
        </w:rPr>
        <w:br/>
      </w:r>
      <w:r>
        <w:rPr>
          <w:lang w:eastAsia="zh-CN"/>
        </w:rPr>
        <w:t>　　甲 方 乙 方:</w:t>
      </w:r>
      <w:r>
        <w:rPr>
          <w:lang w:eastAsia="zh-CN"/>
        </w:rPr>
        <w:br/>
      </w:r>
      <w:r>
        <w:rPr>
          <w:lang w:eastAsia="zh-CN"/>
        </w:rPr>
        <w:t>　　地 址: 地 址:</w:t>
      </w:r>
      <w:r>
        <w:rPr>
          <w:lang w:eastAsia="zh-CN"/>
        </w:rPr>
        <w:br/>
      </w:r>
      <w:r>
        <w:rPr>
          <w:lang w:eastAsia="zh-CN"/>
        </w:rPr>
        <w:t>　　电 话: 电 话:</w:t>
      </w:r>
      <w:r>
        <w:rPr>
          <w:lang w:eastAsia="zh-CN"/>
        </w:rPr>
        <w:br/>
      </w:r>
      <w:r>
        <w:rPr>
          <w:lang w:eastAsia="zh-CN"/>
        </w:rPr>
        <w:t>　　代表人: 代表人:</w:t>
      </w:r>
      <w:r>
        <w:rPr>
          <w:lang w:eastAsia="zh-CN"/>
        </w:rPr>
        <w:br/>
      </w:r>
      <w:r>
        <w:rPr>
          <w:lang w:eastAsia="zh-CN"/>
        </w:rPr>
        <w:t>　　日 期:____年____月____日 日 期:_____年____月_____日</w:t>
      </w:r>
      <w:r>
        <w:rPr>
          <w:lang w:eastAsia="zh-CN"/>
        </w:rPr>
        <w:br/>
      </w:r>
      <w:r>
        <w:rPr>
          <w:lang w:eastAsia="zh-CN"/>
        </w:rPr>
        <w:t xml:space="preserve">    2024个人店铺转让合同 篇15 </w:t>
      </w:r>
      <w:r>
        <w:rPr>
          <w:lang w:eastAsia="zh-CN"/>
        </w:rPr>
        <w:br/>
      </w:r>
      <w:r>
        <w:rPr>
          <w:lang w:eastAsia="zh-CN"/>
        </w:rPr>
        <w:t>　　经甲、乙双方共同协商，在平等自愿的基础上订立如下商铺使用权转让合同。</w:t>
      </w:r>
      <w:r>
        <w:rPr>
          <w:lang w:eastAsia="zh-CN"/>
        </w:rPr>
        <w:br/>
      </w:r>
      <w:r>
        <w:rPr>
          <w:lang w:eastAsia="zh-CN"/>
        </w:rPr>
        <w:t>　　甲方： 身份证号：</w:t>
      </w:r>
      <w:r>
        <w:rPr>
          <w:lang w:eastAsia="zh-CN"/>
        </w:rPr>
        <w:br/>
      </w:r>
      <w:r>
        <w:rPr>
          <w:lang w:eastAsia="zh-CN"/>
        </w:rPr>
        <w:t>　　乙方： 身份证号：</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https://d.book118.com/997150043062006036</w:t>
        </w:r>
      </w:hyperlink>
    </w:p>
    <w:p w:rsidR="001B1F19">
      <w:pPr>
        <w:rPr>
          <w:rFonts w:hint="eastAsia"/>
          <w:lang w:eastAsia="zh-CN"/>
        </w:rPr>
      </w:pPr>
    </w:p>
    <w:sectPr>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97150043062006036"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42</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