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新教师岗前培训总结</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新教师岗前培训总结1</w:t>
      </w:r>
      <w:r>
        <w:rPr>
          <w:lang w:eastAsia="zh-CN"/>
        </w:rPr>
        <w:br/>
      </w:r>
      <w:r>
        <w:rPr>
          <w:lang w:eastAsia="zh-CN"/>
        </w:rPr>
        <w:t xml:space="preserve">    以前，由于上岗的匆忙、急切，我没有仔细学习过《小学课程标准》及《小学教材》，而现在听了李老师的讲座，我对其有了许多新的认识与体会。 </w:t>
      </w:r>
      <w:r>
        <w:rPr>
          <w:lang w:eastAsia="zh-CN"/>
        </w:rPr>
        <w:br/>
      </w:r>
      <w:r>
        <w:rPr>
          <w:lang w:eastAsia="zh-CN"/>
        </w:rPr>
        <w:t>　　一、学习《课标》的重要性。</w:t>
      </w:r>
      <w:r>
        <w:rPr>
          <w:lang w:eastAsia="zh-CN"/>
        </w:rPr>
        <w:br/>
      </w:r>
      <w:r>
        <w:rPr>
          <w:lang w:eastAsia="zh-CN"/>
        </w:rPr>
        <w:t>　　没有认真了解、分析、学习过《课标》的教师，就会像在大海中航行的船只无灯塔的指航一样，没有方向、没有目标。而我居然这样子盲目的航行了一年多，我对此感到愧疚。但我也庆幸，我现在以学习了《课标》，通过学习，我觉得自己提升的空间还是很大的，需要学习的东西还很多，现主要有以下几点：</w:t>
      </w:r>
      <w:r>
        <w:rPr>
          <w:lang w:eastAsia="zh-CN"/>
        </w:rPr>
        <w:br/>
      </w:r>
      <w:r>
        <w:rPr>
          <w:lang w:eastAsia="zh-CN"/>
        </w:rPr>
        <w:t>　　1、自身的基本功需要练习，如：书写、语言表达、习作水平等方面的学习、提升；</w:t>
      </w:r>
      <w:r>
        <w:rPr>
          <w:lang w:eastAsia="zh-CN"/>
        </w:rPr>
        <w:br/>
      </w:r>
      <w:r>
        <w:rPr>
          <w:lang w:eastAsia="zh-CN"/>
        </w:rPr>
        <w:t>　　2、自己对时代性知识的学习与把握。教师应通过自身的学习来影响、教育学生，让他们能够具有“把握时代潮流、引领未来方向”的能力。</w:t>
      </w:r>
      <w:r>
        <w:rPr>
          <w:lang w:eastAsia="zh-CN"/>
        </w:rPr>
        <w:br/>
      </w:r>
      <w:r>
        <w:rPr>
          <w:lang w:eastAsia="zh-CN"/>
        </w:rPr>
        <w:t>　　３、自己也要对《课标》的四个阶段进行详细地分析，着重把握学生的阶段性特点，努力做到适时、适量、适度的教学。</w:t>
      </w:r>
      <w:r>
        <w:rPr>
          <w:lang w:eastAsia="zh-CN"/>
        </w:rPr>
        <w:br/>
      </w:r>
      <w:r>
        <w:rPr>
          <w:lang w:eastAsia="zh-CN"/>
        </w:rPr>
        <w:t>　　......</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二、学习《教材》的重要性。</w:t>
      </w:r>
      <w:r>
        <w:rPr>
          <w:lang w:eastAsia="zh-CN"/>
        </w:rPr>
        <w:br/>
      </w:r>
      <w:r>
        <w:rPr>
          <w:lang w:eastAsia="zh-CN"/>
        </w:rPr>
        <w:t>　　没有了解、分析过《教材》的老师，就像一个工人不了解自己所使用的`机器结构一样，无从着手或胡乱下手。不想而知，这样的效率是极低的，甚至无效率可言。</w:t>
      </w:r>
      <w:r>
        <w:rPr>
          <w:lang w:eastAsia="zh-CN"/>
        </w:rPr>
        <w:br/>
      </w:r>
      <w:r>
        <w:rPr>
          <w:lang w:eastAsia="zh-CN"/>
        </w:rPr>
        <w:t>　　我之前虽然也自己简单地分析过教材的结构与编写，但都没有今天学习的那么详细、具体。我从中主要认识到了：</w:t>
      </w:r>
      <w:r>
        <w:rPr>
          <w:lang w:eastAsia="zh-CN"/>
        </w:rPr>
        <w:br/>
      </w:r>
      <w:r>
        <w:rPr>
          <w:lang w:eastAsia="zh-CN"/>
        </w:rPr>
        <w:t>　　1、了解编写总指导思想，让我从中懂得了语文学习是开放的、有活力的，特别是要注重儿童心里特征的发展变化，有效地去指导。</w:t>
      </w:r>
      <w:r>
        <w:rPr>
          <w:lang w:eastAsia="zh-CN"/>
        </w:rPr>
        <w:br/>
      </w:r>
      <w:r>
        <w:rPr>
          <w:lang w:eastAsia="zh-CN"/>
        </w:rPr>
        <w:t>　　2、认识编排体系，能够使我今后的语文教学更有层次感。</w:t>
      </w:r>
      <w:r>
        <w:rPr>
          <w:lang w:eastAsia="zh-CN"/>
        </w:rPr>
        <w:br/>
      </w:r>
      <w:r>
        <w:rPr>
          <w:lang w:eastAsia="zh-CN"/>
        </w:rPr>
        <w:t>　　3、分析编写特色，使我感受到了自己的责任之重大，需要更加努力地提升自己的水平。</w:t>
      </w:r>
      <w:r>
        <w:rPr>
          <w:lang w:eastAsia="zh-CN"/>
        </w:rPr>
        <w:br/>
      </w:r>
      <w:r>
        <w:rPr>
          <w:lang w:eastAsia="zh-CN"/>
        </w:rPr>
        <w:t>　　......</w:t>
      </w:r>
      <w:r>
        <w:rPr>
          <w:lang w:eastAsia="zh-CN"/>
        </w:rPr>
        <w:br/>
      </w:r>
      <w:r>
        <w:rPr>
          <w:lang w:eastAsia="zh-CN"/>
        </w:rPr>
        <w:t>　　总之，我要正确认识小学教材、课标，不断提升自我教学水平，努力做一位优秀的小学教师。新教师岗前培训总结2</w:t>
      </w:r>
      <w:r>
        <w:rPr>
          <w:lang w:eastAsia="zh-CN"/>
        </w:rPr>
        <w:br/>
      </w:r>
      <w:r>
        <w:rPr>
          <w:lang w:eastAsia="zh-CN"/>
        </w:rPr>
        <w:t xml:space="preserve">    本次教师岗前培训的内容十分丰富，形式也多种多样，包括师德师风教育，教育新理念，教师职业道德规范，教育政策法规，基础课程改革纲要，教师心理健康教育，现代教育技术，班主任工作方法和技能，学科专业课等等诸多方面的系统学习，虽然时间只有_天，但内容却是充实的，对我们新教师来说更是终身受益，通过培训，我得到了很大的收获，现将自己的心得体会总结如下： </w:t>
      </w:r>
      <w:r>
        <w:rPr>
          <w:lang w:eastAsia="zh-CN"/>
        </w:rPr>
        <w:br/>
      </w:r>
      <w:r>
        <w:rPr>
          <w:lang w:eastAsia="zh-CN"/>
        </w:rPr>
        <w:t>　　一、培训使我对教师这一职业有了更加清楚的认识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本次培训中，听了有关教师职业专题报告后，使我对教师这一职业有了更加明确的认识，使我深刻地认识到：首先，教师是文化的传递者，＂师者，所以传道，授业，解惑也＂，这是从知识传递的角度来反映教师的重要性，其次，教师是榜样，学高为师，身正为范也正是这个意思，这里主要涉及做人的问题，学生都有向师性，实际上是做人的一种认同感；同时学生受教育的过程是人格完善的过程，教师的人格力量是无形的，不可估量的，教师要真正成为学生的引路人，第三，教师是管理者，教师要有较强的组织领导，管理协调能力，才能使教学更有效率，更能促进学生的发展，第四，教师是父母，作为一名教师，要富有爱心，教师对学生的爱应是无私的，平等的，就像父母对待孩子，所以我们说教师是父母，并且，教师还要善于发现每一个学生的闪光点和发展需要，第五，教师是朋友，所谓良师益友，就是强调教师和学生要交心，师生之间的融洽度，亲和力要达到知心朋友一样，最后，教师是学生的心理辅导者，教师必须要懂教育学，心理学，健康心理学等，应了解不同学生的心理特点，心理困惑，心理压力等，以给予及时的帮助和排解，培养学生健康的心理品质。</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同时，对教师工作的基本内涵也有了比较明确的认识，认识到了教师责任的重大艰巨，要做一名好教师必须要具备敬业精神，奉献精神，创新精神，拼搏精神；我深深体会到作为一名人民教师就要为祖国的.教育事业奉献自己的青春年华，含辛茹苦，默默耕耘，＂要爱生如子＂，时时为学生着想，以学生的利益为重，处处用真情去打动学生，新时代的教师应具有高尚的师德，先进的理念，健全的人格，健康的心理素质，和比较扎实的专业理论功夫和业务水平，有敏捷的思维和很强的语言表达能力和感召力，对学生要多说鼓励的话，安慰的话，开导的话，实在的话；少说讽刺的话，冷淡的话，伤人的话，威胁的话，这些都是作为一名合格教师应具备的素质。</w:t>
      </w:r>
      <w:r>
        <w:rPr>
          <w:lang w:eastAsia="zh-CN"/>
        </w:rPr>
        <w:br/>
      </w:r>
      <w:r>
        <w:rPr>
          <w:lang w:eastAsia="zh-CN"/>
        </w:rPr>
        <w:t>　　二、培训为我即将面临的实际工作提供了许多方法和策略</w:t>
      </w:r>
      <w:r>
        <w:rPr>
          <w:lang w:eastAsia="zh-CN"/>
        </w:rPr>
        <w:br/>
      </w:r>
      <w:r>
        <w:rPr>
          <w:lang w:eastAsia="zh-CN"/>
        </w:rPr>
        <w:t>　　在本次培训中，通过学科专业课培训，使我认识到要想成为一名优秀的教师，必须具备最基本的＂六认真＂要求，即认真备课，认真上课，认真布置批改作业，认真辅导，认真组织考试和认真组织课外活动，备课是一项重要的组成部分，备课中要准备三方面，即备教材，备学生，备教法，要关注学生如何学，学到了多少东西，不仅要求老师课时备课，还要善于在长期的教育教学中进行总结和积累，只有这样才能提高自己的业务水平，在教学上，应该懂得将教学艺术化，学会抓住学生的心理，引起他们对知识的好奇心，引导学生学会自主学习，改变传统的满堂灌的教学方法，教师应当从知识的传输者变为知识的引导者，这就更加要求教师要懂得授课的艺术性，特别是在新课程改革的背景下，一定要认真地贯穿新的教学理念，以学生发展为本，以新的教学姿态迎接新的挑战，如何使自己能够有质量有效率有能力地教好这门课，使学生能够持续地从心灵深处接受我的教学，这就需要我努力地备课，努力地锻炼，努力地学习……</w:t>
      </w:r>
      <w:r>
        <w:rPr>
          <w:lang w:eastAsia="zh-CN"/>
        </w:rPr>
        <w:br/>
      </w:r>
      <w:r>
        <w:rPr>
          <w:lang w:eastAsia="zh-CN"/>
        </w:rPr>
        <w:t>　　三、培训使我对未来的工作充满了信心和动力</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本次培训中，还贯穿一个中心，那就是对新教师的鼓励，一是鼓励我们要赶快适应新的教学环境，生活环境，人际关系环境等；二是鼓励我们要更加理性地认识社会，认识自己的角色；三是鼓励我们要做一名终身学习型老师，做一名能够不断适应新知识新问题新环境的老师；四是鼓励我们要坚持创新，在教学中发挥自己的聪明和才智，争做教学发展的弄潮儿，这些鼓励，使我对未来的工作充满了信心和动力，高尔基曾经说过：＂只有满怀自信的人，才能在任何地方都怀有自信沉浸在生活中，并实现自己的意志，＂也许，对于我们新教师来说，只要有克服困难的信心，就能取得好的开端，而好的开端，便是成功的一半。新教师岗前培训总结3</w:t>
      </w:r>
      <w:r>
        <w:rPr>
          <w:lang w:eastAsia="zh-CN"/>
        </w:rPr>
        <w:br/>
      </w:r>
      <w:r>
        <w:rPr>
          <w:lang w:eastAsia="zh-CN"/>
        </w:rPr>
        <w:t xml:space="preserve">    幼儿教师是幼儿园教育的实施者，教师的素质直接影响著幼儿教育的质量。提高教师的素质是当前幼儿教育的当务之急。幼儿教师应具备哪些教育索质？ </w:t>
      </w:r>
      <w:r>
        <w:rPr>
          <w:lang w:eastAsia="zh-CN"/>
        </w:rPr>
        <w:br/>
      </w:r>
      <w:r>
        <w:rPr>
          <w:lang w:eastAsia="zh-CN"/>
        </w:rPr>
        <w:t>　　一、要有正确的教育目的观</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作为教师应该明确究竞什么样的教育才是好的幼儿教育，才是高质量的幼儿教育。一直以来，幼儿教育都是以小学的预备阶段存在的，一些家长为了使自己的孩子不输在起跑线上，信奉“提前开始、越早越好”的教育思想，要求幼儿园大量给幼儿教识字、拼音、书写、计算等等，甚至要求将小学书本内容提前灌输给幼儿。为了迎合家长的心理，一些幼儿园过多地关注了幼儿知识、技能的学习，而忽视了幼儿情感态度、能力、习惯、兴趣的培养。这种幼儿教育剥夺了幼儿的童真童趣和游戏玩耍的权利，使幼儿失去了天真烂浸的童年生活。其实，孩子早期教育的目的并不是培养神童，而在于培养头脑灵活、身体健康、性格开朗、品质优秀人格健全的孩子。高质量的幼儿教育应该是要让每一个人的潜质都得到充分的发展，幼儿能自主地做事、自信的生活，体验到在幼儿园学习是一件幸福的事。应让幼儿感到学习的过程是在追赶美丽的蝴蝶，而不是追赶随时可能会蜇人的黄蜂。</w:t>
      </w:r>
      <w:r>
        <w:rPr>
          <w:lang w:eastAsia="zh-CN"/>
        </w:rPr>
        <w:br/>
      </w:r>
      <w:r>
        <w:rPr>
          <w:lang w:eastAsia="zh-CN"/>
        </w:rPr>
        <w:t>　　二、选择灵活多样的教学方式</w:t>
      </w:r>
      <w:r>
        <w:rPr>
          <w:lang w:eastAsia="zh-CN"/>
        </w:rPr>
        <w:br/>
      </w:r>
      <w:r>
        <w:rPr>
          <w:lang w:eastAsia="zh-CN"/>
        </w:rPr>
        <w:t>　　传统的教学方式是以教师讲解为主，教师缺乏教貝演示，缺乏图案色彩，缺乏生动的游戏，干巴巴的说教索然无味。课堂上，老师总会要求幼儿“小手放在小腿上”“小手背后。乖乖坐好不准动”等等。幼儿只能被动地接受教师的灌输。要改变传统的注入式教育。采用灵活多样的教学方式，注重在游戏、生活中教育幼儿，集体、小组、个别等多种教学组织形式并用，争取家庭、社区的'支持与配合，使幼儿在生动、活泼的活动中得到主动地发展。应允许幼儿自主选择活动内容和活动方式。允许自由选择伙伴。允许有自己的见解，调动幼儿学习的主动性和积极性。便幼儿真正成为学习的主人。作为幼儿教师，应清楚地认识到：儿童不是一个需要填满的容器，而是一个需要点燃的火把。</w:t>
      </w:r>
      <w:r>
        <w:rPr>
          <w:lang w:eastAsia="zh-CN"/>
        </w:rPr>
        <w:br/>
      </w:r>
      <w:r>
        <w:rPr>
          <w:lang w:eastAsia="zh-CN"/>
        </w:rPr>
        <w:t>　　三、形成合作探究式的师幼关系</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传统的观念中，老师总是权威的化身，老师总是对的。传统的师幼关系就是：我说你听、我教你学、我讲你做。在师幼互动中。由于教师把自己更多地定位为管理者和控制者的角色上，因此，在不少时间，幼儿首先是不被允许发起互动信号的。如在进行集体教育活动中，幼儿首先要做到的是安静，而不是和教师发生交流和互动。又如，不少教师更为关注的是“班上是不是出事＂、“有没有消极行为”，至于幼儿到底在干什么，或幼儿心理、情感上有什么特殊需要，教师并不在意；在师幼互动中，幼儿更多将自己定位为互动中的服从者。听从和遵守的成份更多，比如，要“好好和大人说话＂、“想做什么必须向教师申请”等。教师没有把幼儿作为一个平等的个体教师与幼儿之间缺乏情感的交流与互动。由于传统师道尊严思想根深蒂固，再加上本地区幼儿教师观念滞后，要真正形成合作探究式的师幼互动关系还需要一定的时间。新教师岗前培训总结4</w:t>
      </w:r>
      <w:r>
        <w:rPr>
          <w:lang w:eastAsia="zh-CN"/>
        </w:rPr>
        <w:br/>
      </w:r>
      <w:r>
        <w:rPr>
          <w:lang w:eastAsia="zh-CN"/>
        </w:rPr>
        <w:t xml:space="preserve">    “十年树木，百年树人”，踏上三尺讲台，也就意味着踏上了艰巨而漫长的育人之旅。那么，怎样才能做一名合格的好教师呢?这天听了几位领导的报告，感觉受益匪浅。 </w:t>
      </w:r>
      <w:r>
        <w:rPr>
          <w:lang w:eastAsia="zh-CN"/>
        </w:rPr>
        <w:br/>
      </w:r>
      <w:r>
        <w:rPr>
          <w:lang w:eastAsia="zh-CN"/>
        </w:rPr>
        <w:t>　　现如今知识渊博已不是评判好老师的唯一标准了，人格素养等等一些内在品质则受到了更多的重视。一名优秀的教师首先应具备丰富的专业知识。教师透过对自己学科的深入研究，真正领会了学科的精髓并掌握其精神实质，然后把它们与用到教育教学工作中去或是贯彻于行动。一位教师，如果没有丰富的专业知识，怎样能够传其道解其惑呢，又有什么资格站在那三尺讲台上呢?</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教师在课堂中扮演一个很重要的主角，教师的工作不是照本宣科，而是凭借自己对专业知识的理解帮忙学生更好更快地理解知识，指点迷津。在此基础上，一位好教师还要有一套自己的完整的教育教学方法。要能够用简单的语言把复杂的知识解释清楚，更要在课堂上充分调动大家的用心性，要能够针对不同状况灵活变通。除了丰富的专业知识，一名好的教师还要有高尚的人格。我认为一名好老师要为人师表，表里如一，要尊重每一名学生，对每一名学生要一视同仁，个性是那些学习习惯和功底本来就差的学生，老师决不能言语刺激打击他们，而是善于发现每个孩子的闪光点并因势利导鼓励学生，帮忙他们一步步前进，以走出低谷。一名好教师应把每个学生都当成自己的孩子一般来用心关爱。</w:t>
      </w:r>
      <w:r>
        <w:rPr>
          <w:lang w:eastAsia="zh-CN"/>
        </w:rPr>
        <w:br/>
      </w:r>
      <w:r>
        <w:rPr>
          <w:lang w:eastAsia="zh-CN"/>
        </w:rPr>
        <w:t>　　在学校中，一名好教师扮演的就应是关爱学生的长着，在当下社会里首先要了解到社会的发展动态和发展趋势，由此来决定你的学生的心理状态和心理历程，对症下药。学生的教育是要随着时代的发展来进行的，时代变动的太多了，园丁不变动势必影响教学的'效果。教育其实是从学生的心理层面来解决问题的，你所做的事情吻合了他们的认识了，得到他们的共鸣了你的教学效果肯定好，相反肯定是构成十分尖锐的矛盾。所以一名好教师要研究学生的心理，这点很重要。</w:t>
      </w:r>
      <w:r>
        <w:rPr>
          <w:lang w:eastAsia="zh-CN"/>
        </w:rPr>
        <w:br/>
      </w:r>
      <w:r>
        <w:rPr>
          <w:lang w:eastAsia="zh-CN"/>
        </w:rPr>
        <w:t>　　在教育方法上，注重启发式教育，培养学生的创新思维，增强学生的创新潜力;在发展方向上，要与时俱进，结合中国国情，放眼世界潮流，推进教育改革、优化教学结构，更新教学资料，改善教学方式，坚持以人为本，尊重学生，关爱学生，服务学生，发现和培养学生的兴趣和特长，塑造学生大爱。和谐的心灵。让我们每个人都尽自己的一份力，共同托起一个活力无限的“人才中国”。</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怎样做一个好教师，不仅仅是我们新上任教师要思考的问题，对每位教师都是个永恒的题目，更是我们众生为之追求的奋斗目标。我们要脚踏实地，从小事做起，从眼前做起，坚持不懈，不断反思，不断改善，争取早日实现做一名好教师的崇高目标。新教师岗前培训总结5</w:t>
      </w:r>
      <w:r>
        <w:rPr>
          <w:lang w:eastAsia="zh-CN"/>
        </w:rPr>
        <w:br/>
      </w:r>
      <w:r>
        <w:rPr>
          <w:lang w:eastAsia="zh-CN"/>
        </w:rPr>
        <w:t xml:space="preserve">    培训第一天在傅娟老师娓娓道来的八句箴言中我感受到了班主任的责任。而我既是一名新教师，同时又是新班主任。听着傅老师为我们传授的经验，我不禁在心里对比，哪些是我做到了的，哪些是我没有做到的，哪些又是我有能力做到而没有去做的。对比之后，我心里既愧疚又庆幸。愧疚于我做的实在是太少了，庆幸于我没有等到多年后才来发现自己的不足。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刚当上班主任时，我不止一次地想过，我才刚刚走上讲台，怎么能做好班主任工作呢。而傅老师给我们新老师的第一句箴言恰恰是：最好当班主任。是啊，一名新教师的成长，又有什么比当班主任成长得更快呢？只有自己成了班主任，才能真正的接近和了解学生。听完傅老师的话，我又高兴于自己已经是班主任了，尽管做的磕磕碰碰的。但正如当天上午李秋平老师说过的一句话一样：新老师犯“错误”，是天经地义的。当然这句话只是李老师的幽默之语，但却让我为之一震。自从当上老师后，我小心谨慎，十分害怕会出错，然而我却忘了不犯错，就不会知道自己哪里做得不好。正如我的班主任工作第一次和傅老师的“重视班主任的第一次”进行对比，我没有一条是合格。如果没有这一次培训，我不会知道原来开学第一天还隐藏了这么多的班主任任务，如熟记学生的`姓名学号、设计各种表格，隐藏自己是新手的紧张等。</w:t>
      </w:r>
      <w:r>
        <w:rPr>
          <w:lang w:eastAsia="zh-CN"/>
        </w:rPr>
        <w:br/>
      </w:r>
      <w:r>
        <w:rPr>
          <w:lang w:eastAsia="zh-CN"/>
        </w:rPr>
        <w:t>　　傅老师的八句话总结出来就是：做一个让老师、家长和孩子都喜欢的好班主任！这样一看，瞬间感觉难以望其项背，这正说明教师的成长不是短期的，而是一个长期进步的过程，要在这个过程中一点一滴地去完成。</w:t>
      </w:r>
      <w:r>
        <w:rPr>
          <w:lang w:eastAsia="zh-CN"/>
        </w:rPr>
        <w:br/>
      </w:r>
      <w:r>
        <w:rPr>
          <w:lang w:eastAsia="zh-CN"/>
        </w:rPr>
        <w:t>　　傅老师的声音娓娓动听，传授的经验对班主任工作十分具有指导性。而李秋平老师又从另一方面，用幽默的语言和我们交流：如何做一个让学生喜欢的老师、上学生喜欢的课。每一个老师都想成为这样的老师，但是能做到的似乎少之又少。我没有当上老师之前，不止一次幻想过当上老师后的事情，我还记得我小学时代的一篇作文：假如我是一个老师，如果有学生讲话，我不会骂他，我会温柔地对他。然而真正走上三尺讲台，我似乎就变了，我常常对学生说“安静、不准讲话、站起来”等这样一些冷冰冰的语言。对于一年级的孩子而言，好动、爱玩是天性，我们引导孩子的行为习惯时，这是必然不能忽略的一点。当我在抱怨很多孩子都不听的时候，李老师说，做学生也不容易，尤其是那些“差生”，每天都要接受8小时的“折磨”。我一下子惊醒了，我有什么资格抱怨，我是老师，他们是学生，老师就有义务和责任上好课；同时我还是成人，他们是孩子，我怎么能用成人的标准去要求他们。蹲下身，用孩子的高度去看待问题；放下师道尊严，主动靠近孩子。我们会喜欢上他们，他们也会喜欢上我们。还有什么会比孩子的世界更纯洁呢？</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新教师的成长路上必不可少的还有教学反思。袁老师的课题研究和叙事研究为我们的成长打开了另一扇门。前者太高大，短期难以接触，但不妨碍我们了解和学习。后者相对简单、入手快，最重要的是有利于教学反思书写。我常常觉得教学反思不知道怎么写，而且写得太空泛。而袁老师的叙事研究，在我看来倾向于教学反思，简单叙述课堂上典型事件，进而总结。书写起来简单，更有目的性，能立刻着手于现在。</w:t>
      </w:r>
      <w:r>
        <w:rPr>
          <w:lang w:eastAsia="zh-CN"/>
        </w:rPr>
        <w:br/>
      </w:r>
      <w:r>
        <w:rPr>
          <w:lang w:eastAsia="zh-CN"/>
        </w:rPr>
        <w:t>　　教师的成长不是一蹴而就，短短三天的培训带来的效果也许并不明显，但千里之行始于足下，涓涓细流总有一天汇成河流，但愿我能在三尺讲台上书写不一样的青春。新教师岗前培训总结6</w:t>
      </w:r>
      <w:r>
        <w:rPr>
          <w:lang w:eastAsia="zh-CN"/>
        </w:rPr>
        <w:br/>
      </w:r>
      <w:r>
        <w:rPr>
          <w:lang w:eastAsia="zh-CN"/>
        </w:rPr>
        <w:t xml:space="preserve">    通过参加新教师岗前集中培训的学习，使我深刻地认识到作为一名高校教师，要想出色干好本职工作，首先要提高自己执教的水平和能力，加强自身师德修养。通过学习，我懂得了作为一名高校教师所肩负的神圣使命。大学是塑造全方位能力的基地，对于教师的教学能力以及德育能力都有着很高的要求，这就要求教师不仅要有扎实的专业知识，还应具备良好的道德修养。现将我个人参加新教师岗前培训集中培训学习情况总结如下： </w:t>
      </w:r>
      <w:r>
        <w:rPr>
          <w:lang w:eastAsia="zh-CN"/>
        </w:rPr>
        <w:br/>
      </w:r>
      <w:r>
        <w:rPr>
          <w:lang w:eastAsia="zh-CN"/>
        </w:rPr>
        <w:t>　　一、通过对校史校情的学习和了解，使我们更加热爱我们的学校和自己的工作岗位，同时我们也要求我们加快自身建设，早日成为一名合格的高等院校的人民教师。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学习我了解到我校是由齐齐哈尔轻工学院、齐齐哈尔师范学院于19__年_月合并而成，黑龙江省商业贸易学校和黑龙江省化工学校及克山师范专科学校先后被齐齐哈尔大学合并。我校是众多高校合并而成的大学，具有50多年的办学历史，是黑龙江省西部地区唯一的省属综合性重点建设大学，是教育部本科教学工作水平评估优秀学校。尤其近年来学校的发展速度非常快，为祖国培养了大批的人才，在黑龙江及东北地区具有较高的声誉。如今，我作为一名齐齐哈尔大学的教师，一定牢记学校的校情校史，珍惜机会，加快自身建设，早日成为一名名副其实的人民教师。</w:t>
      </w:r>
      <w:r>
        <w:rPr>
          <w:lang w:eastAsia="zh-CN"/>
        </w:rPr>
        <w:br/>
      </w:r>
      <w:r>
        <w:rPr>
          <w:lang w:eastAsia="zh-CN"/>
        </w:rPr>
        <w:t>　　二、通过对教学规范管理解读的学习，明确了教学规范管理体现了教学管理的科学性和可操作性。教学管理人员必须树立正确的管理观念。</w:t>
      </w:r>
      <w:r>
        <w:rPr>
          <w:lang w:eastAsia="zh-CN"/>
        </w:rPr>
        <w:br/>
      </w:r>
      <w:r>
        <w:rPr>
          <w:lang w:eastAsia="zh-CN"/>
        </w:rPr>
        <w:t>　　作为高校的教学管理人员除了要具有高度的责任感，强烈的奉献精神和服务意识之外，更应该具有较先进的教育理念和管理思想，熟悉教育教学规律，运用现代化管理手段，从而使教学管理工作做到科学规范，忙而有序，协调高效。努力提高教学管理专业化水平。作为岗前集中培训，使我们掌握一定的教学管理的基本技能和业务知识，提高管理素质和水平。作为新时期的教学管理人员还要熟练运用现代化管理手段，不断提高计算机的运用和操作水平，以适应时代发展的需要。同时，要加强现代管理学、教育学、心理学等方面知识的学习，并积极开展教学管理研究，提高教学管理的理论水平。</w:t>
      </w:r>
      <w:r>
        <w:rPr>
          <w:lang w:eastAsia="zh-CN"/>
        </w:rPr>
        <w:br/>
      </w:r>
      <w:r>
        <w:rPr>
          <w:lang w:eastAsia="zh-CN"/>
        </w:rPr>
        <w:t>　　三、通过对科研管理、科技创新的学习，激发了我们对教学科研、科技创新的热情。</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科学有效的科研管理工作对于提升高校科技创新的能力与水平，具有不可或缺的重要地位和作用。首先要有强烈的意识，其次，要有具体的行动。科研项目是科技创新的基础，争取科研项目是学校科研发展的重要工作。学校科技创新是否有成效，最直接的反映是学校科研成果的社会认可高低。一是要高度重视各类项目的鉴定和报奖工作，在保证争取各类别科研成果奖申报数量的基础上，提高获奖的数量和等级，以提高和扩大我校的学术影响和社会影响。二是要重视并强化科研成果的转化工作，结合学校现有学科特点，除了对有形产品的.直接转化外，更多的是无形的设计、工艺、方案、规范、思想等的转化，保障科技创新成果尽</w:t>
      </w:r>
      <w:r>
        <w:rPr>
          <w:lang w:eastAsia="zh-CN"/>
        </w:rPr>
        <w:br/>
      </w:r>
      <w:r>
        <w:rPr>
          <w:lang w:eastAsia="zh-CN"/>
        </w:rPr>
        <w:t>　　快转化为专利，具有自主知识产权，在市场有立足之地。</w:t>
      </w:r>
      <w:r>
        <w:rPr>
          <w:lang w:eastAsia="zh-CN"/>
        </w:rPr>
        <w:br/>
      </w:r>
      <w:r>
        <w:rPr>
          <w:lang w:eastAsia="zh-CN"/>
        </w:rPr>
        <w:t>　　四、通过对实验、实践教学体系的构建的学习，明确了实践教学对人才培养的重要意义。</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传统教育注重对学生的理论教育，对学生实验实践能力关注不够。实验、实践教学是教学计划的重要组成部分，是培养学生分析和解决问题的能力，巩固理论知识，培养实践能力和创新精神以及检验学生是否具有综合运用理论知识能力的实践性教学环节。要求我们在教学中必须坚持以提高学生实验实践能力为中心，将实验实践教学贯穿于学生培养的全过程。实验教学与实践教学是培养学生能力、提高教学质量、提升学生自身素质最有效的方法。实践教学是本科教学计划的重要组成部分，是本科人才培养过程中一个重要的实践性教学环节，是学生理论联系实际，了解生产实践过程，掌握生产实践知识、技能、拓宽知识视野、接受政治思想教育、增强劳动观念的重要途径。</w:t>
      </w:r>
      <w:r>
        <w:rPr>
          <w:lang w:eastAsia="zh-CN"/>
        </w:rPr>
        <w:br/>
      </w:r>
      <w:r>
        <w:rPr>
          <w:lang w:eastAsia="zh-CN"/>
        </w:rPr>
        <w:t>　　五、通过如何做一名优秀的高校教师、怎样上好一堂课、教师职业规划等的学习，明确了教书育人、科学研究、服务社会是高校教师中三件最为重要的事情。</w:t>
      </w:r>
      <w:r>
        <w:rPr>
          <w:lang w:eastAsia="zh-CN"/>
        </w:rPr>
        <w:br/>
      </w:r>
      <w:r>
        <w:rPr>
          <w:lang w:eastAsia="zh-CN"/>
        </w:rPr>
        <w:t>　　教书育人是高等教育的重中之重，要当好一名教师，最根本的就是要把教书育人作为自己的天职，做到在教书中全面提升自己的素质，在育人中不断净化自己的灵魂。懂得事业为先对高校教师的重要意义；认真把握事业为先原则对高校教师的基本要求。懂得“以学生为本”与为人民服务的辩证关系、教师主导与学生主体的辩证统一关系；准确把握学生为本原则的基本要求。正确处理好教学和科研的关系，实现二者的良性互动发展。懂得在教学和科研活动中如何遵循学生为本和真理为上的具体道德原则，懂得在处理个人与社会关系中如何遵循事业为先的根本道德原则。懂得爱岗敬业道德规范的基本要求，教书育人以及如何在教育教学实践过程中把握全面育人与因材施教的关系。在教育职业岗位中正确处理竞争与协作的关系。严谨治学道德规范以及如何将这一道德规范真正落实在具体的教学与科研中。为人师表是教师威信和影响力的源泉；积极塑造自己真、善、美相统一的理想人格。从总体上把握了高校教师在长期的教学科研实践中形成的师德规范。</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今后的工作中，我会更加严格地要求自己，一方面要继续学习，不断提高自身素质，使自己的政治思想觉悟再上新台阶，业务能力和水平跟上时代的发展，为培养高素质的人才提供先决条件。另一方面做好日常的教学、科研等各项工作，充分准备每一次课，认真上好每一堂课，注重对学生能力的培养，为人师表，教书育人，培养出更多更优秀的符合社会需要的建设人才，为我们祖国的繁荣富强贡献自己的微薄之力。　　建筑与土木工程学院　　吕春　　20__年__月__日新教师岗前培训总结7</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目的是为了让我们这些新教师更好更快地适应教育教学工作。这次培训一共是四天。这次新教师岗前培训的内容全面而细致，深刻而生动。包括对怎样做好班主任、教育教学常规、师德师风、心理健康教育、教师标准、新聘教师成长介绍等诸多方面的系统。从教师起点的调整积极心态到面对新工作、新挑战；如何幸福的走在教育路上；从良好的工作习惯到良好的心理素质；从如何与家长、学生交流到如何与领导、同事相处；从如何反思教学到如何做个成功快乐的教师；如何上好一堂课总之，通过这次培训，使我受益匪浅。在培训中，几位局领导、骨干教师和优秀教师都谈到了当代教师身肩重任，角色特别这一问题。人们都用这样的字眼来形容教师：“教师是太阳底下最神圣的职业”，教师是“传道、授业、解惑的人”“教师应是真善美的替身”可见，“教师”二字包含了许多崇高而尊贵的内涵。然而又有多少人知道在这些光环的背后我们的教师们付出了多少辛勤的汗水。许许多多教师都在默默地奉献着。作为一各新教师，我要向那些常年在教育战线上辛勤工作的老教师学习，学习他们那种吃苦耐劳、甘心奉献的精神，把自己的全部青春和才智都奉献给教育事业。其次，教师是典范。“学高为师，身正为范”也正是这个意思，这里主要涉及做人的一种认同感；同时学生受教育的过程是人格完善的过程，教师的人格力量是无形的、不可估量的，教师要真正成为学生的引路人。第三，教师是管理者。教师要有较强的组织领导、管理协调能力，才能使教学更有效率，更能促进学生的开展。第四，教师是父母。作为一各教师，要富有成效有“爱心”教师对学生的爱应是无私的、平等的，就像父母对待孩子，所以我们说教师是父母。并且，教师还要善于发现一个学生的闪光点和开展需要。第五，教师是朋友。所谓“良师益友”，就是强调教师和学生要“交心”，师生之间的'融洽度、亲和力要到达知心朋友一样。最后，教师是学生的心理辅导者。教师必须要懂教育学、心理学、健康心理学等，应了解不同学生的心理特点、心理困惑、心理压力等，以给予及时的帮助和排解，培养学生健康的心理品质。下面将我的总结如下：</w:t>
      </w:r>
      <w:r>
        <w:rPr>
          <w:lang w:eastAsia="zh-CN"/>
        </w:rPr>
        <w:t xml:space="preserve"> </w:t>
      </w:r>
      <w:r>
        <w:rPr>
          <w:lang w:eastAsia="zh-CN"/>
        </w:rPr>
        <w:br/>
      </w:r>
      <w:r>
        <w:rPr>
          <w:lang w:eastAsia="zh-CN"/>
        </w:rPr>
        <w:t>　　作为一名教育战线上的新兵，在很多地方找不到方向，摸不着方法。新教师岗前培训给了我们一缕阳光。培训辅导内容很多，有关于教育教学的，有关于备课上课的，有关于为人处事的，还有关于心理辅导的等等。这不仅丰富了我的教育理论知识，而且对我平日的教育教学也给出了明确的开展目标，指出了成长的途径。只有自己有一桶水，才能给孩子一杯水。我会努力的完善自己，认真的做一名学习型教师。新教师岗前培训总结8</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新教师岗前培训逐渐进入尾声，因为心怀对教育的理想，我们走在一齐，因为各位名师的经验传授，我们一路感化，一路成长。</w:t>
      </w:r>
      <w:r>
        <w:rPr>
          <w:lang w:eastAsia="zh-CN"/>
        </w:rPr>
        <w:t xml:space="preserve"> </w:t>
      </w:r>
      <w:r>
        <w:rPr>
          <w:lang w:eastAsia="zh-CN"/>
        </w:rPr>
        <w:br/>
      </w:r>
      <w:r>
        <w:rPr>
          <w:lang w:eastAsia="zh-CN"/>
        </w:rPr>
        <w:t>　　这次新教师岗前培训的资料全面而细致，深刻而生动。包括教师在校园安全事故中的职责、名师成长足迹---心会跟爱一齐走、关于依法治校的几点思考、新教师职场生涯第一课、教师语言的运用技巧、心理健康教育对课程改革的几点思考，以及针对我们数学教师设置的“合格的数学教师应具备的素质”和“数学教学设计与激趣艺术”等诸多方面的系统学习。这次培训，为我们踏入职场带来了第一缕阳光，使我受益匪浅。</w:t>
      </w:r>
      <w:r>
        <w:rPr>
          <w:lang w:eastAsia="zh-CN"/>
        </w:rPr>
        <w:br/>
      </w:r>
      <w:r>
        <w:rPr>
          <w:lang w:eastAsia="zh-CN"/>
        </w:rPr>
        <w:t>　　作为一名小学数学教师，首先你需要具备良好的师德品质，精深的数学文化素质，以及全面的潜力素质。我们务必心存爱心，做每一位学生的护花使者，善待每一位学生，成为对学生具有正面影响的“重要他人”，只因为“爱是教育最美的语言”。</w:t>
      </w:r>
      <w:r>
        <w:rPr>
          <w:lang w:eastAsia="zh-CN"/>
        </w:rPr>
        <w:br/>
      </w:r>
      <w:r>
        <w:rPr>
          <w:lang w:eastAsia="zh-CN"/>
        </w:rPr>
        <w:t>　　教师道路任重而道远，而我们不能仅仅只作为一名教书匠，那不是我们应有的目标。我们给予学生的，不就应仅仅是知识，更就应是掌握知识的方法与技巧，这就是“授人以鱼不如授人以渔”。让我们的数学课堂成为充满灵性的课堂，让每一位学生在做中学，玩中学，让老师成为课堂的引导者，学生成为课堂的主体，从而使我们的数学课堂焕发生命的活力。</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https://d.book118.com/998011132006006045</w:t>
        </w:r>
      </w:hyperlink>
    </w:p>
    <w:p w:rsidR="001B1F19">
      <w:pPr>
        <w:rPr>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8011132006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